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C6236" w14:textId="5A57631B" w:rsidR="00173974" w:rsidRPr="00AE0941" w:rsidRDefault="39BDD01D" w:rsidP="001B5E0B">
      <w:pPr>
        <w:spacing w:before="1300"/>
        <w:jc w:val="center"/>
        <w:rPr>
          <w:noProof/>
        </w:rPr>
      </w:pPr>
      <w:r>
        <w:rPr>
          <w:noProof/>
        </w:rPr>
        <w:drawing>
          <wp:inline distT="0" distB="0" distL="0" distR="0" wp14:anchorId="3FED8025" wp14:editId="45E4427C">
            <wp:extent cx="2676525" cy="1685925"/>
            <wp:effectExtent l="0" t="0" r="0" b="0"/>
            <wp:docPr id="2116138456" name="drawing">
              <a:extLst xmlns:a="http://schemas.openxmlformats.org/drawingml/2006/main">
                <a:ext uri="{FF2B5EF4-FFF2-40B4-BE49-F238E27FC236}">
                  <a16:creationId xmlns:a16="http://schemas.microsoft.com/office/drawing/2014/main" id="{FED72D81-B101-4F05-84DF-AAD558E446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38456" name="Picture 2116138456"/>
                    <pic:cNvPicPr/>
                  </pic:nvPicPr>
                  <pic:blipFill>
                    <a:blip r:embed="rId10">
                      <a:extLst>
                        <a:ext uri="{28A0092B-C50C-407E-A947-70E740481C1C}">
                          <a14:useLocalDpi xmlns:a14="http://schemas.microsoft.com/office/drawing/2010/main"/>
                        </a:ext>
                      </a:extLst>
                    </a:blip>
                    <a:stretch>
                      <a:fillRect/>
                    </a:stretch>
                  </pic:blipFill>
                  <pic:spPr>
                    <a:xfrm>
                      <a:off x="0" y="0"/>
                      <a:ext cx="2676525" cy="1685925"/>
                    </a:xfrm>
                    <a:prstGeom prst="rect">
                      <a:avLst/>
                    </a:prstGeom>
                  </pic:spPr>
                </pic:pic>
              </a:graphicData>
            </a:graphic>
          </wp:inline>
        </w:drawing>
      </w:r>
    </w:p>
    <w:p w14:paraId="03DA45CD" w14:textId="1461A6CC" w:rsidR="00173974" w:rsidRPr="00AE0941" w:rsidRDefault="5771A9BE" w:rsidP="2D4FE959">
      <w:pPr>
        <w:spacing w:before="1300"/>
        <w:jc w:val="center"/>
      </w:pPr>
      <w:r w:rsidRPr="00AE0941">
        <w:rPr>
          <w:b/>
          <w:color w:val="2F75B5"/>
          <w:sz w:val="48"/>
          <w:szCs w:val="48"/>
        </w:rPr>
        <w:t>REQUEST FOR TENDERS</w:t>
      </w:r>
    </w:p>
    <w:p w14:paraId="57E165FD" w14:textId="77777777" w:rsidR="00173974" w:rsidRPr="00AE0941" w:rsidRDefault="007E0F88">
      <w:pPr>
        <w:jc w:val="center"/>
      </w:pPr>
      <w:r w:rsidRPr="00AE0941">
        <w:rPr>
          <w:b/>
          <w:color w:val="1F4E79"/>
          <w:sz w:val="56"/>
        </w:rPr>
        <w:t>ICT SUPPORT SERVICES</w:t>
      </w:r>
    </w:p>
    <w:p w14:paraId="30E5FC03" w14:textId="77777777" w:rsidR="00173974" w:rsidRPr="00AE0941" w:rsidRDefault="007E0F88">
      <w:pPr>
        <w:jc w:val="center"/>
      </w:pPr>
      <w:r w:rsidRPr="00AE0941">
        <w:rPr>
          <w:b/>
          <w:color w:val="2F75B5"/>
          <w:sz w:val="28"/>
        </w:rPr>
        <w:t>Limerick Twenty Thirty Strategic Development DAC</w:t>
      </w:r>
    </w:p>
    <w:p w14:paraId="672A6659" w14:textId="77777777" w:rsidR="00173974" w:rsidRPr="00AE0941" w:rsidRDefault="00173974"/>
    <w:tbl>
      <w:tblPr>
        <w:tblStyle w:val="TableGrid"/>
        <w:tblW w:w="0" w:type="auto"/>
        <w:jc w:val="center"/>
        <w:tblLook w:val="04A0" w:firstRow="1" w:lastRow="0" w:firstColumn="1" w:lastColumn="0" w:noHBand="0" w:noVBand="1"/>
      </w:tblPr>
      <w:tblGrid>
        <w:gridCol w:w="5112"/>
        <w:gridCol w:w="5112"/>
      </w:tblGrid>
      <w:tr w:rsidR="00173974" w:rsidRPr="00AE0941" w14:paraId="5A8EDF76" w14:textId="77777777" w:rsidTr="08617719">
        <w:trPr>
          <w:tblHeader/>
          <w:jc w:val="center"/>
        </w:trPr>
        <w:tc>
          <w:tcPr>
            <w:tcW w:w="5112" w:type="dxa"/>
            <w:shd w:val="clear" w:color="auto" w:fill="1F4E78"/>
            <w:tcMar>
              <w:top w:w="80" w:type="dxa"/>
              <w:left w:w="80" w:type="dxa"/>
              <w:bottom w:w="80" w:type="dxa"/>
              <w:right w:w="80" w:type="dxa"/>
            </w:tcMar>
            <w:vAlign w:val="center"/>
          </w:tcPr>
          <w:p w14:paraId="19AB9643" w14:textId="77777777" w:rsidR="00173974" w:rsidRPr="00AE0941" w:rsidRDefault="007E0F88">
            <w:pPr>
              <w:spacing w:after="0"/>
              <w:jc w:val="center"/>
            </w:pPr>
            <w:r w:rsidRPr="00AE0941">
              <w:rPr>
                <w:b/>
                <w:color w:val="FFFFFF"/>
                <w:sz w:val="17"/>
              </w:rPr>
              <w:t>Tender information</w:t>
            </w:r>
          </w:p>
        </w:tc>
        <w:tc>
          <w:tcPr>
            <w:tcW w:w="5112" w:type="dxa"/>
            <w:shd w:val="clear" w:color="auto" w:fill="1F4E78"/>
            <w:tcMar>
              <w:top w:w="80" w:type="dxa"/>
              <w:left w:w="80" w:type="dxa"/>
              <w:bottom w:w="80" w:type="dxa"/>
              <w:right w:w="80" w:type="dxa"/>
            </w:tcMar>
            <w:vAlign w:val="center"/>
          </w:tcPr>
          <w:p w14:paraId="0231F8D0" w14:textId="77777777" w:rsidR="00173974" w:rsidRPr="00AE0941" w:rsidRDefault="007E0F88">
            <w:pPr>
              <w:spacing w:after="0"/>
              <w:jc w:val="center"/>
            </w:pPr>
            <w:r w:rsidRPr="00AE0941">
              <w:rPr>
                <w:b/>
                <w:color w:val="FFFFFF"/>
                <w:sz w:val="17"/>
              </w:rPr>
              <w:t>Details</w:t>
            </w:r>
          </w:p>
        </w:tc>
      </w:tr>
      <w:tr w:rsidR="00173974" w:rsidRPr="00AE0941" w14:paraId="4689507C" w14:textId="77777777" w:rsidTr="08617719">
        <w:trPr>
          <w:cantSplit/>
          <w:jc w:val="center"/>
        </w:trPr>
        <w:tc>
          <w:tcPr>
            <w:tcW w:w="5112" w:type="dxa"/>
            <w:tcMar>
              <w:top w:w="80" w:type="dxa"/>
              <w:left w:w="80" w:type="dxa"/>
              <w:bottom w:w="80" w:type="dxa"/>
              <w:right w:w="80" w:type="dxa"/>
            </w:tcMar>
            <w:vAlign w:val="center"/>
          </w:tcPr>
          <w:p w14:paraId="752803FC" w14:textId="77777777" w:rsidR="00173974" w:rsidRPr="00AE0941" w:rsidRDefault="007E0F88">
            <w:pPr>
              <w:spacing w:after="0"/>
              <w:jc w:val="center"/>
            </w:pPr>
            <w:r w:rsidRPr="00AE0941">
              <w:rPr>
                <w:sz w:val="16"/>
              </w:rPr>
              <w:t>Contracting Authority</w:t>
            </w:r>
          </w:p>
        </w:tc>
        <w:tc>
          <w:tcPr>
            <w:tcW w:w="5112" w:type="dxa"/>
            <w:tcMar>
              <w:top w:w="80" w:type="dxa"/>
              <w:left w:w="80" w:type="dxa"/>
              <w:bottom w:w="80" w:type="dxa"/>
              <w:right w:w="80" w:type="dxa"/>
            </w:tcMar>
            <w:vAlign w:val="center"/>
          </w:tcPr>
          <w:p w14:paraId="58B4A970" w14:textId="77777777" w:rsidR="00173974" w:rsidRPr="00AE0941" w:rsidRDefault="007E0F88">
            <w:pPr>
              <w:spacing w:after="0"/>
              <w:jc w:val="center"/>
            </w:pPr>
            <w:r w:rsidRPr="00AE0941">
              <w:rPr>
                <w:sz w:val="16"/>
              </w:rPr>
              <w:t>Limerick Twenty Thirty DAC (LTT)</w:t>
            </w:r>
          </w:p>
        </w:tc>
      </w:tr>
      <w:tr w:rsidR="00173974" w:rsidRPr="00AE0941" w14:paraId="71BB9F05" w14:textId="77777777" w:rsidTr="08617719">
        <w:trPr>
          <w:cantSplit/>
          <w:jc w:val="center"/>
        </w:trPr>
        <w:tc>
          <w:tcPr>
            <w:tcW w:w="5112" w:type="dxa"/>
            <w:tcMar>
              <w:top w:w="80" w:type="dxa"/>
              <w:left w:w="80" w:type="dxa"/>
              <w:bottom w:w="80" w:type="dxa"/>
              <w:right w:w="80" w:type="dxa"/>
            </w:tcMar>
            <w:vAlign w:val="center"/>
          </w:tcPr>
          <w:p w14:paraId="7432F784" w14:textId="77777777" w:rsidR="00173974" w:rsidRPr="00AE0941" w:rsidRDefault="007E0F88">
            <w:pPr>
              <w:spacing w:after="0"/>
              <w:jc w:val="center"/>
            </w:pPr>
            <w:r w:rsidRPr="00AE0941">
              <w:rPr>
                <w:sz w:val="16"/>
              </w:rPr>
              <w:t>Issue date</w:t>
            </w:r>
          </w:p>
        </w:tc>
        <w:tc>
          <w:tcPr>
            <w:tcW w:w="5112" w:type="dxa"/>
            <w:tcMar>
              <w:top w:w="80" w:type="dxa"/>
              <w:left w:w="80" w:type="dxa"/>
              <w:bottom w:w="80" w:type="dxa"/>
              <w:right w:w="80" w:type="dxa"/>
            </w:tcMar>
            <w:vAlign w:val="center"/>
          </w:tcPr>
          <w:p w14:paraId="74B0D70A" w14:textId="30B5566C" w:rsidR="00173974" w:rsidRPr="00AE0941" w:rsidRDefault="15069E94" w:rsidP="08617719">
            <w:pPr>
              <w:spacing w:after="0"/>
              <w:jc w:val="center"/>
            </w:pPr>
            <w:r w:rsidRPr="00034725">
              <w:rPr>
                <w:sz w:val="16"/>
                <w:szCs w:val="16"/>
              </w:rPr>
              <w:t>28 October 2026</w:t>
            </w:r>
          </w:p>
        </w:tc>
      </w:tr>
      <w:tr w:rsidR="00173974" w:rsidRPr="00AE0941" w14:paraId="2CC385FE" w14:textId="77777777" w:rsidTr="08617719">
        <w:trPr>
          <w:cantSplit/>
          <w:jc w:val="center"/>
        </w:trPr>
        <w:tc>
          <w:tcPr>
            <w:tcW w:w="5112" w:type="dxa"/>
            <w:tcMar>
              <w:top w:w="80" w:type="dxa"/>
              <w:left w:w="80" w:type="dxa"/>
              <w:bottom w:w="80" w:type="dxa"/>
              <w:right w:w="80" w:type="dxa"/>
            </w:tcMar>
            <w:vAlign w:val="center"/>
          </w:tcPr>
          <w:p w14:paraId="3D3D4E27" w14:textId="77777777" w:rsidR="00173974" w:rsidRPr="00AE0941" w:rsidRDefault="007E0F88">
            <w:pPr>
              <w:spacing w:after="0"/>
              <w:jc w:val="center"/>
            </w:pPr>
            <w:r w:rsidRPr="00AE0941">
              <w:rPr>
                <w:sz w:val="16"/>
              </w:rPr>
              <w:t>Deadline for queries</w:t>
            </w:r>
          </w:p>
        </w:tc>
        <w:tc>
          <w:tcPr>
            <w:tcW w:w="5112" w:type="dxa"/>
            <w:tcMar>
              <w:top w:w="80" w:type="dxa"/>
              <w:left w:w="80" w:type="dxa"/>
              <w:bottom w:w="80" w:type="dxa"/>
              <w:right w:w="80" w:type="dxa"/>
            </w:tcMar>
            <w:vAlign w:val="center"/>
          </w:tcPr>
          <w:p w14:paraId="6FAF41AB" w14:textId="36EFE408" w:rsidR="00173974" w:rsidRPr="00034725" w:rsidRDefault="11DA67AF" w:rsidP="08617719">
            <w:pPr>
              <w:spacing w:after="0"/>
              <w:jc w:val="center"/>
              <w:rPr>
                <w:sz w:val="16"/>
                <w:szCs w:val="16"/>
              </w:rPr>
            </w:pPr>
            <w:r w:rsidRPr="00034725">
              <w:rPr>
                <w:sz w:val="16"/>
                <w:szCs w:val="16"/>
              </w:rPr>
              <w:t>18 November 2026 at 12:00</w:t>
            </w:r>
            <w:r w:rsidR="00C77CFD">
              <w:rPr>
                <w:sz w:val="16"/>
                <w:szCs w:val="16"/>
              </w:rPr>
              <w:t xml:space="preserve"> noon</w:t>
            </w:r>
          </w:p>
        </w:tc>
      </w:tr>
      <w:tr w:rsidR="00173974" w:rsidRPr="00AE0941" w14:paraId="5D101384" w14:textId="77777777" w:rsidTr="08617719">
        <w:trPr>
          <w:cantSplit/>
          <w:jc w:val="center"/>
        </w:trPr>
        <w:tc>
          <w:tcPr>
            <w:tcW w:w="5112" w:type="dxa"/>
            <w:tcMar>
              <w:top w:w="80" w:type="dxa"/>
              <w:left w:w="80" w:type="dxa"/>
              <w:bottom w:w="80" w:type="dxa"/>
              <w:right w:w="80" w:type="dxa"/>
            </w:tcMar>
            <w:vAlign w:val="center"/>
          </w:tcPr>
          <w:p w14:paraId="6C677D4E" w14:textId="77777777" w:rsidR="00173974" w:rsidRPr="00AE0941" w:rsidRDefault="007E0F88">
            <w:pPr>
              <w:spacing w:after="0"/>
              <w:jc w:val="center"/>
            </w:pPr>
            <w:r w:rsidRPr="00AE0941">
              <w:rPr>
                <w:sz w:val="16"/>
              </w:rPr>
              <w:t>Tender closing date and time</w:t>
            </w:r>
          </w:p>
        </w:tc>
        <w:tc>
          <w:tcPr>
            <w:tcW w:w="5112" w:type="dxa"/>
            <w:tcMar>
              <w:top w:w="80" w:type="dxa"/>
              <w:left w:w="80" w:type="dxa"/>
              <w:bottom w:w="80" w:type="dxa"/>
              <w:right w:w="80" w:type="dxa"/>
            </w:tcMar>
            <w:vAlign w:val="center"/>
          </w:tcPr>
          <w:p w14:paraId="3E0B4D58" w14:textId="4EC9874D" w:rsidR="00173974" w:rsidRPr="00034725" w:rsidRDefault="2EC9EEBB" w:rsidP="00034725">
            <w:pPr>
              <w:spacing w:after="0" w:line="300" w:lineRule="auto"/>
              <w:jc w:val="center"/>
              <w:rPr>
                <w:sz w:val="16"/>
                <w:szCs w:val="16"/>
              </w:rPr>
            </w:pPr>
            <w:r w:rsidRPr="00034725">
              <w:rPr>
                <w:rFonts w:eastAsia="Segoe UI" w:cs="Segoe UI"/>
                <w:sz w:val="16"/>
                <w:szCs w:val="16"/>
              </w:rPr>
              <w:t>25 November 2026 at 12:00 noon</w:t>
            </w:r>
          </w:p>
        </w:tc>
      </w:tr>
      <w:tr w:rsidR="00173974" w:rsidRPr="00AE0941" w14:paraId="5895C5C8" w14:textId="77777777" w:rsidTr="08617719">
        <w:trPr>
          <w:cantSplit/>
          <w:jc w:val="center"/>
        </w:trPr>
        <w:tc>
          <w:tcPr>
            <w:tcW w:w="5112" w:type="dxa"/>
            <w:tcMar>
              <w:top w:w="80" w:type="dxa"/>
              <w:left w:w="80" w:type="dxa"/>
              <w:bottom w:w="80" w:type="dxa"/>
              <w:right w:w="80" w:type="dxa"/>
            </w:tcMar>
            <w:vAlign w:val="center"/>
          </w:tcPr>
          <w:p w14:paraId="07F28B96" w14:textId="77777777" w:rsidR="00173974" w:rsidRPr="00AE0941" w:rsidRDefault="007E0F88">
            <w:pPr>
              <w:spacing w:after="0"/>
              <w:jc w:val="center"/>
            </w:pPr>
            <w:r w:rsidRPr="00AE0941">
              <w:rPr>
                <w:sz w:val="16"/>
              </w:rPr>
              <w:t>Submission method</w:t>
            </w:r>
          </w:p>
        </w:tc>
        <w:tc>
          <w:tcPr>
            <w:tcW w:w="5112" w:type="dxa"/>
            <w:tcMar>
              <w:top w:w="80" w:type="dxa"/>
              <w:left w:w="80" w:type="dxa"/>
              <w:bottom w:w="80" w:type="dxa"/>
              <w:right w:w="80" w:type="dxa"/>
            </w:tcMar>
            <w:vAlign w:val="center"/>
          </w:tcPr>
          <w:p w14:paraId="082A68E3" w14:textId="77777777" w:rsidR="00173974" w:rsidRPr="00AE0941" w:rsidRDefault="007E0F88">
            <w:pPr>
              <w:spacing w:after="0"/>
              <w:jc w:val="center"/>
            </w:pPr>
            <w:r w:rsidRPr="00AE0941">
              <w:rPr>
                <w:sz w:val="16"/>
              </w:rPr>
              <w:t>Electronic tenderbox on eTenders</w:t>
            </w:r>
          </w:p>
        </w:tc>
      </w:tr>
      <w:tr w:rsidR="00173974" w:rsidRPr="00AE0941" w14:paraId="7FAD5400" w14:textId="77777777" w:rsidTr="08617719">
        <w:trPr>
          <w:cantSplit/>
          <w:jc w:val="center"/>
        </w:trPr>
        <w:tc>
          <w:tcPr>
            <w:tcW w:w="5112" w:type="dxa"/>
            <w:tcMar>
              <w:top w:w="80" w:type="dxa"/>
              <w:left w:w="80" w:type="dxa"/>
              <w:bottom w:w="80" w:type="dxa"/>
              <w:right w:w="80" w:type="dxa"/>
            </w:tcMar>
            <w:vAlign w:val="center"/>
          </w:tcPr>
          <w:p w14:paraId="2ADFE96C" w14:textId="77777777" w:rsidR="00173974" w:rsidRPr="00AE0941" w:rsidRDefault="007E0F88">
            <w:pPr>
              <w:spacing w:after="0"/>
              <w:jc w:val="center"/>
            </w:pPr>
            <w:r w:rsidRPr="00AE0941">
              <w:rPr>
                <w:sz w:val="16"/>
              </w:rPr>
              <w:t>Contract term</w:t>
            </w:r>
          </w:p>
        </w:tc>
        <w:tc>
          <w:tcPr>
            <w:tcW w:w="5112" w:type="dxa"/>
            <w:tcMar>
              <w:top w:w="80" w:type="dxa"/>
              <w:left w:w="80" w:type="dxa"/>
              <w:bottom w:w="80" w:type="dxa"/>
              <w:right w:w="80" w:type="dxa"/>
            </w:tcMar>
            <w:vAlign w:val="center"/>
          </w:tcPr>
          <w:p w14:paraId="0A41594A" w14:textId="77777777" w:rsidR="00173974" w:rsidRPr="00AE0941" w:rsidRDefault="007E0F88">
            <w:pPr>
              <w:spacing w:after="0"/>
              <w:jc w:val="center"/>
            </w:pPr>
            <w:r w:rsidRPr="00AE0941">
              <w:rPr>
                <w:sz w:val="16"/>
              </w:rPr>
              <w:t>Three years, with an option to extend by up to two further years</w:t>
            </w:r>
          </w:p>
        </w:tc>
      </w:tr>
      <w:tr w:rsidR="00173974" w:rsidRPr="00AE0941" w14:paraId="06D897BD" w14:textId="77777777" w:rsidTr="08617719">
        <w:trPr>
          <w:cantSplit/>
          <w:jc w:val="center"/>
        </w:trPr>
        <w:tc>
          <w:tcPr>
            <w:tcW w:w="5112" w:type="dxa"/>
            <w:tcMar>
              <w:top w:w="80" w:type="dxa"/>
              <w:left w:w="80" w:type="dxa"/>
              <w:bottom w:w="80" w:type="dxa"/>
              <w:right w:w="80" w:type="dxa"/>
            </w:tcMar>
            <w:vAlign w:val="center"/>
          </w:tcPr>
          <w:p w14:paraId="2FD3275A" w14:textId="77777777" w:rsidR="00173974" w:rsidRPr="00AE0941" w:rsidRDefault="007E0F88">
            <w:pPr>
              <w:spacing w:after="0"/>
              <w:jc w:val="center"/>
            </w:pPr>
            <w:r w:rsidRPr="00AE0941">
              <w:rPr>
                <w:sz w:val="16"/>
              </w:rPr>
              <w:t>Maximum contract duration</w:t>
            </w:r>
          </w:p>
        </w:tc>
        <w:tc>
          <w:tcPr>
            <w:tcW w:w="5112" w:type="dxa"/>
            <w:tcMar>
              <w:top w:w="80" w:type="dxa"/>
              <w:left w:w="80" w:type="dxa"/>
              <w:bottom w:w="80" w:type="dxa"/>
              <w:right w:w="80" w:type="dxa"/>
            </w:tcMar>
            <w:vAlign w:val="center"/>
          </w:tcPr>
          <w:p w14:paraId="39D4FC31" w14:textId="77777777" w:rsidR="00173974" w:rsidRPr="00AE0941" w:rsidRDefault="007E0F88">
            <w:pPr>
              <w:spacing w:after="0"/>
              <w:jc w:val="center"/>
            </w:pPr>
            <w:r w:rsidRPr="00AE0941">
              <w:rPr>
                <w:sz w:val="16"/>
              </w:rPr>
              <w:t>Five years</w:t>
            </w:r>
          </w:p>
        </w:tc>
      </w:tr>
      <w:tr w:rsidR="00173974" w:rsidRPr="00AE0941" w14:paraId="737D233D" w14:textId="77777777" w:rsidTr="08617719">
        <w:trPr>
          <w:cantSplit/>
          <w:jc w:val="center"/>
        </w:trPr>
        <w:tc>
          <w:tcPr>
            <w:tcW w:w="5112" w:type="dxa"/>
            <w:tcMar>
              <w:top w:w="80" w:type="dxa"/>
              <w:left w:w="80" w:type="dxa"/>
              <w:bottom w:w="80" w:type="dxa"/>
              <w:right w:w="80" w:type="dxa"/>
            </w:tcMar>
            <w:vAlign w:val="center"/>
          </w:tcPr>
          <w:p w14:paraId="1B63AC58" w14:textId="77777777" w:rsidR="00173974" w:rsidRPr="00AE0941" w:rsidRDefault="007E0F88">
            <w:pPr>
              <w:spacing w:after="0"/>
              <w:jc w:val="center"/>
            </w:pPr>
            <w:r w:rsidRPr="00AE0941">
              <w:rPr>
                <w:sz w:val="16"/>
              </w:rPr>
              <w:t>Estimated maximum contract value</w:t>
            </w:r>
          </w:p>
        </w:tc>
        <w:tc>
          <w:tcPr>
            <w:tcW w:w="5112" w:type="dxa"/>
            <w:tcMar>
              <w:top w:w="80" w:type="dxa"/>
              <w:left w:w="80" w:type="dxa"/>
              <w:bottom w:w="80" w:type="dxa"/>
              <w:right w:w="80" w:type="dxa"/>
            </w:tcMar>
            <w:vAlign w:val="center"/>
          </w:tcPr>
          <w:p w14:paraId="1902ABDE" w14:textId="7A96F070" w:rsidR="00173974" w:rsidRPr="00AE0941" w:rsidRDefault="306CD57A" w:rsidP="08617719">
            <w:pPr>
              <w:spacing w:after="0"/>
              <w:jc w:val="center"/>
            </w:pPr>
            <w:r w:rsidRPr="08617719">
              <w:rPr>
                <w:sz w:val="16"/>
                <w:szCs w:val="16"/>
              </w:rPr>
              <w:t>Approximately €1</w:t>
            </w:r>
            <w:r w:rsidR="00D1229E">
              <w:rPr>
                <w:sz w:val="16"/>
                <w:szCs w:val="16"/>
              </w:rPr>
              <w:t>7</w:t>
            </w:r>
            <w:r w:rsidR="05043B88" w:rsidRPr="08617719">
              <w:rPr>
                <w:sz w:val="16"/>
                <w:szCs w:val="16"/>
              </w:rPr>
              <w:t>5</w:t>
            </w:r>
            <w:r w:rsidRPr="08617719">
              <w:rPr>
                <w:sz w:val="16"/>
                <w:szCs w:val="16"/>
              </w:rPr>
              <w:t xml:space="preserve">,000 excl. VAT, </w:t>
            </w:r>
            <w:r w:rsidR="00BF089D">
              <w:rPr>
                <w:sz w:val="16"/>
                <w:szCs w:val="16"/>
              </w:rPr>
              <w:t>in</w:t>
            </w:r>
            <w:r w:rsidR="0B5BFBC5" w:rsidRPr="08617719">
              <w:rPr>
                <w:sz w:val="16"/>
                <w:szCs w:val="16"/>
              </w:rPr>
              <w:t xml:space="preserve">cluding </w:t>
            </w:r>
            <w:r w:rsidRPr="08617719">
              <w:rPr>
                <w:sz w:val="16"/>
                <w:szCs w:val="16"/>
              </w:rPr>
              <w:t>extension options</w:t>
            </w:r>
          </w:p>
        </w:tc>
      </w:tr>
    </w:tbl>
    <w:p w14:paraId="0A37501D" w14:textId="77777777" w:rsidR="00173974" w:rsidRPr="00AE0941" w:rsidRDefault="00173974">
      <w:pPr>
        <w:spacing w:after="20"/>
      </w:pPr>
    </w:p>
    <w:p w14:paraId="5DAB6C7B" w14:textId="77777777" w:rsidR="00173974" w:rsidRPr="00AE0941" w:rsidRDefault="007E0F88">
      <w:r w:rsidRPr="00AE0941">
        <w:br w:type="page"/>
      </w:r>
    </w:p>
    <w:p w14:paraId="406425CA" w14:textId="77777777" w:rsidR="00173974" w:rsidRPr="00AE0941" w:rsidRDefault="007E0F88">
      <w:pPr>
        <w:pStyle w:val="Heading1"/>
        <w:rPr>
          <w:rFonts w:ascii="Aptos" w:hAnsi="Aptos"/>
        </w:rPr>
      </w:pPr>
      <w:r w:rsidRPr="00AE0941">
        <w:rPr>
          <w:rFonts w:ascii="Aptos" w:hAnsi="Aptos"/>
        </w:rPr>
        <w:lastRenderedPageBreak/>
        <w:t>Contents</w:t>
      </w:r>
    </w:p>
    <w:p w14:paraId="32A36C38" w14:textId="77777777" w:rsidR="00173974" w:rsidRPr="00AE0941" w:rsidRDefault="007E0F88">
      <w:r w:rsidRPr="00AE0941">
        <w:t>1. Introduction</w:t>
      </w:r>
    </w:p>
    <w:p w14:paraId="7ED6551B" w14:textId="77777777" w:rsidR="00173974" w:rsidRPr="00AE0941" w:rsidRDefault="007E0F88">
      <w:r w:rsidRPr="00AE0941">
        <w:t>2. The Contracting Authority</w:t>
      </w:r>
    </w:p>
    <w:p w14:paraId="69FC1C5B" w14:textId="77777777" w:rsidR="00173974" w:rsidRPr="00AE0941" w:rsidRDefault="007E0F88">
      <w:r w:rsidRPr="00AE0941">
        <w:t>3. ICT Environment and Service Context</w:t>
      </w:r>
    </w:p>
    <w:p w14:paraId="75597F96" w14:textId="77777777" w:rsidR="00173974" w:rsidRPr="00AE0941" w:rsidRDefault="007E0F88">
      <w:r w:rsidRPr="00AE0941">
        <w:t>4. Appointment and Contract</w:t>
      </w:r>
    </w:p>
    <w:p w14:paraId="29BC272A" w14:textId="77777777" w:rsidR="00173974" w:rsidRPr="00AE0941" w:rsidRDefault="007E0F88">
      <w:r w:rsidRPr="00AE0941">
        <w:t>5. Service Requirements / Scope of Services</w:t>
      </w:r>
    </w:p>
    <w:p w14:paraId="54A51EE2" w14:textId="77777777" w:rsidR="00173974" w:rsidRPr="00AE0941" w:rsidRDefault="007E0F88">
      <w:r w:rsidRPr="00AE0941">
        <w:t>6. Service Levels and Support Arrangements</w:t>
      </w:r>
    </w:p>
    <w:p w14:paraId="4949825B" w14:textId="77777777" w:rsidR="00173974" w:rsidRPr="00AE0941" w:rsidRDefault="007E0F88">
      <w:r w:rsidRPr="00AE0941">
        <w:t>7. Transition and Contract Management</w:t>
      </w:r>
    </w:p>
    <w:p w14:paraId="623575C2" w14:textId="77777777" w:rsidR="00173974" w:rsidRPr="00AE0941" w:rsidRDefault="007E0F88">
      <w:r w:rsidRPr="00AE0941">
        <w:t>8. Tender Instructions</w:t>
      </w:r>
    </w:p>
    <w:p w14:paraId="1080F943" w14:textId="77777777" w:rsidR="00173974" w:rsidRPr="00AE0941" w:rsidRDefault="007E0F88">
      <w:r w:rsidRPr="00AE0941">
        <w:t>9. Tenderer Declaration and Exclusion Grounds</w:t>
      </w:r>
    </w:p>
    <w:p w14:paraId="354EBB3B" w14:textId="77777777" w:rsidR="00173974" w:rsidRPr="00AE0941" w:rsidRDefault="007E0F88">
      <w:r w:rsidRPr="00AE0941">
        <w:t>10. Selection Criteria</w:t>
      </w:r>
    </w:p>
    <w:p w14:paraId="725773ED" w14:textId="77777777" w:rsidR="00173974" w:rsidRPr="00AE0941" w:rsidRDefault="007E0F88">
      <w:r w:rsidRPr="00AE0941">
        <w:t>11. Tender Evaluation and Award Criteria</w:t>
      </w:r>
    </w:p>
    <w:p w14:paraId="44C966E8" w14:textId="77777777" w:rsidR="00173974" w:rsidRPr="00AE0941" w:rsidRDefault="007E0F88">
      <w:r w:rsidRPr="00AE0941">
        <w:t>12. Queries and Clarifications</w:t>
      </w:r>
    </w:p>
    <w:p w14:paraId="311B1BE0" w14:textId="77777777" w:rsidR="00173974" w:rsidRPr="00AE0941" w:rsidRDefault="007E0F88">
      <w:r w:rsidRPr="00AE0941">
        <w:t>13. Tenderer Confirmation and Declarations</w:t>
      </w:r>
    </w:p>
    <w:p w14:paraId="2D88599D" w14:textId="77777777" w:rsidR="00173974" w:rsidRPr="00AE0941" w:rsidRDefault="007E0F88">
      <w:r w:rsidRPr="00AE0941">
        <w:t>14. Pricing Schedule</w:t>
      </w:r>
    </w:p>
    <w:p w14:paraId="47D68246" w14:textId="77777777" w:rsidR="00173974" w:rsidRPr="00AE0941" w:rsidRDefault="007E0F88">
      <w:r w:rsidRPr="00AE0941">
        <w:t>Appendix A: Tender Response Checklist</w:t>
      </w:r>
    </w:p>
    <w:p w14:paraId="25B8F31D" w14:textId="77777777" w:rsidR="00173974" w:rsidRPr="00AE0941" w:rsidRDefault="007E0F88">
      <w:r w:rsidRPr="00AE0941">
        <w:t>Appendix B: Data Protection Information</w:t>
      </w:r>
    </w:p>
    <w:p w14:paraId="7C76ABC5" w14:textId="7FE09859" w:rsidR="00173974" w:rsidRPr="00AE0941" w:rsidRDefault="007E0F88">
      <w:r w:rsidRPr="00AE0941">
        <w:t>Appendix C: Services Contract</w:t>
      </w:r>
      <w:r w:rsidR="0016631D" w:rsidRPr="00AE0941">
        <w:t xml:space="preserve"> Framework</w:t>
      </w:r>
    </w:p>
    <w:p w14:paraId="1D17AE44" w14:textId="77777777" w:rsidR="00173974" w:rsidRPr="00AE0941" w:rsidRDefault="007E0F88">
      <w:pPr>
        <w:pStyle w:val="Heading1"/>
        <w:rPr>
          <w:rFonts w:ascii="Aptos" w:hAnsi="Aptos"/>
        </w:rPr>
      </w:pPr>
      <w:r w:rsidRPr="00AE0941">
        <w:rPr>
          <w:rFonts w:ascii="Aptos" w:hAnsi="Aptos"/>
        </w:rPr>
        <w:t>1. Introduction</w:t>
      </w:r>
    </w:p>
    <w:p w14:paraId="27D7BEF9" w14:textId="1BA85CB9" w:rsidR="00173974" w:rsidRPr="00AE0941" w:rsidRDefault="306CD57A">
      <w:r>
        <w:t xml:space="preserve">1.1 Limerick Twenty Thirty DAC (LTT) is a property development company established as a special purpose vehicle of Limerick City and County Council to plan and deliver the development of key strategic sites across Limerick City and County. LTT operates as a separate entity and maintains its own governance, </w:t>
      </w:r>
      <w:r w:rsidR="30A01441">
        <w:t>operational,</w:t>
      </w:r>
      <w:r>
        <w:t xml:space="preserve"> and ICT environments.</w:t>
      </w:r>
    </w:p>
    <w:p w14:paraId="0DBB7C53" w14:textId="77777777" w:rsidR="00173974" w:rsidRPr="00AE0941" w:rsidRDefault="007E0F88">
      <w:r w:rsidRPr="00AE0941">
        <w:t>1.2 LTT invites Tenders from suitably qualified economic operators for the provision of a reliable, secure and responsive managed ICT support service. The successful Tenderer will act as LTT’s primary ICT support partner and provide end-to-end service management, technical support, monitoring, administration, security, reporting and advice.</w:t>
      </w:r>
    </w:p>
    <w:p w14:paraId="17C99FC5" w14:textId="77777777" w:rsidR="00173974" w:rsidRPr="00AE0941" w:rsidRDefault="007E0F88">
      <w:r w:rsidRPr="00AE0941">
        <w:t>1.3 The Services must support LTT’s obligations relating to governance, data protection, cybersecurity, business continuity and appropriate management of company information and ICT assets.</w:t>
      </w:r>
    </w:p>
    <w:p w14:paraId="48B20021" w14:textId="77777777" w:rsidR="00173974" w:rsidRPr="00AE0941" w:rsidRDefault="007E0F88">
      <w:pPr>
        <w:pStyle w:val="Heading1"/>
        <w:rPr>
          <w:rFonts w:ascii="Aptos" w:hAnsi="Aptos"/>
        </w:rPr>
      </w:pPr>
      <w:r w:rsidRPr="00AE0941">
        <w:rPr>
          <w:rFonts w:ascii="Aptos" w:hAnsi="Aptos"/>
        </w:rPr>
        <w:t>2. The Contracting Authority</w:t>
      </w:r>
    </w:p>
    <w:p w14:paraId="42A9796D" w14:textId="77777777" w:rsidR="00173974" w:rsidRPr="00AE0941" w:rsidRDefault="007E0F88">
      <w:r w:rsidRPr="00AE0941">
        <w:t>2.1 The contract for the Services will be with Limerick Twenty Thirty DAC, referred to in this RFT as the “Contracting Authority” or “LTT”.</w:t>
      </w:r>
    </w:p>
    <w:p w14:paraId="5306E8CE" w14:textId="77777777" w:rsidR="00173974" w:rsidRPr="00AE0941" w:rsidRDefault="007E0F88">
      <w:r w:rsidRPr="00AE0941">
        <w:t>2.2 Further information on LTT is available at www.limerick2030.ie.</w:t>
      </w:r>
    </w:p>
    <w:p w14:paraId="789D2ABB" w14:textId="77777777" w:rsidR="00173974" w:rsidRPr="00AE0941" w:rsidRDefault="007E0F88">
      <w:pPr>
        <w:pStyle w:val="Heading1"/>
        <w:rPr>
          <w:rFonts w:ascii="Aptos" w:hAnsi="Aptos"/>
        </w:rPr>
      </w:pPr>
      <w:r w:rsidRPr="00AE0941">
        <w:rPr>
          <w:rFonts w:ascii="Aptos" w:hAnsi="Aptos"/>
        </w:rPr>
        <w:t>3. ICT Environment and Service Context</w:t>
      </w:r>
    </w:p>
    <w:p w14:paraId="2252BCC7" w14:textId="77777777" w:rsidR="00173974" w:rsidRPr="00AE0941" w:rsidRDefault="007E0F88">
      <w:r w:rsidRPr="00AE0941">
        <w:t>3.1 The information below is provided to assist Tenderers in understanding the current environment and preparing their service and pricing proposals. Quantities are approximate and may change during the contract.</w:t>
      </w:r>
    </w:p>
    <w:tbl>
      <w:tblPr>
        <w:tblStyle w:val="TableGrid"/>
        <w:tblW w:w="0" w:type="auto"/>
        <w:jc w:val="center"/>
        <w:tblLook w:val="04A0" w:firstRow="1" w:lastRow="0" w:firstColumn="1" w:lastColumn="0" w:noHBand="0" w:noVBand="1"/>
      </w:tblPr>
      <w:tblGrid>
        <w:gridCol w:w="5112"/>
        <w:gridCol w:w="5112"/>
      </w:tblGrid>
      <w:tr w:rsidR="00173974" w:rsidRPr="00AE0941" w14:paraId="0BE2838A" w14:textId="77777777" w:rsidTr="72E13387">
        <w:trPr>
          <w:tblHeader/>
          <w:jc w:val="center"/>
        </w:trPr>
        <w:tc>
          <w:tcPr>
            <w:tcW w:w="5112" w:type="dxa"/>
            <w:shd w:val="clear" w:color="auto" w:fill="1F4E78"/>
            <w:tcMar>
              <w:top w:w="80" w:type="dxa"/>
              <w:left w:w="80" w:type="dxa"/>
              <w:bottom w:w="80" w:type="dxa"/>
              <w:right w:w="80" w:type="dxa"/>
            </w:tcMar>
            <w:vAlign w:val="center"/>
          </w:tcPr>
          <w:p w14:paraId="279B7DB6" w14:textId="77777777" w:rsidR="00173974" w:rsidRPr="00AE0941" w:rsidRDefault="007E0F88">
            <w:pPr>
              <w:spacing w:after="0"/>
              <w:jc w:val="center"/>
            </w:pPr>
            <w:r w:rsidRPr="00AE0941">
              <w:rPr>
                <w:b/>
                <w:color w:val="FFFFFF"/>
                <w:sz w:val="17"/>
              </w:rPr>
              <w:t>Environment component</w:t>
            </w:r>
          </w:p>
        </w:tc>
        <w:tc>
          <w:tcPr>
            <w:tcW w:w="5112" w:type="dxa"/>
            <w:shd w:val="clear" w:color="auto" w:fill="1F4E78"/>
            <w:tcMar>
              <w:top w:w="80" w:type="dxa"/>
              <w:left w:w="80" w:type="dxa"/>
              <w:bottom w:w="80" w:type="dxa"/>
              <w:right w:w="80" w:type="dxa"/>
            </w:tcMar>
            <w:vAlign w:val="center"/>
          </w:tcPr>
          <w:p w14:paraId="7402A3DA" w14:textId="77777777" w:rsidR="00173974" w:rsidRPr="00AE0941" w:rsidRDefault="007E0F88">
            <w:pPr>
              <w:spacing w:after="0"/>
              <w:jc w:val="center"/>
            </w:pPr>
            <w:r w:rsidRPr="00AE0941">
              <w:rPr>
                <w:b/>
                <w:color w:val="FFFFFF"/>
                <w:sz w:val="17"/>
              </w:rPr>
              <w:t>Current approximate quantity / position</w:t>
            </w:r>
          </w:p>
        </w:tc>
      </w:tr>
      <w:tr w:rsidR="00173974" w:rsidRPr="00AE0941" w14:paraId="4536E6C5" w14:textId="77777777" w:rsidTr="72E13387">
        <w:trPr>
          <w:cantSplit/>
          <w:jc w:val="center"/>
        </w:trPr>
        <w:tc>
          <w:tcPr>
            <w:tcW w:w="5112" w:type="dxa"/>
            <w:tcMar>
              <w:top w:w="80" w:type="dxa"/>
              <w:left w:w="80" w:type="dxa"/>
              <w:bottom w:w="80" w:type="dxa"/>
              <w:right w:w="80" w:type="dxa"/>
            </w:tcMar>
            <w:vAlign w:val="center"/>
          </w:tcPr>
          <w:p w14:paraId="17CD7476" w14:textId="77777777" w:rsidR="00173974" w:rsidRPr="00AE0941" w:rsidRDefault="007E0F88">
            <w:pPr>
              <w:spacing w:after="0"/>
              <w:jc w:val="center"/>
            </w:pPr>
            <w:r w:rsidRPr="00AE0941">
              <w:rPr>
                <w:sz w:val="16"/>
              </w:rPr>
              <w:t>Employees / supported users</w:t>
            </w:r>
          </w:p>
        </w:tc>
        <w:tc>
          <w:tcPr>
            <w:tcW w:w="5112" w:type="dxa"/>
            <w:tcMar>
              <w:top w:w="80" w:type="dxa"/>
              <w:left w:w="80" w:type="dxa"/>
              <w:bottom w:w="80" w:type="dxa"/>
              <w:right w:w="80" w:type="dxa"/>
            </w:tcMar>
            <w:vAlign w:val="center"/>
          </w:tcPr>
          <w:p w14:paraId="14AAEC0E" w14:textId="77777777" w:rsidR="00173974" w:rsidRPr="00AE0941" w:rsidRDefault="007E0F88">
            <w:pPr>
              <w:spacing w:after="0"/>
              <w:jc w:val="center"/>
            </w:pPr>
            <w:r w:rsidRPr="00AE0941">
              <w:rPr>
                <w:sz w:val="16"/>
              </w:rPr>
              <w:t>Approximately 16</w:t>
            </w:r>
          </w:p>
        </w:tc>
      </w:tr>
      <w:tr w:rsidR="00173974" w:rsidRPr="00AE0941" w14:paraId="24272FC3" w14:textId="77777777" w:rsidTr="72E13387">
        <w:trPr>
          <w:cantSplit/>
          <w:jc w:val="center"/>
        </w:trPr>
        <w:tc>
          <w:tcPr>
            <w:tcW w:w="5112" w:type="dxa"/>
            <w:tcMar>
              <w:top w:w="80" w:type="dxa"/>
              <w:left w:w="80" w:type="dxa"/>
              <w:bottom w:w="80" w:type="dxa"/>
              <w:right w:w="80" w:type="dxa"/>
            </w:tcMar>
            <w:vAlign w:val="center"/>
          </w:tcPr>
          <w:p w14:paraId="2BFD400D" w14:textId="77777777" w:rsidR="00173974" w:rsidRPr="00AE0941" w:rsidRDefault="007E0F88">
            <w:pPr>
              <w:spacing w:after="0"/>
              <w:jc w:val="center"/>
            </w:pPr>
            <w:r w:rsidRPr="00AE0941">
              <w:rPr>
                <w:sz w:val="16"/>
              </w:rPr>
              <w:t>Microsoft 365 licences</w:t>
            </w:r>
          </w:p>
        </w:tc>
        <w:tc>
          <w:tcPr>
            <w:tcW w:w="5112" w:type="dxa"/>
            <w:tcMar>
              <w:top w:w="80" w:type="dxa"/>
              <w:left w:w="80" w:type="dxa"/>
              <w:bottom w:w="80" w:type="dxa"/>
              <w:right w:w="80" w:type="dxa"/>
            </w:tcMar>
            <w:vAlign w:val="center"/>
          </w:tcPr>
          <w:p w14:paraId="2D71E51B" w14:textId="77777777" w:rsidR="00173974" w:rsidRPr="00AE0941" w:rsidRDefault="007E0F88">
            <w:pPr>
              <w:spacing w:after="0"/>
              <w:jc w:val="center"/>
            </w:pPr>
            <w:r w:rsidRPr="00AE0941">
              <w:rPr>
                <w:sz w:val="16"/>
              </w:rPr>
              <w:t>Approximately 20</w:t>
            </w:r>
          </w:p>
        </w:tc>
      </w:tr>
      <w:tr w:rsidR="00173974" w:rsidRPr="00AE0941" w14:paraId="7D58F9FC" w14:textId="77777777" w:rsidTr="72E13387">
        <w:trPr>
          <w:cantSplit/>
          <w:jc w:val="center"/>
        </w:trPr>
        <w:tc>
          <w:tcPr>
            <w:tcW w:w="5112" w:type="dxa"/>
            <w:tcMar>
              <w:top w:w="80" w:type="dxa"/>
              <w:left w:w="80" w:type="dxa"/>
              <w:bottom w:w="80" w:type="dxa"/>
              <w:right w:w="80" w:type="dxa"/>
            </w:tcMar>
            <w:vAlign w:val="center"/>
          </w:tcPr>
          <w:p w14:paraId="21E90544" w14:textId="77777777" w:rsidR="00173974" w:rsidRPr="00AE0941" w:rsidRDefault="007E0F88">
            <w:pPr>
              <w:spacing w:after="0"/>
              <w:jc w:val="center"/>
            </w:pPr>
            <w:r w:rsidRPr="00AE0941">
              <w:rPr>
                <w:sz w:val="16"/>
              </w:rPr>
              <w:lastRenderedPageBreak/>
              <w:t>Microsoft 365 Copilot licences</w:t>
            </w:r>
          </w:p>
        </w:tc>
        <w:tc>
          <w:tcPr>
            <w:tcW w:w="5112" w:type="dxa"/>
            <w:tcMar>
              <w:top w:w="80" w:type="dxa"/>
              <w:left w:w="80" w:type="dxa"/>
              <w:bottom w:w="80" w:type="dxa"/>
              <w:right w:w="80" w:type="dxa"/>
            </w:tcMar>
            <w:vAlign w:val="center"/>
          </w:tcPr>
          <w:p w14:paraId="7612C969" w14:textId="77777777" w:rsidR="00173974" w:rsidRPr="00AE0941" w:rsidRDefault="007E0F88">
            <w:pPr>
              <w:spacing w:after="0"/>
              <w:jc w:val="center"/>
            </w:pPr>
            <w:r w:rsidRPr="00AE0941">
              <w:rPr>
                <w:sz w:val="16"/>
              </w:rPr>
              <w:t>Approximately 16</w:t>
            </w:r>
          </w:p>
        </w:tc>
      </w:tr>
      <w:tr w:rsidR="00173974" w:rsidRPr="00AE0941" w14:paraId="5D7F22BD" w14:textId="77777777" w:rsidTr="72E13387">
        <w:trPr>
          <w:cantSplit/>
          <w:jc w:val="center"/>
        </w:trPr>
        <w:tc>
          <w:tcPr>
            <w:tcW w:w="5112" w:type="dxa"/>
            <w:tcMar>
              <w:top w:w="80" w:type="dxa"/>
              <w:left w:w="80" w:type="dxa"/>
              <w:bottom w:w="80" w:type="dxa"/>
              <w:right w:w="80" w:type="dxa"/>
            </w:tcMar>
            <w:vAlign w:val="center"/>
          </w:tcPr>
          <w:p w14:paraId="3C74433A" w14:textId="77777777" w:rsidR="00173974" w:rsidRPr="00AE0941" w:rsidRDefault="007E0F88">
            <w:pPr>
              <w:spacing w:after="0"/>
              <w:jc w:val="center"/>
            </w:pPr>
            <w:r w:rsidRPr="00AE0941">
              <w:rPr>
                <w:sz w:val="16"/>
              </w:rPr>
              <w:t>Microsoft Project licences</w:t>
            </w:r>
          </w:p>
        </w:tc>
        <w:tc>
          <w:tcPr>
            <w:tcW w:w="5112" w:type="dxa"/>
            <w:tcMar>
              <w:top w:w="80" w:type="dxa"/>
              <w:left w:w="80" w:type="dxa"/>
              <w:bottom w:w="80" w:type="dxa"/>
              <w:right w:w="80" w:type="dxa"/>
            </w:tcMar>
            <w:vAlign w:val="center"/>
          </w:tcPr>
          <w:p w14:paraId="00D5ECF1" w14:textId="77777777" w:rsidR="00173974" w:rsidRPr="00AE0941" w:rsidRDefault="007E0F88">
            <w:pPr>
              <w:spacing w:after="0"/>
              <w:jc w:val="center"/>
            </w:pPr>
            <w:r w:rsidRPr="00AE0941">
              <w:rPr>
                <w:sz w:val="16"/>
              </w:rPr>
              <w:t>Approximately 8</w:t>
            </w:r>
          </w:p>
        </w:tc>
      </w:tr>
      <w:tr w:rsidR="00173974" w:rsidRPr="00AE0941" w14:paraId="2551501E" w14:textId="77777777" w:rsidTr="72E13387">
        <w:trPr>
          <w:cantSplit/>
          <w:jc w:val="center"/>
        </w:trPr>
        <w:tc>
          <w:tcPr>
            <w:tcW w:w="5112" w:type="dxa"/>
            <w:tcMar>
              <w:top w:w="80" w:type="dxa"/>
              <w:left w:w="80" w:type="dxa"/>
              <w:bottom w:w="80" w:type="dxa"/>
              <w:right w:w="80" w:type="dxa"/>
            </w:tcMar>
            <w:vAlign w:val="center"/>
          </w:tcPr>
          <w:p w14:paraId="23EBBF2C" w14:textId="77777777" w:rsidR="00173974" w:rsidRPr="00AE0941" w:rsidRDefault="007E0F88">
            <w:pPr>
              <w:spacing w:after="0"/>
              <w:jc w:val="center"/>
            </w:pPr>
            <w:r w:rsidRPr="00AE0941">
              <w:rPr>
                <w:sz w:val="16"/>
              </w:rPr>
              <w:t>Adobe licences</w:t>
            </w:r>
          </w:p>
        </w:tc>
        <w:tc>
          <w:tcPr>
            <w:tcW w:w="5112" w:type="dxa"/>
            <w:tcMar>
              <w:top w:w="80" w:type="dxa"/>
              <w:left w:w="80" w:type="dxa"/>
              <w:bottom w:w="80" w:type="dxa"/>
              <w:right w:w="80" w:type="dxa"/>
            </w:tcMar>
            <w:vAlign w:val="center"/>
          </w:tcPr>
          <w:p w14:paraId="26EC10CF" w14:textId="77777777" w:rsidR="00173974" w:rsidRPr="00AE0941" w:rsidRDefault="007E0F88">
            <w:pPr>
              <w:spacing w:after="0"/>
              <w:jc w:val="center"/>
            </w:pPr>
            <w:r w:rsidRPr="00AE0941">
              <w:rPr>
                <w:sz w:val="16"/>
              </w:rPr>
              <w:t>Approximately 16</w:t>
            </w:r>
          </w:p>
        </w:tc>
      </w:tr>
      <w:tr w:rsidR="00173974" w:rsidRPr="00AE0941" w14:paraId="4775EE06" w14:textId="77777777" w:rsidTr="72E13387">
        <w:trPr>
          <w:cantSplit/>
          <w:jc w:val="center"/>
        </w:trPr>
        <w:tc>
          <w:tcPr>
            <w:tcW w:w="5112" w:type="dxa"/>
            <w:tcMar>
              <w:top w:w="80" w:type="dxa"/>
              <w:left w:w="80" w:type="dxa"/>
              <w:bottom w:w="80" w:type="dxa"/>
              <w:right w:w="80" w:type="dxa"/>
            </w:tcMar>
            <w:vAlign w:val="center"/>
          </w:tcPr>
          <w:p w14:paraId="0A7FB3B9" w14:textId="77777777" w:rsidR="00173974" w:rsidRPr="00AE0941" w:rsidRDefault="007E0F88">
            <w:pPr>
              <w:spacing w:after="0"/>
              <w:jc w:val="center"/>
            </w:pPr>
            <w:r w:rsidRPr="00AE0941">
              <w:rPr>
                <w:sz w:val="16"/>
              </w:rPr>
              <w:t>Company domains</w:t>
            </w:r>
          </w:p>
        </w:tc>
        <w:tc>
          <w:tcPr>
            <w:tcW w:w="5112" w:type="dxa"/>
            <w:tcMar>
              <w:top w:w="80" w:type="dxa"/>
              <w:left w:w="80" w:type="dxa"/>
              <w:bottom w:w="80" w:type="dxa"/>
              <w:right w:w="80" w:type="dxa"/>
            </w:tcMar>
            <w:vAlign w:val="center"/>
          </w:tcPr>
          <w:p w14:paraId="2F77B26A" w14:textId="77777777" w:rsidR="00173974" w:rsidRPr="00AE0941" w:rsidRDefault="007E0F88">
            <w:pPr>
              <w:spacing w:after="0"/>
              <w:jc w:val="center"/>
            </w:pPr>
            <w:r w:rsidRPr="00AE0941">
              <w:rPr>
                <w:sz w:val="16"/>
              </w:rPr>
              <w:t>Approximately 2-3</w:t>
            </w:r>
          </w:p>
        </w:tc>
      </w:tr>
      <w:tr w:rsidR="00173974" w:rsidRPr="00AE0941" w14:paraId="12C772EE" w14:textId="77777777" w:rsidTr="72E13387">
        <w:trPr>
          <w:cantSplit/>
          <w:jc w:val="center"/>
        </w:trPr>
        <w:tc>
          <w:tcPr>
            <w:tcW w:w="5112" w:type="dxa"/>
            <w:tcMar>
              <w:top w:w="80" w:type="dxa"/>
              <w:left w:w="80" w:type="dxa"/>
              <w:bottom w:w="80" w:type="dxa"/>
              <w:right w:w="80" w:type="dxa"/>
            </w:tcMar>
            <w:vAlign w:val="center"/>
          </w:tcPr>
          <w:p w14:paraId="603665AD" w14:textId="77777777" w:rsidR="00173974" w:rsidRPr="00AE0941" w:rsidRDefault="007E0F88">
            <w:pPr>
              <w:spacing w:after="0"/>
              <w:jc w:val="center"/>
            </w:pPr>
            <w:r w:rsidRPr="00AE0941">
              <w:rPr>
                <w:sz w:val="16"/>
              </w:rPr>
              <w:t>Networked devices</w:t>
            </w:r>
          </w:p>
        </w:tc>
        <w:tc>
          <w:tcPr>
            <w:tcW w:w="5112" w:type="dxa"/>
            <w:tcMar>
              <w:top w:w="80" w:type="dxa"/>
              <w:left w:w="80" w:type="dxa"/>
              <w:bottom w:w="80" w:type="dxa"/>
              <w:right w:w="80" w:type="dxa"/>
            </w:tcMar>
            <w:vAlign w:val="center"/>
          </w:tcPr>
          <w:p w14:paraId="2309C60F" w14:textId="1B5C8830" w:rsidR="00173974" w:rsidRPr="00AE0941" w:rsidRDefault="007E0F88">
            <w:pPr>
              <w:spacing w:after="0"/>
              <w:jc w:val="center"/>
            </w:pPr>
            <w:r w:rsidRPr="00AE0941">
              <w:rPr>
                <w:sz w:val="16"/>
              </w:rPr>
              <w:t xml:space="preserve">Approximately </w:t>
            </w:r>
            <w:r w:rsidR="003A3D4C" w:rsidRPr="00AE0941">
              <w:rPr>
                <w:sz w:val="16"/>
              </w:rPr>
              <w:t>22</w:t>
            </w:r>
            <w:r w:rsidRPr="00AE0941">
              <w:rPr>
                <w:sz w:val="16"/>
              </w:rPr>
              <w:t>, including servers, switches, computers/laptops, printers, access points and other networking equipment</w:t>
            </w:r>
          </w:p>
        </w:tc>
      </w:tr>
      <w:tr w:rsidR="00173974" w:rsidRPr="00AE0941" w14:paraId="0CD6DFE3" w14:textId="77777777" w:rsidTr="72E13387">
        <w:trPr>
          <w:cantSplit/>
          <w:jc w:val="center"/>
        </w:trPr>
        <w:tc>
          <w:tcPr>
            <w:tcW w:w="5112" w:type="dxa"/>
            <w:tcMar>
              <w:top w:w="80" w:type="dxa"/>
              <w:left w:w="80" w:type="dxa"/>
              <w:bottom w:w="80" w:type="dxa"/>
              <w:right w:w="80" w:type="dxa"/>
            </w:tcMar>
            <w:vAlign w:val="center"/>
          </w:tcPr>
          <w:p w14:paraId="5A762262" w14:textId="77777777" w:rsidR="00173974" w:rsidRPr="00AE0941" w:rsidRDefault="007E0F88">
            <w:pPr>
              <w:spacing w:after="0"/>
              <w:jc w:val="center"/>
            </w:pPr>
            <w:r w:rsidRPr="00AE0941">
              <w:rPr>
                <w:sz w:val="16"/>
              </w:rPr>
              <w:t>Laptops / desktops</w:t>
            </w:r>
          </w:p>
        </w:tc>
        <w:tc>
          <w:tcPr>
            <w:tcW w:w="5112" w:type="dxa"/>
            <w:tcMar>
              <w:top w:w="80" w:type="dxa"/>
              <w:left w:w="80" w:type="dxa"/>
              <w:bottom w:w="80" w:type="dxa"/>
              <w:right w:w="80" w:type="dxa"/>
            </w:tcMar>
            <w:vAlign w:val="center"/>
          </w:tcPr>
          <w:p w14:paraId="6DFB4B21" w14:textId="11CC4A9B" w:rsidR="00173974" w:rsidRPr="00AE0941" w:rsidRDefault="111CE842">
            <w:pPr>
              <w:spacing w:after="0"/>
              <w:jc w:val="center"/>
            </w:pPr>
            <w:r w:rsidRPr="00AE0941">
              <w:rPr>
                <w:sz w:val="16"/>
                <w:szCs w:val="16"/>
              </w:rPr>
              <w:t>Approximately 1</w:t>
            </w:r>
            <w:r w:rsidR="00E02BE2" w:rsidRPr="00AE0941">
              <w:rPr>
                <w:sz w:val="16"/>
                <w:szCs w:val="16"/>
              </w:rPr>
              <w:t>7</w:t>
            </w:r>
          </w:p>
        </w:tc>
      </w:tr>
      <w:tr w:rsidR="00173974" w:rsidRPr="00AE0941" w14:paraId="52C1E52C" w14:textId="77777777" w:rsidTr="72E13387">
        <w:trPr>
          <w:cantSplit/>
          <w:jc w:val="center"/>
        </w:trPr>
        <w:tc>
          <w:tcPr>
            <w:tcW w:w="5112" w:type="dxa"/>
            <w:tcMar>
              <w:top w:w="80" w:type="dxa"/>
              <w:left w:w="80" w:type="dxa"/>
              <w:bottom w:w="80" w:type="dxa"/>
              <w:right w:w="80" w:type="dxa"/>
            </w:tcMar>
            <w:vAlign w:val="center"/>
          </w:tcPr>
          <w:p w14:paraId="7CE6FC83" w14:textId="77777777" w:rsidR="00173974" w:rsidRPr="00AE0941" w:rsidRDefault="007E0F88">
            <w:pPr>
              <w:spacing w:after="0"/>
              <w:jc w:val="center"/>
            </w:pPr>
            <w:r w:rsidRPr="00AE0941">
              <w:rPr>
                <w:sz w:val="16"/>
              </w:rPr>
              <w:t>Printers / multifunction devices</w:t>
            </w:r>
          </w:p>
        </w:tc>
        <w:tc>
          <w:tcPr>
            <w:tcW w:w="5112" w:type="dxa"/>
            <w:tcMar>
              <w:top w:w="80" w:type="dxa"/>
              <w:left w:w="80" w:type="dxa"/>
              <w:bottom w:w="80" w:type="dxa"/>
              <w:right w:w="80" w:type="dxa"/>
            </w:tcMar>
            <w:vAlign w:val="center"/>
          </w:tcPr>
          <w:p w14:paraId="1FE6B614" w14:textId="096F12BA" w:rsidR="00173974" w:rsidRPr="00AE0941" w:rsidRDefault="0018A95C">
            <w:pPr>
              <w:spacing w:after="0"/>
              <w:jc w:val="center"/>
            </w:pPr>
            <w:r w:rsidRPr="00AE0941">
              <w:rPr>
                <w:sz w:val="16"/>
                <w:szCs w:val="16"/>
              </w:rPr>
              <w:t>2 Printers (Supplier - M2 Printing)</w:t>
            </w:r>
          </w:p>
        </w:tc>
      </w:tr>
      <w:tr w:rsidR="00173974" w:rsidRPr="00AE0941" w14:paraId="280AF7FE" w14:textId="77777777" w:rsidTr="72E13387">
        <w:trPr>
          <w:cantSplit/>
          <w:jc w:val="center"/>
        </w:trPr>
        <w:tc>
          <w:tcPr>
            <w:tcW w:w="5112" w:type="dxa"/>
            <w:tcMar>
              <w:top w:w="80" w:type="dxa"/>
              <w:left w:w="80" w:type="dxa"/>
              <w:bottom w:w="80" w:type="dxa"/>
              <w:right w:w="80" w:type="dxa"/>
            </w:tcMar>
            <w:vAlign w:val="center"/>
          </w:tcPr>
          <w:p w14:paraId="50BA08BC" w14:textId="77777777" w:rsidR="00173974" w:rsidRPr="00AE0941" w:rsidRDefault="007E0F88">
            <w:pPr>
              <w:spacing w:after="0"/>
              <w:jc w:val="center"/>
            </w:pPr>
            <w:r w:rsidRPr="00AE0941">
              <w:rPr>
                <w:sz w:val="16"/>
              </w:rPr>
              <w:t>Meeting rooms requiring ICT/AV support</w:t>
            </w:r>
          </w:p>
        </w:tc>
        <w:tc>
          <w:tcPr>
            <w:tcW w:w="5112" w:type="dxa"/>
            <w:tcMar>
              <w:top w:w="80" w:type="dxa"/>
              <w:left w:w="80" w:type="dxa"/>
              <w:bottom w:w="80" w:type="dxa"/>
              <w:right w:w="80" w:type="dxa"/>
            </w:tcMar>
            <w:vAlign w:val="center"/>
          </w:tcPr>
          <w:p w14:paraId="22360B23" w14:textId="208BD25E" w:rsidR="00173974" w:rsidRPr="00AE0941" w:rsidRDefault="3DF1EA56">
            <w:pPr>
              <w:spacing w:after="0"/>
              <w:jc w:val="center"/>
            </w:pPr>
            <w:r w:rsidRPr="00AE0941">
              <w:rPr>
                <w:sz w:val="16"/>
                <w:szCs w:val="16"/>
              </w:rPr>
              <w:t>2 Meeting Rooms</w:t>
            </w:r>
          </w:p>
        </w:tc>
      </w:tr>
      <w:tr w:rsidR="00173974" w:rsidRPr="00AE0941" w14:paraId="0717FB1C" w14:textId="77777777" w:rsidTr="72E13387">
        <w:trPr>
          <w:cantSplit/>
          <w:jc w:val="center"/>
        </w:trPr>
        <w:tc>
          <w:tcPr>
            <w:tcW w:w="5112" w:type="dxa"/>
            <w:tcMar>
              <w:top w:w="80" w:type="dxa"/>
              <w:left w:w="80" w:type="dxa"/>
              <w:bottom w:w="80" w:type="dxa"/>
              <w:right w:w="80" w:type="dxa"/>
            </w:tcMar>
            <w:vAlign w:val="center"/>
          </w:tcPr>
          <w:p w14:paraId="6CC56F41" w14:textId="77777777" w:rsidR="00173974" w:rsidRPr="00AE0941" w:rsidRDefault="007E0F88">
            <w:pPr>
              <w:spacing w:after="0"/>
              <w:jc w:val="center"/>
            </w:pPr>
            <w:r w:rsidRPr="00AE0941">
              <w:rPr>
                <w:sz w:val="16"/>
              </w:rPr>
              <w:t>Telephony</w:t>
            </w:r>
          </w:p>
        </w:tc>
        <w:tc>
          <w:tcPr>
            <w:tcW w:w="5112" w:type="dxa"/>
            <w:tcMar>
              <w:top w:w="80" w:type="dxa"/>
              <w:left w:w="80" w:type="dxa"/>
              <w:bottom w:w="80" w:type="dxa"/>
              <w:right w:w="80" w:type="dxa"/>
            </w:tcMar>
            <w:vAlign w:val="center"/>
          </w:tcPr>
          <w:p w14:paraId="4373037F" w14:textId="77777777" w:rsidR="00173974" w:rsidRPr="00AE0941" w:rsidRDefault="007E0F88">
            <w:pPr>
              <w:spacing w:after="0"/>
              <w:jc w:val="center"/>
            </w:pPr>
            <w:r w:rsidRPr="00AE0941">
              <w:rPr>
                <w:sz w:val="16"/>
              </w:rPr>
              <w:t>Cloud-based telephone system, desk phones/headsets and associated app</w:t>
            </w:r>
          </w:p>
        </w:tc>
      </w:tr>
      <w:tr w:rsidR="00173974" w:rsidRPr="00AE0941" w14:paraId="11602C74" w14:textId="77777777" w:rsidTr="72E13387">
        <w:trPr>
          <w:cantSplit/>
          <w:jc w:val="center"/>
        </w:trPr>
        <w:tc>
          <w:tcPr>
            <w:tcW w:w="5112" w:type="dxa"/>
            <w:tcMar>
              <w:top w:w="80" w:type="dxa"/>
              <w:left w:w="80" w:type="dxa"/>
              <w:bottom w:w="80" w:type="dxa"/>
              <w:right w:w="80" w:type="dxa"/>
            </w:tcMar>
            <w:vAlign w:val="center"/>
          </w:tcPr>
          <w:p w14:paraId="1B27261C" w14:textId="77777777" w:rsidR="00173974" w:rsidRPr="00AE0941" w:rsidRDefault="007E0F88">
            <w:pPr>
              <w:spacing w:after="0"/>
              <w:jc w:val="center"/>
            </w:pPr>
            <w:r w:rsidRPr="00AE0941">
              <w:rPr>
                <w:sz w:val="16"/>
              </w:rPr>
              <w:t>Core cloud environment</w:t>
            </w:r>
          </w:p>
        </w:tc>
        <w:tc>
          <w:tcPr>
            <w:tcW w:w="5112" w:type="dxa"/>
            <w:tcMar>
              <w:top w:w="80" w:type="dxa"/>
              <w:left w:w="80" w:type="dxa"/>
              <w:bottom w:w="80" w:type="dxa"/>
              <w:right w:w="80" w:type="dxa"/>
            </w:tcMar>
            <w:vAlign w:val="center"/>
          </w:tcPr>
          <w:p w14:paraId="3B055EB4" w14:textId="77777777" w:rsidR="00173974" w:rsidRPr="00AE0941" w:rsidRDefault="007E0F88">
            <w:pPr>
              <w:spacing w:after="0"/>
              <w:jc w:val="center"/>
            </w:pPr>
            <w:r w:rsidRPr="00AE0941">
              <w:rPr>
                <w:sz w:val="16"/>
              </w:rPr>
              <w:t>Microsoft 365, Microsoft Entra ID and relevant Azure services</w:t>
            </w:r>
          </w:p>
        </w:tc>
      </w:tr>
    </w:tbl>
    <w:p w14:paraId="02EB378F" w14:textId="77777777" w:rsidR="00173974" w:rsidRPr="00AE0941" w:rsidRDefault="00173974">
      <w:pPr>
        <w:spacing w:after="20"/>
      </w:pPr>
    </w:p>
    <w:p w14:paraId="543E3EFE" w14:textId="77777777" w:rsidR="00173974" w:rsidRPr="00AE0941" w:rsidRDefault="007E0F88">
      <w:r w:rsidRPr="00AE0941">
        <w:t>3.2 The successful Tenderer may also be requested to support LTT subsidiaries or associated companies. Existing entities form part of the current ICT environment and do not represent additional headcount beyond the user numbers stated above, although they may have separate domains, email addresses, licences or company registrations.</w:t>
      </w:r>
    </w:p>
    <w:p w14:paraId="61644664" w14:textId="77777777" w:rsidR="00173974" w:rsidRPr="00AE0941" w:rsidRDefault="007E0F88">
      <w:r w:rsidRPr="00AE0941">
        <w:t>3.3 Any future subsidiary, associated company, business unit, material increase in users, devices, systems or service requirements not included in the current environment will be subject to an agreed scope, pricing proposal and LTT’s written approval before work commences.</w:t>
      </w:r>
    </w:p>
    <w:p w14:paraId="383F1A02" w14:textId="77777777" w:rsidR="00173974" w:rsidRPr="00AE0941" w:rsidRDefault="007E0F88">
      <w:r w:rsidRPr="00AE0941">
        <w:t>3.4 Tenderers should satisfy themselves as to the service solution required. An optional site visit may be arranged through the eTenders messaging facility.</w:t>
      </w:r>
    </w:p>
    <w:p w14:paraId="44233332" w14:textId="77777777" w:rsidR="00173974" w:rsidRPr="00AE0941" w:rsidRDefault="007E0F88">
      <w:pPr>
        <w:pStyle w:val="Heading1"/>
        <w:rPr>
          <w:rFonts w:ascii="Aptos" w:hAnsi="Aptos"/>
        </w:rPr>
      </w:pPr>
      <w:r w:rsidRPr="00AE0941">
        <w:rPr>
          <w:rFonts w:ascii="Aptos" w:hAnsi="Aptos"/>
        </w:rPr>
        <w:t>4. Appointment and Contract</w:t>
      </w:r>
    </w:p>
    <w:p w14:paraId="471FA474" w14:textId="77777777" w:rsidR="00173974" w:rsidRPr="00AE0941" w:rsidRDefault="007E0F88">
      <w:r w:rsidRPr="00AE0941">
        <w:t>4.1 LTT intends to appoint one service provider under a single contract for the Services described in this RFT.</w:t>
      </w:r>
    </w:p>
    <w:p w14:paraId="63FD8362" w14:textId="77777777" w:rsidR="00173974" w:rsidRPr="00AE0941" w:rsidRDefault="007E0F88">
      <w:r w:rsidRPr="00AE0941">
        <w:t>4.2 The initial contract term will be three years from the Effective Date. LTT may, at its sole discretion, extend the contract for up to two further years, giving a maximum total duration of five years, subject to satisfactory performance, budget availability and ongoing business needs.</w:t>
      </w:r>
    </w:p>
    <w:p w14:paraId="60C0029F" w14:textId="77777777" w:rsidR="00173974" w:rsidRPr="00AE0941" w:rsidRDefault="007E0F88">
      <w:r w:rsidRPr="00AE0941">
        <w:t>4.3 The successful Tenderer will be required to enter into the Services Contract at Appendix C and comply with all applicable confidentiality, data protection and security requirements. If there is any conflict between the successful Tender and the Services Contract, the order of precedence stated in the Services Contract will apply.</w:t>
      </w:r>
    </w:p>
    <w:p w14:paraId="68B1D3CF" w14:textId="73F8E4FB" w:rsidR="00173974" w:rsidRPr="00AE0941" w:rsidRDefault="306CD57A">
      <w:r>
        <w:t>4.4 The indicative annual value is approximately €35,000 exclusive of VAT. The estimated maximum value over the possible five-year term</w:t>
      </w:r>
      <w:r w:rsidR="38C68E2F">
        <w:t xml:space="preserve"> (including extension)</w:t>
      </w:r>
      <w:r>
        <w:t xml:space="preserve"> is approximately €175,000 exclusive of VAT. These figures are for guidance only and do not guarantee any minimum value or volume of Services.</w:t>
      </w:r>
    </w:p>
    <w:p w14:paraId="55693FF4" w14:textId="77777777" w:rsidR="00173974" w:rsidRPr="00AE0941" w:rsidRDefault="007E0F88">
      <w:pPr>
        <w:pStyle w:val="Heading1"/>
        <w:rPr>
          <w:rFonts w:ascii="Aptos" w:hAnsi="Aptos"/>
        </w:rPr>
      </w:pPr>
      <w:r w:rsidRPr="00AE0941">
        <w:rPr>
          <w:rFonts w:ascii="Aptos" w:hAnsi="Aptos"/>
        </w:rPr>
        <w:t>5. Service Requirements / Scope of Services</w:t>
      </w:r>
    </w:p>
    <w:p w14:paraId="464264A8" w14:textId="77777777" w:rsidR="00173974" w:rsidRPr="00AE0941" w:rsidRDefault="007E0F88">
      <w:r w:rsidRPr="00AE0941">
        <w:t>5.1 The successful Tenderer shall provide a single accountable managed ICT service. Tenderers must explain how each requirement will be delivered and must not respond only with a general statement of compliance.</w:t>
      </w:r>
    </w:p>
    <w:p w14:paraId="24760340" w14:textId="77777777" w:rsidR="00173974" w:rsidRPr="00AE0941" w:rsidRDefault="007E0F88">
      <w:pPr>
        <w:pStyle w:val="Heading2"/>
        <w:rPr>
          <w:rFonts w:ascii="Aptos" w:hAnsi="Aptos"/>
        </w:rPr>
      </w:pPr>
      <w:r w:rsidRPr="00AE0941">
        <w:rPr>
          <w:rFonts w:ascii="Aptos" w:hAnsi="Aptos"/>
        </w:rPr>
        <w:t>5.2 ICT Helpdesk and End-User Support</w:t>
      </w:r>
    </w:p>
    <w:p w14:paraId="50E39781" w14:textId="77777777" w:rsidR="00173974" w:rsidRPr="00AE0941" w:rsidRDefault="007E0F88">
      <w:pPr>
        <w:pStyle w:val="ListBullet"/>
      </w:pPr>
      <w:r w:rsidRPr="00AE0941">
        <w:t>Email, telephone and online portal support, with all requests recorded in the Tenderer’s ticket-management system.</w:t>
      </w:r>
    </w:p>
    <w:p w14:paraId="2B500BFB" w14:textId="77777777" w:rsidR="00173974" w:rsidRPr="00AE0941" w:rsidRDefault="007E0F88">
      <w:pPr>
        <w:pStyle w:val="ListBullet"/>
      </w:pPr>
      <w:r w:rsidRPr="00AE0941">
        <w:t>Diagnosis and timely resolution of ICT incidents and service requests.</w:t>
      </w:r>
    </w:p>
    <w:p w14:paraId="2F62FF50" w14:textId="77777777" w:rsidR="00173974" w:rsidRPr="00AE0941" w:rsidRDefault="007E0F88">
      <w:pPr>
        <w:pStyle w:val="ListBullet"/>
      </w:pPr>
      <w:r w:rsidRPr="00AE0941">
        <w:t>Clear ticket ownership, prioritisation, escalation and regular user updates.</w:t>
      </w:r>
    </w:p>
    <w:p w14:paraId="12EDE0B6" w14:textId="77777777" w:rsidR="00173974" w:rsidRPr="00AE0941" w:rsidRDefault="007E0F88">
      <w:pPr>
        <w:pStyle w:val="ListBullet"/>
      </w:pPr>
      <w:r w:rsidRPr="00AE0941">
        <w:t>Microsoft 365 support, including Outlook, Teams, SharePoint and OneDrive.</w:t>
      </w:r>
    </w:p>
    <w:p w14:paraId="634A5AF6" w14:textId="77777777" w:rsidR="00173974" w:rsidRPr="00AE0941" w:rsidRDefault="007E0F88">
      <w:pPr>
        <w:pStyle w:val="ListBullet"/>
      </w:pPr>
      <w:r w:rsidRPr="00AE0941">
        <w:t>User-account administration, password resets and multifactor authentication support.</w:t>
      </w:r>
    </w:p>
    <w:p w14:paraId="7E257455" w14:textId="338C4603" w:rsidR="00173974" w:rsidRPr="00AE0941" w:rsidRDefault="306CD57A">
      <w:pPr>
        <w:pStyle w:val="ListBullet"/>
      </w:pPr>
      <w:r>
        <w:lastRenderedPageBreak/>
        <w:t xml:space="preserve">New-starter, </w:t>
      </w:r>
      <w:r w:rsidR="707A8C16">
        <w:t>leaver,</w:t>
      </w:r>
      <w:r>
        <w:t xml:space="preserve"> and device setup.</w:t>
      </w:r>
    </w:p>
    <w:p w14:paraId="04593669" w14:textId="77777777" w:rsidR="00173974" w:rsidRPr="00AE0941" w:rsidRDefault="007E0F88">
      <w:pPr>
        <w:pStyle w:val="ListBullet"/>
      </w:pPr>
      <w:r w:rsidRPr="00AE0941">
        <w:t>Support for LTT ICT policies and procedures.</w:t>
      </w:r>
    </w:p>
    <w:p w14:paraId="5EEF1915" w14:textId="77777777" w:rsidR="00173974" w:rsidRPr="00AE0941" w:rsidRDefault="007E0F88">
      <w:pPr>
        <w:pStyle w:val="Heading2"/>
        <w:rPr>
          <w:rFonts w:ascii="Aptos" w:hAnsi="Aptos"/>
        </w:rPr>
      </w:pPr>
      <w:r w:rsidRPr="00AE0941">
        <w:rPr>
          <w:rFonts w:ascii="Aptos" w:hAnsi="Aptos"/>
        </w:rPr>
        <w:t>5.3 Infrastructure, Network and Systems Management</w:t>
      </w:r>
    </w:p>
    <w:p w14:paraId="291F915F" w14:textId="77777777" w:rsidR="00173974" w:rsidRPr="00AE0941" w:rsidRDefault="007E0F88">
      <w:pPr>
        <w:pStyle w:val="ListBullet"/>
      </w:pPr>
      <w:r w:rsidRPr="00AE0941">
        <w:t>Administration of Microsoft 365, Microsoft Entra ID and relevant Azure services.</w:t>
      </w:r>
    </w:p>
    <w:p w14:paraId="275F80E6" w14:textId="77777777" w:rsidR="00173974" w:rsidRPr="00AE0941" w:rsidRDefault="007E0F88">
      <w:pPr>
        <w:pStyle w:val="ListBullet"/>
      </w:pPr>
      <w:r w:rsidRPr="00AE0941">
        <w:t>Management of user accounts, groups, permissions, mailboxes and licences.</w:t>
      </w:r>
    </w:p>
    <w:p w14:paraId="4696B0DE" w14:textId="77777777" w:rsidR="00173974" w:rsidRPr="00AE0941" w:rsidRDefault="007E0F88">
      <w:pPr>
        <w:pStyle w:val="ListBullet"/>
      </w:pPr>
      <w:r w:rsidRPr="00AE0941">
        <w:t>Management and monitoring of routers, switches and other agreed infrastructure.</w:t>
      </w:r>
    </w:p>
    <w:p w14:paraId="5905D06C" w14:textId="77777777" w:rsidR="00173974" w:rsidRPr="00AE0941" w:rsidRDefault="007E0F88">
      <w:pPr>
        <w:pStyle w:val="ListBullet"/>
      </w:pPr>
      <w:r w:rsidRPr="00AE0941">
        <w:t>Operating-system, application and security patching.</w:t>
      </w:r>
    </w:p>
    <w:p w14:paraId="54CAC1FE" w14:textId="77777777" w:rsidR="00173974" w:rsidRPr="00AE0941" w:rsidRDefault="007E0F88">
      <w:pPr>
        <w:pStyle w:val="ListBullet"/>
      </w:pPr>
      <w:r w:rsidRPr="00AE0941">
        <w:t>Microsoft Intune or equivalent device-management services.</w:t>
      </w:r>
    </w:p>
    <w:p w14:paraId="02855791" w14:textId="77777777" w:rsidR="00173974" w:rsidRPr="00AE0941" w:rsidRDefault="007E0F88">
      <w:pPr>
        <w:pStyle w:val="ListBullet"/>
      </w:pPr>
      <w:r w:rsidRPr="00AE0941">
        <w:t>Connectivity and meeting-room technology support.</w:t>
      </w:r>
    </w:p>
    <w:p w14:paraId="572383CE" w14:textId="77777777" w:rsidR="00173974" w:rsidRPr="00AE0941" w:rsidRDefault="007E0F88">
      <w:pPr>
        <w:pStyle w:val="ListBullet"/>
      </w:pPr>
      <w:r w:rsidRPr="00AE0941">
        <w:t>Maintenance of current system, network and configuration documentation.</w:t>
      </w:r>
    </w:p>
    <w:p w14:paraId="1CE7EA7E" w14:textId="77777777" w:rsidR="00173974" w:rsidRPr="00AE0941" w:rsidRDefault="007E0F88">
      <w:pPr>
        <w:pStyle w:val="Heading2"/>
        <w:rPr>
          <w:rFonts w:ascii="Aptos" w:hAnsi="Aptos"/>
        </w:rPr>
      </w:pPr>
      <w:r w:rsidRPr="00AE0941">
        <w:rPr>
          <w:rFonts w:ascii="Aptos" w:hAnsi="Aptos"/>
        </w:rPr>
        <w:t>5.4 Cybersecurity and ICT Compliance</w:t>
      </w:r>
    </w:p>
    <w:p w14:paraId="5D68A93A" w14:textId="77777777" w:rsidR="00173974" w:rsidRPr="00AE0941" w:rsidRDefault="007E0F88">
      <w:pPr>
        <w:pStyle w:val="ListBullet"/>
      </w:pPr>
      <w:r w:rsidRPr="00AE0941">
        <w:t>Endpoint and identity threat detection and response.</w:t>
      </w:r>
    </w:p>
    <w:p w14:paraId="6742ABD4" w14:textId="77777777" w:rsidR="00173974" w:rsidRPr="00AE0941" w:rsidRDefault="007E0F88">
      <w:pPr>
        <w:pStyle w:val="ListBullet"/>
      </w:pPr>
      <w:r w:rsidRPr="00AE0941">
        <w:t>Email security, phishing protection and security-awareness support.</w:t>
      </w:r>
    </w:p>
    <w:p w14:paraId="5EF3FE6D" w14:textId="77777777" w:rsidR="00173974" w:rsidRPr="00AE0941" w:rsidRDefault="007E0F88">
      <w:pPr>
        <w:pStyle w:val="ListBullet"/>
      </w:pPr>
      <w:r w:rsidRPr="00AE0941">
        <w:t>Antivirus, device compliance, vulnerability monitoring and patch management.</w:t>
      </w:r>
    </w:p>
    <w:p w14:paraId="2B3193C0" w14:textId="77777777" w:rsidR="00173974" w:rsidRPr="00AE0941" w:rsidRDefault="007E0F88">
      <w:pPr>
        <w:pStyle w:val="ListBullet"/>
      </w:pPr>
      <w:r w:rsidRPr="00AE0941">
        <w:t>Secure identity, access and administrator-account management.</w:t>
      </w:r>
    </w:p>
    <w:p w14:paraId="0006A497" w14:textId="77777777" w:rsidR="00173974" w:rsidRPr="00AE0941" w:rsidRDefault="007E0F88">
      <w:pPr>
        <w:pStyle w:val="ListBullet"/>
      </w:pPr>
      <w:r w:rsidRPr="00AE0941">
        <w:t>Regular security reviews and Microsoft Secure Score or equivalent reporting.</w:t>
      </w:r>
    </w:p>
    <w:p w14:paraId="711DAB51" w14:textId="77777777" w:rsidR="00173974" w:rsidRPr="00AE0941" w:rsidRDefault="007E0F88">
      <w:pPr>
        <w:pStyle w:val="ListBullet"/>
      </w:pPr>
      <w:r w:rsidRPr="00AE0941">
        <w:t>Prompt identification, escalation, containment and investigation of suspected security incidents.</w:t>
      </w:r>
    </w:p>
    <w:p w14:paraId="0E5E28E0" w14:textId="77777777" w:rsidR="00173974" w:rsidRPr="00AE0941" w:rsidRDefault="007E0F88">
      <w:pPr>
        <w:pStyle w:val="ListBullet"/>
      </w:pPr>
      <w:r w:rsidRPr="00AE0941">
        <w:t>Support for LTT’s data-protection, ICT security and business-continuity obligations.</w:t>
      </w:r>
    </w:p>
    <w:p w14:paraId="56CDEA85" w14:textId="77777777" w:rsidR="00173974" w:rsidRPr="00AE0941" w:rsidRDefault="007E0F88">
      <w:pPr>
        <w:pStyle w:val="Heading2"/>
        <w:rPr>
          <w:rFonts w:ascii="Aptos" w:hAnsi="Aptos"/>
        </w:rPr>
      </w:pPr>
      <w:r w:rsidRPr="00AE0941">
        <w:rPr>
          <w:rFonts w:ascii="Aptos" w:hAnsi="Aptos"/>
        </w:rPr>
        <w:t>5.5 Backup, Recovery and Business Continuity</w:t>
      </w:r>
    </w:p>
    <w:p w14:paraId="22EA3416" w14:textId="77777777" w:rsidR="00173974" w:rsidRPr="00AE0941" w:rsidRDefault="007E0F88">
      <w:pPr>
        <w:pStyle w:val="ListBullet"/>
      </w:pPr>
      <w:r w:rsidRPr="00AE0941">
        <w:t>Monitoring and management of Microsoft 365 and other agreed backups.</w:t>
      </w:r>
    </w:p>
    <w:p w14:paraId="478EBADA" w14:textId="77777777" w:rsidR="00173974" w:rsidRPr="00AE0941" w:rsidRDefault="007E0F88">
      <w:pPr>
        <w:pStyle w:val="ListBullet"/>
      </w:pPr>
      <w:r w:rsidRPr="00AE0941">
        <w:t>Investigation and resolution of backup failures.</w:t>
      </w:r>
    </w:p>
    <w:p w14:paraId="577466DE" w14:textId="77777777" w:rsidR="00173974" w:rsidRPr="00AE0941" w:rsidRDefault="007E0F88">
      <w:pPr>
        <w:pStyle w:val="ListBullet"/>
      </w:pPr>
      <w:r w:rsidRPr="00AE0941">
        <w:t>Data-restoration and system-recovery support.</w:t>
      </w:r>
    </w:p>
    <w:p w14:paraId="23822184" w14:textId="77777777" w:rsidR="00173974" w:rsidRPr="00AE0941" w:rsidRDefault="007E0F88">
      <w:pPr>
        <w:pStyle w:val="ListBullet"/>
      </w:pPr>
      <w:r w:rsidRPr="00AE0941">
        <w:t>Maintenance of a documented disaster recovery plan for agreed systems.</w:t>
      </w:r>
    </w:p>
    <w:p w14:paraId="1671BB66" w14:textId="77777777" w:rsidR="00173974" w:rsidRPr="00AE0941" w:rsidRDefault="007E0F88">
      <w:pPr>
        <w:pStyle w:val="ListBullet"/>
      </w:pPr>
      <w:r w:rsidRPr="00AE0941">
        <w:t>Annual disaster recovery and data-restoration testing, with written results and remedial actions.</w:t>
      </w:r>
    </w:p>
    <w:p w14:paraId="63700D64" w14:textId="77777777" w:rsidR="00173974" w:rsidRPr="00AE0941" w:rsidRDefault="007E0F88">
      <w:pPr>
        <w:pStyle w:val="Heading2"/>
        <w:rPr>
          <w:rFonts w:ascii="Aptos" w:hAnsi="Aptos"/>
        </w:rPr>
      </w:pPr>
      <w:r w:rsidRPr="00AE0941">
        <w:rPr>
          <w:rFonts w:ascii="Aptos" w:hAnsi="Aptos"/>
        </w:rPr>
        <w:t>5.6 Telephony and Communications Systems</w:t>
      </w:r>
    </w:p>
    <w:p w14:paraId="5858849A" w14:textId="77777777" w:rsidR="00173974" w:rsidRPr="00AE0941" w:rsidRDefault="007E0F88">
      <w:pPr>
        <w:pStyle w:val="ListBullet"/>
      </w:pPr>
      <w:r w:rsidRPr="00AE0941">
        <w:t>Administration and support of the telephone system and app.</w:t>
      </w:r>
    </w:p>
    <w:p w14:paraId="033ECFFF" w14:textId="77777777" w:rsidR="00173974" w:rsidRPr="00AE0941" w:rsidRDefault="007E0F88">
      <w:pPr>
        <w:pStyle w:val="ListBullet"/>
      </w:pPr>
      <w:r w:rsidRPr="00AE0941">
        <w:t>Extension setup, amendment and removal.</w:t>
      </w:r>
    </w:p>
    <w:p w14:paraId="44DB347E" w14:textId="77777777" w:rsidR="00173974" w:rsidRPr="00AE0941" w:rsidRDefault="007E0F88">
      <w:pPr>
        <w:pStyle w:val="ListBullet"/>
      </w:pPr>
      <w:r w:rsidRPr="00AE0941">
        <w:t>Telephone provisioning, device configuration and call-routing administration.</w:t>
      </w:r>
    </w:p>
    <w:p w14:paraId="092094F2" w14:textId="77777777" w:rsidR="00173974" w:rsidRPr="00AE0941" w:rsidRDefault="007E0F88">
      <w:pPr>
        <w:pStyle w:val="ListBullet"/>
      </w:pPr>
      <w:r w:rsidRPr="00AE0941">
        <w:t>SIP-trunk management and troubleshooting.</w:t>
      </w:r>
    </w:p>
    <w:p w14:paraId="58FD6B86" w14:textId="77777777" w:rsidR="00173974" w:rsidRPr="00AE0941" w:rsidRDefault="007E0F88">
      <w:pPr>
        <w:pStyle w:val="ListBullet"/>
      </w:pPr>
      <w:r w:rsidRPr="00AE0941">
        <w:t>Support for desk phones, cloud-based telephony and headsets.</w:t>
      </w:r>
    </w:p>
    <w:p w14:paraId="3C0D7324" w14:textId="77777777" w:rsidR="00173974" w:rsidRPr="00AE0941" w:rsidRDefault="007E0F88">
      <w:pPr>
        <w:pStyle w:val="Heading2"/>
        <w:rPr>
          <w:rFonts w:ascii="Aptos" w:hAnsi="Aptos"/>
        </w:rPr>
      </w:pPr>
      <w:r w:rsidRPr="00AE0941">
        <w:rPr>
          <w:rFonts w:ascii="Aptos" w:hAnsi="Aptos"/>
        </w:rPr>
        <w:t>5.7 Hardware, Assets, Licensing and Suppliers</w:t>
      </w:r>
    </w:p>
    <w:p w14:paraId="6F64CF18" w14:textId="77777777" w:rsidR="00173974" w:rsidRPr="00AE0941" w:rsidRDefault="007E0F88">
      <w:pPr>
        <w:pStyle w:val="ListBullet"/>
      </w:pPr>
      <w:r w:rsidRPr="00AE0941">
        <w:t>Device configuration, deployment, replacement, migration and profile transfer.</w:t>
      </w:r>
    </w:p>
    <w:p w14:paraId="54840B2E" w14:textId="77777777" w:rsidR="00173974" w:rsidRPr="00AE0941" w:rsidRDefault="007E0F88">
      <w:pPr>
        <w:pStyle w:val="ListBullet"/>
      </w:pPr>
      <w:r w:rsidRPr="00AE0941">
        <w:t>Hardware troubleshooting and warranty or repair coordination.</w:t>
      </w:r>
    </w:p>
    <w:p w14:paraId="31980BEA" w14:textId="77777777" w:rsidR="00173974" w:rsidRPr="00AE0941" w:rsidRDefault="007E0F88">
      <w:pPr>
        <w:pStyle w:val="ListBullet"/>
      </w:pPr>
      <w:r w:rsidRPr="00AE0941">
        <w:t>Maintenance of an up-to-date ICT asset register.</w:t>
      </w:r>
    </w:p>
    <w:p w14:paraId="18E3DBD1" w14:textId="77777777" w:rsidR="00173974" w:rsidRPr="00AE0941" w:rsidRDefault="007E0F88">
      <w:pPr>
        <w:pStyle w:val="ListBullet"/>
      </w:pPr>
      <w:r w:rsidRPr="00AE0941">
        <w:t>Administration of Microsoft 365, Adobe, Microsoft Project, Teams Room and other agreed licences.</w:t>
      </w:r>
    </w:p>
    <w:p w14:paraId="7277BF2F" w14:textId="77777777" w:rsidR="00173974" w:rsidRPr="00AE0941" w:rsidRDefault="007E0F88">
      <w:pPr>
        <w:pStyle w:val="ListBullet"/>
      </w:pPr>
      <w:r w:rsidRPr="00AE0941">
        <w:t>Domain registration, renewals and subscription management.</w:t>
      </w:r>
    </w:p>
    <w:p w14:paraId="11C3DA64" w14:textId="77777777" w:rsidR="00173974" w:rsidRPr="00AE0941" w:rsidRDefault="007E0F88">
      <w:pPr>
        <w:pStyle w:val="ListBullet"/>
      </w:pPr>
      <w:r w:rsidRPr="00AE0941">
        <w:t>Annual licence and subscription reviews, including cost-saving recommendations.</w:t>
      </w:r>
    </w:p>
    <w:p w14:paraId="69FADC08" w14:textId="77777777" w:rsidR="00173974" w:rsidRPr="00AE0941" w:rsidRDefault="007E0F88">
      <w:pPr>
        <w:pStyle w:val="ListBullet"/>
      </w:pPr>
      <w:r w:rsidRPr="00AE0941">
        <w:t>Coordination with approved ICT, hardware, software and telecommunications suppliers.</w:t>
      </w:r>
    </w:p>
    <w:p w14:paraId="286EAAD5" w14:textId="77777777" w:rsidR="00173974" w:rsidRPr="00AE0941" w:rsidRDefault="007E0F88">
      <w:pPr>
        <w:pStyle w:val="Heading1"/>
        <w:rPr>
          <w:rFonts w:ascii="Aptos" w:hAnsi="Aptos"/>
        </w:rPr>
      </w:pPr>
      <w:r w:rsidRPr="00AE0941">
        <w:rPr>
          <w:rFonts w:ascii="Aptos" w:hAnsi="Aptos"/>
        </w:rPr>
        <w:t>6. Service Levels and Support Arrangements</w:t>
      </w:r>
    </w:p>
    <w:p w14:paraId="064BE631" w14:textId="77777777" w:rsidR="00173974" w:rsidRPr="00AE0941" w:rsidRDefault="007E0F88">
      <w:r w:rsidRPr="00AE0941">
        <w:t>6.1 Preferred support hours are Monday to Friday, 8.00 am to 6.00 pm, excluding public holidays. Tenderers must state their arrangements and rates for urgent out-of-hours support.</w:t>
      </w:r>
    </w:p>
    <w:p w14:paraId="02DB423D" w14:textId="77777777" w:rsidR="00173974" w:rsidRPr="00AE0941" w:rsidRDefault="007E0F88">
      <w:r w:rsidRPr="00AE0941">
        <w:lastRenderedPageBreak/>
        <w:t>6.2 Suitably qualified personnel must be available in the Mid-West Region to attend LTT’s office within one hour where remote resolution is not possible and LTT requests on-site attendance.</w:t>
      </w:r>
    </w:p>
    <w:p w14:paraId="01C1B85C" w14:textId="77777777" w:rsidR="00173974" w:rsidRPr="00AE0941" w:rsidRDefault="007E0F88">
      <w:r w:rsidRPr="00AE0941">
        <w:t>6.3 The recurring managed-service fee must include an agreed monthly allocation of remote support hours. Routine remote tickets, user support, new-starter setup, leaver offboarding, remote device support and meeting-room support must be included within that allocation.</w:t>
      </w:r>
    </w:p>
    <w:p w14:paraId="07BEE82E" w14:textId="77777777" w:rsidR="00173974" w:rsidRPr="00AE0941" w:rsidRDefault="007E0F88">
      <w:r w:rsidRPr="00AE0941">
        <w:t>6.4 Separately charged work is limited to the rates stated in the Pricing Schedule and requires LTT’s prior written approval.</w:t>
      </w:r>
    </w:p>
    <w:p w14:paraId="32A2BF9E" w14:textId="77777777" w:rsidR="00173974" w:rsidRPr="00AE0941" w:rsidRDefault="007E0F88">
      <w:pPr>
        <w:pStyle w:val="ListBullet"/>
      </w:pPr>
      <w:r w:rsidRPr="00AE0941">
        <w:t>On-site engineer attendance.</w:t>
      </w:r>
    </w:p>
    <w:p w14:paraId="3A093A8C" w14:textId="77777777" w:rsidR="00173974" w:rsidRPr="00AE0941" w:rsidRDefault="007E0F88">
      <w:pPr>
        <w:pStyle w:val="ListBullet"/>
      </w:pPr>
      <w:r w:rsidRPr="00AE0941">
        <w:t>Additional remote support above the monthly allocation.</w:t>
      </w:r>
    </w:p>
    <w:p w14:paraId="62FEDA37" w14:textId="77777777" w:rsidR="00173974" w:rsidRPr="00AE0941" w:rsidRDefault="007E0F88">
      <w:pPr>
        <w:pStyle w:val="ListBullet"/>
      </w:pPr>
      <w:r w:rsidRPr="00AE0941">
        <w:t>Urgent out-of-hours support.</w:t>
      </w:r>
    </w:p>
    <w:p w14:paraId="427F3E98" w14:textId="77777777" w:rsidR="00173974" w:rsidRPr="00AE0941" w:rsidRDefault="007E0F88">
      <w:pPr>
        <w:pStyle w:val="ListBullet"/>
      </w:pPr>
      <w:r w:rsidRPr="00AE0941">
        <w:t>Complex device builds, data migrations or project activity.</w:t>
      </w:r>
    </w:p>
    <w:p w14:paraId="21DCD077" w14:textId="77777777" w:rsidR="00173974" w:rsidRPr="00AE0941" w:rsidRDefault="007E0F88">
      <w:pPr>
        <w:pStyle w:val="ListBullet"/>
      </w:pPr>
      <w:r w:rsidRPr="00AE0941">
        <w:t>Office moves and other approved ICT projects.</w:t>
      </w:r>
    </w:p>
    <w:p w14:paraId="48E2D624" w14:textId="77777777" w:rsidR="00173974" w:rsidRPr="00AE0941" w:rsidRDefault="007E0F88">
      <w:pPr>
        <w:pStyle w:val="Heading1"/>
        <w:rPr>
          <w:rFonts w:ascii="Aptos" w:hAnsi="Aptos"/>
        </w:rPr>
      </w:pPr>
      <w:r w:rsidRPr="00AE0941">
        <w:rPr>
          <w:rFonts w:ascii="Aptos" w:hAnsi="Aptos"/>
        </w:rPr>
        <w:t>7. Transition and Contract Management</w:t>
      </w:r>
    </w:p>
    <w:p w14:paraId="51EB135A" w14:textId="77777777" w:rsidR="00173974" w:rsidRPr="00AE0941" w:rsidRDefault="007E0F88">
      <w:pPr>
        <w:pStyle w:val="Heading2"/>
        <w:rPr>
          <w:rFonts w:ascii="Aptos" w:hAnsi="Aptos"/>
        </w:rPr>
      </w:pPr>
      <w:r w:rsidRPr="00AE0941">
        <w:rPr>
          <w:rFonts w:ascii="Aptos" w:hAnsi="Aptos"/>
        </w:rPr>
        <w:t>7.1 Transition</w:t>
      </w:r>
    </w:p>
    <w:p w14:paraId="50A25093" w14:textId="77777777" w:rsidR="00173974" w:rsidRPr="00AE0941" w:rsidRDefault="007E0F88">
      <w:r w:rsidRPr="00AE0941">
        <w:t>The Tenderer must provide a transition plan for the secure and orderly transfer of services from the existing provider, including access, documentation, licences, domains, assets, supplier information, security controls and open tickets. The transition must minimise disruption to LTT.</w:t>
      </w:r>
    </w:p>
    <w:p w14:paraId="620AF72E" w14:textId="77777777" w:rsidR="00173974" w:rsidRPr="00AE0941" w:rsidRDefault="007E0F88">
      <w:pPr>
        <w:pStyle w:val="Heading2"/>
        <w:rPr>
          <w:rFonts w:ascii="Aptos" w:hAnsi="Aptos"/>
        </w:rPr>
      </w:pPr>
      <w:r w:rsidRPr="00AE0941">
        <w:rPr>
          <w:rFonts w:ascii="Aptos" w:hAnsi="Aptos"/>
        </w:rPr>
        <w:t>7.2 Security and Access Control</w:t>
      </w:r>
    </w:p>
    <w:p w14:paraId="363D2C1D" w14:textId="77777777" w:rsidR="00173974" w:rsidRPr="00AE0941" w:rsidRDefault="007E0F88">
      <w:r w:rsidRPr="00AE0941">
        <w:t>All remote and administrator access must be authorised, secure, auditable and limited to approved personnel. Material system or security changes require LTT’s prior written approval.</w:t>
      </w:r>
    </w:p>
    <w:p w14:paraId="06F63644" w14:textId="77777777" w:rsidR="00173974" w:rsidRPr="00AE0941" w:rsidRDefault="007E0F88">
      <w:pPr>
        <w:pStyle w:val="Heading2"/>
        <w:rPr>
          <w:rFonts w:ascii="Aptos" w:hAnsi="Aptos"/>
        </w:rPr>
      </w:pPr>
      <w:r w:rsidRPr="00AE0941">
        <w:rPr>
          <w:rFonts w:ascii="Aptos" w:hAnsi="Aptos"/>
        </w:rPr>
        <w:t>7.3 Service Management and Reporting</w:t>
      </w:r>
    </w:p>
    <w:p w14:paraId="609ADFAE" w14:textId="77777777" w:rsidR="00173974" w:rsidRPr="00AE0941" w:rsidRDefault="007E0F88">
      <w:r w:rsidRPr="00AE0941">
        <w:t>The Tenderer must provide a named Contract Manager, an accessible helpdesk and clear escalation to a Senior Engineer. A concise monthly report must cover ticket performance, significant or recurring issues, cybersecurity alerts, backup status, outstanding risks and agreed actions. Quarterly reviews will address licences, assets, lifecycle planning and service improvement.</w:t>
      </w:r>
    </w:p>
    <w:p w14:paraId="6EC5F1D6" w14:textId="77777777" w:rsidR="00173974" w:rsidRPr="00AE0941" w:rsidRDefault="007E0F88">
      <w:pPr>
        <w:pStyle w:val="Heading2"/>
        <w:rPr>
          <w:rFonts w:ascii="Aptos" w:hAnsi="Aptos"/>
        </w:rPr>
      </w:pPr>
      <w:r w:rsidRPr="00AE0941">
        <w:rPr>
          <w:rFonts w:ascii="Aptos" w:hAnsi="Aptos"/>
        </w:rPr>
        <w:t>7.4 Contract Exit</w:t>
      </w:r>
    </w:p>
    <w:p w14:paraId="7BD26DD3" w14:textId="77777777" w:rsidR="00173974" w:rsidRPr="00AE0941" w:rsidRDefault="007E0F88">
      <w:r w:rsidRPr="00AE0941">
        <w:t>At the end of the contract, the Tenderer must provide a complete and secure handover to LTT or a replacement provider, including documentation, credentials, assets, licences, configuration information, supplier information and open matters.</w:t>
      </w:r>
    </w:p>
    <w:p w14:paraId="0A2E1DA6" w14:textId="77777777" w:rsidR="00173974" w:rsidRPr="00AE0941" w:rsidRDefault="007E0F88">
      <w:pPr>
        <w:pStyle w:val="Heading1"/>
        <w:rPr>
          <w:rFonts w:ascii="Aptos" w:hAnsi="Aptos"/>
        </w:rPr>
      </w:pPr>
      <w:r w:rsidRPr="00AE0941">
        <w:rPr>
          <w:rFonts w:ascii="Aptos" w:hAnsi="Aptos"/>
        </w:rPr>
        <w:t>8. Tender Instructions</w:t>
      </w:r>
    </w:p>
    <w:tbl>
      <w:tblPr>
        <w:tblStyle w:val="TableGrid"/>
        <w:tblW w:w="0" w:type="auto"/>
        <w:jc w:val="center"/>
        <w:tblLook w:val="04A0" w:firstRow="1" w:lastRow="0" w:firstColumn="1" w:lastColumn="0" w:noHBand="0" w:noVBand="1"/>
      </w:tblPr>
      <w:tblGrid>
        <w:gridCol w:w="5112"/>
        <w:gridCol w:w="5112"/>
      </w:tblGrid>
      <w:tr w:rsidR="00173974" w:rsidRPr="00AE0941" w14:paraId="569691DB" w14:textId="77777777" w:rsidTr="08617719">
        <w:trPr>
          <w:tblHeader/>
          <w:jc w:val="center"/>
        </w:trPr>
        <w:tc>
          <w:tcPr>
            <w:tcW w:w="5112" w:type="dxa"/>
            <w:shd w:val="clear" w:color="auto" w:fill="1F4E78"/>
            <w:tcMar>
              <w:top w:w="80" w:type="dxa"/>
              <w:left w:w="80" w:type="dxa"/>
              <w:bottom w:w="80" w:type="dxa"/>
              <w:right w:w="80" w:type="dxa"/>
            </w:tcMar>
            <w:vAlign w:val="center"/>
          </w:tcPr>
          <w:p w14:paraId="7627B49D" w14:textId="77777777" w:rsidR="00173974" w:rsidRPr="00AE0941" w:rsidRDefault="007E0F88">
            <w:pPr>
              <w:spacing w:after="0"/>
              <w:jc w:val="center"/>
            </w:pPr>
            <w:r w:rsidRPr="00AE0941">
              <w:rPr>
                <w:b/>
                <w:color w:val="FFFFFF"/>
                <w:sz w:val="17"/>
              </w:rPr>
              <w:t>Requirement</w:t>
            </w:r>
          </w:p>
        </w:tc>
        <w:tc>
          <w:tcPr>
            <w:tcW w:w="5112" w:type="dxa"/>
            <w:shd w:val="clear" w:color="auto" w:fill="1F4E78"/>
            <w:tcMar>
              <w:top w:w="80" w:type="dxa"/>
              <w:left w:w="80" w:type="dxa"/>
              <w:bottom w:w="80" w:type="dxa"/>
              <w:right w:w="80" w:type="dxa"/>
            </w:tcMar>
            <w:vAlign w:val="center"/>
          </w:tcPr>
          <w:p w14:paraId="70B9F4B7" w14:textId="77777777" w:rsidR="00173974" w:rsidRPr="00AE0941" w:rsidRDefault="007E0F88">
            <w:pPr>
              <w:spacing w:after="0"/>
              <w:jc w:val="center"/>
            </w:pPr>
            <w:r w:rsidRPr="00AE0941">
              <w:rPr>
                <w:b/>
                <w:color w:val="FFFFFF"/>
                <w:sz w:val="17"/>
              </w:rPr>
              <w:t>Instruction</w:t>
            </w:r>
          </w:p>
        </w:tc>
      </w:tr>
      <w:tr w:rsidR="00173974" w:rsidRPr="00AE0941" w14:paraId="36D18BDD" w14:textId="77777777" w:rsidTr="08617719">
        <w:trPr>
          <w:cantSplit/>
          <w:jc w:val="center"/>
        </w:trPr>
        <w:tc>
          <w:tcPr>
            <w:tcW w:w="5112" w:type="dxa"/>
            <w:tcMar>
              <w:top w:w="80" w:type="dxa"/>
              <w:left w:w="80" w:type="dxa"/>
              <w:bottom w:w="80" w:type="dxa"/>
              <w:right w:w="80" w:type="dxa"/>
            </w:tcMar>
            <w:vAlign w:val="center"/>
          </w:tcPr>
          <w:p w14:paraId="43F1E996" w14:textId="77777777" w:rsidR="00173974" w:rsidRPr="00AE0941" w:rsidRDefault="007E0F88">
            <w:pPr>
              <w:spacing w:after="0"/>
              <w:jc w:val="center"/>
            </w:pPr>
            <w:r w:rsidRPr="00AE0941">
              <w:rPr>
                <w:sz w:val="16"/>
              </w:rPr>
              <w:t>Issue date</w:t>
            </w:r>
          </w:p>
        </w:tc>
        <w:tc>
          <w:tcPr>
            <w:tcW w:w="5112" w:type="dxa"/>
            <w:tcMar>
              <w:top w:w="80" w:type="dxa"/>
              <w:left w:w="80" w:type="dxa"/>
              <w:bottom w:w="80" w:type="dxa"/>
              <w:right w:w="80" w:type="dxa"/>
            </w:tcMar>
            <w:vAlign w:val="center"/>
          </w:tcPr>
          <w:p w14:paraId="2EA5ADEA" w14:textId="6D9CF1E2" w:rsidR="00173974" w:rsidRPr="00C77CFD" w:rsidRDefault="00C77CFD" w:rsidP="08617719">
            <w:pPr>
              <w:spacing w:after="0"/>
              <w:jc w:val="center"/>
              <w:rPr>
                <w:sz w:val="16"/>
                <w:szCs w:val="16"/>
              </w:rPr>
            </w:pPr>
            <w:r w:rsidRPr="00C77CFD">
              <w:rPr>
                <w:sz w:val="16"/>
                <w:szCs w:val="16"/>
              </w:rPr>
              <w:t>28 October 2026</w:t>
            </w:r>
          </w:p>
        </w:tc>
      </w:tr>
      <w:tr w:rsidR="00173974" w:rsidRPr="00AE0941" w14:paraId="03C7A3DB" w14:textId="77777777" w:rsidTr="08617719">
        <w:trPr>
          <w:cantSplit/>
          <w:jc w:val="center"/>
        </w:trPr>
        <w:tc>
          <w:tcPr>
            <w:tcW w:w="5112" w:type="dxa"/>
            <w:tcMar>
              <w:top w:w="80" w:type="dxa"/>
              <w:left w:w="80" w:type="dxa"/>
              <w:bottom w:w="80" w:type="dxa"/>
              <w:right w:w="80" w:type="dxa"/>
            </w:tcMar>
            <w:vAlign w:val="center"/>
          </w:tcPr>
          <w:p w14:paraId="5BC78103" w14:textId="77777777" w:rsidR="00173974" w:rsidRPr="00AE0941" w:rsidRDefault="007E0F88">
            <w:pPr>
              <w:spacing w:after="0"/>
              <w:jc w:val="center"/>
            </w:pPr>
            <w:r w:rsidRPr="00AE0941">
              <w:rPr>
                <w:sz w:val="16"/>
              </w:rPr>
              <w:t>Closing date and time</w:t>
            </w:r>
          </w:p>
        </w:tc>
        <w:tc>
          <w:tcPr>
            <w:tcW w:w="5112" w:type="dxa"/>
            <w:tcMar>
              <w:top w:w="80" w:type="dxa"/>
              <w:left w:w="80" w:type="dxa"/>
              <w:bottom w:w="80" w:type="dxa"/>
              <w:right w:w="80" w:type="dxa"/>
            </w:tcMar>
            <w:vAlign w:val="center"/>
          </w:tcPr>
          <w:p w14:paraId="7B63A445" w14:textId="1B990BA5" w:rsidR="00173974" w:rsidRPr="00C77CFD" w:rsidRDefault="00C77CFD" w:rsidP="08617719">
            <w:pPr>
              <w:spacing w:after="0"/>
              <w:jc w:val="center"/>
              <w:rPr>
                <w:sz w:val="16"/>
                <w:szCs w:val="16"/>
              </w:rPr>
            </w:pPr>
            <w:r w:rsidRPr="00C77CFD">
              <w:rPr>
                <w:sz w:val="16"/>
                <w:szCs w:val="16"/>
              </w:rPr>
              <w:t>25 November 2026 at 12:00</w:t>
            </w:r>
          </w:p>
        </w:tc>
      </w:tr>
      <w:tr w:rsidR="00173974" w:rsidRPr="00AE0941" w14:paraId="045B13DF" w14:textId="77777777" w:rsidTr="08617719">
        <w:trPr>
          <w:cantSplit/>
          <w:jc w:val="center"/>
        </w:trPr>
        <w:tc>
          <w:tcPr>
            <w:tcW w:w="5112" w:type="dxa"/>
            <w:tcMar>
              <w:top w:w="80" w:type="dxa"/>
              <w:left w:w="80" w:type="dxa"/>
              <w:bottom w:w="80" w:type="dxa"/>
              <w:right w:w="80" w:type="dxa"/>
            </w:tcMar>
            <w:vAlign w:val="center"/>
          </w:tcPr>
          <w:p w14:paraId="00BDC687" w14:textId="77777777" w:rsidR="00173974" w:rsidRPr="00AE0941" w:rsidRDefault="007E0F88">
            <w:pPr>
              <w:spacing w:after="0"/>
              <w:jc w:val="center"/>
            </w:pPr>
            <w:r w:rsidRPr="00AE0941">
              <w:rPr>
                <w:sz w:val="16"/>
              </w:rPr>
              <w:t>Submission method</w:t>
            </w:r>
          </w:p>
        </w:tc>
        <w:tc>
          <w:tcPr>
            <w:tcW w:w="5112" w:type="dxa"/>
            <w:tcMar>
              <w:top w:w="80" w:type="dxa"/>
              <w:left w:w="80" w:type="dxa"/>
              <w:bottom w:w="80" w:type="dxa"/>
              <w:right w:w="80" w:type="dxa"/>
            </w:tcMar>
            <w:vAlign w:val="center"/>
          </w:tcPr>
          <w:p w14:paraId="6F4F6154" w14:textId="77777777" w:rsidR="00173974" w:rsidRPr="00AE0941" w:rsidRDefault="007E0F88">
            <w:pPr>
              <w:spacing w:after="0"/>
              <w:jc w:val="center"/>
            </w:pPr>
            <w:r w:rsidRPr="00AE0941">
              <w:rPr>
                <w:sz w:val="16"/>
              </w:rPr>
              <w:t>Electronic tenderbox on eTenders</w:t>
            </w:r>
          </w:p>
        </w:tc>
      </w:tr>
      <w:tr w:rsidR="00173974" w:rsidRPr="00AE0941" w14:paraId="59DD6B95" w14:textId="77777777" w:rsidTr="08617719">
        <w:trPr>
          <w:cantSplit/>
          <w:jc w:val="center"/>
        </w:trPr>
        <w:tc>
          <w:tcPr>
            <w:tcW w:w="5112" w:type="dxa"/>
            <w:tcMar>
              <w:top w:w="80" w:type="dxa"/>
              <w:left w:w="80" w:type="dxa"/>
              <w:bottom w:w="80" w:type="dxa"/>
              <w:right w:w="80" w:type="dxa"/>
            </w:tcMar>
            <w:vAlign w:val="center"/>
          </w:tcPr>
          <w:p w14:paraId="5D936E8C" w14:textId="77777777" w:rsidR="00173974" w:rsidRPr="00AE0941" w:rsidRDefault="007E0F88">
            <w:pPr>
              <w:spacing w:after="0"/>
              <w:jc w:val="center"/>
            </w:pPr>
            <w:r w:rsidRPr="00AE0941">
              <w:rPr>
                <w:sz w:val="16"/>
              </w:rPr>
              <w:t>Format</w:t>
            </w:r>
          </w:p>
        </w:tc>
        <w:tc>
          <w:tcPr>
            <w:tcW w:w="5112" w:type="dxa"/>
            <w:tcMar>
              <w:top w:w="80" w:type="dxa"/>
              <w:left w:w="80" w:type="dxa"/>
              <w:bottom w:w="80" w:type="dxa"/>
              <w:right w:w="80" w:type="dxa"/>
            </w:tcMar>
            <w:vAlign w:val="center"/>
          </w:tcPr>
          <w:p w14:paraId="4C0492F1" w14:textId="77777777" w:rsidR="00173974" w:rsidRPr="00AE0941" w:rsidRDefault="007E0F88">
            <w:pPr>
              <w:spacing w:after="0"/>
              <w:jc w:val="center"/>
            </w:pPr>
            <w:r w:rsidRPr="00AE0941">
              <w:rPr>
                <w:sz w:val="16"/>
              </w:rPr>
              <w:t>Single indexed Word or PDF document in the order set out in this RFT</w:t>
            </w:r>
          </w:p>
        </w:tc>
      </w:tr>
      <w:tr w:rsidR="00173974" w:rsidRPr="00AE0941" w14:paraId="3F951833" w14:textId="77777777" w:rsidTr="08617719">
        <w:trPr>
          <w:cantSplit/>
          <w:jc w:val="center"/>
        </w:trPr>
        <w:tc>
          <w:tcPr>
            <w:tcW w:w="5112" w:type="dxa"/>
            <w:tcMar>
              <w:top w:w="80" w:type="dxa"/>
              <w:left w:w="80" w:type="dxa"/>
              <w:bottom w:w="80" w:type="dxa"/>
              <w:right w:w="80" w:type="dxa"/>
            </w:tcMar>
            <w:vAlign w:val="center"/>
          </w:tcPr>
          <w:p w14:paraId="085406F2" w14:textId="77777777" w:rsidR="00173974" w:rsidRPr="00AE0941" w:rsidRDefault="007E0F88">
            <w:pPr>
              <w:spacing w:after="0"/>
              <w:jc w:val="center"/>
            </w:pPr>
            <w:r w:rsidRPr="00AE0941">
              <w:rPr>
                <w:sz w:val="16"/>
              </w:rPr>
              <w:t>Tender validity</w:t>
            </w:r>
          </w:p>
        </w:tc>
        <w:tc>
          <w:tcPr>
            <w:tcW w:w="5112" w:type="dxa"/>
            <w:tcMar>
              <w:top w:w="80" w:type="dxa"/>
              <w:left w:w="80" w:type="dxa"/>
              <w:bottom w:w="80" w:type="dxa"/>
              <w:right w:w="80" w:type="dxa"/>
            </w:tcMar>
            <w:vAlign w:val="center"/>
          </w:tcPr>
          <w:p w14:paraId="7D3EB7E8" w14:textId="77777777" w:rsidR="00173974" w:rsidRPr="00AE0941" w:rsidRDefault="007E0F88">
            <w:pPr>
              <w:spacing w:after="0"/>
              <w:jc w:val="center"/>
            </w:pPr>
            <w:r w:rsidRPr="00AE0941">
              <w:rPr>
                <w:sz w:val="16"/>
              </w:rPr>
              <w:t>90 days from the Tender Deadline</w:t>
            </w:r>
          </w:p>
        </w:tc>
      </w:tr>
      <w:tr w:rsidR="00173974" w:rsidRPr="00AE0941" w14:paraId="220EC63F" w14:textId="77777777" w:rsidTr="08617719">
        <w:trPr>
          <w:cantSplit/>
          <w:jc w:val="center"/>
        </w:trPr>
        <w:tc>
          <w:tcPr>
            <w:tcW w:w="5112" w:type="dxa"/>
            <w:tcMar>
              <w:top w:w="80" w:type="dxa"/>
              <w:left w:w="80" w:type="dxa"/>
              <w:bottom w:w="80" w:type="dxa"/>
              <w:right w:w="80" w:type="dxa"/>
            </w:tcMar>
            <w:vAlign w:val="center"/>
          </w:tcPr>
          <w:p w14:paraId="3671EB94" w14:textId="77777777" w:rsidR="00173974" w:rsidRPr="00AE0941" w:rsidRDefault="007E0F88">
            <w:pPr>
              <w:spacing w:after="0"/>
              <w:jc w:val="center"/>
            </w:pPr>
            <w:r w:rsidRPr="00AE0941">
              <w:rPr>
                <w:sz w:val="16"/>
              </w:rPr>
              <w:t>Variants</w:t>
            </w:r>
          </w:p>
        </w:tc>
        <w:tc>
          <w:tcPr>
            <w:tcW w:w="5112" w:type="dxa"/>
            <w:tcMar>
              <w:top w:w="80" w:type="dxa"/>
              <w:left w:w="80" w:type="dxa"/>
              <w:bottom w:w="80" w:type="dxa"/>
              <w:right w:w="80" w:type="dxa"/>
            </w:tcMar>
            <w:vAlign w:val="center"/>
          </w:tcPr>
          <w:p w14:paraId="20391EF2" w14:textId="77777777" w:rsidR="00173974" w:rsidRPr="00AE0941" w:rsidRDefault="007E0F88">
            <w:pPr>
              <w:spacing w:after="0"/>
              <w:jc w:val="center"/>
            </w:pPr>
            <w:r w:rsidRPr="00AE0941">
              <w:rPr>
                <w:sz w:val="16"/>
              </w:rPr>
              <w:t>Not permitted</w:t>
            </w:r>
          </w:p>
        </w:tc>
      </w:tr>
      <w:tr w:rsidR="00173974" w:rsidRPr="00AE0941" w14:paraId="3FE19BBF" w14:textId="77777777" w:rsidTr="08617719">
        <w:trPr>
          <w:cantSplit/>
          <w:jc w:val="center"/>
        </w:trPr>
        <w:tc>
          <w:tcPr>
            <w:tcW w:w="5112" w:type="dxa"/>
            <w:tcMar>
              <w:top w:w="80" w:type="dxa"/>
              <w:left w:w="80" w:type="dxa"/>
              <w:bottom w:w="80" w:type="dxa"/>
              <w:right w:w="80" w:type="dxa"/>
            </w:tcMar>
            <w:vAlign w:val="center"/>
          </w:tcPr>
          <w:p w14:paraId="23727BC8" w14:textId="77777777" w:rsidR="00173974" w:rsidRPr="00AE0941" w:rsidRDefault="007E0F88">
            <w:pPr>
              <w:spacing w:after="0"/>
              <w:jc w:val="center"/>
            </w:pPr>
            <w:r w:rsidRPr="00AE0941">
              <w:rPr>
                <w:sz w:val="16"/>
              </w:rPr>
              <w:t>Queries</w:t>
            </w:r>
          </w:p>
        </w:tc>
        <w:tc>
          <w:tcPr>
            <w:tcW w:w="5112" w:type="dxa"/>
            <w:tcMar>
              <w:top w:w="80" w:type="dxa"/>
              <w:left w:w="80" w:type="dxa"/>
              <w:bottom w:w="80" w:type="dxa"/>
              <w:right w:w="80" w:type="dxa"/>
            </w:tcMar>
            <w:vAlign w:val="center"/>
          </w:tcPr>
          <w:p w14:paraId="3AEA4AA8" w14:textId="77777777" w:rsidR="00173974" w:rsidRPr="00AE0941" w:rsidRDefault="007E0F88">
            <w:pPr>
              <w:spacing w:after="0"/>
              <w:jc w:val="center"/>
            </w:pPr>
            <w:r w:rsidRPr="00AE0941">
              <w:rPr>
                <w:sz w:val="16"/>
              </w:rPr>
              <w:t>eTenders messaging facility only</w:t>
            </w:r>
          </w:p>
        </w:tc>
      </w:tr>
    </w:tbl>
    <w:p w14:paraId="6A05A809" w14:textId="77777777" w:rsidR="00173974" w:rsidRPr="00AE0941" w:rsidRDefault="00173974">
      <w:pPr>
        <w:spacing w:after="20"/>
      </w:pPr>
    </w:p>
    <w:p w14:paraId="1D18C7F0" w14:textId="77777777" w:rsidR="00173974" w:rsidRPr="00AE0941" w:rsidRDefault="007E0F88">
      <w:r w:rsidRPr="00AE0941">
        <w:t>8.1 Tenderers are responsible for allowing sufficient time to upload and submit all documents before the Tender Deadline.</w:t>
      </w:r>
    </w:p>
    <w:p w14:paraId="0387BF1F" w14:textId="77777777" w:rsidR="00173974" w:rsidRPr="00AE0941" w:rsidRDefault="007E0F88">
      <w:r w:rsidRPr="00AE0941">
        <w:lastRenderedPageBreak/>
        <w:t>8.2 LTT may seek clarifications or further information but is not obliged to permit correction of an omission or material non-compliance.</w:t>
      </w:r>
    </w:p>
    <w:p w14:paraId="031B8397" w14:textId="77777777" w:rsidR="00173974" w:rsidRPr="00AE0941" w:rsidRDefault="007E0F88">
      <w:r w:rsidRPr="00AE0941">
        <w:t>8.3 Each Tenderer shall bear all costs associated with preparing and submitting its Tender.</w:t>
      </w:r>
    </w:p>
    <w:p w14:paraId="043C4414" w14:textId="77777777" w:rsidR="00173974" w:rsidRPr="00AE0941" w:rsidRDefault="007E0F88">
      <w:pPr>
        <w:pStyle w:val="Heading1"/>
        <w:rPr>
          <w:rFonts w:ascii="Aptos" w:hAnsi="Aptos"/>
        </w:rPr>
      </w:pPr>
      <w:r w:rsidRPr="00AE0941">
        <w:rPr>
          <w:rFonts w:ascii="Aptos" w:hAnsi="Aptos"/>
        </w:rPr>
        <w:t>9. Tenderer Declaration and Exclusion Grounds</w:t>
      </w:r>
    </w:p>
    <w:p w14:paraId="6930C2FB" w14:textId="77777777" w:rsidR="00592B22" w:rsidRPr="00AE0941" w:rsidRDefault="007E0F88" w:rsidP="00592B22">
      <w:pPr>
        <w:rPr>
          <w:lang w:val="en-GB"/>
        </w:rPr>
      </w:pPr>
      <w:r w:rsidRPr="00AE0941">
        <w:t xml:space="preserve">9.1 </w:t>
      </w:r>
      <w:r w:rsidR="00592B22" w:rsidRPr="00AE0941">
        <w:rPr>
          <w:lang w:val="en-GB"/>
        </w:rPr>
        <w:t>Tenderers must complete and sign the declaration in Section 13 confirming that no mandatory or discretionary exclusion grounds applicable to this competition apply to them.</w:t>
      </w:r>
    </w:p>
    <w:p w14:paraId="200A1BCE" w14:textId="1C2678D7" w:rsidR="00173974" w:rsidRPr="00AE0941" w:rsidRDefault="007E0F88" w:rsidP="006E429F">
      <w:pPr>
        <w:rPr>
          <w:lang w:val="en-GB"/>
        </w:rPr>
      </w:pPr>
      <w:r w:rsidRPr="00AE0941">
        <w:t xml:space="preserve">9.2 </w:t>
      </w:r>
      <w:r w:rsidR="00816465" w:rsidRPr="00AE0941">
        <w:rPr>
          <w:lang w:val="en-GB"/>
        </w:rPr>
        <w:t>The preferred Tenderer must provide any supporting information or evidence reasonably requested by LTT before contract award. Failure to provide satisfactory evidence may result in exclusion from the competition.</w:t>
      </w:r>
    </w:p>
    <w:p w14:paraId="2345A7FC" w14:textId="77777777" w:rsidR="00173974" w:rsidRPr="00AE0941" w:rsidRDefault="007E0F88">
      <w:pPr>
        <w:pStyle w:val="Heading1"/>
        <w:rPr>
          <w:rFonts w:ascii="Aptos" w:hAnsi="Aptos"/>
        </w:rPr>
      </w:pPr>
      <w:r w:rsidRPr="00AE0941">
        <w:rPr>
          <w:rFonts w:ascii="Aptos" w:hAnsi="Aptos"/>
        </w:rPr>
        <w:t>10. Selection Criteria</w:t>
      </w:r>
    </w:p>
    <w:p w14:paraId="0CBE927F" w14:textId="77777777" w:rsidR="00173974" w:rsidRPr="00AE0941" w:rsidRDefault="007E0F88">
      <w:r w:rsidRPr="00AE0941">
        <w:t>Tenderers will be assessed on a pass/fail basis against each Selection Criterion. Failure to satisfy any minimum requirement may result in exclusion from further evaluation.</w:t>
      </w:r>
    </w:p>
    <w:p w14:paraId="71A2E58F" w14:textId="77777777" w:rsidR="00173974" w:rsidRPr="00AE0941" w:rsidRDefault="007E0F88">
      <w:pPr>
        <w:pStyle w:val="Heading2"/>
        <w:rPr>
          <w:rFonts w:ascii="Aptos" w:hAnsi="Aptos"/>
        </w:rPr>
      </w:pPr>
      <w:r w:rsidRPr="00AE0941">
        <w:rPr>
          <w:rFonts w:ascii="Aptos" w:hAnsi="Aptos"/>
        </w:rPr>
        <w:t>10.1 Economic and Financial Standing</w:t>
      </w:r>
    </w:p>
    <w:p w14:paraId="0F5903CB" w14:textId="47043D9A" w:rsidR="00173974" w:rsidRPr="00AE0941" w:rsidRDefault="306CD57A">
      <w:pPr>
        <w:pStyle w:val="ListBullet"/>
      </w:pPr>
      <w:r>
        <w:t xml:space="preserve">Provide company name, registered address, contact </w:t>
      </w:r>
      <w:r w:rsidR="5ED745D0">
        <w:t>details,</w:t>
      </w:r>
      <w:r>
        <w:t xml:space="preserve"> and a brief company overview.</w:t>
      </w:r>
    </w:p>
    <w:p w14:paraId="44864D35" w14:textId="77777777" w:rsidR="00173974" w:rsidRPr="00AE0941" w:rsidRDefault="007E0F88">
      <w:pPr>
        <w:pStyle w:val="ListBullet"/>
      </w:pPr>
      <w:r w:rsidRPr="00AE0941">
        <w:t>Confirm annual turnover for each of the last three completed financial years.</w:t>
      </w:r>
    </w:p>
    <w:p w14:paraId="215E3F91" w14:textId="0E0A338F" w:rsidR="00173974" w:rsidRPr="00AE0941" w:rsidRDefault="007E0F88">
      <w:pPr>
        <w:pStyle w:val="ListBullet"/>
      </w:pPr>
      <w:r w:rsidRPr="00AE0941">
        <w:t>Demonstrate a minimum annual turnover of €</w:t>
      </w:r>
      <w:r w:rsidR="00E41D57" w:rsidRPr="00AE0941">
        <w:t>1</w:t>
      </w:r>
      <w:r w:rsidR="000354FE" w:rsidRPr="00AE0941">
        <w:t>00</w:t>
      </w:r>
      <w:r w:rsidR="008B57A4" w:rsidRPr="00AE0941">
        <w:t>,000</w:t>
      </w:r>
      <w:r w:rsidRPr="00AE0941">
        <w:t xml:space="preserve"> in each of the last </w:t>
      </w:r>
      <w:r w:rsidR="00915DE4" w:rsidRPr="00AE0941">
        <w:t xml:space="preserve">three </w:t>
      </w:r>
      <w:r w:rsidRPr="00AE0941">
        <w:t>completed financial years.</w:t>
      </w:r>
    </w:p>
    <w:p w14:paraId="6460C0BE" w14:textId="77777777" w:rsidR="00173974" w:rsidRPr="00AE0941" w:rsidRDefault="007E0F88">
      <w:pPr>
        <w:pStyle w:val="ListBullet"/>
      </w:pPr>
      <w:r w:rsidRPr="00AE0941">
        <w:t>Provide evidence on request, including signed or certified accounts or other appropriate financial information.</w:t>
      </w:r>
    </w:p>
    <w:p w14:paraId="3413B8E0" w14:textId="77777777" w:rsidR="00173974" w:rsidRPr="00AE0941" w:rsidRDefault="007E0F88">
      <w:pPr>
        <w:pStyle w:val="ListBullet"/>
      </w:pPr>
      <w:r w:rsidRPr="00AE0941">
        <w:t>Confirm the ability to obtain and maintain the insurance cover specified in Section 10.3 for the contract term.</w:t>
      </w:r>
    </w:p>
    <w:p w14:paraId="63279348" w14:textId="77777777" w:rsidR="00173974" w:rsidRPr="00AE0941" w:rsidRDefault="007E0F88">
      <w:pPr>
        <w:pStyle w:val="Heading2"/>
        <w:rPr>
          <w:rFonts w:ascii="Aptos" w:hAnsi="Aptos"/>
        </w:rPr>
      </w:pPr>
      <w:r w:rsidRPr="00AE0941">
        <w:rPr>
          <w:rFonts w:ascii="Aptos" w:hAnsi="Aptos"/>
        </w:rPr>
        <w:t>10.2 Technical and Professional Ability</w:t>
      </w:r>
    </w:p>
    <w:p w14:paraId="559BF7BD" w14:textId="2806AD8C" w:rsidR="00173974" w:rsidRPr="00AE0941" w:rsidRDefault="007E0F88">
      <w:pPr>
        <w:pStyle w:val="ListBullet"/>
      </w:pPr>
      <w:r w:rsidRPr="00AE0941">
        <w:t xml:space="preserve">Demonstrate at least </w:t>
      </w:r>
      <w:r w:rsidR="00386ED9" w:rsidRPr="00AE0941">
        <w:t>thr</w:t>
      </w:r>
      <w:r w:rsidR="0019139D" w:rsidRPr="00AE0941">
        <w:t>ee</w:t>
      </w:r>
      <w:r w:rsidRPr="00AE0941">
        <w:t xml:space="preserve"> years’ experience delivering managed ICT support services.</w:t>
      </w:r>
    </w:p>
    <w:p w14:paraId="12C5272D" w14:textId="32BE2D14" w:rsidR="00173974" w:rsidRPr="00AE0941" w:rsidRDefault="007E0F88">
      <w:pPr>
        <w:pStyle w:val="ListBullet"/>
      </w:pPr>
      <w:r w:rsidRPr="00AE0941">
        <w:t>Provide details of at least</w:t>
      </w:r>
      <w:r w:rsidR="0084605E" w:rsidRPr="00AE0941">
        <w:t xml:space="preserve"> two</w:t>
      </w:r>
      <w:r w:rsidR="00C62723" w:rsidRPr="00AE0941">
        <w:t xml:space="preserve"> </w:t>
      </w:r>
      <w:r w:rsidRPr="00AE0941">
        <w:t>comparable managed ICT support contracts completed or substantially delivered within the last three years.</w:t>
      </w:r>
    </w:p>
    <w:p w14:paraId="10177424" w14:textId="0C4D0E21" w:rsidR="00173974" w:rsidRPr="00AE0941" w:rsidRDefault="306CD57A">
      <w:pPr>
        <w:pStyle w:val="ListBullet"/>
      </w:pPr>
      <w:r>
        <w:t xml:space="preserve">Each example must identify the client type, contract duration, approximate annual value, number of supported users/devices, scope of </w:t>
      </w:r>
      <w:r w:rsidR="50249D78">
        <w:t>services,</w:t>
      </w:r>
      <w:r>
        <w:t xml:space="preserve"> and a referee.</w:t>
      </w:r>
    </w:p>
    <w:p w14:paraId="7B75456C" w14:textId="77777777" w:rsidR="00173974" w:rsidRPr="00AE0941" w:rsidRDefault="007E0F88">
      <w:pPr>
        <w:pStyle w:val="ListBullet"/>
      </w:pPr>
      <w:r w:rsidRPr="00AE0941">
        <w:t>At least one example must be of comparable scope and complexity to LTT, including Microsoft 365 administration, cybersecurity, backup/recovery, networking, endpoint management and user support.</w:t>
      </w:r>
    </w:p>
    <w:p w14:paraId="45CDF8AD" w14:textId="77777777" w:rsidR="00173974" w:rsidRPr="00AE0941" w:rsidRDefault="007E0F88">
      <w:pPr>
        <w:pStyle w:val="ListBullet"/>
      </w:pPr>
      <w:r w:rsidRPr="00AE0941">
        <w:t>Demonstrate organisational capacity, including a service desk, senior escalation and sufficient suitably qualified personnel to maintain continuity and meet the required service levels.</w:t>
      </w:r>
    </w:p>
    <w:p w14:paraId="3BA3D333" w14:textId="77777777" w:rsidR="00173974" w:rsidRPr="00AE0941" w:rsidRDefault="007E0F88">
      <w:pPr>
        <w:pStyle w:val="ListBullet"/>
      </w:pPr>
      <w:r w:rsidRPr="00AE0941">
        <w:t>Confirm that suitably qualified on-site resources are available in the Mid-West Region to meet the attendance requirement in Section 6.2.</w:t>
      </w:r>
    </w:p>
    <w:p w14:paraId="5E422DC6" w14:textId="7286426B" w:rsidR="009726E1" w:rsidRPr="00AE0941" w:rsidRDefault="009726E1" w:rsidP="0035144C">
      <w:pPr>
        <w:pStyle w:val="ListBullet"/>
        <w:rPr>
          <w:rFonts w:eastAsia="Times New Roman"/>
          <w:lang w:val="en-GB" w:eastAsia="en-GB"/>
        </w:rPr>
      </w:pPr>
      <w:r w:rsidRPr="00AE0941">
        <w:rPr>
          <w:rFonts w:eastAsia="Times New Roman"/>
          <w:lang w:val="en-GB" w:eastAsia="en-GB"/>
        </w:rPr>
        <w:t>Details of the proposed Contract Manager, Senior Engineer and support team should be provided under Award Criterion B.</w:t>
      </w:r>
    </w:p>
    <w:p w14:paraId="512906F3" w14:textId="7E17486B" w:rsidR="00173974" w:rsidRPr="00AE0941" w:rsidRDefault="007E0F88">
      <w:pPr>
        <w:pStyle w:val="Heading2"/>
        <w:rPr>
          <w:rFonts w:ascii="Aptos" w:hAnsi="Aptos"/>
        </w:rPr>
      </w:pPr>
      <w:r w:rsidRPr="00AE0941">
        <w:rPr>
          <w:rFonts w:ascii="Aptos" w:hAnsi="Aptos"/>
        </w:rPr>
        <w:t>10.3 Insurance</w:t>
      </w:r>
    </w:p>
    <w:p w14:paraId="736B8F08" w14:textId="2BC99595" w:rsidR="00173974" w:rsidRPr="00AE0941" w:rsidRDefault="5771A9BE">
      <w:r w:rsidRPr="00AE0941">
        <w:t>The preferred Tenderer must, before contract award and throughout the contract term, maintain insurance appropriate to the Services</w:t>
      </w:r>
      <w:r w:rsidR="58E68A08" w:rsidRPr="00AE0941">
        <w:t>.</w:t>
      </w:r>
    </w:p>
    <w:tbl>
      <w:tblPr>
        <w:tblStyle w:val="TableGrid"/>
        <w:tblW w:w="0" w:type="auto"/>
        <w:jc w:val="center"/>
        <w:tblLook w:val="04A0" w:firstRow="1" w:lastRow="0" w:firstColumn="1" w:lastColumn="0" w:noHBand="0" w:noVBand="1"/>
      </w:tblPr>
      <w:tblGrid>
        <w:gridCol w:w="5112"/>
        <w:gridCol w:w="5112"/>
      </w:tblGrid>
      <w:tr w:rsidR="00173974" w:rsidRPr="00AE0941" w14:paraId="65DDD615" w14:textId="77777777" w:rsidTr="08617719">
        <w:trPr>
          <w:tblHeader/>
          <w:jc w:val="center"/>
        </w:trPr>
        <w:tc>
          <w:tcPr>
            <w:tcW w:w="5112" w:type="dxa"/>
            <w:shd w:val="clear" w:color="auto" w:fill="1F4E78"/>
            <w:tcMar>
              <w:top w:w="80" w:type="dxa"/>
              <w:left w:w="80" w:type="dxa"/>
              <w:bottom w:w="80" w:type="dxa"/>
              <w:right w:w="80" w:type="dxa"/>
            </w:tcMar>
            <w:vAlign w:val="center"/>
          </w:tcPr>
          <w:p w14:paraId="3226D7C1" w14:textId="77777777" w:rsidR="00173974" w:rsidRPr="00AE0941" w:rsidRDefault="007E0F88">
            <w:pPr>
              <w:spacing w:after="0"/>
              <w:jc w:val="center"/>
            </w:pPr>
            <w:r w:rsidRPr="00AE0941">
              <w:rPr>
                <w:b/>
                <w:color w:val="FFFFFF"/>
                <w:sz w:val="17"/>
              </w:rPr>
              <w:t>Insurance type</w:t>
            </w:r>
          </w:p>
        </w:tc>
        <w:tc>
          <w:tcPr>
            <w:tcW w:w="5112" w:type="dxa"/>
            <w:shd w:val="clear" w:color="auto" w:fill="1F4E78"/>
            <w:tcMar>
              <w:top w:w="80" w:type="dxa"/>
              <w:left w:w="80" w:type="dxa"/>
              <w:bottom w:w="80" w:type="dxa"/>
              <w:right w:w="80" w:type="dxa"/>
            </w:tcMar>
            <w:vAlign w:val="center"/>
          </w:tcPr>
          <w:p w14:paraId="03ED0F09" w14:textId="77777777" w:rsidR="00173974" w:rsidRPr="00AE0941" w:rsidRDefault="007E0F88">
            <w:pPr>
              <w:spacing w:after="0"/>
              <w:jc w:val="center"/>
            </w:pPr>
            <w:r w:rsidRPr="00AE0941">
              <w:rPr>
                <w:b/>
                <w:color w:val="FFFFFF"/>
                <w:sz w:val="17"/>
              </w:rPr>
              <w:t>Minimum level</w:t>
            </w:r>
          </w:p>
        </w:tc>
      </w:tr>
      <w:tr w:rsidR="00173974" w:rsidRPr="00AE0941" w14:paraId="0A6CBC2E" w14:textId="77777777" w:rsidTr="08617719">
        <w:trPr>
          <w:cantSplit/>
          <w:jc w:val="center"/>
        </w:trPr>
        <w:tc>
          <w:tcPr>
            <w:tcW w:w="5112" w:type="dxa"/>
            <w:tcMar>
              <w:top w:w="80" w:type="dxa"/>
              <w:left w:w="80" w:type="dxa"/>
              <w:bottom w:w="80" w:type="dxa"/>
              <w:right w:w="80" w:type="dxa"/>
            </w:tcMar>
            <w:vAlign w:val="center"/>
          </w:tcPr>
          <w:p w14:paraId="3566B21F" w14:textId="77777777" w:rsidR="00173974" w:rsidRPr="00AE0941" w:rsidRDefault="007E0F88">
            <w:pPr>
              <w:spacing w:after="0"/>
              <w:jc w:val="center"/>
            </w:pPr>
            <w:r w:rsidRPr="00AE0941">
              <w:rPr>
                <w:sz w:val="16"/>
              </w:rPr>
              <w:t>Employers’ Liability</w:t>
            </w:r>
          </w:p>
        </w:tc>
        <w:tc>
          <w:tcPr>
            <w:tcW w:w="5112" w:type="dxa"/>
            <w:tcMar>
              <w:top w:w="80" w:type="dxa"/>
              <w:left w:w="80" w:type="dxa"/>
              <w:bottom w:w="80" w:type="dxa"/>
              <w:right w:w="80" w:type="dxa"/>
            </w:tcMar>
            <w:vAlign w:val="center"/>
          </w:tcPr>
          <w:p w14:paraId="5A5667AF" w14:textId="292FEB45" w:rsidR="00173974" w:rsidRPr="00AE0941" w:rsidRDefault="663716EF">
            <w:pPr>
              <w:spacing w:after="0"/>
              <w:jc w:val="center"/>
            </w:pPr>
            <w:r w:rsidRPr="00AE0941">
              <w:rPr>
                <w:sz w:val="16"/>
                <w:szCs w:val="16"/>
              </w:rPr>
              <w:t>Minimum €13,000,000 per claim</w:t>
            </w:r>
          </w:p>
        </w:tc>
      </w:tr>
      <w:tr w:rsidR="00173974" w:rsidRPr="00AE0941" w14:paraId="55416184" w14:textId="77777777" w:rsidTr="08617719">
        <w:trPr>
          <w:cantSplit/>
          <w:jc w:val="center"/>
        </w:trPr>
        <w:tc>
          <w:tcPr>
            <w:tcW w:w="5112" w:type="dxa"/>
            <w:tcMar>
              <w:top w:w="80" w:type="dxa"/>
              <w:left w:w="80" w:type="dxa"/>
              <w:bottom w:w="80" w:type="dxa"/>
              <w:right w:w="80" w:type="dxa"/>
            </w:tcMar>
            <w:vAlign w:val="center"/>
          </w:tcPr>
          <w:p w14:paraId="37D6D1B8" w14:textId="77777777" w:rsidR="00173974" w:rsidRPr="00AE0941" w:rsidRDefault="007E0F88">
            <w:pPr>
              <w:spacing w:after="0"/>
              <w:jc w:val="center"/>
            </w:pPr>
            <w:r w:rsidRPr="00AE0941">
              <w:rPr>
                <w:sz w:val="16"/>
              </w:rPr>
              <w:t>Public Liability</w:t>
            </w:r>
          </w:p>
        </w:tc>
        <w:tc>
          <w:tcPr>
            <w:tcW w:w="5112" w:type="dxa"/>
            <w:tcMar>
              <w:top w:w="80" w:type="dxa"/>
              <w:left w:w="80" w:type="dxa"/>
              <w:bottom w:w="80" w:type="dxa"/>
              <w:right w:w="80" w:type="dxa"/>
            </w:tcMar>
            <w:vAlign w:val="center"/>
          </w:tcPr>
          <w:p w14:paraId="3395CF78" w14:textId="443EEF2E" w:rsidR="00173974" w:rsidRPr="00AE0941" w:rsidRDefault="0CB27853">
            <w:pPr>
              <w:spacing w:after="0"/>
              <w:jc w:val="center"/>
            </w:pPr>
            <w:r w:rsidRPr="00AE0941">
              <w:rPr>
                <w:sz w:val="16"/>
                <w:szCs w:val="16"/>
              </w:rPr>
              <w:t>Minimum €</w:t>
            </w:r>
            <w:r w:rsidR="0E16B6C8" w:rsidRPr="00AE0941">
              <w:rPr>
                <w:sz w:val="16"/>
                <w:szCs w:val="16"/>
              </w:rPr>
              <w:t>6,5</w:t>
            </w:r>
            <w:r w:rsidRPr="00AE0941">
              <w:rPr>
                <w:sz w:val="16"/>
                <w:szCs w:val="16"/>
              </w:rPr>
              <w:t>00,000 per claim</w:t>
            </w:r>
          </w:p>
        </w:tc>
      </w:tr>
      <w:tr w:rsidR="00173974" w:rsidRPr="00AE0941" w14:paraId="7D777AB1" w14:textId="77777777" w:rsidTr="08617719">
        <w:trPr>
          <w:cantSplit/>
          <w:jc w:val="center"/>
        </w:trPr>
        <w:tc>
          <w:tcPr>
            <w:tcW w:w="5112" w:type="dxa"/>
            <w:tcMar>
              <w:top w:w="80" w:type="dxa"/>
              <w:left w:w="80" w:type="dxa"/>
              <w:bottom w:w="80" w:type="dxa"/>
              <w:right w:w="80" w:type="dxa"/>
            </w:tcMar>
            <w:vAlign w:val="center"/>
          </w:tcPr>
          <w:p w14:paraId="259C1659" w14:textId="77777777" w:rsidR="00173974" w:rsidRPr="00AE0941" w:rsidRDefault="007E0F88">
            <w:pPr>
              <w:spacing w:after="0"/>
              <w:jc w:val="center"/>
            </w:pPr>
            <w:r w:rsidRPr="00AE0941">
              <w:rPr>
                <w:sz w:val="16"/>
              </w:rPr>
              <w:t>Professional Indemnity / Technology Errors and Omissions</w:t>
            </w:r>
          </w:p>
        </w:tc>
        <w:tc>
          <w:tcPr>
            <w:tcW w:w="5112" w:type="dxa"/>
            <w:tcMar>
              <w:top w:w="80" w:type="dxa"/>
              <w:left w:w="80" w:type="dxa"/>
              <w:bottom w:w="80" w:type="dxa"/>
              <w:right w:w="80" w:type="dxa"/>
            </w:tcMar>
            <w:vAlign w:val="center"/>
          </w:tcPr>
          <w:p w14:paraId="5505D647" w14:textId="71DC9AAE" w:rsidR="00173974" w:rsidRPr="00AE0941" w:rsidRDefault="7D3D778E">
            <w:pPr>
              <w:spacing w:after="0"/>
              <w:jc w:val="center"/>
            </w:pPr>
            <w:r w:rsidRPr="12715C25">
              <w:rPr>
                <w:sz w:val="16"/>
                <w:szCs w:val="16"/>
              </w:rPr>
              <w:t>Minimum €</w:t>
            </w:r>
            <w:r w:rsidR="2645A966" w:rsidRPr="12715C25">
              <w:rPr>
                <w:sz w:val="16"/>
                <w:szCs w:val="16"/>
              </w:rPr>
              <w:t>2,0</w:t>
            </w:r>
            <w:r w:rsidRPr="12715C25">
              <w:rPr>
                <w:sz w:val="16"/>
                <w:szCs w:val="16"/>
              </w:rPr>
              <w:t>00,000 per claim</w:t>
            </w:r>
          </w:p>
        </w:tc>
      </w:tr>
      <w:tr w:rsidR="12715C25" w14:paraId="3BA59250" w14:textId="77777777" w:rsidTr="08617719">
        <w:trPr>
          <w:cantSplit/>
          <w:trHeight w:val="300"/>
          <w:jc w:val="center"/>
        </w:trPr>
        <w:tc>
          <w:tcPr>
            <w:tcW w:w="5112" w:type="dxa"/>
            <w:tcMar>
              <w:top w:w="80" w:type="dxa"/>
              <w:left w:w="80" w:type="dxa"/>
              <w:bottom w:w="80" w:type="dxa"/>
              <w:right w:w="80" w:type="dxa"/>
            </w:tcMar>
            <w:vAlign w:val="center"/>
          </w:tcPr>
          <w:p w14:paraId="33101A84" w14:textId="5DE975B4" w:rsidR="69417D0D" w:rsidRDefault="69417D0D" w:rsidP="12715C25">
            <w:pPr>
              <w:jc w:val="center"/>
            </w:pPr>
            <w:r w:rsidRPr="12715C25">
              <w:rPr>
                <w:sz w:val="16"/>
                <w:szCs w:val="16"/>
              </w:rPr>
              <w:t xml:space="preserve">Cyber Liability </w:t>
            </w:r>
          </w:p>
        </w:tc>
        <w:tc>
          <w:tcPr>
            <w:tcW w:w="5112" w:type="dxa"/>
            <w:tcMar>
              <w:top w:w="80" w:type="dxa"/>
              <w:left w:w="80" w:type="dxa"/>
              <w:bottom w:w="80" w:type="dxa"/>
              <w:right w:w="80" w:type="dxa"/>
            </w:tcMar>
            <w:vAlign w:val="center"/>
          </w:tcPr>
          <w:p w14:paraId="07EB1B6F" w14:textId="2EDF3C69" w:rsidR="69417D0D" w:rsidRDefault="6976D7D6" w:rsidP="08617719">
            <w:pPr>
              <w:spacing w:after="0" w:line="300" w:lineRule="auto"/>
              <w:jc w:val="center"/>
              <w:rPr>
                <w:sz w:val="16"/>
                <w:szCs w:val="16"/>
                <w:highlight w:val="yellow"/>
              </w:rPr>
            </w:pPr>
            <w:r w:rsidRPr="00A471CD">
              <w:rPr>
                <w:sz w:val="16"/>
                <w:szCs w:val="16"/>
              </w:rPr>
              <w:t>Minimum €</w:t>
            </w:r>
            <w:r w:rsidR="00511E73">
              <w:rPr>
                <w:sz w:val="16"/>
                <w:szCs w:val="16"/>
              </w:rPr>
              <w:t>2</w:t>
            </w:r>
            <w:r w:rsidRPr="00A471CD">
              <w:rPr>
                <w:sz w:val="16"/>
                <w:szCs w:val="16"/>
              </w:rPr>
              <w:t>,000,000 per claim</w:t>
            </w:r>
          </w:p>
        </w:tc>
      </w:tr>
    </w:tbl>
    <w:p w14:paraId="5A39BBE3" w14:textId="77777777" w:rsidR="00173974" w:rsidRPr="00AE0941" w:rsidRDefault="00173974">
      <w:pPr>
        <w:spacing w:after="20"/>
      </w:pPr>
    </w:p>
    <w:p w14:paraId="31EE0761" w14:textId="77777777" w:rsidR="00173974" w:rsidRPr="00AE0941" w:rsidRDefault="5771A9BE">
      <w:r w:rsidRPr="00AE0941">
        <w:lastRenderedPageBreak/>
        <w:t>Tenderers must confirm at tender stage that the required cover can be obtained. Evidence of cover will be required from the preferred Tenderer before contract award.</w:t>
      </w:r>
    </w:p>
    <w:p w14:paraId="6E5DDDC3" w14:textId="77777777" w:rsidR="00173974" w:rsidRPr="00AE0941" w:rsidRDefault="007E0F88">
      <w:pPr>
        <w:pStyle w:val="Heading1"/>
        <w:rPr>
          <w:rFonts w:ascii="Aptos" w:hAnsi="Aptos"/>
        </w:rPr>
      </w:pPr>
      <w:r w:rsidRPr="00AE0941">
        <w:rPr>
          <w:rFonts w:ascii="Aptos" w:hAnsi="Aptos"/>
        </w:rPr>
        <w:t>11. Tender Evaluation and Award Criteria</w:t>
      </w:r>
    </w:p>
    <w:p w14:paraId="2DB87775" w14:textId="77777777" w:rsidR="00173974" w:rsidRPr="00AE0941" w:rsidRDefault="007E0F88">
      <w:r w:rsidRPr="00AE0941">
        <w:t>11.1 Tenders that satisfy all Selection Criteria will be evaluated on the basis of the most economically advantageous tender using the following criteria and marks:</w:t>
      </w:r>
    </w:p>
    <w:tbl>
      <w:tblPr>
        <w:tblStyle w:val="TableGrid"/>
        <w:tblW w:w="0" w:type="auto"/>
        <w:jc w:val="center"/>
        <w:tblLook w:val="04A0" w:firstRow="1" w:lastRow="0" w:firstColumn="1" w:lastColumn="0" w:noHBand="0" w:noVBand="1"/>
      </w:tblPr>
      <w:tblGrid>
        <w:gridCol w:w="3408"/>
        <w:gridCol w:w="3408"/>
        <w:gridCol w:w="3408"/>
      </w:tblGrid>
      <w:tr w:rsidR="00173974" w:rsidRPr="00AE0941" w14:paraId="59CFE95A" w14:textId="77777777">
        <w:trPr>
          <w:tblHeader/>
          <w:jc w:val="center"/>
        </w:trPr>
        <w:tc>
          <w:tcPr>
            <w:tcW w:w="3408" w:type="dxa"/>
            <w:shd w:val="clear" w:color="auto" w:fill="1F4E78"/>
            <w:tcMar>
              <w:top w:w="80" w:type="dxa"/>
              <w:left w:w="80" w:type="dxa"/>
              <w:bottom w:w="80" w:type="dxa"/>
              <w:right w:w="80" w:type="dxa"/>
            </w:tcMar>
            <w:vAlign w:val="center"/>
          </w:tcPr>
          <w:p w14:paraId="58966C70" w14:textId="77777777" w:rsidR="00173974" w:rsidRPr="00AE0941" w:rsidRDefault="007E0F88">
            <w:pPr>
              <w:spacing w:after="0"/>
              <w:jc w:val="center"/>
            </w:pPr>
            <w:r w:rsidRPr="00AE0941">
              <w:rPr>
                <w:b/>
                <w:color w:val="FFFFFF"/>
                <w:sz w:val="17"/>
              </w:rPr>
              <w:t>Award criterion</w:t>
            </w:r>
          </w:p>
        </w:tc>
        <w:tc>
          <w:tcPr>
            <w:tcW w:w="3408" w:type="dxa"/>
            <w:shd w:val="clear" w:color="auto" w:fill="1F4E78"/>
            <w:tcMar>
              <w:top w:w="80" w:type="dxa"/>
              <w:left w:w="80" w:type="dxa"/>
              <w:bottom w:w="80" w:type="dxa"/>
              <w:right w:w="80" w:type="dxa"/>
            </w:tcMar>
            <w:vAlign w:val="center"/>
          </w:tcPr>
          <w:p w14:paraId="2E2FEEFC" w14:textId="77777777" w:rsidR="00173974" w:rsidRPr="00AE0941" w:rsidRDefault="007E0F88">
            <w:pPr>
              <w:spacing w:after="0"/>
              <w:jc w:val="center"/>
            </w:pPr>
            <w:r w:rsidRPr="00AE0941">
              <w:rPr>
                <w:b/>
                <w:color w:val="FFFFFF"/>
                <w:sz w:val="17"/>
              </w:rPr>
              <w:t>Maximum marks</w:t>
            </w:r>
          </w:p>
        </w:tc>
        <w:tc>
          <w:tcPr>
            <w:tcW w:w="3408" w:type="dxa"/>
            <w:shd w:val="clear" w:color="auto" w:fill="1F4E78"/>
            <w:tcMar>
              <w:top w:w="80" w:type="dxa"/>
              <w:left w:w="80" w:type="dxa"/>
              <w:bottom w:w="80" w:type="dxa"/>
              <w:right w:w="80" w:type="dxa"/>
            </w:tcMar>
            <w:vAlign w:val="center"/>
          </w:tcPr>
          <w:p w14:paraId="1946A840" w14:textId="77777777" w:rsidR="00173974" w:rsidRPr="00AE0941" w:rsidRDefault="007E0F88">
            <w:pPr>
              <w:spacing w:after="0"/>
              <w:jc w:val="center"/>
            </w:pPr>
            <w:r w:rsidRPr="00AE0941">
              <w:rPr>
                <w:b/>
                <w:color w:val="FFFFFF"/>
                <w:sz w:val="17"/>
              </w:rPr>
              <w:t>Minimum qualifying score</w:t>
            </w:r>
          </w:p>
        </w:tc>
      </w:tr>
      <w:tr w:rsidR="00173974" w:rsidRPr="00AE0941" w14:paraId="6E32CE19" w14:textId="77777777">
        <w:trPr>
          <w:cantSplit/>
          <w:jc w:val="center"/>
        </w:trPr>
        <w:tc>
          <w:tcPr>
            <w:tcW w:w="3408" w:type="dxa"/>
            <w:tcMar>
              <w:top w:w="80" w:type="dxa"/>
              <w:left w:w="80" w:type="dxa"/>
              <w:bottom w:w="80" w:type="dxa"/>
              <w:right w:w="80" w:type="dxa"/>
            </w:tcMar>
            <w:vAlign w:val="center"/>
          </w:tcPr>
          <w:p w14:paraId="5CB62DCC" w14:textId="77777777" w:rsidR="00173974" w:rsidRPr="00AE0941" w:rsidRDefault="007E0F88">
            <w:pPr>
              <w:spacing w:after="0"/>
              <w:jc w:val="center"/>
            </w:pPr>
            <w:r w:rsidRPr="00AE0941">
              <w:rPr>
                <w:sz w:val="16"/>
              </w:rPr>
              <w:t>A. Proposed ICT Service and Customer Support Model</w:t>
            </w:r>
          </w:p>
        </w:tc>
        <w:tc>
          <w:tcPr>
            <w:tcW w:w="3408" w:type="dxa"/>
            <w:tcMar>
              <w:top w:w="80" w:type="dxa"/>
              <w:left w:w="80" w:type="dxa"/>
              <w:bottom w:w="80" w:type="dxa"/>
              <w:right w:w="80" w:type="dxa"/>
            </w:tcMar>
            <w:vAlign w:val="center"/>
          </w:tcPr>
          <w:p w14:paraId="5007C906" w14:textId="77777777" w:rsidR="00173974" w:rsidRPr="00AE0941" w:rsidRDefault="007E0F88">
            <w:pPr>
              <w:spacing w:after="0"/>
              <w:jc w:val="center"/>
            </w:pPr>
            <w:r w:rsidRPr="00AE0941">
              <w:rPr>
                <w:sz w:val="16"/>
              </w:rPr>
              <w:t>20</w:t>
            </w:r>
          </w:p>
        </w:tc>
        <w:tc>
          <w:tcPr>
            <w:tcW w:w="3408" w:type="dxa"/>
            <w:tcMar>
              <w:top w:w="80" w:type="dxa"/>
              <w:left w:w="80" w:type="dxa"/>
              <w:bottom w:w="80" w:type="dxa"/>
              <w:right w:w="80" w:type="dxa"/>
            </w:tcMar>
            <w:vAlign w:val="center"/>
          </w:tcPr>
          <w:p w14:paraId="5D369756" w14:textId="77777777" w:rsidR="00173974" w:rsidRPr="00AE0941" w:rsidRDefault="007E0F88">
            <w:pPr>
              <w:spacing w:after="0"/>
              <w:jc w:val="center"/>
            </w:pPr>
            <w:r w:rsidRPr="00AE0941">
              <w:rPr>
                <w:sz w:val="16"/>
              </w:rPr>
              <w:t>10</w:t>
            </w:r>
          </w:p>
        </w:tc>
      </w:tr>
      <w:tr w:rsidR="00173974" w:rsidRPr="00AE0941" w14:paraId="7EA5BCE0" w14:textId="77777777">
        <w:trPr>
          <w:cantSplit/>
          <w:jc w:val="center"/>
        </w:trPr>
        <w:tc>
          <w:tcPr>
            <w:tcW w:w="3408" w:type="dxa"/>
            <w:tcMar>
              <w:top w:w="80" w:type="dxa"/>
              <w:left w:w="80" w:type="dxa"/>
              <w:bottom w:w="80" w:type="dxa"/>
              <w:right w:w="80" w:type="dxa"/>
            </w:tcMar>
            <w:vAlign w:val="center"/>
          </w:tcPr>
          <w:p w14:paraId="745F7675" w14:textId="77777777" w:rsidR="00173974" w:rsidRPr="00AE0941" w:rsidRDefault="007E0F88">
            <w:pPr>
              <w:spacing w:after="0"/>
              <w:jc w:val="center"/>
            </w:pPr>
            <w:r w:rsidRPr="00AE0941">
              <w:rPr>
                <w:sz w:val="16"/>
              </w:rPr>
              <w:t>B. Proposed Team and Technical Resources</w:t>
            </w:r>
          </w:p>
        </w:tc>
        <w:tc>
          <w:tcPr>
            <w:tcW w:w="3408" w:type="dxa"/>
            <w:tcMar>
              <w:top w:w="80" w:type="dxa"/>
              <w:left w:w="80" w:type="dxa"/>
              <w:bottom w:w="80" w:type="dxa"/>
              <w:right w:w="80" w:type="dxa"/>
            </w:tcMar>
            <w:vAlign w:val="center"/>
          </w:tcPr>
          <w:p w14:paraId="72A4FFC0" w14:textId="77777777" w:rsidR="00173974" w:rsidRPr="00AE0941" w:rsidRDefault="007E0F88">
            <w:pPr>
              <w:spacing w:after="0"/>
              <w:jc w:val="center"/>
            </w:pPr>
            <w:r w:rsidRPr="00AE0941">
              <w:rPr>
                <w:sz w:val="16"/>
              </w:rPr>
              <w:t>20</w:t>
            </w:r>
          </w:p>
        </w:tc>
        <w:tc>
          <w:tcPr>
            <w:tcW w:w="3408" w:type="dxa"/>
            <w:tcMar>
              <w:top w:w="80" w:type="dxa"/>
              <w:left w:w="80" w:type="dxa"/>
              <w:bottom w:w="80" w:type="dxa"/>
              <w:right w:w="80" w:type="dxa"/>
            </w:tcMar>
            <w:vAlign w:val="center"/>
          </w:tcPr>
          <w:p w14:paraId="446DE71A" w14:textId="77777777" w:rsidR="00173974" w:rsidRPr="00AE0941" w:rsidRDefault="007E0F88">
            <w:pPr>
              <w:spacing w:after="0"/>
              <w:jc w:val="center"/>
            </w:pPr>
            <w:r w:rsidRPr="00AE0941">
              <w:rPr>
                <w:sz w:val="16"/>
              </w:rPr>
              <w:t>10</w:t>
            </w:r>
          </w:p>
        </w:tc>
      </w:tr>
      <w:tr w:rsidR="00173974" w:rsidRPr="00AE0941" w14:paraId="0E84259D" w14:textId="77777777">
        <w:trPr>
          <w:cantSplit/>
          <w:jc w:val="center"/>
        </w:trPr>
        <w:tc>
          <w:tcPr>
            <w:tcW w:w="3408" w:type="dxa"/>
            <w:tcMar>
              <w:top w:w="80" w:type="dxa"/>
              <w:left w:w="80" w:type="dxa"/>
              <w:bottom w:w="80" w:type="dxa"/>
              <w:right w:w="80" w:type="dxa"/>
            </w:tcMar>
            <w:vAlign w:val="center"/>
          </w:tcPr>
          <w:p w14:paraId="7DC08E3B" w14:textId="77777777" w:rsidR="00173974" w:rsidRPr="00AE0941" w:rsidRDefault="007E0F88">
            <w:pPr>
              <w:spacing w:after="0"/>
              <w:jc w:val="center"/>
            </w:pPr>
            <w:r w:rsidRPr="00AE0941">
              <w:rPr>
                <w:sz w:val="16"/>
              </w:rPr>
              <w:t>C. Service Delivery, ICT Security and Business Continuity</w:t>
            </w:r>
          </w:p>
        </w:tc>
        <w:tc>
          <w:tcPr>
            <w:tcW w:w="3408" w:type="dxa"/>
            <w:tcMar>
              <w:top w:w="80" w:type="dxa"/>
              <w:left w:w="80" w:type="dxa"/>
              <w:bottom w:w="80" w:type="dxa"/>
              <w:right w:w="80" w:type="dxa"/>
            </w:tcMar>
            <w:vAlign w:val="center"/>
          </w:tcPr>
          <w:p w14:paraId="219897CE" w14:textId="77777777" w:rsidR="00173974" w:rsidRPr="00AE0941" w:rsidRDefault="007E0F88">
            <w:pPr>
              <w:spacing w:after="0"/>
              <w:jc w:val="center"/>
            </w:pPr>
            <w:r w:rsidRPr="00AE0941">
              <w:rPr>
                <w:sz w:val="16"/>
              </w:rPr>
              <w:t>30</w:t>
            </w:r>
          </w:p>
        </w:tc>
        <w:tc>
          <w:tcPr>
            <w:tcW w:w="3408" w:type="dxa"/>
            <w:tcMar>
              <w:top w:w="80" w:type="dxa"/>
              <w:left w:w="80" w:type="dxa"/>
              <w:bottom w:w="80" w:type="dxa"/>
              <w:right w:w="80" w:type="dxa"/>
            </w:tcMar>
            <w:vAlign w:val="center"/>
          </w:tcPr>
          <w:p w14:paraId="33CFEC6B" w14:textId="77777777" w:rsidR="00173974" w:rsidRPr="00AE0941" w:rsidRDefault="007E0F88">
            <w:pPr>
              <w:spacing w:after="0"/>
              <w:jc w:val="center"/>
            </w:pPr>
            <w:r w:rsidRPr="00AE0941">
              <w:rPr>
                <w:sz w:val="16"/>
              </w:rPr>
              <w:t>15</w:t>
            </w:r>
          </w:p>
        </w:tc>
      </w:tr>
      <w:tr w:rsidR="00173974" w:rsidRPr="00AE0941" w14:paraId="6B65D45A" w14:textId="77777777">
        <w:trPr>
          <w:cantSplit/>
          <w:jc w:val="center"/>
        </w:trPr>
        <w:tc>
          <w:tcPr>
            <w:tcW w:w="3408" w:type="dxa"/>
            <w:tcMar>
              <w:top w:w="80" w:type="dxa"/>
              <w:left w:w="80" w:type="dxa"/>
              <w:bottom w:w="80" w:type="dxa"/>
              <w:right w:w="80" w:type="dxa"/>
            </w:tcMar>
            <w:vAlign w:val="center"/>
          </w:tcPr>
          <w:p w14:paraId="31D76415" w14:textId="77777777" w:rsidR="00173974" w:rsidRPr="00AE0941" w:rsidRDefault="007E0F88">
            <w:pPr>
              <w:spacing w:after="0"/>
              <w:jc w:val="center"/>
            </w:pPr>
            <w:r w:rsidRPr="00AE0941">
              <w:rPr>
                <w:sz w:val="16"/>
              </w:rPr>
              <w:t>D. Ultimate Cost</w:t>
            </w:r>
          </w:p>
        </w:tc>
        <w:tc>
          <w:tcPr>
            <w:tcW w:w="3408" w:type="dxa"/>
            <w:tcMar>
              <w:top w:w="80" w:type="dxa"/>
              <w:left w:w="80" w:type="dxa"/>
              <w:bottom w:w="80" w:type="dxa"/>
              <w:right w:w="80" w:type="dxa"/>
            </w:tcMar>
            <w:vAlign w:val="center"/>
          </w:tcPr>
          <w:p w14:paraId="60DA3216" w14:textId="77777777" w:rsidR="00173974" w:rsidRPr="00AE0941" w:rsidRDefault="007E0F88">
            <w:pPr>
              <w:spacing w:after="0"/>
              <w:jc w:val="center"/>
            </w:pPr>
            <w:r w:rsidRPr="00AE0941">
              <w:rPr>
                <w:sz w:val="16"/>
              </w:rPr>
              <w:t>30</w:t>
            </w:r>
          </w:p>
        </w:tc>
        <w:tc>
          <w:tcPr>
            <w:tcW w:w="3408" w:type="dxa"/>
            <w:tcMar>
              <w:top w:w="80" w:type="dxa"/>
              <w:left w:w="80" w:type="dxa"/>
              <w:bottom w:w="80" w:type="dxa"/>
              <w:right w:w="80" w:type="dxa"/>
            </w:tcMar>
            <w:vAlign w:val="center"/>
          </w:tcPr>
          <w:p w14:paraId="773F148E" w14:textId="77777777" w:rsidR="00173974" w:rsidRPr="00AE0941" w:rsidRDefault="007E0F88">
            <w:pPr>
              <w:spacing w:after="0"/>
              <w:jc w:val="center"/>
            </w:pPr>
            <w:r w:rsidRPr="00AE0941">
              <w:rPr>
                <w:sz w:val="16"/>
              </w:rPr>
              <w:t>Not applicable</w:t>
            </w:r>
          </w:p>
        </w:tc>
      </w:tr>
      <w:tr w:rsidR="00173974" w:rsidRPr="00AE0941" w14:paraId="443B5148" w14:textId="77777777">
        <w:trPr>
          <w:cantSplit/>
          <w:jc w:val="center"/>
        </w:trPr>
        <w:tc>
          <w:tcPr>
            <w:tcW w:w="3408" w:type="dxa"/>
            <w:shd w:val="clear" w:color="auto" w:fill="D9EAF7"/>
            <w:tcMar>
              <w:top w:w="80" w:type="dxa"/>
              <w:left w:w="80" w:type="dxa"/>
              <w:bottom w:w="80" w:type="dxa"/>
              <w:right w:w="80" w:type="dxa"/>
            </w:tcMar>
            <w:vAlign w:val="center"/>
          </w:tcPr>
          <w:p w14:paraId="4BF53985" w14:textId="77777777" w:rsidR="00173974" w:rsidRPr="00AE0941" w:rsidRDefault="007E0F88">
            <w:pPr>
              <w:spacing w:after="0"/>
              <w:jc w:val="center"/>
            </w:pPr>
            <w:r w:rsidRPr="00AE0941">
              <w:rPr>
                <w:b/>
                <w:sz w:val="16"/>
              </w:rPr>
              <w:t>TOTAL</w:t>
            </w:r>
          </w:p>
        </w:tc>
        <w:tc>
          <w:tcPr>
            <w:tcW w:w="3408" w:type="dxa"/>
            <w:shd w:val="clear" w:color="auto" w:fill="D9EAF7"/>
            <w:tcMar>
              <w:top w:w="80" w:type="dxa"/>
              <w:left w:w="80" w:type="dxa"/>
              <w:bottom w:w="80" w:type="dxa"/>
              <w:right w:w="80" w:type="dxa"/>
            </w:tcMar>
            <w:vAlign w:val="center"/>
          </w:tcPr>
          <w:p w14:paraId="0CCF700D" w14:textId="77777777" w:rsidR="00173974" w:rsidRPr="00AE0941" w:rsidRDefault="007E0F88">
            <w:pPr>
              <w:spacing w:after="0"/>
              <w:jc w:val="center"/>
            </w:pPr>
            <w:r w:rsidRPr="00AE0941">
              <w:rPr>
                <w:b/>
                <w:sz w:val="16"/>
              </w:rPr>
              <w:t>100</w:t>
            </w:r>
          </w:p>
        </w:tc>
        <w:tc>
          <w:tcPr>
            <w:tcW w:w="3408" w:type="dxa"/>
            <w:shd w:val="clear" w:color="auto" w:fill="D9EAF7"/>
            <w:tcMar>
              <w:top w:w="80" w:type="dxa"/>
              <w:left w:w="80" w:type="dxa"/>
              <w:bottom w:w="80" w:type="dxa"/>
              <w:right w:w="80" w:type="dxa"/>
            </w:tcMar>
            <w:vAlign w:val="center"/>
          </w:tcPr>
          <w:p w14:paraId="41C8F396" w14:textId="77777777" w:rsidR="00173974" w:rsidRPr="00AE0941" w:rsidRDefault="00173974">
            <w:pPr>
              <w:spacing w:after="0"/>
              <w:jc w:val="center"/>
            </w:pPr>
          </w:p>
        </w:tc>
      </w:tr>
    </w:tbl>
    <w:p w14:paraId="72A3D3EC" w14:textId="77777777" w:rsidR="00173974" w:rsidRPr="00AE0941" w:rsidRDefault="00173974">
      <w:pPr>
        <w:spacing w:after="20"/>
      </w:pPr>
    </w:p>
    <w:p w14:paraId="5D5E9D86" w14:textId="77777777" w:rsidR="00173974" w:rsidRPr="00AE0941" w:rsidRDefault="007E0F88">
      <w:r w:rsidRPr="00AE0941">
        <w:t>Tenderers must achieve at least 50% of the available marks in each quality criterion A, B and C. A Tender that fails a quality threshold will not proceed to final ranking.</w:t>
      </w:r>
    </w:p>
    <w:p w14:paraId="7DFFA2FD" w14:textId="77777777" w:rsidR="00173974" w:rsidRPr="00AE0941" w:rsidRDefault="007E0F88">
      <w:pPr>
        <w:pStyle w:val="Heading2"/>
        <w:rPr>
          <w:rFonts w:ascii="Aptos" w:hAnsi="Aptos"/>
        </w:rPr>
      </w:pPr>
      <w:r w:rsidRPr="00AE0941">
        <w:rPr>
          <w:rFonts w:ascii="Aptos" w:hAnsi="Aptos"/>
        </w:rPr>
        <w:t>Criterion A: Proposed ICT Service and Customer Support Model (20 marks)</w:t>
      </w:r>
    </w:p>
    <w:p w14:paraId="5F70AC54" w14:textId="77777777" w:rsidR="00173974" w:rsidRPr="00AE0941" w:rsidRDefault="007E0F88">
      <w:r w:rsidRPr="00AE0941">
        <w:t>Tenderers must describe how they will deliver Sections 5 and 6, including helpdesk operation, ticket ownership, prioritisation, escalation, communications, service hours, remote and on-site support, ticket-management systems and service-quality monitoring.</w:t>
      </w:r>
    </w:p>
    <w:p w14:paraId="5963CC34" w14:textId="77777777" w:rsidR="00173974" w:rsidRPr="00AE0941" w:rsidRDefault="007E0F88">
      <w:pPr>
        <w:pStyle w:val="Heading2"/>
        <w:rPr>
          <w:rFonts w:ascii="Aptos" w:hAnsi="Aptos"/>
        </w:rPr>
      </w:pPr>
      <w:r w:rsidRPr="00AE0941">
        <w:rPr>
          <w:rFonts w:ascii="Aptos" w:hAnsi="Aptos"/>
        </w:rPr>
        <w:t>Criterion B: Proposed Team and Technical Resources (20 marks)</w:t>
      </w:r>
    </w:p>
    <w:p w14:paraId="6A719273" w14:textId="77777777" w:rsidR="00173974" w:rsidRPr="00AE0941" w:rsidRDefault="007E0F88">
      <w:r w:rsidRPr="00AE0941">
        <w:t>Tenderers must provide a CV for the proposed Contract Manager and details of the Senior Engineer, service-desk team and supporting engineers who will deliver the contract. The response must explain each person’s role, qualifications, experience, availability and specific relevance to LTT’s environment and requirements.</w:t>
      </w:r>
    </w:p>
    <w:p w14:paraId="49175C73" w14:textId="77777777" w:rsidR="00173974" w:rsidRPr="00AE0941" w:rsidRDefault="007E0F88">
      <w:pPr>
        <w:pStyle w:val="Heading2"/>
        <w:rPr>
          <w:rFonts w:ascii="Aptos" w:hAnsi="Aptos"/>
        </w:rPr>
      </w:pPr>
      <w:r w:rsidRPr="00AE0941">
        <w:rPr>
          <w:rFonts w:ascii="Aptos" w:hAnsi="Aptos"/>
        </w:rPr>
        <w:t>Criterion C: Service Delivery, ICT Security and Business Continuity (30 marks)</w:t>
      </w:r>
    </w:p>
    <w:p w14:paraId="72CE4711" w14:textId="77777777" w:rsidR="00173974" w:rsidRPr="00AE0941" w:rsidRDefault="007E0F88">
      <w:r w:rsidRPr="00AE0941">
        <w:t>Tenderers must describe their approach to mobilisation, handover, reporting and contract exit; cybersecurity monitoring, endpoint and identity protection, patching and incident response; backup, disaster recovery, annual recovery testing and remedial reporting.</w:t>
      </w:r>
    </w:p>
    <w:p w14:paraId="5C25698A" w14:textId="77777777" w:rsidR="00173974" w:rsidRPr="00AE0941" w:rsidRDefault="007E0F88">
      <w:pPr>
        <w:pStyle w:val="Heading2"/>
        <w:rPr>
          <w:rFonts w:ascii="Aptos" w:hAnsi="Aptos"/>
        </w:rPr>
      </w:pPr>
      <w:r w:rsidRPr="00AE0941">
        <w:rPr>
          <w:rFonts w:ascii="Aptos" w:hAnsi="Aptos"/>
        </w:rPr>
        <w:t>Criterion D: Ultimate Cost (30 marks)</w:t>
      </w:r>
    </w:p>
    <w:p w14:paraId="4D7C43E2" w14:textId="77777777" w:rsidR="00173974" w:rsidRPr="00AE0941" w:rsidRDefault="007E0F88">
      <w:r w:rsidRPr="00AE0941">
        <w:t>The Total Evaluated Tender Price will be calculated over the maximum five-year contract duration and will comprise: 60 months of guaranteed monthly charges; annual licence and domain costs for five years; one-off transition and exit costs; and evaluated ad hoc costs using the notional quantities in Section 14. The notional quantities are for evaluation only and do not guarantee any volume of work.</w:t>
      </w:r>
    </w:p>
    <w:p w14:paraId="5C248FCA" w14:textId="77777777" w:rsidR="00173974" w:rsidRPr="00AE0941" w:rsidRDefault="007E0F88">
      <w:r w:rsidRPr="00AE0941">
        <w:t>The lowest Total Evaluated Tender Price will receive 30 marks. Other compliant Tenders will be scored using the following formula:</w:t>
      </w:r>
    </w:p>
    <w:p w14:paraId="70368063" w14:textId="77777777" w:rsidR="00173974" w:rsidRPr="00AE0941" w:rsidRDefault="007E0F88">
      <w:pPr>
        <w:jc w:val="center"/>
      </w:pPr>
      <w:r w:rsidRPr="00AE0941">
        <w:rPr>
          <w:b/>
        </w:rPr>
        <w:t>Cost score = (Lowest Total Evaluated Tender Price ÷ Tenderer’s Total Evaluated Tender Price) × 30</w:t>
      </w:r>
    </w:p>
    <w:p w14:paraId="27C80DB3" w14:textId="77777777" w:rsidR="00173974" w:rsidRPr="00AE0941" w:rsidRDefault="007E0F88">
      <w:pPr>
        <w:pStyle w:val="Heading2"/>
        <w:rPr>
          <w:rFonts w:ascii="Aptos" w:hAnsi="Aptos"/>
        </w:rPr>
      </w:pPr>
      <w:r w:rsidRPr="00AE0941">
        <w:rPr>
          <w:rFonts w:ascii="Aptos" w:hAnsi="Aptos"/>
        </w:rPr>
        <w:t>Quality Scoring Scale</w:t>
      </w:r>
    </w:p>
    <w:tbl>
      <w:tblPr>
        <w:tblStyle w:val="TableGrid"/>
        <w:tblW w:w="0" w:type="auto"/>
        <w:jc w:val="center"/>
        <w:tblLook w:val="04A0" w:firstRow="1" w:lastRow="0" w:firstColumn="1" w:lastColumn="0" w:noHBand="0" w:noVBand="1"/>
      </w:tblPr>
      <w:tblGrid>
        <w:gridCol w:w="5112"/>
        <w:gridCol w:w="5112"/>
      </w:tblGrid>
      <w:tr w:rsidR="00173974" w:rsidRPr="00AE0941" w14:paraId="10FF6A7E" w14:textId="77777777">
        <w:trPr>
          <w:tblHeader/>
          <w:jc w:val="center"/>
        </w:trPr>
        <w:tc>
          <w:tcPr>
            <w:tcW w:w="5112" w:type="dxa"/>
            <w:shd w:val="clear" w:color="auto" w:fill="1F4E78"/>
            <w:tcMar>
              <w:top w:w="80" w:type="dxa"/>
              <w:left w:w="80" w:type="dxa"/>
              <w:bottom w:w="80" w:type="dxa"/>
              <w:right w:w="80" w:type="dxa"/>
            </w:tcMar>
            <w:vAlign w:val="center"/>
          </w:tcPr>
          <w:p w14:paraId="657C3913" w14:textId="77777777" w:rsidR="00173974" w:rsidRPr="00AE0941" w:rsidRDefault="007E0F88">
            <w:pPr>
              <w:spacing w:after="0"/>
              <w:jc w:val="center"/>
            </w:pPr>
            <w:r w:rsidRPr="00AE0941">
              <w:rPr>
                <w:b/>
                <w:color w:val="FFFFFF"/>
                <w:sz w:val="17"/>
              </w:rPr>
              <w:t>Score</w:t>
            </w:r>
          </w:p>
        </w:tc>
        <w:tc>
          <w:tcPr>
            <w:tcW w:w="5112" w:type="dxa"/>
            <w:shd w:val="clear" w:color="auto" w:fill="1F4E78"/>
            <w:tcMar>
              <w:top w:w="80" w:type="dxa"/>
              <w:left w:w="80" w:type="dxa"/>
              <w:bottom w:w="80" w:type="dxa"/>
              <w:right w:w="80" w:type="dxa"/>
            </w:tcMar>
            <w:vAlign w:val="center"/>
          </w:tcPr>
          <w:p w14:paraId="31FF54C8" w14:textId="77777777" w:rsidR="00173974" w:rsidRPr="00AE0941" w:rsidRDefault="007E0F88">
            <w:pPr>
              <w:spacing w:after="0"/>
              <w:jc w:val="center"/>
            </w:pPr>
            <w:r w:rsidRPr="00AE0941">
              <w:rPr>
                <w:b/>
                <w:color w:val="FFFFFF"/>
                <w:sz w:val="17"/>
              </w:rPr>
              <w:t>Description</w:t>
            </w:r>
          </w:p>
        </w:tc>
      </w:tr>
      <w:tr w:rsidR="00173974" w:rsidRPr="00AE0941" w14:paraId="2F829FBF" w14:textId="77777777">
        <w:trPr>
          <w:cantSplit/>
          <w:jc w:val="center"/>
        </w:trPr>
        <w:tc>
          <w:tcPr>
            <w:tcW w:w="5112" w:type="dxa"/>
            <w:tcMar>
              <w:top w:w="80" w:type="dxa"/>
              <w:left w:w="80" w:type="dxa"/>
              <w:bottom w:w="80" w:type="dxa"/>
              <w:right w:w="80" w:type="dxa"/>
            </w:tcMar>
            <w:vAlign w:val="center"/>
          </w:tcPr>
          <w:p w14:paraId="4B584315" w14:textId="77777777" w:rsidR="00173974" w:rsidRPr="00AE0941" w:rsidRDefault="007E0F88">
            <w:pPr>
              <w:spacing w:after="0"/>
              <w:jc w:val="center"/>
            </w:pPr>
            <w:r w:rsidRPr="00AE0941">
              <w:rPr>
                <w:sz w:val="16"/>
              </w:rPr>
              <w:t>0</w:t>
            </w:r>
          </w:p>
        </w:tc>
        <w:tc>
          <w:tcPr>
            <w:tcW w:w="5112" w:type="dxa"/>
            <w:tcMar>
              <w:top w:w="80" w:type="dxa"/>
              <w:left w:w="80" w:type="dxa"/>
              <w:bottom w:w="80" w:type="dxa"/>
              <w:right w:w="80" w:type="dxa"/>
            </w:tcMar>
            <w:vAlign w:val="center"/>
          </w:tcPr>
          <w:p w14:paraId="40AAE5C2" w14:textId="77777777" w:rsidR="00173974" w:rsidRPr="00AE0941" w:rsidRDefault="007E0F88">
            <w:pPr>
              <w:spacing w:after="0"/>
              <w:jc w:val="center"/>
            </w:pPr>
            <w:r w:rsidRPr="00AE0941">
              <w:rPr>
                <w:sz w:val="16"/>
              </w:rPr>
              <w:t>No response or wholly unacceptable</w:t>
            </w:r>
          </w:p>
        </w:tc>
      </w:tr>
      <w:tr w:rsidR="00173974" w:rsidRPr="00AE0941" w14:paraId="03E42E30" w14:textId="77777777">
        <w:trPr>
          <w:cantSplit/>
          <w:jc w:val="center"/>
        </w:trPr>
        <w:tc>
          <w:tcPr>
            <w:tcW w:w="5112" w:type="dxa"/>
            <w:tcMar>
              <w:top w:w="80" w:type="dxa"/>
              <w:left w:w="80" w:type="dxa"/>
              <w:bottom w:w="80" w:type="dxa"/>
              <w:right w:w="80" w:type="dxa"/>
            </w:tcMar>
            <w:vAlign w:val="center"/>
          </w:tcPr>
          <w:p w14:paraId="649841BE" w14:textId="77777777" w:rsidR="00173974" w:rsidRPr="00AE0941" w:rsidRDefault="007E0F88">
            <w:pPr>
              <w:spacing w:after="0"/>
              <w:jc w:val="center"/>
            </w:pPr>
            <w:r w:rsidRPr="00AE0941">
              <w:rPr>
                <w:sz w:val="16"/>
              </w:rPr>
              <w:t>1</w:t>
            </w:r>
          </w:p>
        </w:tc>
        <w:tc>
          <w:tcPr>
            <w:tcW w:w="5112" w:type="dxa"/>
            <w:tcMar>
              <w:top w:w="80" w:type="dxa"/>
              <w:left w:w="80" w:type="dxa"/>
              <w:bottom w:w="80" w:type="dxa"/>
              <w:right w:w="80" w:type="dxa"/>
            </w:tcMar>
            <w:vAlign w:val="center"/>
          </w:tcPr>
          <w:p w14:paraId="43BFCEBD" w14:textId="77777777" w:rsidR="00173974" w:rsidRPr="00AE0941" w:rsidRDefault="007E0F88">
            <w:pPr>
              <w:spacing w:after="0"/>
              <w:jc w:val="center"/>
            </w:pPr>
            <w:r w:rsidRPr="00AE0941">
              <w:rPr>
                <w:sz w:val="16"/>
              </w:rPr>
              <w:t>Very poor response with major deficiencies</w:t>
            </w:r>
          </w:p>
        </w:tc>
      </w:tr>
      <w:tr w:rsidR="00173974" w:rsidRPr="00AE0941" w14:paraId="1F4998A0" w14:textId="77777777">
        <w:trPr>
          <w:cantSplit/>
          <w:jc w:val="center"/>
        </w:trPr>
        <w:tc>
          <w:tcPr>
            <w:tcW w:w="5112" w:type="dxa"/>
            <w:tcMar>
              <w:top w:w="80" w:type="dxa"/>
              <w:left w:w="80" w:type="dxa"/>
              <w:bottom w:w="80" w:type="dxa"/>
              <w:right w:w="80" w:type="dxa"/>
            </w:tcMar>
            <w:vAlign w:val="center"/>
          </w:tcPr>
          <w:p w14:paraId="18F999B5" w14:textId="77777777" w:rsidR="00173974" w:rsidRPr="00AE0941" w:rsidRDefault="007E0F88">
            <w:pPr>
              <w:spacing w:after="0"/>
              <w:jc w:val="center"/>
            </w:pPr>
            <w:r w:rsidRPr="00AE0941">
              <w:rPr>
                <w:sz w:val="16"/>
              </w:rPr>
              <w:lastRenderedPageBreak/>
              <w:t>2</w:t>
            </w:r>
          </w:p>
        </w:tc>
        <w:tc>
          <w:tcPr>
            <w:tcW w:w="5112" w:type="dxa"/>
            <w:tcMar>
              <w:top w:w="80" w:type="dxa"/>
              <w:left w:w="80" w:type="dxa"/>
              <w:bottom w:w="80" w:type="dxa"/>
              <w:right w:w="80" w:type="dxa"/>
            </w:tcMar>
            <w:vAlign w:val="center"/>
          </w:tcPr>
          <w:p w14:paraId="178CF96B" w14:textId="77777777" w:rsidR="00173974" w:rsidRPr="00AE0941" w:rsidRDefault="007E0F88">
            <w:pPr>
              <w:spacing w:after="0"/>
              <w:jc w:val="center"/>
            </w:pPr>
            <w:r w:rsidRPr="00AE0941">
              <w:rPr>
                <w:sz w:val="16"/>
              </w:rPr>
              <w:t>Poor response with significant deficiencies</w:t>
            </w:r>
          </w:p>
        </w:tc>
      </w:tr>
      <w:tr w:rsidR="00173974" w:rsidRPr="00AE0941" w14:paraId="5F0A4A0D" w14:textId="77777777">
        <w:trPr>
          <w:cantSplit/>
          <w:jc w:val="center"/>
        </w:trPr>
        <w:tc>
          <w:tcPr>
            <w:tcW w:w="5112" w:type="dxa"/>
            <w:tcMar>
              <w:top w:w="80" w:type="dxa"/>
              <w:left w:w="80" w:type="dxa"/>
              <w:bottom w:w="80" w:type="dxa"/>
              <w:right w:w="80" w:type="dxa"/>
            </w:tcMar>
            <w:vAlign w:val="center"/>
          </w:tcPr>
          <w:p w14:paraId="5FCD5EC4" w14:textId="77777777" w:rsidR="00173974" w:rsidRPr="00AE0941" w:rsidRDefault="007E0F88">
            <w:pPr>
              <w:spacing w:after="0"/>
              <w:jc w:val="center"/>
            </w:pPr>
            <w:r w:rsidRPr="00AE0941">
              <w:rPr>
                <w:sz w:val="16"/>
              </w:rPr>
              <w:t>3</w:t>
            </w:r>
          </w:p>
        </w:tc>
        <w:tc>
          <w:tcPr>
            <w:tcW w:w="5112" w:type="dxa"/>
            <w:tcMar>
              <w:top w:w="80" w:type="dxa"/>
              <w:left w:w="80" w:type="dxa"/>
              <w:bottom w:w="80" w:type="dxa"/>
              <w:right w:w="80" w:type="dxa"/>
            </w:tcMar>
            <w:vAlign w:val="center"/>
          </w:tcPr>
          <w:p w14:paraId="3D2D0A23" w14:textId="77777777" w:rsidR="00173974" w:rsidRPr="00AE0941" w:rsidRDefault="007E0F88">
            <w:pPr>
              <w:spacing w:after="0"/>
              <w:jc w:val="center"/>
            </w:pPr>
            <w:r w:rsidRPr="00AE0941">
              <w:rPr>
                <w:sz w:val="16"/>
              </w:rPr>
              <w:t>Acceptable response meeting the requirement</w:t>
            </w:r>
          </w:p>
        </w:tc>
      </w:tr>
      <w:tr w:rsidR="00173974" w:rsidRPr="00AE0941" w14:paraId="774712D9" w14:textId="77777777">
        <w:trPr>
          <w:cantSplit/>
          <w:jc w:val="center"/>
        </w:trPr>
        <w:tc>
          <w:tcPr>
            <w:tcW w:w="5112" w:type="dxa"/>
            <w:tcMar>
              <w:top w:w="80" w:type="dxa"/>
              <w:left w:w="80" w:type="dxa"/>
              <w:bottom w:w="80" w:type="dxa"/>
              <w:right w:w="80" w:type="dxa"/>
            </w:tcMar>
            <w:vAlign w:val="center"/>
          </w:tcPr>
          <w:p w14:paraId="2598DEE6" w14:textId="77777777" w:rsidR="00173974" w:rsidRPr="00AE0941" w:rsidRDefault="007E0F88">
            <w:pPr>
              <w:spacing w:after="0"/>
              <w:jc w:val="center"/>
            </w:pPr>
            <w:r w:rsidRPr="00AE0941">
              <w:rPr>
                <w:sz w:val="16"/>
              </w:rPr>
              <w:t>4</w:t>
            </w:r>
          </w:p>
        </w:tc>
        <w:tc>
          <w:tcPr>
            <w:tcW w:w="5112" w:type="dxa"/>
            <w:tcMar>
              <w:top w:w="80" w:type="dxa"/>
              <w:left w:w="80" w:type="dxa"/>
              <w:bottom w:w="80" w:type="dxa"/>
              <w:right w:w="80" w:type="dxa"/>
            </w:tcMar>
            <w:vAlign w:val="center"/>
          </w:tcPr>
          <w:p w14:paraId="277371B0" w14:textId="77777777" w:rsidR="00173974" w:rsidRPr="00AE0941" w:rsidRDefault="007E0F88">
            <w:pPr>
              <w:spacing w:after="0"/>
              <w:jc w:val="center"/>
            </w:pPr>
            <w:r w:rsidRPr="00AE0941">
              <w:rPr>
                <w:sz w:val="16"/>
              </w:rPr>
              <w:t>Good response exceeding the requirement in relevant respects</w:t>
            </w:r>
          </w:p>
        </w:tc>
      </w:tr>
      <w:tr w:rsidR="00173974" w:rsidRPr="00AE0941" w14:paraId="0A31B3A4" w14:textId="77777777">
        <w:trPr>
          <w:cantSplit/>
          <w:jc w:val="center"/>
        </w:trPr>
        <w:tc>
          <w:tcPr>
            <w:tcW w:w="5112" w:type="dxa"/>
            <w:tcMar>
              <w:top w:w="80" w:type="dxa"/>
              <w:left w:w="80" w:type="dxa"/>
              <w:bottom w:w="80" w:type="dxa"/>
              <w:right w:w="80" w:type="dxa"/>
            </w:tcMar>
            <w:vAlign w:val="center"/>
          </w:tcPr>
          <w:p w14:paraId="78941E47" w14:textId="77777777" w:rsidR="00173974" w:rsidRPr="00AE0941" w:rsidRDefault="007E0F88">
            <w:pPr>
              <w:spacing w:after="0"/>
              <w:jc w:val="center"/>
            </w:pPr>
            <w:r w:rsidRPr="00AE0941">
              <w:rPr>
                <w:sz w:val="16"/>
              </w:rPr>
              <w:t>5</w:t>
            </w:r>
          </w:p>
        </w:tc>
        <w:tc>
          <w:tcPr>
            <w:tcW w:w="5112" w:type="dxa"/>
            <w:tcMar>
              <w:top w:w="80" w:type="dxa"/>
              <w:left w:w="80" w:type="dxa"/>
              <w:bottom w:w="80" w:type="dxa"/>
              <w:right w:w="80" w:type="dxa"/>
            </w:tcMar>
            <w:vAlign w:val="center"/>
          </w:tcPr>
          <w:p w14:paraId="4B1F03A5" w14:textId="77777777" w:rsidR="00173974" w:rsidRPr="00AE0941" w:rsidRDefault="007E0F88">
            <w:pPr>
              <w:spacing w:after="0"/>
              <w:jc w:val="center"/>
            </w:pPr>
            <w:r w:rsidRPr="00AE0941">
              <w:rPr>
                <w:sz w:val="16"/>
              </w:rPr>
              <w:t>Excellent and comprehensive response offering clear added value</w:t>
            </w:r>
          </w:p>
        </w:tc>
      </w:tr>
    </w:tbl>
    <w:p w14:paraId="0D0B940D" w14:textId="77777777" w:rsidR="00173974" w:rsidRPr="00AE0941" w:rsidRDefault="00173974">
      <w:pPr>
        <w:spacing w:after="20"/>
      </w:pPr>
    </w:p>
    <w:p w14:paraId="6ED7C084" w14:textId="77777777" w:rsidR="00173974" w:rsidRPr="00AE0941" w:rsidRDefault="007E0F88">
      <w:r w:rsidRPr="00AE0941">
        <w:t>Quality responses will be scored from 0 to 5 and converted to the available marks for the relevant criterion. Responses to each quality criterion should not exceed two single-sided A4 pages using a minimum font size of 10. CVs and clearly identified supporting schedules may be excluded from this limit.</w:t>
      </w:r>
    </w:p>
    <w:p w14:paraId="58759F70" w14:textId="77777777" w:rsidR="00173974" w:rsidRPr="00AE0941" w:rsidRDefault="007E0F88">
      <w:pPr>
        <w:pStyle w:val="Heading1"/>
        <w:rPr>
          <w:rFonts w:ascii="Aptos" w:hAnsi="Aptos"/>
        </w:rPr>
      </w:pPr>
      <w:r w:rsidRPr="00AE0941">
        <w:rPr>
          <w:rFonts w:ascii="Aptos" w:hAnsi="Aptos"/>
        </w:rPr>
        <w:t>12. Queries and Clarifications</w:t>
      </w:r>
    </w:p>
    <w:p w14:paraId="0B169E2D" w14:textId="5423D425" w:rsidR="00173974" w:rsidRPr="00AE0941" w:rsidRDefault="306CD57A">
      <w:r>
        <w:t>12.1 All queries must be submitted through eTenders no later than</w:t>
      </w:r>
      <w:r w:rsidR="00E41F9B">
        <w:t xml:space="preserve"> 18 November 2026 at 12:00 noon </w:t>
      </w:r>
      <w:r>
        <w:t>Tenderers must not contact LTT staff directly regarding the competition.</w:t>
      </w:r>
    </w:p>
    <w:p w14:paraId="39B7485C" w14:textId="77777777" w:rsidR="00173974" w:rsidRPr="00AE0941" w:rsidRDefault="007E0F88">
      <w:r w:rsidRPr="00AE0941">
        <w:t>12.2 Responses may be issued to all registered Tenderers. LTT may amalgamate similar queries, update the procurement documents or extend the Tender Deadline where appropriate.</w:t>
      </w:r>
    </w:p>
    <w:p w14:paraId="6285E942" w14:textId="77777777" w:rsidR="00173974" w:rsidRPr="00AE0941" w:rsidRDefault="007E0F88">
      <w:pPr>
        <w:pStyle w:val="Heading1"/>
        <w:rPr>
          <w:rFonts w:ascii="Aptos" w:hAnsi="Aptos"/>
        </w:rPr>
      </w:pPr>
      <w:r w:rsidRPr="00AE0941">
        <w:rPr>
          <w:rFonts w:ascii="Aptos" w:hAnsi="Aptos"/>
        </w:rPr>
        <w:t>13. Tenderer Confirmation and Declarations</w:t>
      </w:r>
    </w:p>
    <w:p w14:paraId="498307A9" w14:textId="77777777" w:rsidR="00173974" w:rsidRPr="00AE0941" w:rsidRDefault="007E0F88">
      <w:r w:rsidRPr="00AE0941">
        <w:t>By signing below, the Tenderer confirms that it has examined the RFT; accepts the requirements; has provided accurate information; has disclosed actual or potential conflicts of interest; is not subject to an applicable exclusion ground; can meet the Selection Criteria and insurance requirements; and will enter into the Services Contract if appointed.</w:t>
      </w:r>
    </w:p>
    <w:tbl>
      <w:tblPr>
        <w:tblStyle w:val="TableGrid"/>
        <w:tblW w:w="0" w:type="auto"/>
        <w:jc w:val="center"/>
        <w:tblLook w:val="04A0" w:firstRow="1" w:lastRow="0" w:firstColumn="1" w:lastColumn="0" w:noHBand="0" w:noVBand="1"/>
      </w:tblPr>
      <w:tblGrid>
        <w:gridCol w:w="5112"/>
        <w:gridCol w:w="5112"/>
      </w:tblGrid>
      <w:tr w:rsidR="00173974" w:rsidRPr="00AE0941" w14:paraId="79EAE361" w14:textId="77777777">
        <w:trPr>
          <w:tblHeader/>
          <w:jc w:val="center"/>
        </w:trPr>
        <w:tc>
          <w:tcPr>
            <w:tcW w:w="5112" w:type="dxa"/>
            <w:shd w:val="clear" w:color="auto" w:fill="1F4E78"/>
            <w:tcMar>
              <w:top w:w="80" w:type="dxa"/>
              <w:left w:w="80" w:type="dxa"/>
              <w:bottom w:w="80" w:type="dxa"/>
              <w:right w:w="80" w:type="dxa"/>
            </w:tcMar>
            <w:vAlign w:val="center"/>
          </w:tcPr>
          <w:p w14:paraId="4DE3DC5E" w14:textId="77777777" w:rsidR="00173974" w:rsidRPr="00AE0941" w:rsidRDefault="007E0F88">
            <w:pPr>
              <w:spacing w:after="0"/>
              <w:jc w:val="center"/>
            </w:pPr>
            <w:r w:rsidRPr="00AE0941">
              <w:rPr>
                <w:b/>
                <w:color w:val="FFFFFF"/>
                <w:sz w:val="17"/>
              </w:rPr>
              <w:t>Field</w:t>
            </w:r>
          </w:p>
        </w:tc>
        <w:tc>
          <w:tcPr>
            <w:tcW w:w="5112" w:type="dxa"/>
            <w:shd w:val="clear" w:color="auto" w:fill="1F4E78"/>
            <w:tcMar>
              <w:top w:w="80" w:type="dxa"/>
              <w:left w:w="80" w:type="dxa"/>
              <w:bottom w:w="80" w:type="dxa"/>
              <w:right w:w="80" w:type="dxa"/>
            </w:tcMar>
            <w:vAlign w:val="center"/>
          </w:tcPr>
          <w:p w14:paraId="35610F94" w14:textId="77777777" w:rsidR="00173974" w:rsidRPr="00AE0941" w:rsidRDefault="007E0F88">
            <w:pPr>
              <w:spacing w:after="0"/>
              <w:jc w:val="center"/>
            </w:pPr>
            <w:r w:rsidRPr="00AE0941">
              <w:rPr>
                <w:b/>
                <w:color w:val="FFFFFF"/>
                <w:sz w:val="17"/>
              </w:rPr>
              <w:t>Tenderer response</w:t>
            </w:r>
          </w:p>
        </w:tc>
      </w:tr>
      <w:tr w:rsidR="00173974" w:rsidRPr="00AE0941" w14:paraId="0F938E7C" w14:textId="77777777">
        <w:trPr>
          <w:cantSplit/>
          <w:jc w:val="center"/>
        </w:trPr>
        <w:tc>
          <w:tcPr>
            <w:tcW w:w="5112" w:type="dxa"/>
            <w:tcMar>
              <w:top w:w="80" w:type="dxa"/>
              <w:left w:w="80" w:type="dxa"/>
              <w:bottom w:w="80" w:type="dxa"/>
              <w:right w:w="80" w:type="dxa"/>
            </w:tcMar>
            <w:vAlign w:val="center"/>
          </w:tcPr>
          <w:p w14:paraId="629E1FAF" w14:textId="77777777" w:rsidR="00173974" w:rsidRPr="00AE0941" w:rsidRDefault="007E0F88">
            <w:pPr>
              <w:spacing w:after="0"/>
              <w:jc w:val="center"/>
            </w:pPr>
            <w:r w:rsidRPr="00AE0941">
              <w:rPr>
                <w:sz w:val="16"/>
              </w:rPr>
              <w:t>Legal name</w:t>
            </w:r>
          </w:p>
        </w:tc>
        <w:tc>
          <w:tcPr>
            <w:tcW w:w="5112" w:type="dxa"/>
            <w:tcMar>
              <w:top w:w="80" w:type="dxa"/>
              <w:left w:w="80" w:type="dxa"/>
              <w:bottom w:w="80" w:type="dxa"/>
              <w:right w:w="80" w:type="dxa"/>
            </w:tcMar>
            <w:vAlign w:val="center"/>
          </w:tcPr>
          <w:p w14:paraId="0E27B00A" w14:textId="77777777" w:rsidR="00173974" w:rsidRPr="00AE0941" w:rsidRDefault="00173974">
            <w:pPr>
              <w:spacing w:after="0"/>
              <w:jc w:val="center"/>
            </w:pPr>
          </w:p>
        </w:tc>
      </w:tr>
      <w:tr w:rsidR="00173974" w:rsidRPr="00AE0941" w14:paraId="7C54DB2E" w14:textId="77777777">
        <w:trPr>
          <w:cantSplit/>
          <w:jc w:val="center"/>
        </w:trPr>
        <w:tc>
          <w:tcPr>
            <w:tcW w:w="5112" w:type="dxa"/>
            <w:tcMar>
              <w:top w:w="80" w:type="dxa"/>
              <w:left w:w="80" w:type="dxa"/>
              <w:bottom w:w="80" w:type="dxa"/>
              <w:right w:w="80" w:type="dxa"/>
            </w:tcMar>
            <w:vAlign w:val="center"/>
          </w:tcPr>
          <w:p w14:paraId="0C658A87" w14:textId="77777777" w:rsidR="00173974" w:rsidRPr="00AE0941" w:rsidRDefault="007E0F88">
            <w:pPr>
              <w:spacing w:after="0"/>
              <w:jc w:val="center"/>
            </w:pPr>
            <w:r w:rsidRPr="00AE0941">
              <w:rPr>
                <w:sz w:val="16"/>
              </w:rPr>
              <w:t>Registered address</w:t>
            </w:r>
          </w:p>
        </w:tc>
        <w:tc>
          <w:tcPr>
            <w:tcW w:w="5112" w:type="dxa"/>
            <w:tcMar>
              <w:top w:w="80" w:type="dxa"/>
              <w:left w:w="80" w:type="dxa"/>
              <w:bottom w:w="80" w:type="dxa"/>
              <w:right w:w="80" w:type="dxa"/>
            </w:tcMar>
            <w:vAlign w:val="center"/>
          </w:tcPr>
          <w:p w14:paraId="60061E4C" w14:textId="77777777" w:rsidR="00173974" w:rsidRPr="00AE0941" w:rsidRDefault="00173974">
            <w:pPr>
              <w:spacing w:after="0"/>
              <w:jc w:val="center"/>
            </w:pPr>
          </w:p>
        </w:tc>
      </w:tr>
      <w:tr w:rsidR="00173974" w:rsidRPr="00AE0941" w14:paraId="3A71D9D9" w14:textId="77777777">
        <w:trPr>
          <w:cantSplit/>
          <w:jc w:val="center"/>
        </w:trPr>
        <w:tc>
          <w:tcPr>
            <w:tcW w:w="5112" w:type="dxa"/>
            <w:tcMar>
              <w:top w:w="80" w:type="dxa"/>
              <w:left w:w="80" w:type="dxa"/>
              <w:bottom w:w="80" w:type="dxa"/>
              <w:right w:w="80" w:type="dxa"/>
            </w:tcMar>
            <w:vAlign w:val="center"/>
          </w:tcPr>
          <w:p w14:paraId="1D0A7001" w14:textId="77777777" w:rsidR="00173974" w:rsidRPr="00AE0941" w:rsidRDefault="007E0F88">
            <w:pPr>
              <w:spacing w:after="0"/>
              <w:jc w:val="center"/>
            </w:pPr>
            <w:r w:rsidRPr="00AE0941">
              <w:rPr>
                <w:sz w:val="16"/>
              </w:rPr>
              <w:t>Lead contact name and title</w:t>
            </w:r>
          </w:p>
        </w:tc>
        <w:tc>
          <w:tcPr>
            <w:tcW w:w="5112" w:type="dxa"/>
            <w:tcMar>
              <w:top w:w="80" w:type="dxa"/>
              <w:left w:w="80" w:type="dxa"/>
              <w:bottom w:w="80" w:type="dxa"/>
              <w:right w:w="80" w:type="dxa"/>
            </w:tcMar>
            <w:vAlign w:val="center"/>
          </w:tcPr>
          <w:p w14:paraId="44EAFD9C" w14:textId="77777777" w:rsidR="00173974" w:rsidRPr="00AE0941" w:rsidRDefault="00173974">
            <w:pPr>
              <w:spacing w:after="0"/>
              <w:jc w:val="center"/>
            </w:pPr>
          </w:p>
        </w:tc>
      </w:tr>
      <w:tr w:rsidR="00173974" w:rsidRPr="00AE0941" w14:paraId="721561B4" w14:textId="77777777">
        <w:trPr>
          <w:cantSplit/>
          <w:jc w:val="center"/>
        </w:trPr>
        <w:tc>
          <w:tcPr>
            <w:tcW w:w="5112" w:type="dxa"/>
            <w:tcMar>
              <w:top w:w="80" w:type="dxa"/>
              <w:left w:w="80" w:type="dxa"/>
              <w:bottom w:w="80" w:type="dxa"/>
              <w:right w:w="80" w:type="dxa"/>
            </w:tcMar>
            <w:vAlign w:val="center"/>
          </w:tcPr>
          <w:p w14:paraId="635785E0" w14:textId="77777777" w:rsidR="00173974" w:rsidRPr="00AE0941" w:rsidRDefault="007E0F88">
            <w:pPr>
              <w:spacing w:after="0"/>
              <w:jc w:val="center"/>
            </w:pPr>
            <w:r w:rsidRPr="00AE0941">
              <w:rPr>
                <w:sz w:val="16"/>
              </w:rPr>
              <w:t>Email and telephone</w:t>
            </w:r>
          </w:p>
        </w:tc>
        <w:tc>
          <w:tcPr>
            <w:tcW w:w="5112" w:type="dxa"/>
            <w:tcMar>
              <w:top w:w="80" w:type="dxa"/>
              <w:left w:w="80" w:type="dxa"/>
              <w:bottom w:w="80" w:type="dxa"/>
              <w:right w:w="80" w:type="dxa"/>
            </w:tcMar>
            <w:vAlign w:val="center"/>
          </w:tcPr>
          <w:p w14:paraId="4B94D5A5" w14:textId="77777777" w:rsidR="00173974" w:rsidRPr="00AE0941" w:rsidRDefault="00173974">
            <w:pPr>
              <w:spacing w:after="0"/>
              <w:jc w:val="center"/>
            </w:pPr>
          </w:p>
        </w:tc>
      </w:tr>
      <w:tr w:rsidR="00173974" w:rsidRPr="00AE0941" w14:paraId="16871188" w14:textId="77777777">
        <w:trPr>
          <w:cantSplit/>
          <w:jc w:val="center"/>
        </w:trPr>
        <w:tc>
          <w:tcPr>
            <w:tcW w:w="5112" w:type="dxa"/>
            <w:tcMar>
              <w:top w:w="80" w:type="dxa"/>
              <w:left w:w="80" w:type="dxa"/>
              <w:bottom w:w="80" w:type="dxa"/>
              <w:right w:w="80" w:type="dxa"/>
            </w:tcMar>
            <w:vAlign w:val="center"/>
          </w:tcPr>
          <w:p w14:paraId="22569A8F" w14:textId="77777777" w:rsidR="00173974" w:rsidRPr="00AE0941" w:rsidRDefault="007E0F88">
            <w:pPr>
              <w:spacing w:after="0"/>
              <w:jc w:val="center"/>
            </w:pPr>
            <w:r w:rsidRPr="00AE0941">
              <w:rPr>
                <w:sz w:val="16"/>
              </w:rPr>
              <w:t>Consortium members / relied-upon entities</w:t>
            </w:r>
          </w:p>
        </w:tc>
        <w:tc>
          <w:tcPr>
            <w:tcW w:w="5112" w:type="dxa"/>
            <w:tcMar>
              <w:top w:w="80" w:type="dxa"/>
              <w:left w:w="80" w:type="dxa"/>
              <w:bottom w:w="80" w:type="dxa"/>
              <w:right w:w="80" w:type="dxa"/>
            </w:tcMar>
            <w:vAlign w:val="center"/>
          </w:tcPr>
          <w:p w14:paraId="3DEEC669" w14:textId="77777777" w:rsidR="00173974" w:rsidRPr="00AE0941" w:rsidRDefault="00173974">
            <w:pPr>
              <w:spacing w:after="0"/>
              <w:jc w:val="center"/>
            </w:pPr>
          </w:p>
        </w:tc>
      </w:tr>
      <w:tr w:rsidR="00173974" w:rsidRPr="00AE0941" w14:paraId="46611974" w14:textId="77777777">
        <w:trPr>
          <w:cantSplit/>
          <w:jc w:val="center"/>
        </w:trPr>
        <w:tc>
          <w:tcPr>
            <w:tcW w:w="5112" w:type="dxa"/>
            <w:tcMar>
              <w:top w:w="80" w:type="dxa"/>
              <w:left w:w="80" w:type="dxa"/>
              <w:bottom w:w="80" w:type="dxa"/>
              <w:right w:w="80" w:type="dxa"/>
            </w:tcMar>
            <w:vAlign w:val="center"/>
          </w:tcPr>
          <w:p w14:paraId="7B0EC783" w14:textId="77777777" w:rsidR="00173974" w:rsidRPr="00AE0941" w:rsidRDefault="007E0F88">
            <w:pPr>
              <w:spacing w:after="0"/>
              <w:jc w:val="center"/>
            </w:pPr>
            <w:r w:rsidRPr="00AE0941">
              <w:rPr>
                <w:sz w:val="16"/>
              </w:rPr>
              <w:t>Authorised signature</w:t>
            </w:r>
          </w:p>
        </w:tc>
        <w:tc>
          <w:tcPr>
            <w:tcW w:w="5112" w:type="dxa"/>
            <w:tcMar>
              <w:top w:w="80" w:type="dxa"/>
              <w:left w:w="80" w:type="dxa"/>
              <w:bottom w:w="80" w:type="dxa"/>
              <w:right w:w="80" w:type="dxa"/>
            </w:tcMar>
            <w:vAlign w:val="center"/>
          </w:tcPr>
          <w:p w14:paraId="3656B9AB" w14:textId="77777777" w:rsidR="00173974" w:rsidRPr="00AE0941" w:rsidRDefault="00173974">
            <w:pPr>
              <w:spacing w:after="0"/>
              <w:jc w:val="center"/>
            </w:pPr>
          </w:p>
        </w:tc>
      </w:tr>
      <w:tr w:rsidR="00173974" w:rsidRPr="00AE0941" w14:paraId="564F6F8C" w14:textId="77777777">
        <w:trPr>
          <w:cantSplit/>
          <w:jc w:val="center"/>
        </w:trPr>
        <w:tc>
          <w:tcPr>
            <w:tcW w:w="5112" w:type="dxa"/>
            <w:tcMar>
              <w:top w:w="80" w:type="dxa"/>
              <w:left w:w="80" w:type="dxa"/>
              <w:bottom w:w="80" w:type="dxa"/>
              <w:right w:w="80" w:type="dxa"/>
            </w:tcMar>
            <w:vAlign w:val="center"/>
          </w:tcPr>
          <w:p w14:paraId="75BFB8E4" w14:textId="77777777" w:rsidR="00173974" w:rsidRPr="00AE0941" w:rsidRDefault="007E0F88">
            <w:pPr>
              <w:spacing w:after="0"/>
              <w:jc w:val="center"/>
            </w:pPr>
            <w:r w:rsidRPr="00AE0941">
              <w:rPr>
                <w:sz w:val="16"/>
              </w:rPr>
              <w:t>Print name</w:t>
            </w:r>
          </w:p>
        </w:tc>
        <w:tc>
          <w:tcPr>
            <w:tcW w:w="5112" w:type="dxa"/>
            <w:tcMar>
              <w:top w:w="80" w:type="dxa"/>
              <w:left w:w="80" w:type="dxa"/>
              <w:bottom w:w="80" w:type="dxa"/>
              <w:right w:w="80" w:type="dxa"/>
            </w:tcMar>
            <w:vAlign w:val="center"/>
          </w:tcPr>
          <w:p w14:paraId="45FB0818" w14:textId="77777777" w:rsidR="00173974" w:rsidRPr="00AE0941" w:rsidRDefault="00173974">
            <w:pPr>
              <w:spacing w:after="0"/>
              <w:jc w:val="center"/>
            </w:pPr>
          </w:p>
        </w:tc>
      </w:tr>
      <w:tr w:rsidR="00173974" w:rsidRPr="00AE0941" w14:paraId="491072FA" w14:textId="77777777">
        <w:trPr>
          <w:cantSplit/>
          <w:jc w:val="center"/>
        </w:trPr>
        <w:tc>
          <w:tcPr>
            <w:tcW w:w="5112" w:type="dxa"/>
            <w:tcMar>
              <w:top w:w="80" w:type="dxa"/>
              <w:left w:w="80" w:type="dxa"/>
              <w:bottom w:w="80" w:type="dxa"/>
              <w:right w:w="80" w:type="dxa"/>
            </w:tcMar>
            <w:vAlign w:val="center"/>
          </w:tcPr>
          <w:p w14:paraId="5F3F821A" w14:textId="77777777" w:rsidR="00173974" w:rsidRPr="00AE0941" w:rsidRDefault="007E0F88">
            <w:pPr>
              <w:spacing w:after="0"/>
              <w:jc w:val="center"/>
            </w:pPr>
            <w:r w:rsidRPr="00AE0941">
              <w:rPr>
                <w:sz w:val="16"/>
              </w:rPr>
              <w:t>Date</w:t>
            </w:r>
          </w:p>
        </w:tc>
        <w:tc>
          <w:tcPr>
            <w:tcW w:w="5112" w:type="dxa"/>
            <w:tcMar>
              <w:top w:w="80" w:type="dxa"/>
              <w:left w:w="80" w:type="dxa"/>
              <w:bottom w:w="80" w:type="dxa"/>
              <w:right w:w="80" w:type="dxa"/>
            </w:tcMar>
            <w:vAlign w:val="center"/>
          </w:tcPr>
          <w:p w14:paraId="049F31CB" w14:textId="77777777" w:rsidR="00173974" w:rsidRPr="00AE0941" w:rsidRDefault="00173974">
            <w:pPr>
              <w:spacing w:after="0"/>
              <w:jc w:val="center"/>
            </w:pPr>
          </w:p>
        </w:tc>
      </w:tr>
    </w:tbl>
    <w:p w14:paraId="53128261" w14:textId="77777777" w:rsidR="00173974" w:rsidRPr="00AE0941" w:rsidRDefault="00173974">
      <w:pPr>
        <w:spacing w:after="20"/>
      </w:pPr>
    </w:p>
    <w:p w14:paraId="76B185B9" w14:textId="77777777" w:rsidR="00173974" w:rsidRPr="00AE0941" w:rsidRDefault="007E0F88">
      <w:pPr>
        <w:pStyle w:val="Heading1"/>
        <w:rPr>
          <w:rFonts w:ascii="Aptos" w:hAnsi="Aptos"/>
        </w:rPr>
      </w:pPr>
      <w:r w:rsidRPr="00AE0941">
        <w:rPr>
          <w:rFonts w:ascii="Aptos" w:hAnsi="Aptos"/>
        </w:rPr>
        <w:t>14. Pricing Schedule</w:t>
      </w:r>
    </w:p>
    <w:p w14:paraId="3790F28F" w14:textId="77777777" w:rsidR="00173974" w:rsidRPr="00AE0941" w:rsidRDefault="007E0F88">
      <w:r w:rsidRPr="00AE0941">
        <w:t>LTT currently has approximately 16 employees. Tenderers must state all assumptions. All prices and totals must be stated in euro, exclusive of VAT. Licence and subscription prices must be based on prices available at the Tender Deadline. Tenderers are not required to hold third-party vendor prices fixed for five years; any later change must reflect the underlying vendor change, be evidenced, carry only the disclosed mark-up or administration fee, and receive LTT’s prior written approval.</w:t>
      </w:r>
    </w:p>
    <w:p w14:paraId="29E5DDFF" w14:textId="77777777" w:rsidR="00173974" w:rsidRPr="00AE0941" w:rsidRDefault="007E0F88">
      <w:pPr>
        <w:pStyle w:val="Heading2"/>
        <w:rPr>
          <w:rFonts w:ascii="Aptos" w:hAnsi="Aptos"/>
        </w:rPr>
      </w:pPr>
      <w:r w:rsidRPr="00AE0941">
        <w:rPr>
          <w:rFonts w:ascii="Aptos" w:hAnsi="Aptos"/>
        </w:rPr>
        <w:t>A. Guaranteed Monthly Costs</w:t>
      </w:r>
    </w:p>
    <w:tbl>
      <w:tblPr>
        <w:tblStyle w:val="TableGrid"/>
        <w:tblW w:w="0" w:type="auto"/>
        <w:jc w:val="center"/>
        <w:tblLook w:val="04A0" w:firstRow="1" w:lastRow="0" w:firstColumn="1" w:lastColumn="0" w:noHBand="0" w:noVBand="1"/>
      </w:tblPr>
      <w:tblGrid>
        <w:gridCol w:w="2045"/>
        <w:gridCol w:w="2045"/>
        <w:gridCol w:w="2045"/>
        <w:gridCol w:w="2045"/>
        <w:gridCol w:w="2045"/>
      </w:tblGrid>
      <w:tr w:rsidR="00173974" w:rsidRPr="00AE0941" w14:paraId="19C00B96" w14:textId="77777777">
        <w:trPr>
          <w:tblHeader/>
          <w:jc w:val="center"/>
        </w:trPr>
        <w:tc>
          <w:tcPr>
            <w:tcW w:w="2045" w:type="dxa"/>
            <w:shd w:val="clear" w:color="auto" w:fill="1F4E78"/>
            <w:tcMar>
              <w:top w:w="80" w:type="dxa"/>
              <w:left w:w="80" w:type="dxa"/>
              <w:bottom w:w="80" w:type="dxa"/>
              <w:right w:w="80" w:type="dxa"/>
            </w:tcMar>
            <w:vAlign w:val="center"/>
          </w:tcPr>
          <w:p w14:paraId="769726BA" w14:textId="77777777" w:rsidR="00173974" w:rsidRPr="00AE0941" w:rsidRDefault="007E0F88">
            <w:pPr>
              <w:spacing w:after="0"/>
              <w:jc w:val="center"/>
            </w:pPr>
            <w:r w:rsidRPr="00AE0941">
              <w:rPr>
                <w:b/>
                <w:color w:val="FFFFFF"/>
                <w:sz w:val="17"/>
              </w:rPr>
              <w:t>Item</w:t>
            </w:r>
          </w:p>
        </w:tc>
        <w:tc>
          <w:tcPr>
            <w:tcW w:w="2045" w:type="dxa"/>
            <w:shd w:val="clear" w:color="auto" w:fill="1F4E78"/>
            <w:tcMar>
              <w:top w:w="80" w:type="dxa"/>
              <w:left w:w="80" w:type="dxa"/>
              <w:bottom w:w="80" w:type="dxa"/>
              <w:right w:w="80" w:type="dxa"/>
            </w:tcMar>
            <w:vAlign w:val="center"/>
          </w:tcPr>
          <w:p w14:paraId="51F062C2" w14:textId="77777777" w:rsidR="00173974" w:rsidRPr="00AE0941" w:rsidRDefault="007E0F88">
            <w:pPr>
              <w:spacing w:after="0"/>
              <w:jc w:val="center"/>
            </w:pPr>
            <w:r w:rsidRPr="00AE0941">
              <w:rPr>
                <w:b/>
                <w:color w:val="FFFFFF"/>
                <w:sz w:val="17"/>
              </w:rPr>
              <w:t>Pricing component</w:t>
            </w:r>
          </w:p>
        </w:tc>
        <w:tc>
          <w:tcPr>
            <w:tcW w:w="2045" w:type="dxa"/>
            <w:shd w:val="clear" w:color="auto" w:fill="1F4E78"/>
            <w:tcMar>
              <w:top w:w="80" w:type="dxa"/>
              <w:left w:w="80" w:type="dxa"/>
              <w:bottom w:w="80" w:type="dxa"/>
              <w:right w:w="80" w:type="dxa"/>
            </w:tcMar>
            <w:vAlign w:val="center"/>
          </w:tcPr>
          <w:p w14:paraId="0E7736C5" w14:textId="77777777" w:rsidR="00173974" w:rsidRPr="00AE0941" w:rsidRDefault="007E0F88">
            <w:pPr>
              <w:spacing w:after="0"/>
              <w:jc w:val="center"/>
            </w:pPr>
            <w:r w:rsidRPr="00AE0941">
              <w:rPr>
                <w:b/>
                <w:color w:val="FFFFFF"/>
                <w:sz w:val="17"/>
              </w:rPr>
              <w:t>Basis</w:t>
            </w:r>
          </w:p>
        </w:tc>
        <w:tc>
          <w:tcPr>
            <w:tcW w:w="2045" w:type="dxa"/>
            <w:shd w:val="clear" w:color="auto" w:fill="1F4E78"/>
            <w:tcMar>
              <w:top w:w="80" w:type="dxa"/>
              <w:left w:w="80" w:type="dxa"/>
              <w:bottom w:w="80" w:type="dxa"/>
              <w:right w:w="80" w:type="dxa"/>
            </w:tcMar>
            <w:vAlign w:val="center"/>
          </w:tcPr>
          <w:p w14:paraId="6C6FA2C1" w14:textId="77777777" w:rsidR="00173974" w:rsidRPr="00AE0941" w:rsidRDefault="007E0F88">
            <w:pPr>
              <w:spacing w:after="0"/>
              <w:jc w:val="center"/>
            </w:pPr>
            <w:r w:rsidRPr="00AE0941">
              <w:rPr>
                <w:b/>
                <w:color w:val="FFFFFF"/>
                <w:sz w:val="17"/>
              </w:rPr>
              <w:t>Monthly cost excl. VAT</w:t>
            </w:r>
          </w:p>
        </w:tc>
        <w:tc>
          <w:tcPr>
            <w:tcW w:w="2045" w:type="dxa"/>
            <w:shd w:val="clear" w:color="auto" w:fill="1F4E78"/>
            <w:tcMar>
              <w:top w:w="80" w:type="dxa"/>
              <w:left w:w="80" w:type="dxa"/>
              <w:bottom w:w="80" w:type="dxa"/>
              <w:right w:w="80" w:type="dxa"/>
            </w:tcMar>
            <w:vAlign w:val="center"/>
          </w:tcPr>
          <w:p w14:paraId="44614749" w14:textId="77777777" w:rsidR="00173974" w:rsidRPr="00AE0941" w:rsidRDefault="007E0F88">
            <w:pPr>
              <w:spacing w:after="0"/>
              <w:jc w:val="center"/>
            </w:pPr>
            <w:r w:rsidRPr="00AE0941">
              <w:rPr>
                <w:b/>
                <w:color w:val="FFFFFF"/>
                <w:sz w:val="17"/>
              </w:rPr>
              <w:t>60-month cost excl. VAT</w:t>
            </w:r>
          </w:p>
        </w:tc>
      </w:tr>
      <w:tr w:rsidR="00173974" w:rsidRPr="00AE0941" w14:paraId="5AF1DF23" w14:textId="77777777">
        <w:trPr>
          <w:cantSplit/>
          <w:jc w:val="center"/>
        </w:trPr>
        <w:tc>
          <w:tcPr>
            <w:tcW w:w="2045" w:type="dxa"/>
            <w:tcMar>
              <w:top w:w="80" w:type="dxa"/>
              <w:left w:w="80" w:type="dxa"/>
              <w:bottom w:w="80" w:type="dxa"/>
              <w:right w:w="80" w:type="dxa"/>
            </w:tcMar>
            <w:vAlign w:val="center"/>
          </w:tcPr>
          <w:p w14:paraId="3696823B" w14:textId="77777777" w:rsidR="00173974" w:rsidRPr="00AE0941" w:rsidRDefault="007E0F88">
            <w:pPr>
              <w:spacing w:after="0"/>
              <w:jc w:val="center"/>
            </w:pPr>
            <w:r w:rsidRPr="00AE0941">
              <w:rPr>
                <w:sz w:val="16"/>
              </w:rPr>
              <w:t>A1</w:t>
            </w:r>
          </w:p>
        </w:tc>
        <w:tc>
          <w:tcPr>
            <w:tcW w:w="2045" w:type="dxa"/>
            <w:tcMar>
              <w:top w:w="80" w:type="dxa"/>
              <w:left w:w="80" w:type="dxa"/>
              <w:bottom w:w="80" w:type="dxa"/>
              <w:right w:w="80" w:type="dxa"/>
            </w:tcMar>
            <w:vAlign w:val="center"/>
          </w:tcPr>
          <w:p w14:paraId="4C36EAE4" w14:textId="77777777" w:rsidR="00173974" w:rsidRPr="00AE0941" w:rsidRDefault="007E0F88">
            <w:pPr>
              <w:spacing w:after="0"/>
            </w:pPr>
            <w:r w:rsidRPr="00AE0941">
              <w:rPr>
                <w:sz w:val="16"/>
              </w:rPr>
              <w:t>Managed ICT service fee</w:t>
            </w:r>
          </w:p>
        </w:tc>
        <w:tc>
          <w:tcPr>
            <w:tcW w:w="2045" w:type="dxa"/>
            <w:tcMar>
              <w:top w:w="80" w:type="dxa"/>
              <w:left w:w="80" w:type="dxa"/>
              <w:bottom w:w="80" w:type="dxa"/>
              <w:right w:w="80" w:type="dxa"/>
            </w:tcMar>
            <w:vAlign w:val="center"/>
          </w:tcPr>
          <w:p w14:paraId="5A29D075" w14:textId="77777777" w:rsidR="00173974" w:rsidRPr="00AE0941" w:rsidRDefault="007E0F88">
            <w:pPr>
              <w:spacing w:after="0"/>
            </w:pPr>
            <w:r w:rsidRPr="00AE0941">
              <w:rPr>
                <w:sz w:val="16"/>
              </w:rPr>
              <w:t>Fixed monthly fee</w:t>
            </w:r>
          </w:p>
        </w:tc>
        <w:tc>
          <w:tcPr>
            <w:tcW w:w="2045" w:type="dxa"/>
            <w:tcMar>
              <w:top w:w="80" w:type="dxa"/>
              <w:left w:w="80" w:type="dxa"/>
              <w:bottom w:w="80" w:type="dxa"/>
              <w:right w:w="80" w:type="dxa"/>
            </w:tcMar>
            <w:vAlign w:val="center"/>
          </w:tcPr>
          <w:p w14:paraId="02AED330" w14:textId="77777777" w:rsidR="00173974" w:rsidRPr="00AE0941" w:rsidRDefault="007E0F88">
            <w:pPr>
              <w:spacing w:after="0"/>
              <w:jc w:val="center"/>
            </w:pPr>
            <w:r w:rsidRPr="00AE0941">
              <w:rPr>
                <w:sz w:val="16"/>
              </w:rPr>
              <w:t>€ ______</w:t>
            </w:r>
          </w:p>
        </w:tc>
        <w:tc>
          <w:tcPr>
            <w:tcW w:w="2045" w:type="dxa"/>
            <w:tcMar>
              <w:top w:w="80" w:type="dxa"/>
              <w:left w:w="80" w:type="dxa"/>
              <w:bottom w:w="80" w:type="dxa"/>
              <w:right w:w="80" w:type="dxa"/>
            </w:tcMar>
            <w:vAlign w:val="center"/>
          </w:tcPr>
          <w:p w14:paraId="3C9AEE80" w14:textId="77777777" w:rsidR="00173974" w:rsidRPr="00AE0941" w:rsidRDefault="007E0F88">
            <w:pPr>
              <w:spacing w:after="0"/>
              <w:jc w:val="center"/>
            </w:pPr>
            <w:r w:rsidRPr="00AE0941">
              <w:rPr>
                <w:sz w:val="16"/>
              </w:rPr>
              <w:t>€ ______</w:t>
            </w:r>
          </w:p>
        </w:tc>
      </w:tr>
      <w:tr w:rsidR="00173974" w:rsidRPr="00AE0941" w14:paraId="3D5376A2" w14:textId="77777777">
        <w:trPr>
          <w:cantSplit/>
          <w:jc w:val="center"/>
        </w:trPr>
        <w:tc>
          <w:tcPr>
            <w:tcW w:w="2045" w:type="dxa"/>
            <w:tcMar>
              <w:top w:w="80" w:type="dxa"/>
              <w:left w:w="80" w:type="dxa"/>
              <w:bottom w:w="80" w:type="dxa"/>
              <w:right w:w="80" w:type="dxa"/>
            </w:tcMar>
            <w:vAlign w:val="center"/>
          </w:tcPr>
          <w:p w14:paraId="33959094" w14:textId="77777777" w:rsidR="00173974" w:rsidRPr="00AE0941" w:rsidRDefault="007E0F88">
            <w:pPr>
              <w:spacing w:after="0"/>
              <w:jc w:val="center"/>
            </w:pPr>
            <w:r w:rsidRPr="00AE0941">
              <w:rPr>
                <w:sz w:val="16"/>
              </w:rPr>
              <w:t>A2</w:t>
            </w:r>
          </w:p>
        </w:tc>
        <w:tc>
          <w:tcPr>
            <w:tcW w:w="2045" w:type="dxa"/>
            <w:tcMar>
              <w:top w:w="80" w:type="dxa"/>
              <w:left w:w="80" w:type="dxa"/>
              <w:bottom w:w="80" w:type="dxa"/>
              <w:right w:w="80" w:type="dxa"/>
            </w:tcMar>
            <w:vAlign w:val="center"/>
          </w:tcPr>
          <w:p w14:paraId="482A0B51" w14:textId="77777777" w:rsidR="00173974" w:rsidRPr="00AE0941" w:rsidRDefault="007E0F88">
            <w:pPr>
              <w:spacing w:after="0"/>
            </w:pPr>
            <w:r w:rsidRPr="00AE0941">
              <w:rPr>
                <w:sz w:val="16"/>
              </w:rPr>
              <w:t>Remote support included</w:t>
            </w:r>
          </w:p>
        </w:tc>
        <w:tc>
          <w:tcPr>
            <w:tcW w:w="2045" w:type="dxa"/>
            <w:tcMar>
              <w:top w:w="80" w:type="dxa"/>
              <w:left w:w="80" w:type="dxa"/>
              <w:bottom w:w="80" w:type="dxa"/>
              <w:right w:w="80" w:type="dxa"/>
            </w:tcMar>
            <w:vAlign w:val="center"/>
          </w:tcPr>
          <w:p w14:paraId="3FADC7B6" w14:textId="77777777" w:rsidR="00173974" w:rsidRPr="00AE0941" w:rsidRDefault="007E0F88">
            <w:pPr>
              <w:spacing w:after="0"/>
            </w:pPr>
            <w:r w:rsidRPr="00AE0941">
              <w:rPr>
                <w:sz w:val="16"/>
              </w:rPr>
              <w:t>State hours included per month</w:t>
            </w:r>
          </w:p>
        </w:tc>
        <w:tc>
          <w:tcPr>
            <w:tcW w:w="2045" w:type="dxa"/>
            <w:tcMar>
              <w:top w:w="80" w:type="dxa"/>
              <w:left w:w="80" w:type="dxa"/>
              <w:bottom w:w="80" w:type="dxa"/>
              <w:right w:w="80" w:type="dxa"/>
            </w:tcMar>
            <w:vAlign w:val="center"/>
          </w:tcPr>
          <w:p w14:paraId="35E0F18A" w14:textId="77777777" w:rsidR="00173974" w:rsidRPr="00AE0941" w:rsidRDefault="007E0F88">
            <w:pPr>
              <w:spacing w:after="0"/>
              <w:jc w:val="center"/>
            </w:pPr>
            <w:r w:rsidRPr="00AE0941">
              <w:rPr>
                <w:sz w:val="16"/>
              </w:rPr>
              <w:t>Included</w:t>
            </w:r>
          </w:p>
        </w:tc>
        <w:tc>
          <w:tcPr>
            <w:tcW w:w="2045" w:type="dxa"/>
            <w:tcMar>
              <w:top w:w="80" w:type="dxa"/>
              <w:left w:w="80" w:type="dxa"/>
              <w:bottom w:w="80" w:type="dxa"/>
              <w:right w:w="80" w:type="dxa"/>
            </w:tcMar>
            <w:vAlign w:val="center"/>
          </w:tcPr>
          <w:p w14:paraId="4E0B2991" w14:textId="77777777" w:rsidR="00173974" w:rsidRPr="00AE0941" w:rsidRDefault="007E0F88">
            <w:pPr>
              <w:spacing w:after="0"/>
              <w:jc w:val="center"/>
            </w:pPr>
            <w:r w:rsidRPr="00AE0941">
              <w:rPr>
                <w:sz w:val="16"/>
              </w:rPr>
              <w:t>Included</w:t>
            </w:r>
          </w:p>
        </w:tc>
      </w:tr>
      <w:tr w:rsidR="00173974" w:rsidRPr="00AE0941" w14:paraId="179D03F8" w14:textId="77777777">
        <w:trPr>
          <w:cantSplit/>
          <w:jc w:val="center"/>
        </w:trPr>
        <w:tc>
          <w:tcPr>
            <w:tcW w:w="2045" w:type="dxa"/>
            <w:tcMar>
              <w:top w:w="80" w:type="dxa"/>
              <w:left w:w="80" w:type="dxa"/>
              <w:bottom w:w="80" w:type="dxa"/>
              <w:right w:w="80" w:type="dxa"/>
            </w:tcMar>
            <w:vAlign w:val="center"/>
          </w:tcPr>
          <w:p w14:paraId="7804E555" w14:textId="77777777" w:rsidR="00173974" w:rsidRPr="00AE0941" w:rsidRDefault="007E0F88">
            <w:pPr>
              <w:spacing w:after="0"/>
              <w:jc w:val="center"/>
            </w:pPr>
            <w:r w:rsidRPr="00AE0941">
              <w:rPr>
                <w:sz w:val="16"/>
              </w:rPr>
              <w:lastRenderedPageBreak/>
              <w:t>A3</w:t>
            </w:r>
          </w:p>
        </w:tc>
        <w:tc>
          <w:tcPr>
            <w:tcW w:w="2045" w:type="dxa"/>
            <w:tcMar>
              <w:top w:w="80" w:type="dxa"/>
              <w:left w:w="80" w:type="dxa"/>
              <w:bottom w:w="80" w:type="dxa"/>
              <w:right w:w="80" w:type="dxa"/>
            </w:tcMar>
            <w:vAlign w:val="center"/>
          </w:tcPr>
          <w:p w14:paraId="51DD13B3" w14:textId="77777777" w:rsidR="00173974" w:rsidRPr="00AE0941" w:rsidRDefault="007E0F88">
            <w:pPr>
              <w:spacing w:after="0"/>
            </w:pPr>
            <w:r w:rsidRPr="00AE0941">
              <w:rPr>
                <w:sz w:val="16"/>
              </w:rPr>
              <w:t>Other guaranteed monthly charge</w:t>
            </w:r>
          </w:p>
        </w:tc>
        <w:tc>
          <w:tcPr>
            <w:tcW w:w="2045" w:type="dxa"/>
            <w:tcMar>
              <w:top w:w="80" w:type="dxa"/>
              <w:left w:w="80" w:type="dxa"/>
              <w:bottom w:w="80" w:type="dxa"/>
              <w:right w:w="80" w:type="dxa"/>
            </w:tcMar>
            <w:vAlign w:val="center"/>
          </w:tcPr>
          <w:p w14:paraId="37B70576" w14:textId="77777777" w:rsidR="00173974" w:rsidRPr="00AE0941" w:rsidRDefault="007E0F88">
            <w:pPr>
              <w:spacing w:after="0"/>
            </w:pPr>
            <w:r w:rsidRPr="00AE0941">
              <w:rPr>
                <w:sz w:val="16"/>
              </w:rPr>
              <w:t>Provide details</w:t>
            </w:r>
          </w:p>
        </w:tc>
        <w:tc>
          <w:tcPr>
            <w:tcW w:w="2045" w:type="dxa"/>
            <w:tcMar>
              <w:top w:w="80" w:type="dxa"/>
              <w:left w:w="80" w:type="dxa"/>
              <w:bottom w:w="80" w:type="dxa"/>
              <w:right w:w="80" w:type="dxa"/>
            </w:tcMar>
            <w:vAlign w:val="center"/>
          </w:tcPr>
          <w:p w14:paraId="605785F9" w14:textId="77777777" w:rsidR="00173974" w:rsidRPr="00AE0941" w:rsidRDefault="007E0F88">
            <w:pPr>
              <w:spacing w:after="0"/>
              <w:jc w:val="center"/>
            </w:pPr>
            <w:r w:rsidRPr="00AE0941">
              <w:rPr>
                <w:sz w:val="16"/>
              </w:rPr>
              <w:t>€ ______</w:t>
            </w:r>
          </w:p>
        </w:tc>
        <w:tc>
          <w:tcPr>
            <w:tcW w:w="2045" w:type="dxa"/>
            <w:tcMar>
              <w:top w:w="80" w:type="dxa"/>
              <w:left w:w="80" w:type="dxa"/>
              <w:bottom w:w="80" w:type="dxa"/>
              <w:right w:w="80" w:type="dxa"/>
            </w:tcMar>
            <w:vAlign w:val="center"/>
          </w:tcPr>
          <w:p w14:paraId="26F3F959" w14:textId="77777777" w:rsidR="00173974" w:rsidRPr="00AE0941" w:rsidRDefault="007E0F88">
            <w:pPr>
              <w:spacing w:after="0"/>
              <w:jc w:val="center"/>
            </w:pPr>
            <w:r w:rsidRPr="00AE0941">
              <w:rPr>
                <w:sz w:val="16"/>
              </w:rPr>
              <w:t>€ ______</w:t>
            </w:r>
          </w:p>
        </w:tc>
      </w:tr>
      <w:tr w:rsidR="00173974" w:rsidRPr="00AE0941" w14:paraId="6BABAAA7" w14:textId="77777777">
        <w:trPr>
          <w:cantSplit/>
          <w:jc w:val="center"/>
        </w:trPr>
        <w:tc>
          <w:tcPr>
            <w:tcW w:w="2045" w:type="dxa"/>
            <w:shd w:val="clear" w:color="auto" w:fill="D9EAF7"/>
            <w:tcMar>
              <w:top w:w="80" w:type="dxa"/>
              <w:left w:w="80" w:type="dxa"/>
              <w:bottom w:w="80" w:type="dxa"/>
              <w:right w:w="80" w:type="dxa"/>
            </w:tcMar>
            <w:vAlign w:val="center"/>
          </w:tcPr>
          <w:p w14:paraId="62486C05" w14:textId="77777777" w:rsidR="00173974" w:rsidRPr="00AE0941" w:rsidRDefault="00173974">
            <w:pPr>
              <w:spacing w:after="0"/>
              <w:jc w:val="center"/>
            </w:pPr>
          </w:p>
        </w:tc>
        <w:tc>
          <w:tcPr>
            <w:tcW w:w="2045" w:type="dxa"/>
            <w:shd w:val="clear" w:color="auto" w:fill="D9EAF7"/>
            <w:tcMar>
              <w:top w:w="80" w:type="dxa"/>
              <w:left w:w="80" w:type="dxa"/>
              <w:bottom w:w="80" w:type="dxa"/>
              <w:right w:w="80" w:type="dxa"/>
            </w:tcMar>
            <w:vAlign w:val="center"/>
          </w:tcPr>
          <w:p w14:paraId="522DEC32" w14:textId="77777777" w:rsidR="00173974" w:rsidRPr="00AE0941" w:rsidRDefault="007E0F88">
            <w:pPr>
              <w:spacing w:after="0"/>
            </w:pPr>
            <w:r w:rsidRPr="00AE0941">
              <w:rPr>
                <w:b/>
                <w:sz w:val="16"/>
              </w:rPr>
              <w:t>TOTAL GUARANTEED COST</w:t>
            </w:r>
          </w:p>
        </w:tc>
        <w:tc>
          <w:tcPr>
            <w:tcW w:w="2045" w:type="dxa"/>
            <w:shd w:val="clear" w:color="auto" w:fill="D9EAF7"/>
            <w:tcMar>
              <w:top w:w="80" w:type="dxa"/>
              <w:left w:w="80" w:type="dxa"/>
              <w:bottom w:w="80" w:type="dxa"/>
              <w:right w:w="80" w:type="dxa"/>
            </w:tcMar>
            <w:vAlign w:val="center"/>
          </w:tcPr>
          <w:p w14:paraId="4500913F" w14:textId="77777777" w:rsidR="00173974" w:rsidRPr="00AE0941" w:rsidRDefault="007E0F88">
            <w:pPr>
              <w:spacing w:after="0"/>
            </w:pPr>
            <w:r w:rsidRPr="00AE0941">
              <w:rPr>
                <w:b/>
                <w:sz w:val="16"/>
              </w:rPr>
              <w:t>Monthly cost × 60</w:t>
            </w:r>
          </w:p>
        </w:tc>
        <w:tc>
          <w:tcPr>
            <w:tcW w:w="2045" w:type="dxa"/>
            <w:shd w:val="clear" w:color="auto" w:fill="D9EAF7"/>
            <w:tcMar>
              <w:top w:w="80" w:type="dxa"/>
              <w:left w:w="80" w:type="dxa"/>
              <w:bottom w:w="80" w:type="dxa"/>
              <w:right w:w="80" w:type="dxa"/>
            </w:tcMar>
            <w:vAlign w:val="center"/>
          </w:tcPr>
          <w:p w14:paraId="20A13F51" w14:textId="77777777" w:rsidR="00173974" w:rsidRPr="00AE0941" w:rsidRDefault="007E0F88">
            <w:pPr>
              <w:spacing w:after="0"/>
              <w:jc w:val="center"/>
            </w:pPr>
            <w:r w:rsidRPr="00AE0941">
              <w:rPr>
                <w:b/>
                <w:sz w:val="16"/>
              </w:rPr>
              <w:t>€ ______</w:t>
            </w:r>
          </w:p>
        </w:tc>
        <w:tc>
          <w:tcPr>
            <w:tcW w:w="2045" w:type="dxa"/>
            <w:shd w:val="clear" w:color="auto" w:fill="D9EAF7"/>
            <w:tcMar>
              <w:top w:w="80" w:type="dxa"/>
              <w:left w:w="80" w:type="dxa"/>
              <w:bottom w:w="80" w:type="dxa"/>
              <w:right w:w="80" w:type="dxa"/>
            </w:tcMar>
            <w:vAlign w:val="center"/>
          </w:tcPr>
          <w:p w14:paraId="317B1435" w14:textId="77777777" w:rsidR="00173974" w:rsidRPr="00AE0941" w:rsidRDefault="007E0F88">
            <w:pPr>
              <w:spacing w:after="0"/>
              <w:jc w:val="center"/>
            </w:pPr>
            <w:r w:rsidRPr="00AE0941">
              <w:rPr>
                <w:b/>
                <w:sz w:val="16"/>
              </w:rPr>
              <w:t>€ ______</w:t>
            </w:r>
          </w:p>
        </w:tc>
      </w:tr>
    </w:tbl>
    <w:p w14:paraId="4101652C" w14:textId="77777777" w:rsidR="00173974" w:rsidRPr="00AE0941" w:rsidRDefault="00173974">
      <w:pPr>
        <w:spacing w:after="20"/>
      </w:pPr>
    </w:p>
    <w:p w14:paraId="2BE5B5A9" w14:textId="77777777" w:rsidR="00173974" w:rsidRPr="00AE0941" w:rsidRDefault="007E0F88">
      <w:pPr>
        <w:pStyle w:val="Heading2"/>
        <w:rPr>
          <w:rFonts w:ascii="Aptos" w:hAnsi="Aptos"/>
        </w:rPr>
      </w:pPr>
      <w:r w:rsidRPr="00AE0941">
        <w:rPr>
          <w:rFonts w:ascii="Aptos" w:hAnsi="Aptos"/>
        </w:rPr>
        <w:t>B. Licences, Domains and One-Off Costs</w:t>
      </w:r>
    </w:p>
    <w:tbl>
      <w:tblPr>
        <w:tblStyle w:val="TableGrid"/>
        <w:tblW w:w="0" w:type="auto"/>
        <w:jc w:val="center"/>
        <w:tblLook w:val="04A0" w:firstRow="1" w:lastRow="0" w:firstColumn="1" w:lastColumn="0" w:noHBand="0" w:noVBand="1"/>
      </w:tblPr>
      <w:tblGrid>
        <w:gridCol w:w="2045"/>
        <w:gridCol w:w="2045"/>
        <w:gridCol w:w="2045"/>
        <w:gridCol w:w="2045"/>
        <w:gridCol w:w="2045"/>
      </w:tblGrid>
      <w:tr w:rsidR="00173974" w:rsidRPr="00AE0941" w14:paraId="142E6C27" w14:textId="77777777">
        <w:trPr>
          <w:tblHeader/>
          <w:jc w:val="center"/>
        </w:trPr>
        <w:tc>
          <w:tcPr>
            <w:tcW w:w="2045" w:type="dxa"/>
            <w:shd w:val="clear" w:color="auto" w:fill="1F4E78"/>
            <w:tcMar>
              <w:top w:w="80" w:type="dxa"/>
              <w:left w:w="80" w:type="dxa"/>
              <w:bottom w:w="80" w:type="dxa"/>
              <w:right w:w="80" w:type="dxa"/>
            </w:tcMar>
            <w:vAlign w:val="center"/>
          </w:tcPr>
          <w:p w14:paraId="0193CB87" w14:textId="77777777" w:rsidR="00173974" w:rsidRPr="00AE0941" w:rsidRDefault="007E0F88">
            <w:pPr>
              <w:spacing w:after="0"/>
              <w:jc w:val="center"/>
            </w:pPr>
            <w:r w:rsidRPr="00AE0941">
              <w:rPr>
                <w:b/>
                <w:color w:val="FFFFFF"/>
                <w:sz w:val="17"/>
              </w:rPr>
              <w:t>Item</w:t>
            </w:r>
          </w:p>
        </w:tc>
        <w:tc>
          <w:tcPr>
            <w:tcW w:w="2045" w:type="dxa"/>
            <w:shd w:val="clear" w:color="auto" w:fill="1F4E78"/>
            <w:tcMar>
              <w:top w:w="80" w:type="dxa"/>
              <w:left w:w="80" w:type="dxa"/>
              <w:bottom w:w="80" w:type="dxa"/>
              <w:right w:w="80" w:type="dxa"/>
            </w:tcMar>
            <w:vAlign w:val="center"/>
          </w:tcPr>
          <w:p w14:paraId="6F334672" w14:textId="77777777" w:rsidR="00173974" w:rsidRPr="00AE0941" w:rsidRDefault="007E0F88">
            <w:pPr>
              <w:spacing w:after="0"/>
              <w:jc w:val="center"/>
            </w:pPr>
            <w:r w:rsidRPr="00AE0941">
              <w:rPr>
                <w:b/>
                <w:color w:val="FFFFFF"/>
                <w:sz w:val="17"/>
              </w:rPr>
              <w:t>Pricing component</w:t>
            </w:r>
          </w:p>
        </w:tc>
        <w:tc>
          <w:tcPr>
            <w:tcW w:w="2045" w:type="dxa"/>
            <w:shd w:val="clear" w:color="auto" w:fill="1F4E78"/>
            <w:tcMar>
              <w:top w:w="80" w:type="dxa"/>
              <w:left w:w="80" w:type="dxa"/>
              <w:bottom w:w="80" w:type="dxa"/>
              <w:right w:w="80" w:type="dxa"/>
            </w:tcMar>
            <w:vAlign w:val="center"/>
          </w:tcPr>
          <w:p w14:paraId="4D77A500" w14:textId="77777777" w:rsidR="00173974" w:rsidRPr="00AE0941" w:rsidRDefault="007E0F88">
            <w:pPr>
              <w:spacing w:after="0"/>
              <w:jc w:val="center"/>
            </w:pPr>
            <w:r w:rsidRPr="00AE0941">
              <w:rPr>
                <w:b/>
                <w:color w:val="FFFFFF"/>
                <w:sz w:val="17"/>
              </w:rPr>
              <w:t>Basis</w:t>
            </w:r>
          </w:p>
        </w:tc>
        <w:tc>
          <w:tcPr>
            <w:tcW w:w="2045" w:type="dxa"/>
            <w:shd w:val="clear" w:color="auto" w:fill="1F4E78"/>
            <w:tcMar>
              <w:top w:w="80" w:type="dxa"/>
              <w:left w:w="80" w:type="dxa"/>
              <w:bottom w:w="80" w:type="dxa"/>
              <w:right w:w="80" w:type="dxa"/>
            </w:tcMar>
            <w:vAlign w:val="center"/>
          </w:tcPr>
          <w:p w14:paraId="23C514E2" w14:textId="77777777" w:rsidR="00173974" w:rsidRPr="00AE0941" w:rsidRDefault="007E0F88">
            <w:pPr>
              <w:spacing w:after="0"/>
              <w:jc w:val="center"/>
            </w:pPr>
            <w:r w:rsidRPr="00AE0941">
              <w:rPr>
                <w:b/>
                <w:color w:val="FFFFFF"/>
                <w:sz w:val="17"/>
              </w:rPr>
              <w:t>Year 1 cost excl. VAT</w:t>
            </w:r>
          </w:p>
        </w:tc>
        <w:tc>
          <w:tcPr>
            <w:tcW w:w="2045" w:type="dxa"/>
            <w:shd w:val="clear" w:color="auto" w:fill="1F4E78"/>
            <w:tcMar>
              <w:top w:w="80" w:type="dxa"/>
              <w:left w:w="80" w:type="dxa"/>
              <w:bottom w:w="80" w:type="dxa"/>
              <w:right w:w="80" w:type="dxa"/>
            </w:tcMar>
            <w:vAlign w:val="center"/>
          </w:tcPr>
          <w:p w14:paraId="64CDE5AA" w14:textId="77777777" w:rsidR="00173974" w:rsidRPr="00AE0941" w:rsidRDefault="007E0F88">
            <w:pPr>
              <w:spacing w:after="0"/>
              <w:jc w:val="center"/>
            </w:pPr>
            <w:r w:rsidRPr="00AE0941">
              <w:rPr>
                <w:b/>
                <w:color w:val="FFFFFF"/>
                <w:sz w:val="17"/>
              </w:rPr>
              <w:t>Five-year evaluated cost excl. VAT</w:t>
            </w:r>
          </w:p>
        </w:tc>
      </w:tr>
      <w:tr w:rsidR="00173974" w:rsidRPr="00AE0941" w14:paraId="5331AF7A" w14:textId="77777777">
        <w:trPr>
          <w:cantSplit/>
          <w:jc w:val="center"/>
        </w:trPr>
        <w:tc>
          <w:tcPr>
            <w:tcW w:w="2045" w:type="dxa"/>
            <w:tcMar>
              <w:top w:w="80" w:type="dxa"/>
              <w:left w:w="80" w:type="dxa"/>
              <w:bottom w:w="80" w:type="dxa"/>
              <w:right w:w="80" w:type="dxa"/>
            </w:tcMar>
            <w:vAlign w:val="center"/>
          </w:tcPr>
          <w:p w14:paraId="3CB78038" w14:textId="77777777" w:rsidR="00173974" w:rsidRPr="00AE0941" w:rsidRDefault="007E0F88">
            <w:pPr>
              <w:spacing w:after="0"/>
              <w:jc w:val="center"/>
            </w:pPr>
            <w:r w:rsidRPr="00AE0941">
              <w:rPr>
                <w:sz w:val="16"/>
              </w:rPr>
              <w:t>B1</w:t>
            </w:r>
          </w:p>
        </w:tc>
        <w:tc>
          <w:tcPr>
            <w:tcW w:w="2045" w:type="dxa"/>
            <w:tcMar>
              <w:top w:w="80" w:type="dxa"/>
              <w:left w:w="80" w:type="dxa"/>
              <w:bottom w:w="80" w:type="dxa"/>
              <w:right w:w="80" w:type="dxa"/>
            </w:tcMar>
            <w:vAlign w:val="center"/>
          </w:tcPr>
          <w:p w14:paraId="445C9F79" w14:textId="77777777" w:rsidR="00173974" w:rsidRPr="00AE0941" w:rsidRDefault="007E0F88">
            <w:pPr>
              <w:spacing w:after="0"/>
            </w:pPr>
            <w:r w:rsidRPr="00AE0941">
              <w:rPr>
                <w:sz w:val="16"/>
              </w:rPr>
              <w:t>Microsoft 365 licences</w:t>
            </w:r>
          </w:p>
        </w:tc>
        <w:tc>
          <w:tcPr>
            <w:tcW w:w="2045" w:type="dxa"/>
            <w:tcMar>
              <w:top w:w="80" w:type="dxa"/>
              <w:left w:w="80" w:type="dxa"/>
              <w:bottom w:w="80" w:type="dxa"/>
              <w:right w:w="80" w:type="dxa"/>
            </w:tcMar>
            <w:vAlign w:val="center"/>
          </w:tcPr>
          <w:p w14:paraId="07E23C43" w14:textId="77777777" w:rsidR="00173974" w:rsidRPr="00AE0941" w:rsidRDefault="007E0F88">
            <w:pPr>
              <w:spacing w:after="0"/>
            </w:pPr>
            <w:r w:rsidRPr="00AE0941">
              <w:rPr>
                <w:sz w:val="16"/>
              </w:rPr>
              <w:t>Approx. 20 per year; current unit price</w:t>
            </w:r>
          </w:p>
        </w:tc>
        <w:tc>
          <w:tcPr>
            <w:tcW w:w="2045" w:type="dxa"/>
            <w:tcMar>
              <w:top w:w="80" w:type="dxa"/>
              <w:left w:w="80" w:type="dxa"/>
              <w:bottom w:w="80" w:type="dxa"/>
              <w:right w:w="80" w:type="dxa"/>
            </w:tcMar>
            <w:vAlign w:val="center"/>
          </w:tcPr>
          <w:p w14:paraId="5C740287" w14:textId="77777777" w:rsidR="00173974" w:rsidRPr="00AE0941" w:rsidRDefault="007E0F88">
            <w:pPr>
              <w:spacing w:after="0"/>
              <w:jc w:val="center"/>
            </w:pPr>
            <w:r w:rsidRPr="00AE0941">
              <w:rPr>
                <w:sz w:val="16"/>
              </w:rPr>
              <w:t>€ ______</w:t>
            </w:r>
          </w:p>
        </w:tc>
        <w:tc>
          <w:tcPr>
            <w:tcW w:w="2045" w:type="dxa"/>
            <w:tcMar>
              <w:top w:w="80" w:type="dxa"/>
              <w:left w:w="80" w:type="dxa"/>
              <w:bottom w:w="80" w:type="dxa"/>
              <w:right w:w="80" w:type="dxa"/>
            </w:tcMar>
            <w:vAlign w:val="center"/>
          </w:tcPr>
          <w:p w14:paraId="39D229E6" w14:textId="77777777" w:rsidR="00173974" w:rsidRPr="00AE0941" w:rsidRDefault="007E0F88">
            <w:pPr>
              <w:spacing w:after="0"/>
              <w:jc w:val="center"/>
            </w:pPr>
            <w:r w:rsidRPr="00AE0941">
              <w:rPr>
                <w:sz w:val="16"/>
              </w:rPr>
              <w:t>€ ______</w:t>
            </w:r>
          </w:p>
        </w:tc>
      </w:tr>
      <w:tr w:rsidR="00173974" w:rsidRPr="00AE0941" w14:paraId="28EE6A1C" w14:textId="77777777">
        <w:trPr>
          <w:cantSplit/>
          <w:jc w:val="center"/>
        </w:trPr>
        <w:tc>
          <w:tcPr>
            <w:tcW w:w="2045" w:type="dxa"/>
            <w:tcMar>
              <w:top w:w="80" w:type="dxa"/>
              <w:left w:w="80" w:type="dxa"/>
              <w:bottom w:w="80" w:type="dxa"/>
              <w:right w:w="80" w:type="dxa"/>
            </w:tcMar>
            <w:vAlign w:val="center"/>
          </w:tcPr>
          <w:p w14:paraId="5C076B55" w14:textId="77777777" w:rsidR="00173974" w:rsidRPr="00AE0941" w:rsidRDefault="007E0F88">
            <w:pPr>
              <w:spacing w:after="0"/>
              <w:jc w:val="center"/>
            </w:pPr>
            <w:r w:rsidRPr="00AE0941">
              <w:rPr>
                <w:sz w:val="16"/>
              </w:rPr>
              <w:t>B2</w:t>
            </w:r>
          </w:p>
        </w:tc>
        <w:tc>
          <w:tcPr>
            <w:tcW w:w="2045" w:type="dxa"/>
            <w:tcMar>
              <w:top w:w="80" w:type="dxa"/>
              <w:left w:w="80" w:type="dxa"/>
              <w:bottom w:w="80" w:type="dxa"/>
              <w:right w:w="80" w:type="dxa"/>
            </w:tcMar>
            <w:vAlign w:val="center"/>
          </w:tcPr>
          <w:p w14:paraId="7BEB2DB1" w14:textId="77777777" w:rsidR="00173974" w:rsidRPr="00AE0941" w:rsidRDefault="007E0F88">
            <w:pPr>
              <w:spacing w:after="0"/>
            </w:pPr>
            <w:r w:rsidRPr="00AE0941">
              <w:rPr>
                <w:sz w:val="16"/>
              </w:rPr>
              <w:t>Microsoft 365 Copilot licences</w:t>
            </w:r>
          </w:p>
        </w:tc>
        <w:tc>
          <w:tcPr>
            <w:tcW w:w="2045" w:type="dxa"/>
            <w:tcMar>
              <w:top w:w="80" w:type="dxa"/>
              <w:left w:w="80" w:type="dxa"/>
              <w:bottom w:w="80" w:type="dxa"/>
              <w:right w:w="80" w:type="dxa"/>
            </w:tcMar>
            <w:vAlign w:val="center"/>
          </w:tcPr>
          <w:p w14:paraId="19CCC031" w14:textId="77777777" w:rsidR="00173974" w:rsidRPr="00AE0941" w:rsidRDefault="007E0F88">
            <w:pPr>
              <w:spacing w:after="0"/>
            </w:pPr>
            <w:r w:rsidRPr="00AE0941">
              <w:rPr>
                <w:sz w:val="16"/>
              </w:rPr>
              <w:t>Approx. 16 per year; current unit price</w:t>
            </w:r>
          </w:p>
        </w:tc>
        <w:tc>
          <w:tcPr>
            <w:tcW w:w="2045" w:type="dxa"/>
            <w:tcMar>
              <w:top w:w="80" w:type="dxa"/>
              <w:left w:w="80" w:type="dxa"/>
              <w:bottom w:w="80" w:type="dxa"/>
              <w:right w:w="80" w:type="dxa"/>
            </w:tcMar>
            <w:vAlign w:val="center"/>
          </w:tcPr>
          <w:p w14:paraId="418A5586" w14:textId="77777777" w:rsidR="00173974" w:rsidRPr="00AE0941" w:rsidRDefault="007E0F88">
            <w:pPr>
              <w:spacing w:after="0"/>
              <w:jc w:val="center"/>
            </w:pPr>
            <w:r w:rsidRPr="00AE0941">
              <w:rPr>
                <w:sz w:val="16"/>
              </w:rPr>
              <w:t>€ ______</w:t>
            </w:r>
          </w:p>
        </w:tc>
        <w:tc>
          <w:tcPr>
            <w:tcW w:w="2045" w:type="dxa"/>
            <w:tcMar>
              <w:top w:w="80" w:type="dxa"/>
              <w:left w:w="80" w:type="dxa"/>
              <w:bottom w:w="80" w:type="dxa"/>
              <w:right w:w="80" w:type="dxa"/>
            </w:tcMar>
            <w:vAlign w:val="center"/>
          </w:tcPr>
          <w:p w14:paraId="68FF352A" w14:textId="77777777" w:rsidR="00173974" w:rsidRPr="00AE0941" w:rsidRDefault="007E0F88">
            <w:pPr>
              <w:spacing w:after="0"/>
              <w:jc w:val="center"/>
            </w:pPr>
            <w:r w:rsidRPr="00AE0941">
              <w:rPr>
                <w:sz w:val="16"/>
              </w:rPr>
              <w:t>€ ______</w:t>
            </w:r>
          </w:p>
        </w:tc>
      </w:tr>
      <w:tr w:rsidR="00173974" w:rsidRPr="00AE0941" w14:paraId="12782999" w14:textId="77777777">
        <w:trPr>
          <w:cantSplit/>
          <w:jc w:val="center"/>
        </w:trPr>
        <w:tc>
          <w:tcPr>
            <w:tcW w:w="2045" w:type="dxa"/>
            <w:tcMar>
              <w:top w:w="80" w:type="dxa"/>
              <w:left w:w="80" w:type="dxa"/>
              <w:bottom w:w="80" w:type="dxa"/>
              <w:right w:w="80" w:type="dxa"/>
            </w:tcMar>
            <w:vAlign w:val="center"/>
          </w:tcPr>
          <w:p w14:paraId="7163D880" w14:textId="77777777" w:rsidR="00173974" w:rsidRPr="00AE0941" w:rsidRDefault="007E0F88">
            <w:pPr>
              <w:spacing w:after="0"/>
              <w:jc w:val="center"/>
            </w:pPr>
            <w:r w:rsidRPr="00AE0941">
              <w:rPr>
                <w:sz w:val="16"/>
              </w:rPr>
              <w:t>B3</w:t>
            </w:r>
          </w:p>
        </w:tc>
        <w:tc>
          <w:tcPr>
            <w:tcW w:w="2045" w:type="dxa"/>
            <w:tcMar>
              <w:top w:w="80" w:type="dxa"/>
              <w:left w:w="80" w:type="dxa"/>
              <w:bottom w:w="80" w:type="dxa"/>
              <w:right w:w="80" w:type="dxa"/>
            </w:tcMar>
            <w:vAlign w:val="center"/>
          </w:tcPr>
          <w:p w14:paraId="017E7ADB" w14:textId="77777777" w:rsidR="00173974" w:rsidRPr="00AE0941" w:rsidRDefault="007E0F88">
            <w:pPr>
              <w:spacing w:after="0"/>
            </w:pPr>
            <w:r w:rsidRPr="00AE0941">
              <w:rPr>
                <w:sz w:val="16"/>
              </w:rPr>
              <w:t>Microsoft Project licences</w:t>
            </w:r>
          </w:p>
        </w:tc>
        <w:tc>
          <w:tcPr>
            <w:tcW w:w="2045" w:type="dxa"/>
            <w:tcMar>
              <w:top w:w="80" w:type="dxa"/>
              <w:left w:w="80" w:type="dxa"/>
              <w:bottom w:w="80" w:type="dxa"/>
              <w:right w:w="80" w:type="dxa"/>
            </w:tcMar>
            <w:vAlign w:val="center"/>
          </w:tcPr>
          <w:p w14:paraId="58FCB4B2" w14:textId="77777777" w:rsidR="00173974" w:rsidRPr="00AE0941" w:rsidRDefault="007E0F88">
            <w:pPr>
              <w:spacing w:after="0"/>
            </w:pPr>
            <w:r w:rsidRPr="00AE0941">
              <w:rPr>
                <w:sz w:val="16"/>
              </w:rPr>
              <w:t>Approx. 8 per year; current unit price</w:t>
            </w:r>
          </w:p>
        </w:tc>
        <w:tc>
          <w:tcPr>
            <w:tcW w:w="2045" w:type="dxa"/>
            <w:tcMar>
              <w:top w:w="80" w:type="dxa"/>
              <w:left w:w="80" w:type="dxa"/>
              <w:bottom w:w="80" w:type="dxa"/>
              <w:right w:w="80" w:type="dxa"/>
            </w:tcMar>
            <w:vAlign w:val="center"/>
          </w:tcPr>
          <w:p w14:paraId="1EBEB46D" w14:textId="77777777" w:rsidR="00173974" w:rsidRPr="00AE0941" w:rsidRDefault="007E0F88">
            <w:pPr>
              <w:spacing w:after="0"/>
              <w:jc w:val="center"/>
            </w:pPr>
            <w:r w:rsidRPr="00AE0941">
              <w:rPr>
                <w:sz w:val="16"/>
              </w:rPr>
              <w:t>€ ______</w:t>
            </w:r>
          </w:p>
        </w:tc>
        <w:tc>
          <w:tcPr>
            <w:tcW w:w="2045" w:type="dxa"/>
            <w:tcMar>
              <w:top w:w="80" w:type="dxa"/>
              <w:left w:w="80" w:type="dxa"/>
              <w:bottom w:w="80" w:type="dxa"/>
              <w:right w:w="80" w:type="dxa"/>
            </w:tcMar>
            <w:vAlign w:val="center"/>
          </w:tcPr>
          <w:p w14:paraId="0604FFBC" w14:textId="77777777" w:rsidR="00173974" w:rsidRPr="00AE0941" w:rsidRDefault="007E0F88">
            <w:pPr>
              <w:spacing w:after="0"/>
              <w:jc w:val="center"/>
            </w:pPr>
            <w:r w:rsidRPr="00AE0941">
              <w:rPr>
                <w:sz w:val="16"/>
              </w:rPr>
              <w:t>€ ______</w:t>
            </w:r>
          </w:p>
        </w:tc>
      </w:tr>
      <w:tr w:rsidR="00173974" w:rsidRPr="00AE0941" w14:paraId="3B92B948" w14:textId="77777777">
        <w:trPr>
          <w:cantSplit/>
          <w:jc w:val="center"/>
        </w:trPr>
        <w:tc>
          <w:tcPr>
            <w:tcW w:w="2045" w:type="dxa"/>
            <w:tcMar>
              <w:top w:w="80" w:type="dxa"/>
              <w:left w:w="80" w:type="dxa"/>
              <w:bottom w:w="80" w:type="dxa"/>
              <w:right w:w="80" w:type="dxa"/>
            </w:tcMar>
            <w:vAlign w:val="center"/>
          </w:tcPr>
          <w:p w14:paraId="7508E5E4" w14:textId="77777777" w:rsidR="00173974" w:rsidRPr="00AE0941" w:rsidRDefault="007E0F88">
            <w:pPr>
              <w:spacing w:after="0"/>
              <w:jc w:val="center"/>
            </w:pPr>
            <w:r w:rsidRPr="00AE0941">
              <w:rPr>
                <w:sz w:val="16"/>
              </w:rPr>
              <w:t>B4</w:t>
            </w:r>
          </w:p>
        </w:tc>
        <w:tc>
          <w:tcPr>
            <w:tcW w:w="2045" w:type="dxa"/>
            <w:tcMar>
              <w:top w:w="80" w:type="dxa"/>
              <w:left w:w="80" w:type="dxa"/>
              <w:bottom w:w="80" w:type="dxa"/>
              <w:right w:w="80" w:type="dxa"/>
            </w:tcMar>
            <w:vAlign w:val="center"/>
          </w:tcPr>
          <w:p w14:paraId="51A49BC4" w14:textId="77777777" w:rsidR="00173974" w:rsidRPr="00AE0941" w:rsidRDefault="007E0F88">
            <w:pPr>
              <w:spacing w:after="0"/>
            </w:pPr>
            <w:r w:rsidRPr="00AE0941">
              <w:rPr>
                <w:sz w:val="16"/>
              </w:rPr>
              <w:t>Adobe licences</w:t>
            </w:r>
          </w:p>
        </w:tc>
        <w:tc>
          <w:tcPr>
            <w:tcW w:w="2045" w:type="dxa"/>
            <w:tcMar>
              <w:top w:w="80" w:type="dxa"/>
              <w:left w:w="80" w:type="dxa"/>
              <w:bottom w:w="80" w:type="dxa"/>
              <w:right w:w="80" w:type="dxa"/>
            </w:tcMar>
            <w:vAlign w:val="center"/>
          </w:tcPr>
          <w:p w14:paraId="38B38FF4" w14:textId="77777777" w:rsidR="00173974" w:rsidRPr="00AE0941" w:rsidRDefault="007E0F88">
            <w:pPr>
              <w:spacing w:after="0"/>
            </w:pPr>
            <w:r w:rsidRPr="00AE0941">
              <w:rPr>
                <w:sz w:val="16"/>
              </w:rPr>
              <w:t>Approx. 16 per year; current unit price</w:t>
            </w:r>
          </w:p>
        </w:tc>
        <w:tc>
          <w:tcPr>
            <w:tcW w:w="2045" w:type="dxa"/>
            <w:tcMar>
              <w:top w:w="80" w:type="dxa"/>
              <w:left w:w="80" w:type="dxa"/>
              <w:bottom w:w="80" w:type="dxa"/>
              <w:right w:w="80" w:type="dxa"/>
            </w:tcMar>
            <w:vAlign w:val="center"/>
          </w:tcPr>
          <w:p w14:paraId="2E0A88AF" w14:textId="77777777" w:rsidR="00173974" w:rsidRPr="00AE0941" w:rsidRDefault="007E0F88">
            <w:pPr>
              <w:spacing w:after="0"/>
              <w:jc w:val="center"/>
            </w:pPr>
            <w:r w:rsidRPr="00AE0941">
              <w:rPr>
                <w:sz w:val="16"/>
              </w:rPr>
              <w:t>€ ______</w:t>
            </w:r>
          </w:p>
        </w:tc>
        <w:tc>
          <w:tcPr>
            <w:tcW w:w="2045" w:type="dxa"/>
            <w:tcMar>
              <w:top w:w="80" w:type="dxa"/>
              <w:left w:w="80" w:type="dxa"/>
              <w:bottom w:w="80" w:type="dxa"/>
              <w:right w:w="80" w:type="dxa"/>
            </w:tcMar>
            <w:vAlign w:val="center"/>
          </w:tcPr>
          <w:p w14:paraId="0E5BFC6B" w14:textId="77777777" w:rsidR="00173974" w:rsidRPr="00AE0941" w:rsidRDefault="007E0F88">
            <w:pPr>
              <w:spacing w:after="0"/>
              <w:jc w:val="center"/>
            </w:pPr>
            <w:r w:rsidRPr="00AE0941">
              <w:rPr>
                <w:sz w:val="16"/>
              </w:rPr>
              <w:t>€ ______</w:t>
            </w:r>
          </w:p>
        </w:tc>
      </w:tr>
      <w:tr w:rsidR="00173974" w:rsidRPr="00AE0941" w14:paraId="12E76BA8" w14:textId="77777777">
        <w:trPr>
          <w:cantSplit/>
          <w:jc w:val="center"/>
        </w:trPr>
        <w:tc>
          <w:tcPr>
            <w:tcW w:w="2045" w:type="dxa"/>
            <w:tcMar>
              <w:top w:w="80" w:type="dxa"/>
              <w:left w:w="80" w:type="dxa"/>
              <w:bottom w:w="80" w:type="dxa"/>
              <w:right w:w="80" w:type="dxa"/>
            </w:tcMar>
            <w:vAlign w:val="center"/>
          </w:tcPr>
          <w:p w14:paraId="6B2E56A0" w14:textId="77777777" w:rsidR="00173974" w:rsidRPr="00AE0941" w:rsidRDefault="007E0F88">
            <w:pPr>
              <w:spacing w:after="0"/>
              <w:jc w:val="center"/>
            </w:pPr>
            <w:r w:rsidRPr="00AE0941">
              <w:rPr>
                <w:sz w:val="16"/>
              </w:rPr>
              <w:t>B5</w:t>
            </w:r>
          </w:p>
        </w:tc>
        <w:tc>
          <w:tcPr>
            <w:tcW w:w="2045" w:type="dxa"/>
            <w:tcMar>
              <w:top w:w="80" w:type="dxa"/>
              <w:left w:w="80" w:type="dxa"/>
              <w:bottom w:w="80" w:type="dxa"/>
              <w:right w:w="80" w:type="dxa"/>
            </w:tcMar>
            <w:vAlign w:val="center"/>
          </w:tcPr>
          <w:p w14:paraId="4FA1F023" w14:textId="77777777" w:rsidR="00173974" w:rsidRPr="00AE0941" w:rsidRDefault="007E0F88">
            <w:pPr>
              <w:spacing w:after="0"/>
            </w:pPr>
            <w:r w:rsidRPr="00AE0941">
              <w:rPr>
                <w:sz w:val="16"/>
              </w:rPr>
              <w:t>Domain registration and renewal</w:t>
            </w:r>
          </w:p>
        </w:tc>
        <w:tc>
          <w:tcPr>
            <w:tcW w:w="2045" w:type="dxa"/>
            <w:tcMar>
              <w:top w:w="80" w:type="dxa"/>
              <w:left w:w="80" w:type="dxa"/>
              <w:bottom w:w="80" w:type="dxa"/>
              <w:right w:w="80" w:type="dxa"/>
            </w:tcMar>
            <w:vAlign w:val="center"/>
          </w:tcPr>
          <w:p w14:paraId="7117946C" w14:textId="77777777" w:rsidR="00173974" w:rsidRPr="00AE0941" w:rsidRDefault="007E0F88">
            <w:pPr>
              <w:spacing w:after="0"/>
            </w:pPr>
            <w:r w:rsidRPr="00AE0941">
              <w:rPr>
                <w:sz w:val="16"/>
              </w:rPr>
              <w:t>Approx. 2-3 domains per year</w:t>
            </w:r>
          </w:p>
        </w:tc>
        <w:tc>
          <w:tcPr>
            <w:tcW w:w="2045" w:type="dxa"/>
            <w:tcMar>
              <w:top w:w="80" w:type="dxa"/>
              <w:left w:w="80" w:type="dxa"/>
              <w:bottom w:w="80" w:type="dxa"/>
              <w:right w:w="80" w:type="dxa"/>
            </w:tcMar>
            <w:vAlign w:val="center"/>
          </w:tcPr>
          <w:p w14:paraId="4B3034B7" w14:textId="77777777" w:rsidR="00173974" w:rsidRPr="00AE0941" w:rsidRDefault="007E0F88">
            <w:pPr>
              <w:spacing w:after="0"/>
              <w:jc w:val="center"/>
            </w:pPr>
            <w:r w:rsidRPr="00AE0941">
              <w:rPr>
                <w:sz w:val="16"/>
              </w:rPr>
              <w:t>€ ______</w:t>
            </w:r>
          </w:p>
        </w:tc>
        <w:tc>
          <w:tcPr>
            <w:tcW w:w="2045" w:type="dxa"/>
            <w:tcMar>
              <w:top w:w="80" w:type="dxa"/>
              <w:left w:w="80" w:type="dxa"/>
              <w:bottom w:w="80" w:type="dxa"/>
              <w:right w:w="80" w:type="dxa"/>
            </w:tcMar>
            <w:vAlign w:val="center"/>
          </w:tcPr>
          <w:p w14:paraId="43515EBA" w14:textId="77777777" w:rsidR="00173974" w:rsidRPr="00AE0941" w:rsidRDefault="007E0F88">
            <w:pPr>
              <w:spacing w:after="0"/>
              <w:jc w:val="center"/>
            </w:pPr>
            <w:r w:rsidRPr="00AE0941">
              <w:rPr>
                <w:sz w:val="16"/>
              </w:rPr>
              <w:t>€ ______</w:t>
            </w:r>
          </w:p>
        </w:tc>
      </w:tr>
      <w:tr w:rsidR="00173974" w:rsidRPr="00AE0941" w14:paraId="2A35CBE6" w14:textId="77777777">
        <w:trPr>
          <w:cantSplit/>
          <w:jc w:val="center"/>
        </w:trPr>
        <w:tc>
          <w:tcPr>
            <w:tcW w:w="2045" w:type="dxa"/>
            <w:tcMar>
              <w:top w:w="80" w:type="dxa"/>
              <w:left w:w="80" w:type="dxa"/>
              <w:bottom w:w="80" w:type="dxa"/>
              <w:right w:w="80" w:type="dxa"/>
            </w:tcMar>
            <w:vAlign w:val="center"/>
          </w:tcPr>
          <w:p w14:paraId="1A1A5792" w14:textId="77777777" w:rsidR="00173974" w:rsidRPr="00AE0941" w:rsidRDefault="007E0F88">
            <w:pPr>
              <w:spacing w:after="0"/>
              <w:jc w:val="center"/>
            </w:pPr>
            <w:r w:rsidRPr="00AE0941">
              <w:rPr>
                <w:sz w:val="16"/>
              </w:rPr>
              <w:t>B6</w:t>
            </w:r>
          </w:p>
        </w:tc>
        <w:tc>
          <w:tcPr>
            <w:tcW w:w="2045" w:type="dxa"/>
            <w:tcMar>
              <w:top w:w="80" w:type="dxa"/>
              <w:left w:w="80" w:type="dxa"/>
              <w:bottom w:w="80" w:type="dxa"/>
              <w:right w:w="80" w:type="dxa"/>
            </w:tcMar>
            <w:vAlign w:val="center"/>
          </w:tcPr>
          <w:p w14:paraId="29B3E126" w14:textId="77777777" w:rsidR="00173974" w:rsidRPr="00AE0941" w:rsidRDefault="007E0F88">
            <w:pPr>
              <w:spacing w:after="0"/>
            </w:pPr>
            <w:r w:rsidRPr="00AE0941">
              <w:rPr>
                <w:sz w:val="16"/>
              </w:rPr>
              <w:t>Transition from existing provider</w:t>
            </w:r>
          </w:p>
        </w:tc>
        <w:tc>
          <w:tcPr>
            <w:tcW w:w="2045" w:type="dxa"/>
            <w:tcMar>
              <w:top w:w="80" w:type="dxa"/>
              <w:left w:w="80" w:type="dxa"/>
              <w:bottom w:w="80" w:type="dxa"/>
              <w:right w:w="80" w:type="dxa"/>
            </w:tcMar>
            <w:vAlign w:val="center"/>
          </w:tcPr>
          <w:p w14:paraId="30334C7D" w14:textId="77777777" w:rsidR="00173974" w:rsidRPr="00AE0941" w:rsidRDefault="007E0F88">
            <w:pPr>
              <w:spacing w:after="0"/>
            </w:pPr>
            <w:r w:rsidRPr="00AE0941">
              <w:rPr>
                <w:sz w:val="16"/>
              </w:rPr>
              <w:t>One-off fixed charge in Year 1</w:t>
            </w:r>
          </w:p>
        </w:tc>
        <w:tc>
          <w:tcPr>
            <w:tcW w:w="2045" w:type="dxa"/>
            <w:tcMar>
              <w:top w:w="80" w:type="dxa"/>
              <w:left w:w="80" w:type="dxa"/>
              <w:bottom w:w="80" w:type="dxa"/>
              <w:right w:w="80" w:type="dxa"/>
            </w:tcMar>
            <w:vAlign w:val="center"/>
          </w:tcPr>
          <w:p w14:paraId="704C6EF3" w14:textId="77777777" w:rsidR="00173974" w:rsidRPr="00AE0941" w:rsidRDefault="007E0F88">
            <w:pPr>
              <w:spacing w:after="0"/>
              <w:jc w:val="center"/>
            </w:pPr>
            <w:r w:rsidRPr="00AE0941">
              <w:rPr>
                <w:sz w:val="16"/>
              </w:rPr>
              <w:t>€ ______</w:t>
            </w:r>
          </w:p>
        </w:tc>
        <w:tc>
          <w:tcPr>
            <w:tcW w:w="2045" w:type="dxa"/>
            <w:tcMar>
              <w:top w:w="80" w:type="dxa"/>
              <w:left w:w="80" w:type="dxa"/>
              <w:bottom w:w="80" w:type="dxa"/>
              <w:right w:w="80" w:type="dxa"/>
            </w:tcMar>
            <w:vAlign w:val="center"/>
          </w:tcPr>
          <w:p w14:paraId="66CF8ADD" w14:textId="77777777" w:rsidR="00173974" w:rsidRPr="00AE0941" w:rsidRDefault="007E0F88">
            <w:pPr>
              <w:spacing w:after="0"/>
              <w:jc w:val="center"/>
            </w:pPr>
            <w:r w:rsidRPr="00AE0941">
              <w:rPr>
                <w:sz w:val="16"/>
              </w:rPr>
              <w:t>€ ______</w:t>
            </w:r>
          </w:p>
        </w:tc>
      </w:tr>
      <w:tr w:rsidR="00173974" w:rsidRPr="00AE0941" w14:paraId="14EB0663" w14:textId="77777777">
        <w:trPr>
          <w:cantSplit/>
          <w:jc w:val="center"/>
        </w:trPr>
        <w:tc>
          <w:tcPr>
            <w:tcW w:w="2045" w:type="dxa"/>
            <w:tcMar>
              <w:top w:w="80" w:type="dxa"/>
              <w:left w:w="80" w:type="dxa"/>
              <w:bottom w:w="80" w:type="dxa"/>
              <w:right w:w="80" w:type="dxa"/>
            </w:tcMar>
            <w:vAlign w:val="center"/>
          </w:tcPr>
          <w:p w14:paraId="7E3EBCA3" w14:textId="77777777" w:rsidR="00173974" w:rsidRPr="00AE0941" w:rsidRDefault="007E0F88">
            <w:pPr>
              <w:spacing w:after="0"/>
              <w:jc w:val="center"/>
            </w:pPr>
            <w:r w:rsidRPr="00AE0941">
              <w:rPr>
                <w:sz w:val="16"/>
              </w:rPr>
              <w:t>B7</w:t>
            </w:r>
          </w:p>
        </w:tc>
        <w:tc>
          <w:tcPr>
            <w:tcW w:w="2045" w:type="dxa"/>
            <w:tcMar>
              <w:top w:w="80" w:type="dxa"/>
              <w:left w:w="80" w:type="dxa"/>
              <w:bottom w:w="80" w:type="dxa"/>
              <w:right w:w="80" w:type="dxa"/>
            </w:tcMar>
            <w:vAlign w:val="center"/>
          </w:tcPr>
          <w:p w14:paraId="57F649EF" w14:textId="77777777" w:rsidR="00173974" w:rsidRPr="00AE0941" w:rsidRDefault="007E0F88">
            <w:pPr>
              <w:spacing w:after="0"/>
            </w:pPr>
            <w:r w:rsidRPr="00AE0941">
              <w:rPr>
                <w:sz w:val="16"/>
              </w:rPr>
              <w:t>Contract exit and handover</w:t>
            </w:r>
          </w:p>
        </w:tc>
        <w:tc>
          <w:tcPr>
            <w:tcW w:w="2045" w:type="dxa"/>
            <w:tcMar>
              <w:top w:w="80" w:type="dxa"/>
              <w:left w:w="80" w:type="dxa"/>
              <w:bottom w:w="80" w:type="dxa"/>
              <w:right w:w="80" w:type="dxa"/>
            </w:tcMar>
            <w:vAlign w:val="center"/>
          </w:tcPr>
          <w:p w14:paraId="7449B9B4" w14:textId="77777777" w:rsidR="00173974" w:rsidRPr="00AE0941" w:rsidRDefault="007E0F88">
            <w:pPr>
              <w:spacing w:after="0"/>
            </w:pPr>
            <w:r w:rsidRPr="00AE0941">
              <w:rPr>
                <w:sz w:val="16"/>
              </w:rPr>
              <w:t>One-off fixed evaluated charge</w:t>
            </w:r>
          </w:p>
        </w:tc>
        <w:tc>
          <w:tcPr>
            <w:tcW w:w="2045" w:type="dxa"/>
            <w:tcMar>
              <w:top w:w="80" w:type="dxa"/>
              <w:left w:w="80" w:type="dxa"/>
              <w:bottom w:w="80" w:type="dxa"/>
              <w:right w:w="80" w:type="dxa"/>
            </w:tcMar>
            <w:vAlign w:val="center"/>
          </w:tcPr>
          <w:p w14:paraId="55E5A86D" w14:textId="77777777" w:rsidR="00173974" w:rsidRPr="00AE0941" w:rsidRDefault="007E0F88">
            <w:pPr>
              <w:spacing w:after="0"/>
              <w:jc w:val="center"/>
            </w:pPr>
            <w:r w:rsidRPr="00AE0941">
              <w:rPr>
                <w:sz w:val="16"/>
              </w:rPr>
              <w:t>€ ______</w:t>
            </w:r>
          </w:p>
        </w:tc>
        <w:tc>
          <w:tcPr>
            <w:tcW w:w="2045" w:type="dxa"/>
            <w:tcMar>
              <w:top w:w="80" w:type="dxa"/>
              <w:left w:w="80" w:type="dxa"/>
              <w:bottom w:w="80" w:type="dxa"/>
              <w:right w:w="80" w:type="dxa"/>
            </w:tcMar>
            <w:vAlign w:val="center"/>
          </w:tcPr>
          <w:p w14:paraId="2F8A36AC" w14:textId="77777777" w:rsidR="00173974" w:rsidRPr="00AE0941" w:rsidRDefault="007E0F88">
            <w:pPr>
              <w:spacing w:after="0"/>
              <w:jc w:val="center"/>
            </w:pPr>
            <w:r w:rsidRPr="00AE0941">
              <w:rPr>
                <w:sz w:val="16"/>
              </w:rPr>
              <w:t>€ ______</w:t>
            </w:r>
          </w:p>
        </w:tc>
      </w:tr>
      <w:tr w:rsidR="00173974" w:rsidRPr="00AE0941" w14:paraId="4BCED382" w14:textId="77777777">
        <w:trPr>
          <w:cantSplit/>
          <w:jc w:val="center"/>
        </w:trPr>
        <w:tc>
          <w:tcPr>
            <w:tcW w:w="2045" w:type="dxa"/>
            <w:tcMar>
              <w:top w:w="80" w:type="dxa"/>
              <w:left w:w="80" w:type="dxa"/>
              <w:bottom w:w="80" w:type="dxa"/>
              <w:right w:w="80" w:type="dxa"/>
            </w:tcMar>
            <w:vAlign w:val="center"/>
          </w:tcPr>
          <w:p w14:paraId="315A01A5" w14:textId="77777777" w:rsidR="00173974" w:rsidRPr="00AE0941" w:rsidRDefault="007E0F88">
            <w:pPr>
              <w:spacing w:after="0"/>
              <w:jc w:val="center"/>
            </w:pPr>
            <w:r w:rsidRPr="00AE0941">
              <w:rPr>
                <w:sz w:val="16"/>
              </w:rPr>
              <w:t>B8</w:t>
            </w:r>
          </w:p>
        </w:tc>
        <w:tc>
          <w:tcPr>
            <w:tcW w:w="2045" w:type="dxa"/>
            <w:tcMar>
              <w:top w:w="80" w:type="dxa"/>
              <w:left w:w="80" w:type="dxa"/>
              <w:bottom w:w="80" w:type="dxa"/>
              <w:right w:w="80" w:type="dxa"/>
            </w:tcMar>
            <w:vAlign w:val="center"/>
          </w:tcPr>
          <w:p w14:paraId="60C759B8" w14:textId="77777777" w:rsidR="00173974" w:rsidRPr="00AE0941" w:rsidRDefault="007E0F88">
            <w:pPr>
              <w:spacing w:after="0"/>
            </w:pPr>
            <w:r w:rsidRPr="00AE0941">
              <w:rPr>
                <w:sz w:val="16"/>
              </w:rPr>
              <w:t>Other mandatory charge</w:t>
            </w:r>
          </w:p>
        </w:tc>
        <w:tc>
          <w:tcPr>
            <w:tcW w:w="2045" w:type="dxa"/>
            <w:tcMar>
              <w:top w:w="80" w:type="dxa"/>
              <w:left w:w="80" w:type="dxa"/>
              <w:bottom w:w="80" w:type="dxa"/>
              <w:right w:w="80" w:type="dxa"/>
            </w:tcMar>
            <w:vAlign w:val="center"/>
          </w:tcPr>
          <w:p w14:paraId="2E662A3C" w14:textId="77777777" w:rsidR="00173974" w:rsidRPr="00AE0941" w:rsidRDefault="007E0F88">
            <w:pPr>
              <w:spacing w:after="0"/>
            </w:pPr>
            <w:r w:rsidRPr="00AE0941">
              <w:rPr>
                <w:sz w:val="16"/>
              </w:rPr>
              <w:t>Provide details</w:t>
            </w:r>
          </w:p>
        </w:tc>
        <w:tc>
          <w:tcPr>
            <w:tcW w:w="2045" w:type="dxa"/>
            <w:tcMar>
              <w:top w:w="80" w:type="dxa"/>
              <w:left w:w="80" w:type="dxa"/>
              <w:bottom w:w="80" w:type="dxa"/>
              <w:right w:w="80" w:type="dxa"/>
            </w:tcMar>
            <w:vAlign w:val="center"/>
          </w:tcPr>
          <w:p w14:paraId="668DC20F" w14:textId="77777777" w:rsidR="00173974" w:rsidRPr="00AE0941" w:rsidRDefault="007E0F88">
            <w:pPr>
              <w:spacing w:after="0"/>
              <w:jc w:val="center"/>
            </w:pPr>
            <w:r w:rsidRPr="00AE0941">
              <w:rPr>
                <w:sz w:val="16"/>
              </w:rPr>
              <w:t>€ ______</w:t>
            </w:r>
          </w:p>
        </w:tc>
        <w:tc>
          <w:tcPr>
            <w:tcW w:w="2045" w:type="dxa"/>
            <w:tcMar>
              <w:top w:w="80" w:type="dxa"/>
              <w:left w:w="80" w:type="dxa"/>
              <w:bottom w:w="80" w:type="dxa"/>
              <w:right w:w="80" w:type="dxa"/>
            </w:tcMar>
            <w:vAlign w:val="center"/>
          </w:tcPr>
          <w:p w14:paraId="6D31F5AF" w14:textId="77777777" w:rsidR="00173974" w:rsidRPr="00AE0941" w:rsidRDefault="007E0F88">
            <w:pPr>
              <w:spacing w:after="0"/>
              <w:jc w:val="center"/>
            </w:pPr>
            <w:r w:rsidRPr="00AE0941">
              <w:rPr>
                <w:sz w:val="16"/>
              </w:rPr>
              <w:t>€ ______</w:t>
            </w:r>
          </w:p>
        </w:tc>
      </w:tr>
      <w:tr w:rsidR="00173974" w:rsidRPr="00AE0941" w14:paraId="5B2A3114" w14:textId="77777777">
        <w:trPr>
          <w:cantSplit/>
          <w:jc w:val="center"/>
        </w:trPr>
        <w:tc>
          <w:tcPr>
            <w:tcW w:w="2045" w:type="dxa"/>
            <w:shd w:val="clear" w:color="auto" w:fill="D9EAF7"/>
            <w:tcMar>
              <w:top w:w="80" w:type="dxa"/>
              <w:left w:w="80" w:type="dxa"/>
              <w:bottom w:w="80" w:type="dxa"/>
              <w:right w:w="80" w:type="dxa"/>
            </w:tcMar>
            <w:vAlign w:val="center"/>
          </w:tcPr>
          <w:p w14:paraId="4B99056E" w14:textId="77777777" w:rsidR="00173974" w:rsidRPr="00AE0941" w:rsidRDefault="00173974">
            <w:pPr>
              <w:spacing w:after="0"/>
              <w:jc w:val="center"/>
            </w:pPr>
          </w:p>
        </w:tc>
        <w:tc>
          <w:tcPr>
            <w:tcW w:w="2045" w:type="dxa"/>
            <w:shd w:val="clear" w:color="auto" w:fill="D9EAF7"/>
            <w:tcMar>
              <w:top w:w="80" w:type="dxa"/>
              <w:left w:w="80" w:type="dxa"/>
              <w:bottom w:w="80" w:type="dxa"/>
              <w:right w:w="80" w:type="dxa"/>
            </w:tcMar>
            <w:vAlign w:val="center"/>
          </w:tcPr>
          <w:p w14:paraId="596C654B" w14:textId="77777777" w:rsidR="00173974" w:rsidRPr="00AE0941" w:rsidRDefault="007E0F88">
            <w:pPr>
              <w:spacing w:after="0"/>
            </w:pPr>
            <w:r w:rsidRPr="00AE0941">
              <w:rPr>
                <w:b/>
                <w:sz w:val="16"/>
              </w:rPr>
              <w:t>TOTAL</w:t>
            </w:r>
          </w:p>
        </w:tc>
        <w:tc>
          <w:tcPr>
            <w:tcW w:w="2045" w:type="dxa"/>
            <w:shd w:val="clear" w:color="auto" w:fill="D9EAF7"/>
            <w:tcMar>
              <w:top w:w="80" w:type="dxa"/>
              <w:left w:w="80" w:type="dxa"/>
              <w:bottom w:w="80" w:type="dxa"/>
              <w:right w:w="80" w:type="dxa"/>
            </w:tcMar>
            <w:vAlign w:val="center"/>
          </w:tcPr>
          <w:p w14:paraId="1299C43A" w14:textId="77777777" w:rsidR="00173974" w:rsidRPr="00AE0941" w:rsidRDefault="00173974">
            <w:pPr>
              <w:spacing w:after="0"/>
            </w:pPr>
          </w:p>
        </w:tc>
        <w:tc>
          <w:tcPr>
            <w:tcW w:w="2045" w:type="dxa"/>
            <w:shd w:val="clear" w:color="auto" w:fill="D9EAF7"/>
            <w:tcMar>
              <w:top w:w="80" w:type="dxa"/>
              <w:left w:w="80" w:type="dxa"/>
              <w:bottom w:w="80" w:type="dxa"/>
              <w:right w:w="80" w:type="dxa"/>
            </w:tcMar>
            <w:vAlign w:val="center"/>
          </w:tcPr>
          <w:p w14:paraId="329531D2" w14:textId="77777777" w:rsidR="00173974" w:rsidRPr="00AE0941" w:rsidRDefault="007E0F88">
            <w:pPr>
              <w:spacing w:after="0"/>
              <w:jc w:val="center"/>
            </w:pPr>
            <w:r w:rsidRPr="00AE0941">
              <w:rPr>
                <w:b/>
                <w:sz w:val="16"/>
              </w:rPr>
              <w:t>€ ______</w:t>
            </w:r>
          </w:p>
        </w:tc>
        <w:tc>
          <w:tcPr>
            <w:tcW w:w="2045" w:type="dxa"/>
            <w:shd w:val="clear" w:color="auto" w:fill="D9EAF7"/>
            <w:tcMar>
              <w:top w:w="80" w:type="dxa"/>
              <w:left w:w="80" w:type="dxa"/>
              <w:bottom w:w="80" w:type="dxa"/>
              <w:right w:w="80" w:type="dxa"/>
            </w:tcMar>
            <w:vAlign w:val="center"/>
          </w:tcPr>
          <w:p w14:paraId="5A477E74" w14:textId="77777777" w:rsidR="00173974" w:rsidRPr="00AE0941" w:rsidRDefault="007E0F88">
            <w:pPr>
              <w:spacing w:after="0"/>
              <w:jc w:val="center"/>
            </w:pPr>
            <w:r w:rsidRPr="00AE0941">
              <w:rPr>
                <w:b/>
                <w:sz w:val="16"/>
              </w:rPr>
              <w:t>€ ______</w:t>
            </w:r>
          </w:p>
        </w:tc>
      </w:tr>
    </w:tbl>
    <w:p w14:paraId="4DDBEF00" w14:textId="77777777" w:rsidR="00173974" w:rsidRPr="00AE0941" w:rsidRDefault="00173974">
      <w:pPr>
        <w:spacing w:after="20"/>
      </w:pPr>
    </w:p>
    <w:p w14:paraId="75B1D266" w14:textId="77777777" w:rsidR="00173974" w:rsidRPr="00AE0941" w:rsidRDefault="007E0F88">
      <w:pPr>
        <w:pStyle w:val="Heading2"/>
        <w:rPr>
          <w:rFonts w:ascii="Aptos" w:hAnsi="Aptos"/>
        </w:rPr>
      </w:pPr>
      <w:r w:rsidRPr="00AE0941">
        <w:rPr>
          <w:rFonts w:ascii="Aptos" w:hAnsi="Aptos"/>
        </w:rPr>
        <w:t>C. Ad Hoc Rates and Evaluation Quantities</w:t>
      </w:r>
    </w:p>
    <w:p w14:paraId="1B032DC8" w14:textId="77777777" w:rsidR="00173974" w:rsidRPr="00AE0941" w:rsidRDefault="007E0F88">
      <w:r w:rsidRPr="00AE0941">
        <w:t>The quantities below are notional and are used only to compare Tenders. They do not represent a commitment by LTT to purchase any minimum volume.</w:t>
      </w:r>
    </w:p>
    <w:tbl>
      <w:tblPr>
        <w:tblStyle w:val="TableGrid"/>
        <w:tblW w:w="0" w:type="auto"/>
        <w:jc w:val="center"/>
        <w:tblLook w:val="04A0" w:firstRow="1" w:lastRow="0" w:firstColumn="1" w:lastColumn="0" w:noHBand="0" w:noVBand="1"/>
      </w:tblPr>
      <w:tblGrid>
        <w:gridCol w:w="1704"/>
        <w:gridCol w:w="1704"/>
        <w:gridCol w:w="1704"/>
        <w:gridCol w:w="1704"/>
        <w:gridCol w:w="1704"/>
        <w:gridCol w:w="1704"/>
      </w:tblGrid>
      <w:tr w:rsidR="00173974" w:rsidRPr="00AE0941" w14:paraId="0650C741" w14:textId="77777777" w:rsidTr="2D4FE959">
        <w:trPr>
          <w:tblHeader/>
          <w:jc w:val="center"/>
        </w:trPr>
        <w:tc>
          <w:tcPr>
            <w:tcW w:w="1704" w:type="dxa"/>
            <w:shd w:val="clear" w:color="auto" w:fill="1F4E78"/>
            <w:tcMar>
              <w:top w:w="80" w:type="dxa"/>
              <w:left w:w="80" w:type="dxa"/>
              <w:bottom w:w="80" w:type="dxa"/>
              <w:right w:w="80" w:type="dxa"/>
            </w:tcMar>
            <w:vAlign w:val="center"/>
          </w:tcPr>
          <w:p w14:paraId="0E789079" w14:textId="77777777" w:rsidR="00173974" w:rsidRPr="00AE0941" w:rsidRDefault="007E0F88">
            <w:pPr>
              <w:spacing w:after="0"/>
              <w:jc w:val="center"/>
            </w:pPr>
            <w:r w:rsidRPr="00AE0941">
              <w:rPr>
                <w:b/>
                <w:color w:val="FFFFFF"/>
                <w:sz w:val="17"/>
              </w:rPr>
              <w:t>Item</w:t>
            </w:r>
          </w:p>
        </w:tc>
        <w:tc>
          <w:tcPr>
            <w:tcW w:w="1704" w:type="dxa"/>
            <w:shd w:val="clear" w:color="auto" w:fill="1F4E78"/>
            <w:tcMar>
              <w:top w:w="80" w:type="dxa"/>
              <w:left w:w="80" w:type="dxa"/>
              <w:bottom w:w="80" w:type="dxa"/>
              <w:right w:w="80" w:type="dxa"/>
            </w:tcMar>
            <w:vAlign w:val="center"/>
          </w:tcPr>
          <w:p w14:paraId="08D49549" w14:textId="77777777" w:rsidR="00173974" w:rsidRPr="00AE0941" w:rsidRDefault="007E0F88">
            <w:pPr>
              <w:spacing w:after="0"/>
              <w:jc w:val="center"/>
            </w:pPr>
            <w:r w:rsidRPr="00AE0941">
              <w:rPr>
                <w:b/>
                <w:color w:val="FFFFFF"/>
                <w:sz w:val="17"/>
              </w:rPr>
              <w:t>Service</w:t>
            </w:r>
          </w:p>
        </w:tc>
        <w:tc>
          <w:tcPr>
            <w:tcW w:w="1704" w:type="dxa"/>
            <w:shd w:val="clear" w:color="auto" w:fill="1F4E78"/>
            <w:tcMar>
              <w:top w:w="80" w:type="dxa"/>
              <w:left w:w="80" w:type="dxa"/>
              <w:bottom w:w="80" w:type="dxa"/>
              <w:right w:w="80" w:type="dxa"/>
            </w:tcMar>
            <w:vAlign w:val="center"/>
          </w:tcPr>
          <w:p w14:paraId="1A48FC5C" w14:textId="77777777" w:rsidR="00173974" w:rsidRPr="00AE0941" w:rsidRDefault="007E0F88">
            <w:pPr>
              <w:spacing w:after="0"/>
              <w:jc w:val="center"/>
            </w:pPr>
            <w:r w:rsidRPr="00AE0941">
              <w:rPr>
                <w:b/>
                <w:color w:val="FFFFFF"/>
                <w:sz w:val="17"/>
              </w:rPr>
              <w:t>Rate basis</w:t>
            </w:r>
          </w:p>
        </w:tc>
        <w:tc>
          <w:tcPr>
            <w:tcW w:w="1704" w:type="dxa"/>
            <w:shd w:val="clear" w:color="auto" w:fill="1F4E78"/>
            <w:tcMar>
              <w:top w:w="80" w:type="dxa"/>
              <w:left w:w="80" w:type="dxa"/>
              <w:bottom w:w="80" w:type="dxa"/>
              <w:right w:w="80" w:type="dxa"/>
            </w:tcMar>
            <w:vAlign w:val="center"/>
          </w:tcPr>
          <w:p w14:paraId="0CA505DD" w14:textId="77777777" w:rsidR="00173974" w:rsidRPr="00AE0941" w:rsidRDefault="007E0F88">
            <w:pPr>
              <w:spacing w:after="0"/>
              <w:jc w:val="center"/>
            </w:pPr>
            <w:r w:rsidRPr="00AE0941">
              <w:rPr>
                <w:b/>
                <w:color w:val="FFFFFF"/>
                <w:sz w:val="17"/>
              </w:rPr>
              <w:t>Tendered rate excl. VAT</w:t>
            </w:r>
          </w:p>
        </w:tc>
        <w:tc>
          <w:tcPr>
            <w:tcW w:w="1704" w:type="dxa"/>
            <w:shd w:val="clear" w:color="auto" w:fill="1F4E78"/>
            <w:tcMar>
              <w:top w:w="80" w:type="dxa"/>
              <w:left w:w="80" w:type="dxa"/>
              <w:bottom w:w="80" w:type="dxa"/>
              <w:right w:w="80" w:type="dxa"/>
            </w:tcMar>
            <w:vAlign w:val="center"/>
          </w:tcPr>
          <w:p w14:paraId="4AF4D4CE" w14:textId="77777777" w:rsidR="00173974" w:rsidRPr="00AE0941" w:rsidRDefault="007E0F88">
            <w:pPr>
              <w:spacing w:after="0"/>
              <w:jc w:val="center"/>
            </w:pPr>
            <w:r w:rsidRPr="00AE0941">
              <w:rPr>
                <w:b/>
                <w:color w:val="FFFFFF"/>
                <w:sz w:val="17"/>
              </w:rPr>
              <w:t>Notional quantity per year</w:t>
            </w:r>
          </w:p>
        </w:tc>
        <w:tc>
          <w:tcPr>
            <w:tcW w:w="1704" w:type="dxa"/>
            <w:shd w:val="clear" w:color="auto" w:fill="1F4E78"/>
            <w:tcMar>
              <w:top w:w="80" w:type="dxa"/>
              <w:left w:w="80" w:type="dxa"/>
              <w:bottom w:w="80" w:type="dxa"/>
              <w:right w:w="80" w:type="dxa"/>
            </w:tcMar>
            <w:vAlign w:val="center"/>
          </w:tcPr>
          <w:p w14:paraId="54B28A47" w14:textId="77777777" w:rsidR="00173974" w:rsidRPr="00AE0941" w:rsidRDefault="007E0F88">
            <w:pPr>
              <w:spacing w:after="0"/>
              <w:jc w:val="center"/>
            </w:pPr>
            <w:r w:rsidRPr="00AE0941">
              <w:rPr>
                <w:b/>
                <w:color w:val="FFFFFF"/>
                <w:sz w:val="17"/>
              </w:rPr>
              <w:t>Five-year evaluated cost excl. VAT</w:t>
            </w:r>
          </w:p>
        </w:tc>
      </w:tr>
      <w:tr w:rsidR="00173974" w:rsidRPr="00AE0941" w14:paraId="1A3B17AC" w14:textId="77777777" w:rsidTr="2D4FE959">
        <w:trPr>
          <w:cantSplit/>
          <w:jc w:val="center"/>
        </w:trPr>
        <w:tc>
          <w:tcPr>
            <w:tcW w:w="1704" w:type="dxa"/>
            <w:tcMar>
              <w:top w:w="80" w:type="dxa"/>
              <w:left w:w="80" w:type="dxa"/>
              <w:bottom w:w="80" w:type="dxa"/>
              <w:right w:w="80" w:type="dxa"/>
            </w:tcMar>
            <w:vAlign w:val="center"/>
          </w:tcPr>
          <w:p w14:paraId="6780E770" w14:textId="77777777" w:rsidR="00173974" w:rsidRPr="00AE0941" w:rsidRDefault="007E0F88">
            <w:pPr>
              <w:spacing w:after="0"/>
              <w:jc w:val="center"/>
            </w:pPr>
            <w:r w:rsidRPr="00AE0941">
              <w:rPr>
                <w:sz w:val="16"/>
              </w:rPr>
              <w:t>C1</w:t>
            </w:r>
          </w:p>
        </w:tc>
        <w:tc>
          <w:tcPr>
            <w:tcW w:w="1704" w:type="dxa"/>
            <w:tcMar>
              <w:top w:w="80" w:type="dxa"/>
              <w:left w:w="80" w:type="dxa"/>
              <w:bottom w:w="80" w:type="dxa"/>
              <w:right w:w="80" w:type="dxa"/>
            </w:tcMar>
            <w:vAlign w:val="center"/>
          </w:tcPr>
          <w:p w14:paraId="19EA1DD3" w14:textId="77777777" w:rsidR="00173974" w:rsidRPr="00AE0941" w:rsidRDefault="007E0F88">
            <w:pPr>
              <w:spacing w:after="0"/>
            </w:pPr>
            <w:r w:rsidRPr="00AE0941">
              <w:rPr>
                <w:sz w:val="16"/>
              </w:rPr>
              <w:t>Additional remote support</w:t>
            </w:r>
          </w:p>
        </w:tc>
        <w:tc>
          <w:tcPr>
            <w:tcW w:w="1704" w:type="dxa"/>
            <w:tcMar>
              <w:top w:w="80" w:type="dxa"/>
              <w:left w:w="80" w:type="dxa"/>
              <w:bottom w:w="80" w:type="dxa"/>
              <w:right w:w="80" w:type="dxa"/>
            </w:tcMar>
            <w:vAlign w:val="center"/>
          </w:tcPr>
          <w:p w14:paraId="36ADA17F" w14:textId="77777777" w:rsidR="00173974" w:rsidRPr="00AE0941" w:rsidRDefault="007E0F88">
            <w:pPr>
              <w:spacing w:after="0"/>
            </w:pPr>
            <w:r w:rsidRPr="00AE0941">
              <w:rPr>
                <w:sz w:val="16"/>
              </w:rPr>
              <w:t>Hourly</w:t>
            </w:r>
          </w:p>
        </w:tc>
        <w:tc>
          <w:tcPr>
            <w:tcW w:w="1704" w:type="dxa"/>
            <w:tcMar>
              <w:top w:w="80" w:type="dxa"/>
              <w:left w:w="80" w:type="dxa"/>
              <w:bottom w:w="80" w:type="dxa"/>
              <w:right w:w="80" w:type="dxa"/>
            </w:tcMar>
            <w:vAlign w:val="center"/>
          </w:tcPr>
          <w:p w14:paraId="5F1E21D3" w14:textId="77777777" w:rsidR="00173974" w:rsidRPr="00AE0941" w:rsidRDefault="007E0F88">
            <w:pPr>
              <w:spacing w:after="0"/>
            </w:pPr>
            <w:r w:rsidRPr="00AE0941">
              <w:rPr>
                <w:sz w:val="16"/>
              </w:rPr>
              <w:t>€ ______</w:t>
            </w:r>
          </w:p>
        </w:tc>
        <w:tc>
          <w:tcPr>
            <w:tcW w:w="1704" w:type="dxa"/>
            <w:tcMar>
              <w:top w:w="80" w:type="dxa"/>
              <w:left w:w="80" w:type="dxa"/>
              <w:bottom w:w="80" w:type="dxa"/>
              <w:right w:w="80" w:type="dxa"/>
            </w:tcMar>
            <w:vAlign w:val="center"/>
          </w:tcPr>
          <w:p w14:paraId="4DB4F54C" w14:textId="77777777" w:rsidR="00173974" w:rsidRPr="00AE0941" w:rsidRDefault="007E0F88">
            <w:pPr>
              <w:spacing w:after="0"/>
              <w:jc w:val="center"/>
            </w:pPr>
            <w:r w:rsidRPr="00AE0941">
              <w:rPr>
                <w:sz w:val="16"/>
              </w:rPr>
              <w:t>20 hours</w:t>
            </w:r>
          </w:p>
        </w:tc>
        <w:tc>
          <w:tcPr>
            <w:tcW w:w="1704" w:type="dxa"/>
            <w:tcMar>
              <w:top w:w="80" w:type="dxa"/>
              <w:left w:w="80" w:type="dxa"/>
              <w:bottom w:w="80" w:type="dxa"/>
              <w:right w:w="80" w:type="dxa"/>
            </w:tcMar>
            <w:vAlign w:val="center"/>
          </w:tcPr>
          <w:p w14:paraId="54B8BC01" w14:textId="77777777" w:rsidR="00173974" w:rsidRPr="00AE0941" w:rsidRDefault="007E0F88">
            <w:pPr>
              <w:spacing w:after="0"/>
              <w:jc w:val="center"/>
            </w:pPr>
            <w:r w:rsidRPr="00AE0941">
              <w:rPr>
                <w:sz w:val="16"/>
              </w:rPr>
              <w:t>€ ______</w:t>
            </w:r>
          </w:p>
        </w:tc>
      </w:tr>
      <w:tr w:rsidR="00173974" w:rsidRPr="00AE0941" w14:paraId="757712FD" w14:textId="77777777" w:rsidTr="2D4FE959">
        <w:trPr>
          <w:cantSplit/>
          <w:jc w:val="center"/>
        </w:trPr>
        <w:tc>
          <w:tcPr>
            <w:tcW w:w="1704" w:type="dxa"/>
            <w:tcMar>
              <w:top w:w="80" w:type="dxa"/>
              <w:left w:w="80" w:type="dxa"/>
              <w:bottom w:w="80" w:type="dxa"/>
              <w:right w:w="80" w:type="dxa"/>
            </w:tcMar>
            <w:vAlign w:val="center"/>
          </w:tcPr>
          <w:p w14:paraId="550CF7E8" w14:textId="77777777" w:rsidR="00173974" w:rsidRPr="00AE0941" w:rsidRDefault="007E0F88">
            <w:pPr>
              <w:spacing w:after="0"/>
              <w:jc w:val="center"/>
            </w:pPr>
            <w:r w:rsidRPr="00AE0941">
              <w:rPr>
                <w:sz w:val="16"/>
              </w:rPr>
              <w:t>C2</w:t>
            </w:r>
          </w:p>
        </w:tc>
        <w:tc>
          <w:tcPr>
            <w:tcW w:w="1704" w:type="dxa"/>
            <w:tcMar>
              <w:top w:w="80" w:type="dxa"/>
              <w:left w:w="80" w:type="dxa"/>
              <w:bottom w:w="80" w:type="dxa"/>
              <w:right w:w="80" w:type="dxa"/>
            </w:tcMar>
            <w:vAlign w:val="center"/>
          </w:tcPr>
          <w:p w14:paraId="2EC01EE5" w14:textId="77777777" w:rsidR="00173974" w:rsidRPr="00AE0941" w:rsidRDefault="007E0F88">
            <w:pPr>
              <w:spacing w:after="0"/>
            </w:pPr>
            <w:r w:rsidRPr="00AE0941">
              <w:rPr>
                <w:sz w:val="16"/>
              </w:rPr>
              <w:t>On-site engineer support</w:t>
            </w:r>
          </w:p>
        </w:tc>
        <w:tc>
          <w:tcPr>
            <w:tcW w:w="1704" w:type="dxa"/>
            <w:tcMar>
              <w:top w:w="80" w:type="dxa"/>
              <w:left w:w="80" w:type="dxa"/>
              <w:bottom w:w="80" w:type="dxa"/>
              <w:right w:w="80" w:type="dxa"/>
            </w:tcMar>
            <w:vAlign w:val="center"/>
          </w:tcPr>
          <w:p w14:paraId="095F73A4" w14:textId="77777777" w:rsidR="00173974" w:rsidRPr="00AE0941" w:rsidRDefault="007E0F88">
            <w:pPr>
              <w:spacing w:after="0"/>
            </w:pPr>
            <w:r w:rsidRPr="00AE0941">
              <w:rPr>
                <w:sz w:val="16"/>
              </w:rPr>
              <w:t>One-hour rate incl. travel/expenses</w:t>
            </w:r>
          </w:p>
        </w:tc>
        <w:tc>
          <w:tcPr>
            <w:tcW w:w="1704" w:type="dxa"/>
            <w:tcMar>
              <w:top w:w="80" w:type="dxa"/>
              <w:left w:w="80" w:type="dxa"/>
              <w:bottom w:w="80" w:type="dxa"/>
              <w:right w:w="80" w:type="dxa"/>
            </w:tcMar>
            <w:vAlign w:val="center"/>
          </w:tcPr>
          <w:p w14:paraId="16422A77" w14:textId="77777777" w:rsidR="00173974" w:rsidRPr="00AE0941" w:rsidRDefault="007E0F88">
            <w:pPr>
              <w:spacing w:after="0"/>
            </w:pPr>
            <w:r w:rsidRPr="00AE0941">
              <w:rPr>
                <w:sz w:val="16"/>
              </w:rPr>
              <w:t>€ ______</w:t>
            </w:r>
          </w:p>
        </w:tc>
        <w:tc>
          <w:tcPr>
            <w:tcW w:w="1704" w:type="dxa"/>
            <w:tcMar>
              <w:top w:w="80" w:type="dxa"/>
              <w:left w:w="80" w:type="dxa"/>
              <w:bottom w:w="80" w:type="dxa"/>
              <w:right w:w="80" w:type="dxa"/>
            </w:tcMar>
            <w:vAlign w:val="center"/>
          </w:tcPr>
          <w:p w14:paraId="13ABA99C" w14:textId="79017AA5" w:rsidR="00173974" w:rsidRPr="00AE0941" w:rsidRDefault="4B687E97">
            <w:pPr>
              <w:spacing w:after="0"/>
              <w:jc w:val="center"/>
            </w:pPr>
            <w:r w:rsidRPr="00AE0941">
              <w:rPr>
                <w:sz w:val="16"/>
                <w:szCs w:val="16"/>
              </w:rPr>
              <w:t>4</w:t>
            </w:r>
            <w:r w:rsidR="5771A9BE" w:rsidRPr="00AE0941">
              <w:rPr>
                <w:sz w:val="16"/>
                <w:szCs w:val="16"/>
              </w:rPr>
              <w:t xml:space="preserve"> visits</w:t>
            </w:r>
          </w:p>
        </w:tc>
        <w:tc>
          <w:tcPr>
            <w:tcW w:w="1704" w:type="dxa"/>
            <w:tcMar>
              <w:top w:w="80" w:type="dxa"/>
              <w:left w:w="80" w:type="dxa"/>
              <w:bottom w:w="80" w:type="dxa"/>
              <w:right w:w="80" w:type="dxa"/>
            </w:tcMar>
            <w:vAlign w:val="center"/>
          </w:tcPr>
          <w:p w14:paraId="5A74F8E7" w14:textId="77777777" w:rsidR="00173974" w:rsidRPr="00AE0941" w:rsidRDefault="007E0F88">
            <w:pPr>
              <w:spacing w:after="0"/>
              <w:jc w:val="center"/>
            </w:pPr>
            <w:r w:rsidRPr="00AE0941">
              <w:rPr>
                <w:sz w:val="16"/>
              </w:rPr>
              <w:t>€ ______</w:t>
            </w:r>
          </w:p>
        </w:tc>
      </w:tr>
      <w:tr w:rsidR="00173974" w:rsidRPr="00AE0941" w14:paraId="34967411" w14:textId="77777777" w:rsidTr="2D4FE959">
        <w:trPr>
          <w:cantSplit/>
          <w:jc w:val="center"/>
        </w:trPr>
        <w:tc>
          <w:tcPr>
            <w:tcW w:w="1704" w:type="dxa"/>
            <w:tcMar>
              <w:top w:w="80" w:type="dxa"/>
              <w:left w:w="80" w:type="dxa"/>
              <w:bottom w:w="80" w:type="dxa"/>
              <w:right w:w="80" w:type="dxa"/>
            </w:tcMar>
            <w:vAlign w:val="center"/>
          </w:tcPr>
          <w:p w14:paraId="53C0B3C4" w14:textId="77777777" w:rsidR="00173974" w:rsidRPr="00AE0941" w:rsidRDefault="007E0F88">
            <w:pPr>
              <w:spacing w:after="0"/>
              <w:jc w:val="center"/>
            </w:pPr>
            <w:r w:rsidRPr="00AE0941">
              <w:rPr>
                <w:sz w:val="16"/>
              </w:rPr>
              <w:t>C3</w:t>
            </w:r>
          </w:p>
        </w:tc>
        <w:tc>
          <w:tcPr>
            <w:tcW w:w="1704" w:type="dxa"/>
            <w:tcMar>
              <w:top w:w="80" w:type="dxa"/>
              <w:left w:w="80" w:type="dxa"/>
              <w:bottom w:w="80" w:type="dxa"/>
              <w:right w:w="80" w:type="dxa"/>
            </w:tcMar>
            <w:vAlign w:val="center"/>
          </w:tcPr>
          <w:p w14:paraId="11FE7F58" w14:textId="77777777" w:rsidR="00173974" w:rsidRPr="00AE0941" w:rsidRDefault="007E0F88">
            <w:pPr>
              <w:spacing w:after="0"/>
            </w:pPr>
            <w:r w:rsidRPr="00AE0941">
              <w:rPr>
                <w:sz w:val="16"/>
              </w:rPr>
              <w:t>On-site engineer support</w:t>
            </w:r>
          </w:p>
        </w:tc>
        <w:tc>
          <w:tcPr>
            <w:tcW w:w="1704" w:type="dxa"/>
            <w:tcMar>
              <w:top w:w="80" w:type="dxa"/>
              <w:left w:w="80" w:type="dxa"/>
              <w:bottom w:w="80" w:type="dxa"/>
              <w:right w:w="80" w:type="dxa"/>
            </w:tcMar>
            <w:vAlign w:val="center"/>
          </w:tcPr>
          <w:p w14:paraId="584ADA67" w14:textId="77777777" w:rsidR="00173974" w:rsidRPr="00AE0941" w:rsidRDefault="007E0F88">
            <w:pPr>
              <w:spacing w:after="0"/>
            </w:pPr>
            <w:r w:rsidRPr="00AE0941">
              <w:rPr>
                <w:sz w:val="16"/>
              </w:rPr>
              <w:t>Half-day rate incl. travel/expenses</w:t>
            </w:r>
          </w:p>
        </w:tc>
        <w:tc>
          <w:tcPr>
            <w:tcW w:w="1704" w:type="dxa"/>
            <w:tcMar>
              <w:top w:w="80" w:type="dxa"/>
              <w:left w:w="80" w:type="dxa"/>
              <w:bottom w:w="80" w:type="dxa"/>
              <w:right w:w="80" w:type="dxa"/>
            </w:tcMar>
            <w:vAlign w:val="center"/>
          </w:tcPr>
          <w:p w14:paraId="2D1D1363" w14:textId="77777777" w:rsidR="00173974" w:rsidRPr="00AE0941" w:rsidRDefault="007E0F88">
            <w:pPr>
              <w:spacing w:after="0"/>
            </w:pPr>
            <w:r w:rsidRPr="00AE0941">
              <w:rPr>
                <w:sz w:val="16"/>
              </w:rPr>
              <w:t>€ ______</w:t>
            </w:r>
          </w:p>
        </w:tc>
        <w:tc>
          <w:tcPr>
            <w:tcW w:w="1704" w:type="dxa"/>
            <w:tcMar>
              <w:top w:w="80" w:type="dxa"/>
              <w:left w:w="80" w:type="dxa"/>
              <w:bottom w:w="80" w:type="dxa"/>
              <w:right w:w="80" w:type="dxa"/>
            </w:tcMar>
            <w:vAlign w:val="center"/>
          </w:tcPr>
          <w:p w14:paraId="0DAB0E24" w14:textId="3CFA0AA2" w:rsidR="00173974" w:rsidRPr="00AE0941" w:rsidRDefault="5E7BDFC3">
            <w:pPr>
              <w:spacing w:after="0"/>
              <w:jc w:val="center"/>
            </w:pPr>
            <w:r w:rsidRPr="00AE0941">
              <w:rPr>
                <w:sz w:val="16"/>
                <w:szCs w:val="16"/>
              </w:rPr>
              <w:t>2</w:t>
            </w:r>
            <w:r w:rsidR="5771A9BE" w:rsidRPr="00AE0941">
              <w:rPr>
                <w:sz w:val="16"/>
                <w:szCs w:val="16"/>
              </w:rPr>
              <w:t xml:space="preserve"> half-days</w:t>
            </w:r>
          </w:p>
        </w:tc>
        <w:tc>
          <w:tcPr>
            <w:tcW w:w="1704" w:type="dxa"/>
            <w:tcMar>
              <w:top w:w="80" w:type="dxa"/>
              <w:left w:w="80" w:type="dxa"/>
              <w:bottom w:w="80" w:type="dxa"/>
              <w:right w:w="80" w:type="dxa"/>
            </w:tcMar>
            <w:vAlign w:val="center"/>
          </w:tcPr>
          <w:p w14:paraId="0840C187" w14:textId="77777777" w:rsidR="00173974" w:rsidRPr="00AE0941" w:rsidRDefault="007E0F88">
            <w:pPr>
              <w:spacing w:after="0"/>
              <w:jc w:val="center"/>
            </w:pPr>
            <w:r w:rsidRPr="00AE0941">
              <w:rPr>
                <w:sz w:val="16"/>
              </w:rPr>
              <w:t>€ ______</w:t>
            </w:r>
          </w:p>
        </w:tc>
      </w:tr>
      <w:tr w:rsidR="00173974" w:rsidRPr="00AE0941" w14:paraId="29F5CECE" w14:textId="77777777" w:rsidTr="2D4FE959">
        <w:trPr>
          <w:cantSplit/>
          <w:jc w:val="center"/>
        </w:trPr>
        <w:tc>
          <w:tcPr>
            <w:tcW w:w="1704" w:type="dxa"/>
            <w:tcMar>
              <w:top w:w="80" w:type="dxa"/>
              <w:left w:w="80" w:type="dxa"/>
              <w:bottom w:w="80" w:type="dxa"/>
              <w:right w:w="80" w:type="dxa"/>
            </w:tcMar>
            <w:vAlign w:val="center"/>
          </w:tcPr>
          <w:p w14:paraId="7C12F916" w14:textId="77777777" w:rsidR="00173974" w:rsidRPr="00AE0941" w:rsidRDefault="007E0F88">
            <w:pPr>
              <w:spacing w:after="0"/>
              <w:jc w:val="center"/>
            </w:pPr>
            <w:r w:rsidRPr="00AE0941">
              <w:rPr>
                <w:sz w:val="16"/>
              </w:rPr>
              <w:t>C4</w:t>
            </w:r>
          </w:p>
        </w:tc>
        <w:tc>
          <w:tcPr>
            <w:tcW w:w="1704" w:type="dxa"/>
            <w:tcMar>
              <w:top w:w="80" w:type="dxa"/>
              <w:left w:w="80" w:type="dxa"/>
              <w:bottom w:w="80" w:type="dxa"/>
              <w:right w:w="80" w:type="dxa"/>
            </w:tcMar>
            <w:vAlign w:val="center"/>
          </w:tcPr>
          <w:p w14:paraId="3A0E89DB" w14:textId="77777777" w:rsidR="00173974" w:rsidRPr="00AE0941" w:rsidRDefault="007E0F88">
            <w:pPr>
              <w:spacing w:after="0"/>
            </w:pPr>
            <w:r w:rsidRPr="00AE0941">
              <w:rPr>
                <w:sz w:val="16"/>
              </w:rPr>
              <w:t>On-site engineer support</w:t>
            </w:r>
          </w:p>
        </w:tc>
        <w:tc>
          <w:tcPr>
            <w:tcW w:w="1704" w:type="dxa"/>
            <w:tcMar>
              <w:top w:w="80" w:type="dxa"/>
              <w:left w:w="80" w:type="dxa"/>
              <w:bottom w:w="80" w:type="dxa"/>
              <w:right w:w="80" w:type="dxa"/>
            </w:tcMar>
            <w:vAlign w:val="center"/>
          </w:tcPr>
          <w:p w14:paraId="62483100" w14:textId="77777777" w:rsidR="00173974" w:rsidRPr="00AE0941" w:rsidRDefault="007E0F88">
            <w:pPr>
              <w:spacing w:after="0"/>
            </w:pPr>
            <w:r w:rsidRPr="00AE0941">
              <w:rPr>
                <w:sz w:val="16"/>
              </w:rPr>
              <w:t>Full-day rate incl. travel/expenses</w:t>
            </w:r>
          </w:p>
        </w:tc>
        <w:tc>
          <w:tcPr>
            <w:tcW w:w="1704" w:type="dxa"/>
            <w:tcMar>
              <w:top w:w="80" w:type="dxa"/>
              <w:left w:w="80" w:type="dxa"/>
              <w:bottom w:w="80" w:type="dxa"/>
              <w:right w:w="80" w:type="dxa"/>
            </w:tcMar>
            <w:vAlign w:val="center"/>
          </w:tcPr>
          <w:p w14:paraId="00472DB6" w14:textId="77777777" w:rsidR="00173974" w:rsidRPr="00AE0941" w:rsidRDefault="007E0F88">
            <w:pPr>
              <w:spacing w:after="0"/>
            </w:pPr>
            <w:r w:rsidRPr="00AE0941">
              <w:rPr>
                <w:sz w:val="16"/>
              </w:rPr>
              <w:t>€ ______</w:t>
            </w:r>
          </w:p>
        </w:tc>
        <w:tc>
          <w:tcPr>
            <w:tcW w:w="1704" w:type="dxa"/>
            <w:tcMar>
              <w:top w:w="80" w:type="dxa"/>
              <w:left w:w="80" w:type="dxa"/>
              <w:bottom w:w="80" w:type="dxa"/>
              <w:right w:w="80" w:type="dxa"/>
            </w:tcMar>
            <w:vAlign w:val="center"/>
          </w:tcPr>
          <w:p w14:paraId="1FC6D1BA" w14:textId="77777777" w:rsidR="00173974" w:rsidRPr="00AE0941" w:rsidRDefault="007E0F88">
            <w:pPr>
              <w:spacing w:after="0"/>
              <w:jc w:val="center"/>
            </w:pPr>
            <w:r w:rsidRPr="00AE0941">
              <w:rPr>
                <w:sz w:val="16"/>
              </w:rPr>
              <w:t>2 days</w:t>
            </w:r>
          </w:p>
        </w:tc>
        <w:tc>
          <w:tcPr>
            <w:tcW w:w="1704" w:type="dxa"/>
            <w:tcMar>
              <w:top w:w="80" w:type="dxa"/>
              <w:left w:w="80" w:type="dxa"/>
              <w:bottom w:w="80" w:type="dxa"/>
              <w:right w:w="80" w:type="dxa"/>
            </w:tcMar>
            <w:vAlign w:val="center"/>
          </w:tcPr>
          <w:p w14:paraId="0D79812F" w14:textId="77777777" w:rsidR="00173974" w:rsidRPr="00AE0941" w:rsidRDefault="007E0F88">
            <w:pPr>
              <w:spacing w:after="0"/>
              <w:jc w:val="center"/>
            </w:pPr>
            <w:r w:rsidRPr="00AE0941">
              <w:rPr>
                <w:sz w:val="16"/>
              </w:rPr>
              <w:t>€ ______</w:t>
            </w:r>
          </w:p>
        </w:tc>
      </w:tr>
      <w:tr w:rsidR="00173974" w:rsidRPr="00AE0941" w14:paraId="3CF7FE57" w14:textId="77777777" w:rsidTr="2D4FE959">
        <w:trPr>
          <w:cantSplit/>
          <w:jc w:val="center"/>
        </w:trPr>
        <w:tc>
          <w:tcPr>
            <w:tcW w:w="1704" w:type="dxa"/>
            <w:tcMar>
              <w:top w:w="80" w:type="dxa"/>
              <w:left w:w="80" w:type="dxa"/>
              <w:bottom w:w="80" w:type="dxa"/>
              <w:right w:w="80" w:type="dxa"/>
            </w:tcMar>
            <w:vAlign w:val="center"/>
          </w:tcPr>
          <w:p w14:paraId="56E055E9" w14:textId="77777777" w:rsidR="00173974" w:rsidRPr="00AE0941" w:rsidRDefault="007E0F88">
            <w:pPr>
              <w:spacing w:after="0"/>
              <w:jc w:val="center"/>
            </w:pPr>
            <w:r w:rsidRPr="00AE0941">
              <w:rPr>
                <w:sz w:val="16"/>
              </w:rPr>
              <w:t>C5</w:t>
            </w:r>
          </w:p>
        </w:tc>
        <w:tc>
          <w:tcPr>
            <w:tcW w:w="1704" w:type="dxa"/>
            <w:tcMar>
              <w:top w:w="80" w:type="dxa"/>
              <w:left w:w="80" w:type="dxa"/>
              <w:bottom w:w="80" w:type="dxa"/>
              <w:right w:w="80" w:type="dxa"/>
            </w:tcMar>
            <w:vAlign w:val="center"/>
          </w:tcPr>
          <w:p w14:paraId="6D6A9BED" w14:textId="77777777" w:rsidR="00173974" w:rsidRPr="00AE0941" w:rsidRDefault="007E0F88">
            <w:pPr>
              <w:spacing w:after="0"/>
            </w:pPr>
            <w:r w:rsidRPr="00AE0941">
              <w:rPr>
                <w:sz w:val="16"/>
              </w:rPr>
              <w:t>Urgent out-of-hours support</w:t>
            </w:r>
          </w:p>
        </w:tc>
        <w:tc>
          <w:tcPr>
            <w:tcW w:w="1704" w:type="dxa"/>
            <w:tcMar>
              <w:top w:w="80" w:type="dxa"/>
              <w:left w:w="80" w:type="dxa"/>
              <w:bottom w:w="80" w:type="dxa"/>
              <w:right w:w="80" w:type="dxa"/>
            </w:tcMar>
            <w:vAlign w:val="center"/>
          </w:tcPr>
          <w:p w14:paraId="1C82A05A" w14:textId="77777777" w:rsidR="00173974" w:rsidRPr="00AE0941" w:rsidRDefault="007E0F88">
            <w:pPr>
              <w:spacing w:after="0"/>
            </w:pPr>
            <w:r w:rsidRPr="00AE0941">
              <w:rPr>
                <w:sz w:val="16"/>
              </w:rPr>
              <w:t>Hourly / stated basis</w:t>
            </w:r>
          </w:p>
        </w:tc>
        <w:tc>
          <w:tcPr>
            <w:tcW w:w="1704" w:type="dxa"/>
            <w:tcMar>
              <w:top w:w="80" w:type="dxa"/>
              <w:left w:w="80" w:type="dxa"/>
              <w:bottom w:w="80" w:type="dxa"/>
              <w:right w:w="80" w:type="dxa"/>
            </w:tcMar>
            <w:vAlign w:val="center"/>
          </w:tcPr>
          <w:p w14:paraId="57E10550" w14:textId="77777777" w:rsidR="00173974" w:rsidRPr="00AE0941" w:rsidRDefault="007E0F88">
            <w:pPr>
              <w:spacing w:after="0"/>
            </w:pPr>
            <w:r w:rsidRPr="00AE0941">
              <w:rPr>
                <w:sz w:val="16"/>
              </w:rPr>
              <w:t>€ ______</w:t>
            </w:r>
          </w:p>
        </w:tc>
        <w:tc>
          <w:tcPr>
            <w:tcW w:w="1704" w:type="dxa"/>
            <w:tcMar>
              <w:top w:w="80" w:type="dxa"/>
              <w:left w:w="80" w:type="dxa"/>
              <w:bottom w:w="80" w:type="dxa"/>
              <w:right w:w="80" w:type="dxa"/>
            </w:tcMar>
            <w:vAlign w:val="center"/>
          </w:tcPr>
          <w:p w14:paraId="6C6AE3A3" w14:textId="462B941E" w:rsidR="00173974" w:rsidRPr="00AE0941" w:rsidRDefault="3A1C87F1">
            <w:pPr>
              <w:spacing w:after="0"/>
              <w:jc w:val="center"/>
            </w:pPr>
            <w:r w:rsidRPr="00AE0941">
              <w:rPr>
                <w:sz w:val="16"/>
                <w:szCs w:val="16"/>
              </w:rPr>
              <w:t>5</w:t>
            </w:r>
            <w:r w:rsidR="5771A9BE" w:rsidRPr="00AE0941">
              <w:rPr>
                <w:sz w:val="16"/>
                <w:szCs w:val="16"/>
              </w:rPr>
              <w:t xml:space="preserve"> hours</w:t>
            </w:r>
          </w:p>
        </w:tc>
        <w:tc>
          <w:tcPr>
            <w:tcW w:w="1704" w:type="dxa"/>
            <w:tcMar>
              <w:top w:w="80" w:type="dxa"/>
              <w:left w:w="80" w:type="dxa"/>
              <w:bottom w:w="80" w:type="dxa"/>
              <w:right w:w="80" w:type="dxa"/>
            </w:tcMar>
            <w:vAlign w:val="center"/>
          </w:tcPr>
          <w:p w14:paraId="5F087090" w14:textId="77777777" w:rsidR="00173974" w:rsidRPr="00AE0941" w:rsidRDefault="007E0F88">
            <w:pPr>
              <w:spacing w:after="0"/>
              <w:jc w:val="center"/>
            </w:pPr>
            <w:r w:rsidRPr="00AE0941">
              <w:rPr>
                <w:sz w:val="16"/>
              </w:rPr>
              <w:t>€ ______</w:t>
            </w:r>
          </w:p>
        </w:tc>
      </w:tr>
      <w:tr w:rsidR="00173974" w:rsidRPr="00AE0941" w14:paraId="32222017" w14:textId="77777777" w:rsidTr="2D4FE959">
        <w:trPr>
          <w:cantSplit/>
          <w:jc w:val="center"/>
        </w:trPr>
        <w:tc>
          <w:tcPr>
            <w:tcW w:w="1704" w:type="dxa"/>
            <w:tcMar>
              <w:top w:w="80" w:type="dxa"/>
              <w:left w:w="80" w:type="dxa"/>
              <w:bottom w:w="80" w:type="dxa"/>
              <w:right w:w="80" w:type="dxa"/>
            </w:tcMar>
            <w:vAlign w:val="center"/>
          </w:tcPr>
          <w:p w14:paraId="00B3D6C2" w14:textId="77777777" w:rsidR="00173974" w:rsidRPr="00AE0941" w:rsidRDefault="007E0F88">
            <w:pPr>
              <w:spacing w:after="0"/>
              <w:jc w:val="center"/>
            </w:pPr>
            <w:r w:rsidRPr="00AE0941">
              <w:rPr>
                <w:sz w:val="16"/>
              </w:rPr>
              <w:t>C6</w:t>
            </w:r>
          </w:p>
        </w:tc>
        <w:tc>
          <w:tcPr>
            <w:tcW w:w="1704" w:type="dxa"/>
            <w:tcMar>
              <w:top w:w="80" w:type="dxa"/>
              <w:left w:w="80" w:type="dxa"/>
              <w:bottom w:w="80" w:type="dxa"/>
              <w:right w:w="80" w:type="dxa"/>
            </w:tcMar>
            <w:vAlign w:val="center"/>
          </w:tcPr>
          <w:p w14:paraId="0E475136" w14:textId="77777777" w:rsidR="00173974" w:rsidRPr="00AE0941" w:rsidRDefault="007E0F88">
            <w:pPr>
              <w:spacing w:after="0"/>
            </w:pPr>
            <w:r w:rsidRPr="00AE0941">
              <w:rPr>
                <w:sz w:val="16"/>
              </w:rPr>
              <w:t>Complex device build, migration or project support</w:t>
            </w:r>
          </w:p>
        </w:tc>
        <w:tc>
          <w:tcPr>
            <w:tcW w:w="1704" w:type="dxa"/>
            <w:tcMar>
              <w:top w:w="80" w:type="dxa"/>
              <w:left w:w="80" w:type="dxa"/>
              <w:bottom w:w="80" w:type="dxa"/>
              <w:right w:w="80" w:type="dxa"/>
            </w:tcMar>
            <w:vAlign w:val="center"/>
          </w:tcPr>
          <w:p w14:paraId="6310269C" w14:textId="77777777" w:rsidR="00173974" w:rsidRPr="00AE0941" w:rsidRDefault="007E0F88">
            <w:pPr>
              <w:spacing w:after="0"/>
            </w:pPr>
            <w:r w:rsidRPr="00AE0941">
              <w:rPr>
                <w:sz w:val="16"/>
              </w:rPr>
              <w:t>Hourly</w:t>
            </w:r>
          </w:p>
        </w:tc>
        <w:tc>
          <w:tcPr>
            <w:tcW w:w="1704" w:type="dxa"/>
            <w:tcMar>
              <w:top w:w="80" w:type="dxa"/>
              <w:left w:w="80" w:type="dxa"/>
              <w:bottom w:w="80" w:type="dxa"/>
              <w:right w:w="80" w:type="dxa"/>
            </w:tcMar>
            <w:vAlign w:val="center"/>
          </w:tcPr>
          <w:p w14:paraId="1C13009E" w14:textId="77777777" w:rsidR="00173974" w:rsidRPr="00AE0941" w:rsidRDefault="007E0F88">
            <w:pPr>
              <w:spacing w:after="0"/>
            </w:pPr>
            <w:r w:rsidRPr="00AE0941">
              <w:rPr>
                <w:sz w:val="16"/>
              </w:rPr>
              <w:t>€ ______</w:t>
            </w:r>
          </w:p>
        </w:tc>
        <w:tc>
          <w:tcPr>
            <w:tcW w:w="1704" w:type="dxa"/>
            <w:tcMar>
              <w:top w:w="80" w:type="dxa"/>
              <w:left w:w="80" w:type="dxa"/>
              <w:bottom w:w="80" w:type="dxa"/>
              <w:right w:w="80" w:type="dxa"/>
            </w:tcMar>
            <w:vAlign w:val="center"/>
          </w:tcPr>
          <w:p w14:paraId="52EC9E2B" w14:textId="5E63A5B1" w:rsidR="00173974" w:rsidRPr="00AE0941" w:rsidRDefault="6C42312D">
            <w:pPr>
              <w:spacing w:after="0"/>
              <w:jc w:val="center"/>
            </w:pPr>
            <w:r w:rsidRPr="00AE0941">
              <w:rPr>
                <w:sz w:val="16"/>
                <w:szCs w:val="16"/>
              </w:rPr>
              <w:t xml:space="preserve">20 </w:t>
            </w:r>
            <w:r w:rsidR="5771A9BE" w:rsidRPr="00AE0941">
              <w:rPr>
                <w:sz w:val="16"/>
                <w:szCs w:val="16"/>
              </w:rPr>
              <w:t>hours</w:t>
            </w:r>
          </w:p>
        </w:tc>
        <w:tc>
          <w:tcPr>
            <w:tcW w:w="1704" w:type="dxa"/>
            <w:tcMar>
              <w:top w:w="80" w:type="dxa"/>
              <w:left w:w="80" w:type="dxa"/>
              <w:bottom w:w="80" w:type="dxa"/>
              <w:right w:w="80" w:type="dxa"/>
            </w:tcMar>
            <w:vAlign w:val="center"/>
          </w:tcPr>
          <w:p w14:paraId="541F0275" w14:textId="77777777" w:rsidR="00173974" w:rsidRPr="00AE0941" w:rsidRDefault="007E0F88">
            <w:pPr>
              <w:spacing w:after="0"/>
              <w:jc w:val="center"/>
            </w:pPr>
            <w:r w:rsidRPr="00AE0941">
              <w:rPr>
                <w:sz w:val="16"/>
              </w:rPr>
              <w:t>€ ______</w:t>
            </w:r>
          </w:p>
        </w:tc>
      </w:tr>
      <w:tr w:rsidR="00173974" w:rsidRPr="00AE0941" w14:paraId="04B5EC51" w14:textId="77777777" w:rsidTr="2D4FE959">
        <w:trPr>
          <w:cantSplit/>
          <w:jc w:val="center"/>
        </w:trPr>
        <w:tc>
          <w:tcPr>
            <w:tcW w:w="1704" w:type="dxa"/>
            <w:tcMar>
              <w:top w:w="80" w:type="dxa"/>
              <w:left w:w="80" w:type="dxa"/>
              <w:bottom w:w="80" w:type="dxa"/>
              <w:right w:w="80" w:type="dxa"/>
            </w:tcMar>
            <w:vAlign w:val="center"/>
          </w:tcPr>
          <w:p w14:paraId="30F590A8" w14:textId="77777777" w:rsidR="00173974" w:rsidRPr="00AE0941" w:rsidRDefault="007E0F88">
            <w:pPr>
              <w:spacing w:after="0"/>
              <w:jc w:val="center"/>
            </w:pPr>
            <w:r w:rsidRPr="00AE0941">
              <w:rPr>
                <w:sz w:val="16"/>
              </w:rPr>
              <w:lastRenderedPageBreak/>
              <w:t>C7</w:t>
            </w:r>
          </w:p>
        </w:tc>
        <w:tc>
          <w:tcPr>
            <w:tcW w:w="1704" w:type="dxa"/>
            <w:tcMar>
              <w:top w:w="80" w:type="dxa"/>
              <w:left w:w="80" w:type="dxa"/>
              <w:bottom w:w="80" w:type="dxa"/>
              <w:right w:w="80" w:type="dxa"/>
            </w:tcMar>
            <w:vAlign w:val="center"/>
          </w:tcPr>
          <w:p w14:paraId="277E6353" w14:textId="77777777" w:rsidR="00173974" w:rsidRPr="00AE0941" w:rsidRDefault="007E0F88">
            <w:pPr>
              <w:spacing w:after="0"/>
            </w:pPr>
            <w:r w:rsidRPr="00AE0941">
              <w:rPr>
                <w:sz w:val="16"/>
              </w:rPr>
              <w:t>Hardware procurement</w:t>
            </w:r>
          </w:p>
        </w:tc>
        <w:tc>
          <w:tcPr>
            <w:tcW w:w="1704" w:type="dxa"/>
            <w:tcMar>
              <w:top w:w="80" w:type="dxa"/>
              <w:left w:w="80" w:type="dxa"/>
              <w:bottom w:w="80" w:type="dxa"/>
              <w:right w:w="80" w:type="dxa"/>
            </w:tcMar>
            <w:vAlign w:val="center"/>
          </w:tcPr>
          <w:p w14:paraId="746C8B04" w14:textId="77777777" w:rsidR="00173974" w:rsidRPr="00AE0941" w:rsidRDefault="007E0F88">
            <w:pPr>
              <w:spacing w:after="0"/>
            </w:pPr>
            <w:r w:rsidRPr="00AE0941">
              <w:rPr>
                <w:sz w:val="16"/>
              </w:rPr>
              <w:t>Fixed fee or % mark-up</w:t>
            </w:r>
          </w:p>
        </w:tc>
        <w:tc>
          <w:tcPr>
            <w:tcW w:w="1704" w:type="dxa"/>
            <w:tcMar>
              <w:top w:w="80" w:type="dxa"/>
              <w:left w:w="80" w:type="dxa"/>
              <w:bottom w:w="80" w:type="dxa"/>
              <w:right w:w="80" w:type="dxa"/>
            </w:tcMar>
            <w:vAlign w:val="center"/>
          </w:tcPr>
          <w:p w14:paraId="78D07D2E" w14:textId="77777777" w:rsidR="00173974" w:rsidRPr="00AE0941" w:rsidRDefault="007E0F88">
            <w:pPr>
              <w:spacing w:after="0"/>
            </w:pPr>
            <w:r w:rsidRPr="00AE0941">
              <w:rPr>
                <w:sz w:val="16"/>
              </w:rPr>
              <w:t>€ / % ____</w:t>
            </w:r>
          </w:p>
        </w:tc>
        <w:tc>
          <w:tcPr>
            <w:tcW w:w="1704" w:type="dxa"/>
            <w:tcMar>
              <w:top w:w="80" w:type="dxa"/>
              <w:left w:w="80" w:type="dxa"/>
              <w:bottom w:w="80" w:type="dxa"/>
              <w:right w:w="80" w:type="dxa"/>
            </w:tcMar>
            <w:vAlign w:val="center"/>
          </w:tcPr>
          <w:p w14:paraId="4673CB89" w14:textId="16005A9E" w:rsidR="00173974" w:rsidRPr="00AE0941" w:rsidRDefault="37454928" w:rsidP="2D4FE959">
            <w:pPr>
              <w:spacing w:after="0"/>
              <w:rPr>
                <w:rFonts w:eastAsia="Aptos" w:cs="Aptos"/>
                <w:sz w:val="12"/>
                <w:szCs w:val="12"/>
              </w:rPr>
            </w:pPr>
            <w:r w:rsidRPr="00AE0941">
              <w:rPr>
                <w:rFonts w:eastAsia="Aptos" w:cs="Aptos"/>
                <w:color w:val="000000" w:themeColor="text1"/>
                <w:sz w:val="16"/>
                <w:szCs w:val="16"/>
              </w:rPr>
              <w:t>€5,000 annual hardware spend</w:t>
            </w:r>
          </w:p>
          <w:p w14:paraId="7B5E338D" w14:textId="24BB0C48" w:rsidR="00173974" w:rsidRPr="00AE0941" w:rsidRDefault="00173974" w:rsidP="2D4FE959">
            <w:pPr>
              <w:spacing w:after="0"/>
              <w:jc w:val="center"/>
              <w:rPr>
                <w:sz w:val="16"/>
                <w:szCs w:val="16"/>
              </w:rPr>
            </w:pPr>
          </w:p>
        </w:tc>
        <w:tc>
          <w:tcPr>
            <w:tcW w:w="1704" w:type="dxa"/>
            <w:tcMar>
              <w:top w:w="80" w:type="dxa"/>
              <w:left w:w="80" w:type="dxa"/>
              <w:bottom w:w="80" w:type="dxa"/>
              <w:right w:w="80" w:type="dxa"/>
            </w:tcMar>
            <w:vAlign w:val="center"/>
          </w:tcPr>
          <w:p w14:paraId="66D96DAE" w14:textId="77777777" w:rsidR="00173974" w:rsidRPr="00AE0941" w:rsidRDefault="007E0F88">
            <w:pPr>
              <w:spacing w:after="0"/>
              <w:jc w:val="center"/>
            </w:pPr>
            <w:r w:rsidRPr="00AE0941">
              <w:rPr>
                <w:sz w:val="16"/>
              </w:rPr>
              <w:t>€ ______</w:t>
            </w:r>
          </w:p>
        </w:tc>
      </w:tr>
      <w:tr w:rsidR="00173974" w:rsidRPr="00AE0941" w14:paraId="3F3F7556" w14:textId="77777777" w:rsidTr="2D4FE959">
        <w:trPr>
          <w:cantSplit/>
          <w:jc w:val="center"/>
        </w:trPr>
        <w:tc>
          <w:tcPr>
            <w:tcW w:w="1704" w:type="dxa"/>
            <w:tcMar>
              <w:top w:w="80" w:type="dxa"/>
              <w:left w:w="80" w:type="dxa"/>
              <w:bottom w:w="80" w:type="dxa"/>
              <w:right w:w="80" w:type="dxa"/>
            </w:tcMar>
            <w:vAlign w:val="center"/>
          </w:tcPr>
          <w:p w14:paraId="247FF47B" w14:textId="77777777" w:rsidR="00173974" w:rsidRPr="00AE0941" w:rsidRDefault="007E0F88">
            <w:pPr>
              <w:spacing w:after="0"/>
              <w:jc w:val="center"/>
            </w:pPr>
            <w:r w:rsidRPr="00AE0941">
              <w:rPr>
                <w:sz w:val="16"/>
              </w:rPr>
              <w:t>C8</w:t>
            </w:r>
          </w:p>
        </w:tc>
        <w:tc>
          <w:tcPr>
            <w:tcW w:w="1704" w:type="dxa"/>
            <w:tcMar>
              <w:top w:w="80" w:type="dxa"/>
              <w:left w:w="80" w:type="dxa"/>
              <w:bottom w:w="80" w:type="dxa"/>
              <w:right w:w="80" w:type="dxa"/>
            </w:tcMar>
            <w:vAlign w:val="center"/>
          </w:tcPr>
          <w:p w14:paraId="51FB5FFE" w14:textId="77777777" w:rsidR="00173974" w:rsidRPr="00AE0941" w:rsidRDefault="007E0F88">
            <w:pPr>
              <w:spacing w:after="0"/>
            </w:pPr>
            <w:r w:rsidRPr="00AE0941">
              <w:rPr>
                <w:sz w:val="16"/>
              </w:rPr>
              <w:t>Other ad hoc charge</w:t>
            </w:r>
          </w:p>
        </w:tc>
        <w:tc>
          <w:tcPr>
            <w:tcW w:w="1704" w:type="dxa"/>
            <w:tcMar>
              <w:top w:w="80" w:type="dxa"/>
              <w:left w:w="80" w:type="dxa"/>
              <w:bottom w:w="80" w:type="dxa"/>
              <w:right w:w="80" w:type="dxa"/>
            </w:tcMar>
            <w:vAlign w:val="center"/>
          </w:tcPr>
          <w:p w14:paraId="11667ED1" w14:textId="77777777" w:rsidR="00173974" w:rsidRPr="00AE0941" w:rsidRDefault="007E0F88">
            <w:pPr>
              <w:spacing w:after="0"/>
            </w:pPr>
            <w:r w:rsidRPr="00AE0941">
              <w:rPr>
                <w:sz w:val="16"/>
              </w:rPr>
              <w:t>Provide details</w:t>
            </w:r>
          </w:p>
        </w:tc>
        <w:tc>
          <w:tcPr>
            <w:tcW w:w="1704" w:type="dxa"/>
            <w:tcMar>
              <w:top w:w="80" w:type="dxa"/>
              <w:left w:w="80" w:type="dxa"/>
              <w:bottom w:w="80" w:type="dxa"/>
              <w:right w:w="80" w:type="dxa"/>
            </w:tcMar>
            <w:vAlign w:val="center"/>
          </w:tcPr>
          <w:p w14:paraId="5736F6F7" w14:textId="77777777" w:rsidR="00173974" w:rsidRPr="00AE0941" w:rsidRDefault="007E0F88">
            <w:pPr>
              <w:spacing w:after="0"/>
            </w:pPr>
            <w:r w:rsidRPr="00AE0941">
              <w:rPr>
                <w:sz w:val="16"/>
              </w:rPr>
              <w:t>€ ______</w:t>
            </w:r>
          </w:p>
        </w:tc>
        <w:tc>
          <w:tcPr>
            <w:tcW w:w="1704" w:type="dxa"/>
            <w:tcMar>
              <w:top w:w="80" w:type="dxa"/>
              <w:left w:w="80" w:type="dxa"/>
              <w:bottom w:w="80" w:type="dxa"/>
              <w:right w:w="80" w:type="dxa"/>
            </w:tcMar>
            <w:vAlign w:val="center"/>
          </w:tcPr>
          <w:p w14:paraId="5A9ED0BF" w14:textId="2D54C7DE" w:rsidR="00173974" w:rsidRPr="00AE0941" w:rsidRDefault="00173974" w:rsidP="2D4FE959">
            <w:pPr>
              <w:spacing w:after="0"/>
              <w:jc w:val="center"/>
              <w:rPr>
                <w:sz w:val="16"/>
                <w:szCs w:val="16"/>
              </w:rPr>
            </w:pPr>
          </w:p>
        </w:tc>
        <w:tc>
          <w:tcPr>
            <w:tcW w:w="1704" w:type="dxa"/>
            <w:tcMar>
              <w:top w:w="80" w:type="dxa"/>
              <w:left w:w="80" w:type="dxa"/>
              <w:bottom w:w="80" w:type="dxa"/>
              <w:right w:w="80" w:type="dxa"/>
            </w:tcMar>
            <w:vAlign w:val="center"/>
          </w:tcPr>
          <w:p w14:paraId="746CF293" w14:textId="77777777" w:rsidR="00173974" w:rsidRPr="00AE0941" w:rsidRDefault="007E0F88">
            <w:pPr>
              <w:spacing w:after="0"/>
              <w:jc w:val="center"/>
            </w:pPr>
            <w:r w:rsidRPr="00AE0941">
              <w:rPr>
                <w:sz w:val="16"/>
              </w:rPr>
              <w:t>€ ______</w:t>
            </w:r>
          </w:p>
        </w:tc>
      </w:tr>
      <w:tr w:rsidR="00173974" w:rsidRPr="00AE0941" w14:paraId="049A5CCD" w14:textId="77777777" w:rsidTr="2D4FE959">
        <w:trPr>
          <w:cantSplit/>
          <w:jc w:val="center"/>
        </w:trPr>
        <w:tc>
          <w:tcPr>
            <w:tcW w:w="1704" w:type="dxa"/>
            <w:shd w:val="clear" w:color="auto" w:fill="D9EAF7"/>
            <w:tcMar>
              <w:top w:w="80" w:type="dxa"/>
              <w:left w:w="80" w:type="dxa"/>
              <w:bottom w:w="80" w:type="dxa"/>
              <w:right w:w="80" w:type="dxa"/>
            </w:tcMar>
            <w:vAlign w:val="center"/>
          </w:tcPr>
          <w:p w14:paraId="3461D779" w14:textId="77777777" w:rsidR="00173974" w:rsidRPr="00AE0941" w:rsidRDefault="00173974">
            <w:pPr>
              <w:spacing w:after="0"/>
              <w:jc w:val="center"/>
            </w:pPr>
          </w:p>
        </w:tc>
        <w:tc>
          <w:tcPr>
            <w:tcW w:w="1704" w:type="dxa"/>
            <w:shd w:val="clear" w:color="auto" w:fill="D9EAF7"/>
            <w:tcMar>
              <w:top w:w="80" w:type="dxa"/>
              <w:left w:w="80" w:type="dxa"/>
              <w:bottom w:w="80" w:type="dxa"/>
              <w:right w:w="80" w:type="dxa"/>
            </w:tcMar>
            <w:vAlign w:val="center"/>
          </w:tcPr>
          <w:p w14:paraId="02347858" w14:textId="77777777" w:rsidR="00173974" w:rsidRPr="00AE0941" w:rsidRDefault="007E0F88">
            <w:pPr>
              <w:spacing w:after="0"/>
            </w:pPr>
            <w:r w:rsidRPr="00AE0941">
              <w:rPr>
                <w:b/>
                <w:sz w:val="16"/>
              </w:rPr>
              <w:t>TOTAL EVALUATED AD HOC COST</w:t>
            </w:r>
          </w:p>
        </w:tc>
        <w:tc>
          <w:tcPr>
            <w:tcW w:w="1704" w:type="dxa"/>
            <w:shd w:val="clear" w:color="auto" w:fill="D9EAF7"/>
            <w:tcMar>
              <w:top w:w="80" w:type="dxa"/>
              <w:left w:w="80" w:type="dxa"/>
              <w:bottom w:w="80" w:type="dxa"/>
              <w:right w:w="80" w:type="dxa"/>
            </w:tcMar>
            <w:vAlign w:val="center"/>
          </w:tcPr>
          <w:p w14:paraId="3CF2D8B6" w14:textId="77777777" w:rsidR="00173974" w:rsidRPr="00AE0941" w:rsidRDefault="00173974">
            <w:pPr>
              <w:spacing w:after="0"/>
            </w:pPr>
          </w:p>
        </w:tc>
        <w:tc>
          <w:tcPr>
            <w:tcW w:w="1704" w:type="dxa"/>
            <w:shd w:val="clear" w:color="auto" w:fill="D9EAF7"/>
            <w:tcMar>
              <w:top w:w="80" w:type="dxa"/>
              <w:left w:w="80" w:type="dxa"/>
              <w:bottom w:w="80" w:type="dxa"/>
              <w:right w:w="80" w:type="dxa"/>
            </w:tcMar>
            <w:vAlign w:val="center"/>
          </w:tcPr>
          <w:p w14:paraId="0FB78278" w14:textId="77777777" w:rsidR="00173974" w:rsidRPr="00AE0941" w:rsidRDefault="00173974">
            <w:pPr>
              <w:spacing w:after="0"/>
            </w:pPr>
          </w:p>
        </w:tc>
        <w:tc>
          <w:tcPr>
            <w:tcW w:w="1704" w:type="dxa"/>
            <w:shd w:val="clear" w:color="auto" w:fill="D9EAF7"/>
            <w:tcMar>
              <w:top w:w="80" w:type="dxa"/>
              <w:left w:w="80" w:type="dxa"/>
              <w:bottom w:w="80" w:type="dxa"/>
              <w:right w:w="80" w:type="dxa"/>
            </w:tcMar>
            <w:vAlign w:val="center"/>
          </w:tcPr>
          <w:p w14:paraId="1FC39945" w14:textId="77777777" w:rsidR="00173974" w:rsidRPr="00AE0941" w:rsidRDefault="00173974">
            <w:pPr>
              <w:spacing w:after="0"/>
              <w:jc w:val="center"/>
            </w:pPr>
          </w:p>
        </w:tc>
        <w:tc>
          <w:tcPr>
            <w:tcW w:w="1704" w:type="dxa"/>
            <w:shd w:val="clear" w:color="auto" w:fill="D9EAF7"/>
            <w:tcMar>
              <w:top w:w="80" w:type="dxa"/>
              <w:left w:w="80" w:type="dxa"/>
              <w:bottom w:w="80" w:type="dxa"/>
              <w:right w:w="80" w:type="dxa"/>
            </w:tcMar>
            <w:vAlign w:val="center"/>
          </w:tcPr>
          <w:p w14:paraId="634F290A" w14:textId="77777777" w:rsidR="00173974" w:rsidRPr="00AE0941" w:rsidRDefault="007E0F88">
            <w:pPr>
              <w:spacing w:after="0"/>
              <w:jc w:val="center"/>
            </w:pPr>
            <w:r w:rsidRPr="00AE0941">
              <w:rPr>
                <w:b/>
                <w:sz w:val="16"/>
              </w:rPr>
              <w:t>€ ______</w:t>
            </w:r>
          </w:p>
        </w:tc>
      </w:tr>
    </w:tbl>
    <w:p w14:paraId="0562CB0E" w14:textId="77777777" w:rsidR="00173974" w:rsidRPr="00AE0941" w:rsidRDefault="00173974">
      <w:pPr>
        <w:spacing w:after="20"/>
      </w:pPr>
    </w:p>
    <w:p w14:paraId="7C09A13B" w14:textId="4AB44980" w:rsidR="2CC4D951" w:rsidRPr="00AE0941" w:rsidRDefault="2CC4D951" w:rsidP="2D4FE959">
      <w:pPr>
        <w:spacing w:after="0" w:line="300" w:lineRule="auto"/>
        <w:rPr>
          <w:rFonts w:eastAsia="Aptos" w:cs="Aptos"/>
          <w:sz w:val="18"/>
          <w:szCs w:val="18"/>
        </w:rPr>
      </w:pPr>
      <w:r w:rsidRPr="00AE0941">
        <w:rPr>
          <w:rFonts w:eastAsia="Aptos" w:cs="Aptos"/>
          <w:sz w:val="18"/>
          <w:szCs w:val="18"/>
        </w:rPr>
        <w:t>For tender evaluation purposes only, LTT will apply the notional quantities set out above. These quantities are not a commitment to purchase services and are used solely to ensure all tenderers are evaluated on a consistent basis.</w:t>
      </w:r>
    </w:p>
    <w:p w14:paraId="6A058728" w14:textId="57976845" w:rsidR="2D4FE959" w:rsidRPr="00AE0941" w:rsidRDefault="2D4FE959" w:rsidP="2D4FE959">
      <w:pPr>
        <w:pStyle w:val="DraftingNote"/>
      </w:pPr>
    </w:p>
    <w:p w14:paraId="588C928F" w14:textId="77777777" w:rsidR="00173974" w:rsidRPr="00AE0941" w:rsidRDefault="007E0F88">
      <w:pPr>
        <w:pStyle w:val="Heading2"/>
        <w:rPr>
          <w:rFonts w:ascii="Aptos" w:hAnsi="Aptos"/>
        </w:rPr>
      </w:pPr>
      <w:r w:rsidRPr="00AE0941">
        <w:rPr>
          <w:rFonts w:ascii="Aptos" w:hAnsi="Aptos"/>
        </w:rPr>
        <w:t>D. Total Evaluated Tender Price</w:t>
      </w:r>
    </w:p>
    <w:tbl>
      <w:tblPr>
        <w:tblStyle w:val="TableGrid"/>
        <w:tblW w:w="0" w:type="auto"/>
        <w:jc w:val="center"/>
        <w:tblLook w:val="04A0" w:firstRow="1" w:lastRow="0" w:firstColumn="1" w:lastColumn="0" w:noHBand="0" w:noVBand="1"/>
      </w:tblPr>
      <w:tblGrid>
        <w:gridCol w:w="5112"/>
        <w:gridCol w:w="5112"/>
      </w:tblGrid>
      <w:tr w:rsidR="00173974" w:rsidRPr="00AE0941" w14:paraId="30301A81" w14:textId="77777777">
        <w:trPr>
          <w:tblHeader/>
          <w:jc w:val="center"/>
        </w:trPr>
        <w:tc>
          <w:tcPr>
            <w:tcW w:w="5112" w:type="dxa"/>
            <w:shd w:val="clear" w:color="auto" w:fill="1F4E78"/>
            <w:tcMar>
              <w:top w:w="80" w:type="dxa"/>
              <w:left w:w="80" w:type="dxa"/>
              <w:bottom w:w="80" w:type="dxa"/>
              <w:right w:w="80" w:type="dxa"/>
            </w:tcMar>
            <w:vAlign w:val="center"/>
          </w:tcPr>
          <w:p w14:paraId="05534E77" w14:textId="77777777" w:rsidR="00173974" w:rsidRPr="00AE0941" w:rsidRDefault="007E0F88">
            <w:pPr>
              <w:spacing w:after="0"/>
              <w:jc w:val="center"/>
            </w:pPr>
            <w:r w:rsidRPr="00AE0941">
              <w:rPr>
                <w:b/>
                <w:color w:val="FFFFFF"/>
                <w:sz w:val="17"/>
              </w:rPr>
              <w:t>Cost category</w:t>
            </w:r>
          </w:p>
        </w:tc>
        <w:tc>
          <w:tcPr>
            <w:tcW w:w="5112" w:type="dxa"/>
            <w:shd w:val="clear" w:color="auto" w:fill="1F4E78"/>
            <w:tcMar>
              <w:top w:w="80" w:type="dxa"/>
              <w:left w:w="80" w:type="dxa"/>
              <w:bottom w:w="80" w:type="dxa"/>
              <w:right w:w="80" w:type="dxa"/>
            </w:tcMar>
            <w:vAlign w:val="center"/>
          </w:tcPr>
          <w:p w14:paraId="6041725A" w14:textId="77777777" w:rsidR="00173974" w:rsidRPr="00AE0941" w:rsidRDefault="007E0F88">
            <w:pPr>
              <w:spacing w:after="0"/>
              <w:jc w:val="center"/>
            </w:pPr>
            <w:r w:rsidRPr="00AE0941">
              <w:rPr>
                <w:b/>
                <w:color w:val="FFFFFF"/>
                <w:sz w:val="17"/>
              </w:rPr>
              <w:t>Five-year cost excl. VAT</w:t>
            </w:r>
          </w:p>
        </w:tc>
      </w:tr>
      <w:tr w:rsidR="00173974" w:rsidRPr="00AE0941" w14:paraId="444D2B1B" w14:textId="77777777">
        <w:trPr>
          <w:cantSplit/>
          <w:jc w:val="center"/>
        </w:trPr>
        <w:tc>
          <w:tcPr>
            <w:tcW w:w="5112" w:type="dxa"/>
            <w:tcMar>
              <w:top w:w="80" w:type="dxa"/>
              <w:left w:w="80" w:type="dxa"/>
              <w:bottom w:w="80" w:type="dxa"/>
              <w:right w:w="80" w:type="dxa"/>
            </w:tcMar>
            <w:vAlign w:val="center"/>
          </w:tcPr>
          <w:p w14:paraId="5BA8245F" w14:textId="77777777" w:rsidR="00173974" w:rsidRPr="00AE0941" w:rsidRDefault="007E0F88">
            <w:pPr>
              <w:spacing w:after="0"/>
              <w:jc w:val="center"/>
            </w:pPr>
            <w:r w:rsidRPr="00AE0941">
              <w:rPr>
                <w:sz w:val="16"/>
              </w:rPr>
              <w:t>Guaranteed monthly costs: 60 months</w:t>
            </w:r>
          </w:p>
        </w:tc>
        <w:tc>
          <w:tcPr>
            <w:tcW w:w="5112" w:type="dxa"/>
            <w:tcMar>
              <w:top w:w="80" w:type="dxa"/>
              <w:left w:w="80" w:type="dxa"/>
              <w:bottom w:w="80" w:type="dxa"/>
              <w:right w:w="80" w:type="dxa"/>
            </w:tcMar>
            <w:vAlign w:val="center"/>
          </w:tcPr>
          <w:p w14:paraId="54BC07E7" w14:textId="77777777" w:rsidR="00173974" w:rsidRPr="00AE0941" w:rsidRDefault="007E0F88">
            <w:pPr>
              <w:spacing w:after="0"/>
              <w:jc w:val="center"/>
            </w:pPr>
            <w:r w:rsidRPr="00AE0941">
              <w:rPr>
                <w:sz w:val="16"/>
              </w:rPr>
              <w:t>€ ______</w:t>
            </w:r>
          </w:p>
        </w:tc>
      </w:tr>
      <w:tr w:rsidR="00173974" w:rsidRPr="00AE0941" w14:paraId="56DDF9A0" w14:textId="77777777">
        <w:trPr>
          <w:cantSplit/>
          <w:jc w:val="center"/>
        </w:trPr>
        <w:tc>
          <w:tcPr>
            <w:tcW w:w="5112" w:type="dxa"/>
            <w:tcMar>
              <w:top w:w="80" w:type="dxa"/>
              <w:left w:w="80" w:type="dxa"/>
              <w:bottom w:w="80" w:type="dxa"/>
              <w:right w:w="80" w:type="dxa"/>
            </w:tcMar>
            <w:vAlign w:val="center"/>
          </w:tcPr>
          <w:p w14:paraId="7E8273AE" w14:textId="77777777" w:rsidR="00173974" w:rsidRPr="00AE0941" w:rsidRDefault="007E0F88">
            <w:pPr>
              <w:spacing w:after="0"/>
              <w:jc w:val="center"/>
            </w:pPr>
            <w:r w:rsidRPr="00AE0941">
              <w:rPr>
                <w:sz w:val="16"/>
              </w:rPr>
              <w:t>Licences and domains: five years</w:t>
            </w:r>
          </w:p>
        </w:tc>
        <w:tc>
          <w:tcPr>
            <w:tcW w:w="5112" w:type="dxa"/>
            <w:tcMar>
              <w:top w:w="80" w:type="dxa"/>
              <w:left w:w="80" w:type="dxa"/>
              <w:bottom w:w="80" w:type="dxa"/>
              <w:right w:w="80" w:type="dxa"/>
            </w:tcMar>
            <w:vAlign w:val="center"/>
          </w:tcPr>
          <w:p w14:paraId="38F9F8A2" w14:textId="77777777" w:rsidR="00173974" w:rsidRPr="00AE0941" w:rsidRDefault="007E0F88">
            <w:pPr>
              <w:spacing w:after="0"/>
              <w:jc w:val="center"/>
            </w:pPr>
            <w:r w:rsidRPr="00AE0941">
              <w:rPr>
                <w:sz w:val="16"/>
              </w:rPr>
              <w:t>€ ______</w:t>
            </w:r>
          </w:p>
        </w:tc>
      </w:tr>
      <w:tr w:rsidR="00173974" w:rsidRPr="00AE0941" w14:paraId="369B10F9" w14:textId="77777777">
        <w:trPr>
          <w:cantSplit/>
          <w:jc w:val="center"/>
        </w:trPr>
        <w:tc>
          <w:tcPr>
            <w:tcW w:w="5112" w:type="dxa"/>
            <w:tcMar>
              <w:top w:w="80" w:type="dxa"/>
              <w:left w:w="80" w:type="dxa"/>
              <w:bottom w:w="80" w:type="dxa"/>
              <w:right w:w="80" w:type="dxa"/>
            </w:tcMar>
            <w:vAlign w:val="center"/>
          </w:tcPr>
          <w:p w14:paraId="125F6F08" w14:textId="77777777" w:rsidR="00173974" w:rsidRPr="00AE0941" w:rsidRDefault="007E0F88">
            <w:pPr>
              <w:spacing w:after="0"/>
              <w:jc w:val="center"/>
            </w:pPr>
            <w:r w:rsidRPr="00AE0941">
              <w:rPr>
                <w:sz w:val="16"/>
              </w:rPr>
              <w:t>Transition and contract-exit costs</w:t>
            </w:r>
          </w:p>
        </w:tc>
        <w:tc>
          <w:tcPr>
            <w:tcW w:w="5112" w:type="dxa"/>
            <w:tcMar>
              <w:top w:w="80" w:type="dxa"/>
              <w:left w:w="80" w:type="dxa"/>
              <w:bottom w:w="80" w:type="dxa"/>
              <w:right w:w="80" w:type="dxa"/>
            </w:tcMar>
            <w:vAlign w:val="center"/>
          </w:tcPr>
          <w:p w14:paraId="756D60FA" w14:textId="77777777" w:rsidR="00173974" w:rsidRPr="00AE0941" w:rsidRDefault="007E0F88">
            <w:pPr>
              <w:spacing w:after="0"/>
              <w:jc w:val="center"/>
            </w:pPr>
            <w:r w:rsidRPr="00AE0941">
              <w:rPr>
                <w:sz w:val="16"/>
              </w:rPr>
              <w:t>€ ______</w:t>
            </w:r>
          </w:p>
        </w:tc>
      </w:tr>
      <w:tr w:rsidR="00173974" w:rsidRPr="00AE0941" w14:paraId="076EE1D3" w14:textId="77777777">
        <w:trPr>
          <w:cantSplit/>
          <w:jc w:val="center"/>
        </w:trPr>
        <w:tc>
          <w:tcPr>
            <w:tcW w:w="5112" w:type="dxa"/>
            <w:tcMar>
              <w:top w:w="80" w:type="dxa"/>
              <w:left w:w="80" w:type="dxa"/>
              <w:bottom w:w="80" w:type="dxa"/>
              <w:right w:w="80" w:type="dxa"/>
            </w:tcMar>
            <w:vAlign w:val="center"/>
          </w:tcPr>
          <w:p w14:paraId="5835F397" w14:textId="77777777" w:rsidR="00173974" w:rsidRPr="00AE0941" w:rsidRDefault="007E0F88">
            <w:pPr>
              <w:spacing w:after="0"/>
              <w:jc w:val="center"/>
            </w:pPr>
            <w:r w:rsidRPr="00AE0941">
              <w:rPr>
                <w:sz w:val="16"/>
              </w:rPr>
              <w:t>Evaluated ad hoc costs: five years</w:t>
            </w:r>
          </w:p>
        </w:tc>
        <w:tc>
          <w:tcPr>
            <w:tcW w:w="5112" w:type="dxa"/>
            <w:tcMar>
              <w:top w:w="80" w:type="dxa"/>
              <w:left w:w="80" w:type="dxa"/>
              <w:bottom w:w="80" w:type="dxa"/>
              <w:right w:w="80" w:type="dxa"/>
            </w:tcMar>
            <w:vAlign w:val="center"/>
          </w:tcPr>
          <w:p w14:paraId="70E47D05" w14:textId="77777777" w:rsidR="00173974" w:rsidRPr="00AE0941" w:rsidRDefault="007E0F88">
            <w:pPr>
              <w:spacing w:after="0"/>
              <w:jc w:val="center"/>
            </w:pPr>
            <w:r w:rsidRPr="00AE0941">
              <w:rPr>
                <w:sz w:val="16"/>
              </w:rPr>
              <w:t>€ ______</w:t>
            </w:r>
          </w:p>
        </w:tc>
      </w:tr>
      <w:tr w:rsidR="00173974" w:rsidRPr="00AE0941" w14:paraId="58D0D35D" w14:textId="77777777">
        <w:trPr>
          <w:cantSplit/>
          <w:jc w:val="center"/>
        </w:trPr>
        <w:tc>
          <w:tcPr>
            <w:tcW w:w="5112" w:type="dxa"/>
            <w:shd w:val="clear" w:color="auto" w:fill="D9EAF7"/>
            <w:tcMar>
              <w:top w:w="80" w:type="dxa"/>
              <w:left w:w="80" w:type="dxa"/>
              <w:bottom w:w="80" w:type="dxa"/>
              <w:right w:w="80" w:type="dxa"/>
            </w:tcMar>
            <w:vAlign w:val="center"/>
          </w:tcPr>
          <w:p w14:paraId="0B519D18" w14:textId="77777777" w:rsidR="00173974" w:rsidRPr="00AE0941" w:rsidRDefault="007E0F88">
            <w:pPr>
              <w:spacing w:after="0"/>
              <w:jc w:val="center"/>
            </w:pPr>
            <w:r w:rsidRPr="00AE0941">
              <w:rPr>
                <w:b/>
                <w:sz w:val="16"/>
              </w:rPr>
              <w:t>TOTAL EVALUATED TENDER PRICE</w:t>
            </w:r>
          </w:p>
        </w:tc>
        <w:tc>
          <w:tcPr>
            <w:tcW w:w="5112" w:type="dxa"/>
            <w:shd w:val="clear" w:color="auto" w:fill="D9EAF7"/>
            <w:tcMar>
              <w:top w:w="80" w:type="dxa"/>
              <w:left w:w="80" w:type="dxa"/>
              <w:bottom w:w="80" w:type="dxa"/>
              <w:right w:w="80" w:type="dxa"/>
            </w:tcMar>
            <w:vAlign w:val="center"/>
          </w:tcPr>
          <w:p w14:paraId="584E344D" w14:textId="77777777" w:rsidR="00173974" w:rsidRPr="00AE0941" w:rsidRDefault="007E0F88">
            <w:pPr>
              <w:spacing w:after="0"/>
              <w:jc w:val="center"/>
            </w:pPr>
            <w:r w:rsidRPr="00AE0941">
              <w:rPr>
                <w:b/>
                <w:sz w:val="16"/>
              </w:rPr>
              <w:t>€ ______</w:t>
            </w:r>
          </w:p>
        </w:tc>
      </w:tr>
    </w:tbl>
    <w:p w14:paraId="34CE0A41" w14:textId="77777777" w:rsidR="00173974" w:rsidRPr="00AE0941" w:rsidRDefault="00173974">
      <w:pPr>
        <w:spacing w:after="20"/>
      </w:pPr>
    </w:p>
    <w:p w14:paraId="2881966C" w14:textId="77777777" w:rsidR="00173974" w:rsidRPr="00AE0941" w:rsidRDefault="007E0F88">
      <w:pPr>
        <w:pStyle w:val="Heading2"/>
        <w:rPr>
          <w:rFonts w:ascii="Aptos" w:hAnsi="Aptos"/>
        </w:rPr>
      </w:pPr>
      <w:r w:rsidRPr="00AE0941">
        <w:rPr>
          <w:rFonts w:ascii="Aptos" w:hAnsi="Aptos"/>
        </w:rPr>
        <w:t>Pricing Assumptions and Exclusions</w:t>
      </w:r>
    </w:p>
    <w:p w14:paraId="29A40879" w14:textId="77777777" w:rsidR="00173974" w:rsidRPr="00AE0941" w:rsidRDefault="007E0F88">
      <w:r w:rsidRPr="00AE0941">
        <w:t>Tenderers must state all assumptions, exclusions, minimum charges, proposed indexation, third-party vendor pricing arrangements, licence mark-ups or administration fees and any other mandatory charges.</w:t>
      </w:r>
    </w:p>
    <w:p w14:paraId="6285404A" w14:textId="77777777" w:rsidR="00173974" w:rsidRPr="00AE0941" w:rsidRDefault="007E0F88">
      <w:r w:rsidRPr="00AE0941">
        <w:t>____________________________________________________________________________________________</w:t>
      </w:r>
    </w:p>
    <w:p w14:paraId="65CD3ACE" w14:textId="77777777" w:rsidR="00173974" w:rsidRPr="00AE0941" w:rsidRDefault="007E0F88">
      <w:r w:rsidRPr="00AE0941">
        <w:t>____________________________________________________________________________________________</w:t>
      </w:r>
    </w:p>
    <w:p w14:paraId="596AC203" w14:textId="77777777" w:rsidR="00173974" w:rsidRPr="00AE0941" w:rsidRDefault="007E0F88">
      <w:r w:rsidRPr="00AE0941">
        <w:t>____________________________________________________________________________________________</w:t>
      </w:r>
    </w:p>
    <w:p w14:paraId="1BFDBC7E" w14:textId="5A376555" w:rsidR="00613128" w:rsidRDefault="007E0F88" w:rsidP="003149AF">
      <w:r w:rsidRPr="00AE0941">
        <w:t>____________________________________________________________________________________________</w:t>
      </w:r>
    </w:p>
    <w:p w14:paraId="73E46E09" w14:textId="77777777" w:rsidR="00711471" w:rsidRDefault="00711471">
      <w:pPr>
        <w:pStyle w:val="Heading1"/>
        <w:rPr>
          <w:rFonts w:ascii="Aptos" w:hAnsi="Aptos"/>
        </w:rPr>
      </w:pPr>
    </w:p>
    <w:p w14:paraId="7163A9C7" w14:textId="77777777" w:rsidR="00711471" w:rsidRPr="00AE0941" w:rsidRDefault="00711471" w:rsidP="00C34028">
      <w:pPr>
        <w:jc w:val="center"/>
      </w:pPr>
    </w:p>
    <w:sectPr w:rsidR="00711471" w:rsidRPr="00AE0941" w:rsidSect="00034616">
      <w:headerReference w:type="default" r:id="rId11"/>
      <w:footerReference w:type="default" r:id="rId12"/>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29454" w14:textId="77777777" w:rsidR="00E35239" w:rsidRDefault="00E35239">
      <w:pPr>
        <w:spacing w:after="0" w:line="240" w:lineRule="auto"/>
      </w:pPr>
      <w:r>
        <w:separator/>
      </w:r>
    </w:p>
  </w:endnote>
  <w:endnote w:type="continuationSeparator" w:id="0">
    <w:p w14:paraId="02019A37" w14:textId="77777777" w:rsidR="00E35239" w:rsidRDefault="00E35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0FC23" w14:textId="77777777" w:rsidR="00173974" w:rsidRDefault="007E0F88" w:rsidP="002209EB">
    <w:pPr>
      <w:pStyle w:val="Footer"/>
      <w:jc w:val="center"/>
    </w:pPr>
    <w:r>
      <w:t xml:space="preserve">| ICT Support Services RFT | </w:t>
    </w:r>
    <w:r>
      <w:fldChar w:fldCharType="begin"/>
    </w:r>
    <w:r>
      <w:instrText>PAGE</w:instrText>
    </w:r>
    <w:r>
      <w:fldChar w:fldCharType="separate"/>
    </w:r>
    <w:r w:rsidR="002209E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58CF2" w14:textId="77777777" w:rsidR="00E35239" w:rsidRDefault="00E35239">
      <w:pPr>
        <w:spacing w:after="0" w:line="240" w:lineRule="auto"/>
      </w:pPr>
      <w:r>
        <w:separator/>
      </w:r>
    </w:p>
  </w:footnote>
  <w:footnote w:type="continuationSeparator" w:id="0">
    <w:p w14:paraId="69368FF4" w14:textId="77777777" w:rsidR="00E35239" w:rsidRDefault="00E352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4BBEE" w14:textId="77777777" w:rsidR="00173974" w:rsidRDefault="007E0F88">
    <w:pPr>
      <w:pStyle w:val="Header"/>
      <w:jc w:val="right"/>
    </w:pPr>
    <w:r>
      <w:rPr>
        <w:b/>
        <w:color w:val="646464"/>
        <w:sz w:val="16"/>
      </w:rPr>
      <w:t xml:space="preserve">LIMERICK TWENTY THIRTY DAC | ICT SUPPORT SERVICES RFT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BEE87640"/>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2490BA"/>
    <w:multiLevelType w:val="hybridMultilevel"/>
    <w:tmpl w:val="2F32D70C"/>
    <w:lvl w:ilvl="0" w:tplc="655CFC12">
      <w:start w:val="1"/>
      <w:numFmt w:val="decimal"/>
      <w:lvlText w:val="%1."/>
      <w:lvlJc w:val="left"/>
      <w:pPr>
        <w:ind w:left="720" w:hanging="360"/>
      </w:pPr>
    </w:lvl>
    <w:lvl w:ilvl="1" w:tplc="F75C1E10">
      <w:start w:val="1"/>
      <w:numFmt w:val="lowerLetter"/>
      <w:lvlText w:val="%2."/>
      <w:lvlJc w:val="left"/>
      <w:pPr>
        <w:ind w:left="1440" w:hanging="360"/>
      </w:pPr>
    </w:lvl>
    <w:lvl w:ilvl="2" w:tplc="B370599E">
      <w:start w:val="1"/>
      <w:numFmt w:val="lowerRoman"/>
      <w:lvlText w:val="%3."/>
      <w:lvlJc w:val="right"/>
      <w:pPr>
        <w:ind w:left="2160" w:hanging="180"/>
      </w:pPr>
    </w:lvl>
    <w:lvl w:ilvl="3" w:tplc="69CE95E8">
      <w:start w:val="1"/>
      <w:numFmt w:val="decimal"/>
      <w:lvlText w:val="%4."/>
      <w:lvlJc w:val="left"/>
      <w:pPr>
        <w:ind w:left="2880" w:hanging="360"/>
      </w:pPr>
    </w:lvl>
    <w:lvl w:ilvl="4" w:tplc="9154C004">
      <w:start w:val="1"/>
      <w:numFmt w:val="lowerLetter"/>
      <w:lvlText w:val="%5."/>
      <w:lvlJc w:val="left"/>
      <w:pPr>
        <w:ind w:left="3600" w:hanging="360"/>
      </w:pPr>
    </w:lvl>
    <w:lvl w:ilvl="5" w:tplc="E9E82684">
      <w:start w:val="1"/>
      <w:numFmt w:val="lowerRoman"/>
      <w:lvlText w:val="%6."/>
      <w:lvlJc w:val="right"/>
      <w:pPr>
        <w:ind w:left="4320" w:hanging="180"/>
      </w:pPr>
    </w:lvl>
    <w:lvl w:ilvl="6" w:tplc="00C4CFB0">
      <w:start w:val="1"/>
      <w:numFmt w:val="decimal"/>
      <w:lvlText w:val="%7."/>
      <w:lvlJc w:val="left"/>
      <w:pPr>
        <w:ind w:left="5040" w:hanging="360"/>
      </w:pPr>
    </w:lvl>
    <w:lvl w:ilvl="7" w:tplc="1674A078">
      <w:start w:val="1"/>
      <w:numFmt w:val="lowerLetter"/>
      <w:lvlText w:val="%8."/>
      <w:lvlJc w:val="left"/>
      <w:pPr>
        <w:ind w:left="5760" w:hanging="360"/>
      </w:pPr>
    </w:lvl>
    <w:lvl w:ilvl="8" w:tplc="B5867846">
      <w:start w:val="1"/>
      <w:numFmt w:val="lowerRoman"/>
      <w:lvlText w:val="%9."/>
      <w:lvlJc w:val="right"/>
      <w:pPr>
        <w:ind w:left="6480" w:hanging="180"/>
      </w:pPr>
    </w:lvl>
  </w:abstractNum>
  <w:abstractNum w:abstractNumId="7" w15:restartNumberingAfterBreak="0">
    <w:nsid w:val="18D8DA97"/>
    <w:multiLevelType w:val="hybridMultilevel"/>
    <w:tmpl w:val="5882EE8E"/>
    <w:lvl w:ilvl="0" w:tplc="45DA2988">
      <w:start w:val="1"/>
      <w:numFmt w:val="lowerRoman"/>
      <w:lvlText w:val="ii)"/>
      <w:lvlJc w:val="right"/>
      <w:pPr>
        <w:ind w:left="720" w:hanging="360"/>
      </w:pPr>
    </w:lvl>
    <w:lvl w:ilvl="1" w:tplc="B2724ADE">
      <w:start w:val="1"/>
      <w:numFmt w:val="lowerLetter"/>
      <w:lvlText w:val="%2."/>
      <w:lvlJc w:val="left"/>
      <w:pPr>
        <w:ind w:left="1440" w:hanging="360"/>
      </w:pPr>
    </w:lvl>
    <w:lvl w:ilvl="2" w:tplc="86A4E4BC">
      <w:start w:val="1"/>
      <w:numFmt w:val="lowerRoman"/>
      <w:lvlText w:val="%3."/>
      <w:lvlJc w:val="right"/>
      <w:pPr>
        <w:ind w:left="2160" w:hanging="180"/>
      </w:pPr>
    </w:lvl>
    <w:lvl w:ilvl="3" w:tplc="961C4952">
      <w:start w:val="1"/>
      <w:numFmt w:val="decimal"/>
      <w:lvlText w:val="%4."/>
      <w:lvlJc w:val="left"/>
      <w:pPr>
        <w:ind w:left="2880" w:hanging="360"/>
      </w:pPr>
    </w:lvl>
    <w:lvl w:ilvl="4" w:tplc="45761BB0">
      <w:start w:val="1"/>
      <w:numFmt w:val="lowerLetter"/>
      <w:lvlText w:val="%5."/>
      <w:lvlJc w:val="left"/>
      <w:pPr>
        <w:ind w:left="3600" w:hanging="360"/>
      </w:pPr>
    </w:lvl>
    <w:lvl w:ilvl="5" w:tplc="8E5008C2">
      <w:start w:val="1"/>
      <w:numFmt w:val="lowerRoman"/>
      <w:lvlText w:val="%6."/>
      <w:lvlJc w:val="right"/>
      <w:pPr>
        <w:ind w:left="4320" w:hanging="180"/>
      </w:pPr>
    </w:lvl>
    <w:lvl w:ilvl="6" w:tplc="6072732E">
      <w:start w:val="1"/>
      <w:numFmt w:val="decimal"/>
      <w:lvlText w:val="%7."/>
      <w:lvlJc w:val="left"/>
      <w:pPr>
        <w:ind w:left="5040" w:hanging="360"/>
      </w:pPr>
    </w:lvl>
    <w:lvl w:ilvl="7" w:tplc="0486C0D8">
      <w:start w:val="1"/>
      <w:numFmt w:val="lowerLetter"/>
      <w:lvlText w:val="%8."/>
      <w:lvlJc w:val="left"/>
      <w:pPr>
        <w:ind w:left="5760" w:hanging="360"/>
      </w:pPr>
    </w:lvl>
    <w:lvl w:ilvl="8" w:tplc="BBB0DBC0">
      <w:start w:val="1"/>
      <w:numFmt w:val="lowerRoman"/>
      <w:lvlText w:val="%9."/>
      <w:lvlJc w:val="right"/>
      <w:pPr>
        <w:ind w:left="6480" w:hanging="180"/>
      </w:pPr>
    </w:lvl>
  </w:abstractNum>
  <w:abstractNum w:abstractNumId="8" w15:restartNumberingAfterBreak="0">
    <w:nsid w:val="33595A3B"/>
    <w:multiLevelType w:val="hybridMultilevel"/>
    <w:tmpl w:val="4A8C62E8"/>
    <w:lvl w:ilvl="0" w:tplc="D5C0D264">
      <w:start w:val="1"/>
      <w:numFmt w:val="decimal"/>
      <w:lvlText w:val="%1."/>
      <w:lvlJc w:val="left"/>
      <w:pPr>
        <w:ind w:left="720" w:hanging="360"/>
      </w:pPr>
    </w:lvl>
    <w:lvl w:ilvl="1" w:tplc="FE24486A">
      <w:start w:val="1"/>
      <w:numFmt w:val="lowerLetter"/>
      <w:lvlText w:val="%2."/>
      <w:lvlJc w:val="left"/>
      <w:pPr>
        <w:ind w:left="1440" w:hanging="360"/>
      </w:pPr>
    </w:lvl>
    <w:lvl w:ilvl="2" w:tplc="5AB6827E">
      <w:start w:val="1"/>
      <w:numFmt w:val="lowerRoman"/>
      <w:lvlText w:val="%3."/>
      <w:lvlJc w:val="right"/>
      <w:pPr>
        <w:ind w:left="2160" w:hanging="180"/>
      </w:pPr>
    </w:lvl>
    <w:lvl w:ilvl="3" w:tplc="8504826E">
      <w:start w:val="1"/>
      <w:numFmt w:val="decimal"/>
      <w:lvlText w:val="%4."/>
      <w:lvlJc w:val="left"/>
      <w:pPr>
        <w:ind w:left="2880" w:hanging="360"/>
      </w:pPr>
    </w:lvl>
    <w:lvl w:ilvl="4" w:tplc="4F76E356">
      <w:start w:val="1"/>
      <w:numFmt w:val="lowerLetter"/>
      <w:lvlText w:val="%5."/>
      <w:lvlJc w:val="left"/>
      <w:pPr>
        <w:ind w:left="3600" w:hanging="360"/>
      </w:pPr>
    </w:lvl>
    <w:lvl w:ilvl="5" w:tplc="E31C619E">
      <w:start w:val="1"/>
      <w:numFmt w:val="lowerRoman"/>
      <w:lvlText w:val="%6."/>
      <w:lvlJc w:val="right"/>
      <w:pPr>
        <w:ind w:left="4320" w:hanging="180"/>
      </w:pPr>
    </w:lvl>
    <w:lvl w:ilvl="6" w:tplc="7F5C805E">
      <w:start w:val="1"/>
      <w:numFmt w:val="decimal"/>
      <w:lvlText w:val="%7."/>
      <w:lvlJc w:val="left"/>
      <w:pPr>
        <w:ind w:left="5040" w:hanging="360"/>
      </w:pPr>
    </w:lvl>
    <w:lvl w:ilvl="7" w:tplc="2996A76C">
      <w:start w:val="1"/>
      <w:numFmt w:val="lowerLetter"/>
      <w:lvlText w:val="%8."/>
      <w:lvlJc w:val="left"/>
      <w:pPr>
        <w:ind w:left="5760" w:hanging="360"/>
      </w:pPr>
    </w:lvl>
    <w:lvl w:ilvl="8" w:tplc="6FE64326">
      <w:start w:val="1"/>
      <w:numFmt w:val="lowerRoman"/>
      <w:lvlText w:val="%9."/>
      <w:lvlJc w:val="right"/>
      <w:pPr>
        <w:ind w:left="6480" w:hanging="180"/>
      </w:pPr>
    </w:lvl>
  </w:abstractNum>
  <w:abstractNum w:abstractNumId="9" w15:restartNumberingAfterBreak="0">
    <w:nsid w:val="3411BC0B"/>
    <w:multiLevelType w:val="hybridMultilevel"/>
    <w:tmpl w:val="6BBC6AC2"/>
    <w:lvl w:ilvl="0" w:tplc="0F0EEAB4">
      <w:start w:val="1"/>
      <w:numFmt w:val="decimal"/>
      <w:lvlText w:val="%1."/>
      <w:lvlJc w:val="left"/>
      <w:pPr>
        <w:ind w:left="720" w:hanging="360"/>
      </w:pPr>
    </w:lvl>
    <w:lvl w:ilvl="1" w:tplc="993E5A12">
      <w:start w:val="2"/>
      <w:numFmt w:val="lowerRoman"/>
      <w:lvlText w:val="%2."/>
      <w:lvlJc w:val="right"/>
      <w:pPr>
        <w:ind w:left="1440" w:hanging="360"/>
      </w:pPr>
    </w:lvl>
    <w:lvl w:ilvl="2" w:tplc="C9183D24">
      <w:start w:val="1"/>
      <w:numFmt w:val="lowerRoman"/>
      <w:lvlText w:val="%3."/>
      <w:lvlJc w:val="right"/>
      <w:pPr>
        <w:ind w:left="2160" w:hanging="180"/>
      </w:pPr>
    </w:lvl>
    <w:lvl w:ilvl="3" w:tplc="DF0EE148">
      <w:start w:val="1"/>
      <w:numFmt w:val="decimal"/>
      <w:lvlText w:val="%4."/>
      <w:lvlJc w:val="left"/>
      <w:pPr>
        <w:ind w:left="2880" w:hanging="360"/>
      </w:pPr>
    </w:lvl>
    <w:lvl w:ilvl="4" w:tplc="379EF400">
      <w:start w:val="1"/>
      <w:numFmt w:val="lowerLetter"/>
      <w:lvlText w:val="%5."/>
      <w:lvlJc w:val="left"/>
      <w:pPr>
        <w:ind w:left="3600" w:hanging="360"/>
      </w:pPr>
    </w:lvl>
    <w:lvl w:ilvl="5" w:tplc="6750FDD4">
      <w:start w:val="1"/>
      <w:numFmt w:val="lowerRoman"/>
      <w:lvlText w:val="%6."/>
      <w:lvlJc w:val="right"/>
      <w:pPr>
        <w:ind w:left="4320" w:hanging="180"/>
      </w:pPr>
    </w:lvl>
    <w:lvl w:ilvl="6" w:tplc="54EC5256">
      <w:start w:val="1"/>
      <w:numFmt w:val="decimal"/>
      <w:lvlText w:val="%7."/>
      <w:lvlJc w:val="left"/>
      <w:pPr>
        <w:ind w:left="5040" w:hanging="360"/>
      </w:pPr>
    </w:lvl>
    <w:lvl w:ilvl="7" w:tplc="1EE0FBC6">
      <w:start w:val="1"/>
      <w:numFmt w:val="lowerLetter"/>
      <w:lvlText w:val="%8."/>
      <w:lvlJc w:val="left"/>
      <w:pPr>
        <w:ind w:left="5760" w:hanging="360"/>
      </w:pPr>
    </w:lvl>
    <w:lvl w:ilvl="8" w:tplc="7BD4F988">
      <w:start w:val="1"/>
      <w:numFmt w:val="lowerRoman"/>
      <w:lvlText w:val="%9."/>
      <w:lvlJc w:val="right"/>
      <w:pPr>
        <w:ind w:left="6480" w:hanging="180"/>
      </w:pPr>
    </w:lvl>
  </w:abstractNum>
  <w:abstractNum w:abstractNumId="10" w15:restartNumberingAfterBreak="0">
    <w:nsid w:val="4A9B7D62"/>
    <w:multiLevelType w:val="hybridMultilevel"/>
    <w:tmpl w:val="AD38AEF4"/>
    <w:lvl w:ilvl="0" w:tplc="4426B6C4">
      <w:start w:val="1"/>
      <w:numFmt w:val="decimal"/>
      <w:lvlText w:val="%1."/>
      <w:lvlJc w:val="left"/>
      <w:pPr>
        <w:ind w:left="720" w:hanging="360"/>
      </w:pPr>
    </w:lvl>
    <w:lvl w:ilvl="1" w:tplc="15FE07AA">
      <w:start w:val="4"/>
      <w:numFmt w:val="lowerRoman"/>
      <w:lvlText w:val="%2."/>
      <w:lvlJc w:val="right"/>
      <w:pPr>
        <w:ind w:left="1440" w:hanging="360"/>
      </w:pPr>
    </w:lvl>
    <w:lvl w:ilvl="2" w:tplc="73863BF0">
      <w:start w:val="1"/>
      <w:numFmt w:val="lowerRoman"/>
      <w:lvlText w:val="%3."/>
      <w:lvlJc w:val="right"/>
      <w:pPr>
        <w:ind w:left="2160" w:hanging="180"/>
      </w:pPr>
    </w:lvl>
    <w:lvl w:ilvl="3" w:tplc="BAA00BD8">
      <w:start w:val="1"/>
      <w:numFmt w:val="decimal"/>
      <w:lvlText w:val="%4."/>
      <w:lvlJc w:val="left"/>
      <w:pPr>
        <w:ind w:left="2880" w:hanging="360"/>
      </w:pPr>
    </w:lvl>
    <w:lvl w:ilvl="4" w:tplc="E3802926">
      <w:start w:val="1"/>
      <w:numFmt w:val="lowerLetter"/>
      <w:lvlText w:val="%5."/>
      <w:lvlJc w:val="left"/>
      <w:pPr>
        <w:ind w:left="3600" w:hanging="360"/>
      </w:pPr>
    </w:lvl>
    <w:lvl w:ilvl="5" w:tplc="202A488A">
      <w:start w:val="1"/>
      <w:numFmt w:val="lowerRoman"/>
      <w:lvlText w:val="%6."/>
      <w:lvlJc w:val="right"/>
      <w:pPr>
        <w:ind w:left="4320" w:hanging="180"/>
      </w:pPr>
    </w:lvl>
    <w:lvl w:ilvl="6" w:tplc="2334D330">
      <w:start w:val="1"/>
      <w:numFmt w:val="decimal"/>
      <w:lvlText w:val="%7."/>
      <w:lvlJc w:val="left"/>
      <w:pPr>
        <w:ind w:left="5040" w:hanging="360"/>
      </w:pPr>
    </w:lvl>
    <w:lvl w:ilvl="7" w:tplc="9A8694EE">
      <w:start w:val="1"/>
      <w:numFmt w:val="lowerLetter"/>
      <w:lvlText w:val="%8."/>
      <w:lvlJc w:val="left"/>
      <w:pPr>
        <w:ind w:left="5760" w:hanging="360"/>
      </w:pPr>
    </w:lvl>
    <w:lvl w:ilvl="8" w:tplc="0422F6D4">
      <w:start w:val="1"/>
      <w:numFmt w:val="lowerRoman"/>
      <w:lvlText w:val="%9."/>
      <w:lvlJc w:val="right"/>
      <w:pPr>
        <w:ind w:left="6480" w:hanging="180"/>
      </w:pPr>
    </w:lvl>
  </w:abstractNum>
  <w:abstractNum w:abstractNumId="11" w15:restartNumberingAfterBreak="0">
    <w:nsid w:val="4FAE7CA0"/>
    <w:multiLevelType w:val="hybridMultilevel"/>
    <w:tmpl w:val="8D1045DE"/>
    <w:lvl w:ilvl="0" w:tplc="D4A8B656">
      <w:start w:val="1"/>
      <w:numFmt w:val="upperLetter"/>
      <w:lvlText w:val="%1."/>
      <w:lvlJc w:val="left"/>
      <w:pPr>
        <w:ind w:left="720" w:hanging="360"/>
      </w:pPr>
    </w:lvl>
    <w:lvl w:ilvl="1" w:tplc="8196DE4E">
      <w:start w:val="1"/>
      <w:numFmt w:val="lowerLetter"/>
      <w:lvlText w:val="%2."/>
      <w:lvlJc w:val="left"/>
      <w:pPr>
        <w:ind w:left="1440" w:hanging="360"/>
      </w:pPr>
    </w:lvl>
    <w:lvl w:ilvl="2" w:tplc="027A6E1C">
      <w:start w:val="1"/>
      <w:numFmt w:val="lowerRoman"/>
      <w:lvlText w:val="%3."/>
      <w:lvlJc w:val="right"/>
      <w:pPr>
        <w:ind w:left="2160" w:hanging="180"/>
      </w:pPr>
    </w:lvl>
    <w:lvl w:ilvl="3" w:tplc="A87C3ED2">
      <w:start w:val="1"/>
      <w:numFmt w:val="decimal"/>
      <w:lvlText w:val="%4."/>
      <w:lvlJc w:val="left"/>
      <w:pPr>
        <w:ind w:left="2880" w:hanging="360"/>
      </w:pPr>
    </w:lvl>
    <w:lvl w:ilvl="4" w:tplc="8B26BCBA">
      <w:start w:val="1"/>
      <w:numFmt w:val="lowerLetter"/>
      <w:lvlText w:val="%5."/>
      <w:lvlJc w:val="left"/>
      <w:pPr>
        <w:ind w:left="3600" w:hanging="360"/>
      </w:pPr>
    </w:lvl>
    <w:lvl w:ilvl="5" w:tplc="9B883D04">
      <w:start w:val="1"/>
      <w:numFmt w:val="lowerRoman"/>
      <w:lvlText w:val="%6."/>
      <w:lvlJc w:val="right"/>
      <w:pPr>
        <w:ind w:left="4320" w:hanging="180"/>
      </w:pPr>
    </w:lvl>
    <w:lvl w:ilvl="6" w:tplc="411651BA">
      <w:start w:val="1"/>
      <w:numFmt w:val="decimal"/>
      <w:lvlText w:val="%7."/>
      <w:lvlJc w:val="left"/>
      <w:pPr>
        <w:ind w:left="5040" w:hanging="360"/>
      </w:pPr>
    </w:lvl>
    <w:lvl w:ilvl="7" w:tplc="D5C68B5A">
      <w:start w:val="1"/>
      <w:numFmt w:val="lowerLetter"/>
      <w:lvlText w:val="%8."/>
      <w:lvlJc w:val="left"/>
      <w:pPr>
        <w:ind w:left="5760" w:hanging="360"/>
      </w:pPr>
    </w:lvl>
    <w:lvl w:ilvl="8" w:tplc="842ADCAE">
      <w:start w:val="1"/>
      <w:numFmt w:val="lowerRoman"/>
      <w:lvlText w:val="%9."/>
      <w:lvlJc w:val="right"/>
      <w:pPr>
        <w:ind w:left="6480" w:hanging="180"/>
      </w:pPr>
    </w:lvl>
  </w:abstractNum>
  <w:abstractNum w:abstractNumId="12" w15:restartNumberingAfterBreak="0">
    <w:nsid w:val="56389279"/>
    <w:multiLevelType w:val="hybridMultilevel"/>
    <w:tmpl w:val="15304C40"/>
    <w:lvl w:ilvl="0" w:tplc="936ADCD4">
      <w:start w:val="1"/>
      <w:numFmt w:val="decimal"/>
      <w:lvlText w:val="%1."/>
      <w:lvlJc w:val="left"/>
      <w:pPr>
        <w:ind w:left="720" w:hanging="360"/>
      </w:pPr>
      <w:rPr>
        <w:rFonts w:ascii="Calibri" w:eastAsia="Calibri" w:hAnsi="Calibri" w:cs="Calibri"/>
      </w:rPr>
    </w:lvl>
    <w:lvl w:ilvl="1" w:tplc="C6CE6202">
      <w:start w:val="1"/>
      <w:numFmt w:val="lowerLetter"/>
      <w:lvlText w:val="%2."/>
      <w:lvlJc w:val="left"/>
      <w:pPr>
        <w:ind w:left="1440" w:hanging="360"/>
      </w:pPr>
    </w:lvl>
    <w:lvl w:ilvl="2" w:tplc="818A1E14">
      <w:start w:val="1"/>
      <w:numFmt w:val="lowerRoman"/>
      <w:lvlText w:val="%3."/>
      <w:lvlJc w:val="right"/>
      <w:pPr>
        <w:ind w:left="2160" w:hanging="180"/>
      </w:pPr>
    </w:lvl>
    <w:lvl w:ilvl="3" w:tplc="5C162228">
      <w:start w:val="1"/>
      <w:numFmt w:val="decimal"/>
      <w:lvlText w:val="%4."/>
      <w:lvlJc w:val="left"/>
      <w:pPr>
        <w:ind w:left="2880" w:hanging="360"/>
      </w:pPr>
    </w:lvl>
    <w:lvl w:ilvl="4" w:tplc="9BC8E046">
      <w:start w:val="1"/>
      <w:numFmt w:val="lowerLetter"/>
      <w:lvlText w:val="%5."/>
      <w:lvlJc w:val="left"/>
      <w:pPr>
        <w:ind w:left="3600" w:hanging="360"/>
      </w:pPr>
    </w:lvl>
    <w:lvl w:ilvl="5" w:tplc="6D688E50">
      <w:start w:val="1"/>
      <w:numFmt w:val="lowerRoman"/>
      <w:lvlText w:val="%6."/>
      <w:lvlJc w:val="right"/>
      <w:pPr>
        <w:ind w:left="4320" w:hanging="180"/>
      </w:pPr>
    </w:lvl>
    <w:lvl w:ilvl="6" w:tplc="25A826E8">
      <w:start w:val="1"/>
      <w:numFmt w:val="decimal"/>
      <w:lvlText w:val="%7."/>
      <w:lvlJc w:val="left"/>
      <w:pPr>
        <w:ind w:left="5040" w:hanging="360"/>
      </w:pPr>
    </w:lvl>
    <w:lvl w:ilvl="7" w:tplc="0714E92E">
      <w:start w:val="1"/>
      <w:numFmt w:val="lowerLetter"/>
      <w:lvlText w:val="%8."/>
      <w:lvlJc w:val="left"/>
      <w:pPr>
        <w:ind w:left="5760" w:hanging="360"/>
      </w:pPr>
    </w:lvl>
    <w:lvl w:ilvl="8" w:tplc="2F9CD000">
      <w:start w:val="1"/>
      <w:numFmt w:val="lowerRoman"/>
      <w:lvlText w:val="%9."/>
      <w:lvlJc w:val="right"/>
      <w:pPr>
        <w:ind w:left="6480" w:hanging="180"/>
      </w:pPr>
    </w:lvl>
  </w:abstractNum>
  <w:abstractNum w:abstractNumId="13" w15:restartNumberingAfterBreak="0">
    <w:nsid w:val="5DE0460A"/>
    <w:multiLevelType w:val="hybridMultilevel"/>
    <w:tmpl w:val="986C1082"/>
    <w:lvl w:ilvl="0" w:tplc="B9BC1B6C">
      <w:start w:val="1"/>
      <w:numFmt w:val="decimal"/>
      <w:lvlText w:val="%1."/>
      <w:lvlJc w:val="left"/>
      <w:pPr>
        <w:ind w:left="720" w:hanging="360"/>
      </w:pPr>
    </w:lvl>
    <w:lvl w:ilvl="1" w:tplc="60F62E16">
      <w:start w:val="1"/>
      <w:numFmt w:val="lowerLetter"/>
      <w:lvlText w:val="%2."/>
      <w:lvlJc w:val="left"/>
      <w:pPr>
        <w:ind w:left="1440" w:hanging="360"/>
      </w:pPr>
    </w:lvl>
    <w:lvl w:ilvl="2" w:tplc="743C873C">
      <w:start w:val="1"/>
      <w:numFmt w:val="upperLetter"/>
      <w:lvlText w:val="%3."/>
      <w:lvlJc w:val="left"/>
      <w:pPr>
        <w:ind w:left="2160" w:hanging="180"/>
      </w:pPr>
    </w:lvl>
    <w:lvl w:ilvl="3" w:tplc="889EB6CE">
      <w:start w:val="1"/>
      <w:numFmt w:val="decimal"/>
      <w:lvlText w:val="%4."/>
      <w:lvlJc w:val="left"/>
      <w:pPr>
        <w:ind w:left="2880" w:hanging="360"/>
      </w:pPr>
    </w:lvl>
    <w:lvl w:ilvl="4" w:tplc="AC4EC8FE">
      <w:start w:val="1"/>
      <w:numFmt w:val="lowerLetter"/>
      <w:lvlText w:val="%5."/>
      <w:lvlJc w:val="left"/>
      <w:pPr>
        <w:ind w:left="3600" w:hanging="360"/>
      </w:pPr>
    </w:lvl>
    <w:lvl w:ilvl="5" w:tplc="68A01C74">
      <w:start w:val="1"/>
      <w:numFmt w:val="lowerRoman"/>
      <w:lvlText w:val="%6."/>
      <w:lvlJc w:val="right"/>
      <w:pPr>
        <w:ind w:left="4320" w:hanging="180"/>
      </w:pPr>
    </w:lvl>
    <w:lvl w:ilvl="6" w:tplc="017AF20C">
      <w:start w:val="1"/>
      <w:numFmt w:val="decimal"/>
      <w:lvlText w:val="%7."/>
      <w:lvlJc w:val="left"/>
      <w:pPr>
        <w:ind w:left="5040" w:hanging="360"/>
      </w:pPr>
    </w:lvl>
    <w:lvl w:ilvl="7" w:tplc="7C7E7B5A">
      <w:start w:val="1"/>
      <w:numFmt w:val="lowerLetter"/>
      <w:lvlText w:val="%8."/>
      <w:lvlJc w:val="left"/>
      <w:pPr>
        <w:ind w:left="5760" w:hanging="360"/>
      </w:pPr>
    </w:lvl>
    <w:lvl w:ilvl="8" w:tplc="B75CEB2C">
      <w:start w:val="1"/>
      <w:numFmt w:val="lowerRoman"/>
      <w:lvlText w:val="%9."/>
      <w:lvlJc w:val="right"/>
      <w:pPr>
        <w:ind w:left="6480" w:hanging="180"/>
      </w:pPr>
    </w:lvl>
  </w:abstractNum>
  <w:abstractNum w:abstractNumId="14" w15:restartNumberingAfterBreak="0">
    <w:nsid w:val="5FF07669"/>
    <w:multiLevelType w:val="hybridMultilevel"/>
    <w:tmpl w:val="56E06674"/>
    <w:lvl w:ilvl="0" w:tplc="E690AF90">
      <w:start w:val="1"/>
      <w:numFmt w:val="decimal"/>
      <w:lvlText w:val="%1."/>
      <w:lvlJc w:val="left"/>
      <w:pPr>
        <w:ind w:left="720" w:hanging="360"/>
      </w:pPr>
    </w:lvl>
    <w:lvl w:ilvl="1" w:tplc="A31024E4">
      <w:start w:val="1"/>
      <w:numFmt w:val="lowerRoman"/>
      <w:lvlText w:val="%2."/>
      <w:lvlJc w:val="right"/>
      <w:pPr>
        <w:ind w:left="1440" w:hanging="360"/>
      </w:pPr>
    </w:lvl>
    <w:lvl w:ilvl="2" w:tplc="9CDAFE20">
      <w:start w:val="1"/>
      <w:numFmt w:val="lowerRoman"/>
      <w:lvlText w:val="%3."/>
      <w:lvlJc w:val="right"/>
      <w:pPr>
        <w:ind w:left="2160" w:hanging="180"/>
      </w:pPr>
    </w:lvl>
    <w:lvl w:ilvl="3" w:tplc="E0469862">
      <w:start w:val="1"/>
      <w:numFmt w:val="decimal"/>
      <w:lvlText w:val="%4."/>
      <w:lvlJc w:val="left"/>
      <w:pPr>
        <w:ind w:left="2880" w:hanging="360"/>
      </w:pPr>
    </w:lvl>
    <w:lvl w:ilvl="4" w:tplc="84809228">
      <w:start w:val="1"/>
      <w:numFmt w:val="lowerLetter"/>
      <w:lvlText w:val="%5."/>
      <w:lvlJc w:val="left"/>
      <w:pPr>
        <w:ind w:left="3600" w:hanging="360"/>
      </w:pPr>
    </w:lvl>
    <w:lvl w:ilvl="5" w:tplc="98849A6C">
      <w:start w:val="1"/>
      <w:numFmt w:val="lowerRoman"/>
      <w:lvlText w:val="%6."/>
      <w:lvlJc w:val="right"/>
      <w:pPr>
        <w:ind w:left="4320" w:hanging="180"/>
      </w:pPr>
    </w:lvl>
    <w:lvl w:ilvl="6" w:tplc="A644F60A">
      <w:start w:val="1"/>
      <w:numFmt w:val="decimal"/>
      <w:lvlText w:val="%7."/>
      <w:lvlJc w:val="left"/>
      <w:pPr>
        <w:ind w:left="5040" w:hanging="360"/>
      </w:pPr>
    </w:lvl>
    <w:lvl w:ilvl="7" w:tplc="8042D282">
      <w:start w:val="1"/>
      <w:numFmt w:val="lowerLetter"/>
      <w:lvlText w:val="%8."/>
      <w:lvlJc w:val="left"/>
      <w:pPr>
        <w:ind w:left="5760" w:hanging="360"/>
      </w:pPr>
    </w:lvl>
    <w:lvl w:ilvl="8" w:tplc="5E80C57E">
      <w:start w:val="1"/>
      <w:numFmt w:val="lowerRoman"/>
      <w:lvlText w:val="%9."/>
      <w:lvlJc w:val="right"/>
      <w:pPr>
        <w:ind w:left="6480" w:hanging="180"/>
      </w:pPr>
    </w:lvl>
  </w:abstractNum>
  <w:abstractNum w:abstractNumId="15" w15:restartNumberingAfterBreak="0">
    <w:nsid w:val="6817AAE1"/>
    <w:multiLevelType w:val="hybridMultilevel"/>
    <w:tmpl w:val="2132C746"/>
    <w:lvl w:ilvl="0" w:tplc="4142DC20">
      <w:start w:val="1"/>
      <w:numFmt w:val="decimal"/>
      <w:lvlText w:val="%1."/>
      <w:lvlJc w:val="left"/>
      <w:pPr>
        <w:ind w:left="720" w:hanging="360"/>
      </w:pPr>
    </w:lvl>
    <w:lvl w:ilvl="1" w:tplc="482082AC">
      <w:start w:val="3"/>
      <w:numFmt w:val="lowerRoman"/>
      <w:lvlText w:val="%2."/>
      <w:lvlJc w:val="right"/>
      <w:pPr>
        <w:ind w:left="1440" w:hanging="360"/>
      </w:pPr>
    </w:lvl>
    <w:lvl w:ilvl="2" w:tplc="82EC3C38">
      <w:start w:val="1"/>
      <w:numFmt w:val="lowerRoman"/>
      <w:lvlText w:val="%3."/>
      <w:lvlJc w:val="right"/>
      <w:pPr>
        <w:ind w:left="2160" w:hanging="180"/>
      </w:pPr>
    </w:lvl>
    <w:lvl w:ilvl="3" w:tplc="B756DDA0">
      <w:start w:val="1"/>
      <w:numFmt w:val="decimal"/>
      <w:lvlText w:val="%4."/>
      <w:lvlJc w:val="left"/>
      <w:pPr>
        <w:ind w:left="2880" w:hanging="360"/>
      </w:pPr>
    </w:lvl>
    <w:lvl w:ilvl="4" w:tplc="E362A0E0">
      <w:start w:val="1"/>
      <w:numFmt w:val="lowerLetter"/>
      <w:lvlText w:val="%5."/>
      <w:lvlJc w:val="left"/>
      <w:pPr>
        <w:ind w:left="3600" w:hanging="360"/>
      </w:pPr>
    </w:lvl>
    <w:lvl w:ilvl="5" w:tplc="516061B4">
      <w:start w:val="1"/>
      <w:numFmt w:val="lowerRoman"/>
      <w:lvlText w:val="%6."/>
      <w:lvlJc w:val="right"/>
      <w:pPr>
        <w:ind w:left="4320" w:hanging="180"/>
      </w:pPr>
    </w:lvl>
    <w:lvl w:ilvl="6" w:tplc="C73CBB28">
      <w:start w:val="1"/>
      <w:numFmt w:val="decimal"/>
      <w:lvlText w:val="%7."/>
      <w:lvlJc w:val="left"/>
      <w:pPr>
        <w:ind w:left="5040" w:hanging="360"/>
      </w:pPr>
    </w:lvl>
    <w:lvl w:ilvl="7" w:tplc="75D86516">
      <w:start w:val="1"/>
      <w:numFmt w:val="lowerLetter"/>
      <w:lvlText w:val="%8."/>
      <w:lvlJc w:val="left"/>
      <w:pPr>
        <w:ind w:left="5760" w:hanging="360"/>
      </w:pPr>
    </w:lvl>
    <w:lvl w:ilvl="8" w:tplc="8D42A208">
      <w:start w:val="1"/>
      <w:numFmt w:val="lowerRoman"/>
      <w:lvlText w:val="%9."/>
      <w:lvlJc w:val="right"/>
      <w:pPr>
        <w:ind w:left="6480" w:hanging="180"/>
      </w:pPr>
    </w:lvl>
  </w:abstractNum>
  <w:abstractNum w:abstractNumId="16" w15:restartNumberingAfterBreak="0">
    <w:nsid w:val="75A0F625"/>
    <w:multiLevelType w:val="hybridMultilevel"/>
    <w:tmpl w:val="3B42E37C"/>
    <w:lvl w:ilvl="0" w:tplc="AB625D22">
      <w:start w:val="1"/>
      <w:numFmt w:val="lowerRoman"/>
      <w:lvlText w:val="%1."/>
      <w:lvlJc w:val="right"/>
      <w:pPr>
        <w:ind w:left="720" w:hanging="360"/>
      </w:pPr>
    </w:lvl>
    <w:lvl w:ilvl="1" w:tplc="4E741B16">
      <w:start w:val="1"/>
      <w:numFmt w:val="lowerLetter"/>
      <w:lvlText w:val="%2."/>
      <w:lvlJc w:val="left"/>
      <w:pPr>
        <w:ind w:left="1440" w:hanging="360"/>
      </w:pPr>
    </w:lvl>
    <w:lvl w:ilvl="2" w:tplc="9BA80FE8">
      <w:start w:val="1"/>
      <w:numFmt w:val="lowerRoman"/>
      <w:lvlText w:val="%3."/>
      <w:lvlJc w:val="right"/>
      <w:pPr>
        <w:ind w:left="2160" w:hanging="180"/>
      </w:pPr>
    </w:lvl>
    <w:lvl w:ilvl="3" w:tplc="A54E4934">
      <w:start w:val="1"/>
      <w:numFmt w:val="decimal"/>
      <w:lvlText w:val="%4."/>
      <w:lvlJc w:val="left"/>
      <w:pPr>
        <w:ind w:left="2880" w:hanging="360"/>
      </w:pPr>
    </w:lvl>
    <w:lvl w:ilvl="4" w:tplc="E632B5B6">
      <w:start w:val="1"/>
      <w:numFmt w:val="lowerLetter"/>
      <w:lvlText w:val="%5."/>
      <w:lvlJc w:val="left"/>
      <w:pPr>
        <w:ind w:left="3600" w:hanging="360"/>
      </w:pPr>
    </w:lvl>
    <w:lvl w:ilvl="5" w:tplc="75909CF2">
      <w:start w:val="1"/>
      <w:numFmt w:val="lowerRoman"/>
      <w:lvlText w:val="%6."/>
      <w:lvlJc w:val="right"/>
      <w:pPr>
        <w:ind w:left="4320" w:hanging="180"/>
      </w:pPr>
    </w:lvl>
    <w:lvl w:ilvl="6" w:tplc="7E46C76A">
      <w:start w:val="1"/>
      <w:numFmt w:val="decimal"/>
      <w:lvlText w:val="%7."/>
      <w:lvlJc w:val="left"/>
      <w:pPr>
        <w:ind w:left="5040" w:hanging="360"/>
      </w:pPr>
    </w:lvl>
    <w:lvl w:ilvl="7" w:tplc="C6B2488E">
      <w:start w:val="1"/>
      <w:numFmt w:val="lowerLetter"/>
      <w:lvlText w:val="%8."/>
      <w:lvlJc w:val="left"/>
      <w:pPr>
        <w:ind w:left="5760" w:hanging="360"/>
      </w:pPr>
    </w:lvl>
    <w:lvl w:ilvl="8" w:tplc="E862B7E2">
      <w:start w:val="1"/>
      <w:numFmt w:val="lowerRoman"/>
      <w:lvlText w:val="%9."/>
      <w:lvlJc w:val="right"/>
      <w:pPr>
        <w:ind w:left="6480" w:hanging="180"/>
      </w:pPr>
    </w:lvl>
  </w:abstractNum>
  <w:abstractNum w:abstractNumId="17" w15:restartNumberingAfterBreak="0">
    <w:nsid w:val="77ACF602"/>
    <w:multiLevelType w:val="hybridMultilevel"/>
    <w:tmpl w:val="C58871F8"/>
    <w:lvl w:ilvl="0" w:tplc="ADE00048">
      <w:start w:val="1"/>
      <w:numFmt w:val="lowerRoman"/>
      <w:lvlText w:val="%1."/>
      <w:lvlJc w:val="right"/>
      <w:pPr>
        <w:ind w:left="720" w:hanging="360"/>
      </w:pPr>
    </w:lvl>
    <w:lvl w:ilvl="1" w:tplc="35601FF8">
      <w:start w:val="1"/>
      <w:numFmt w:val="lowerLetter"/>
      <w:lvlText w:val="%2."/>
      <w:lvlJc w:val="left"/>
      <w:pPr>
        <w:ind w:left="1440" w:hanging="360"/>
      </w:pPr>
    </w:lvl>
    <w:lvl w:ilvl="2" w:tplc="C940584A">
      <w:start w:val="1"/>
      <w:numFmt w:val="lowerRoman"/>
      <w:lvlText w:val="%3."/>
      <w:lvlJc w:val="right"/>
      <w:pPr>
        <w:ind w:left="2160" w:hanging="180"/>
      </w:pPr>
    </w:lvl>
    <w:lvl w:ilvl="3" w:tplc="6D62D442">
      <w:start w:val="1"/>
      <w:numFmt w:val="decimal"/>
      <w:lvlText w:val="%4."/>
      <w:lvlJc w:val="left"/>
      <w:pPr>
        <w:ind w:left="2880" w:hanging="360"/>
      </w:pPr>
    </w:lvl>
    <w:lvl w:ilvl="4" w:tplc="963E579C">
      <w:start w:val="1"/>
      <w:numFmt w:val="lowerLetter"/>
      <w:lvlText w:val="%5."/>
      <w:lvlJc w:val="left"/>
      <w:pPr>
        <w:ind w:left="3600" w:hanging="360"/>
      </w:pPr>
    </w:lvl>
    <w:lvl w:ilvl="5" w:tplc="713A1884">
      <w:start w:val="1"/>
      <w:numFmt w:val="lowerRoman"/>
      <w:lvlText w:val="%6."/>
      <w:lvlJc w:val="right"/>
      <w:pPr>
        <w:ind w:left="4320" w:hanging="180"/>
      </w:pPr>
    </w:lvl>
    <w:lvl w:ilvl="6" w:tplc="F0741C2A">
      <w:start w:val="1"/>
      <w:numFmt w:val="decimal"/>
      <w:lvlText w:val="%7."/>
      <w:lvlJc w:val="left"/>
      <w:pPr>
        <w:ind w:left="5040" w:hanging="360"/>
      </w:pPr>
    </w:lvl>
    <w:lvl w:ilvl="7" w:tplc="B9A0DDAE">
      <w:start w:val="1"/>
      <w:numFmt w:val="lowerLetter"/>
      <w:lvlText w:val="%8."/>
      <w:lvlJc w:val="left"/>
      <w:pPr>
        <w:ind w:left="5760" w:hanging="360"/>
      </w:pPr>
    </w:lvl>
    <w:lvl w:ilvl="8" w:tplc="E5F8DAD8">
      <w:start w:val="1"/>
      <w:numFmt w:val="lowerRoman"/>
      <w:lvlText w:val="%9."/>
      <w:lvlJc w:val="right"/>
      <w:pPr>
        <w:ind w:left="6480" w:hanging="180"/>
      </w:pPr>
    </w:lvl>
  </w:abstractNum>
  <w:abstractNum w:abstractNumId="18" w15:restartNumberingAfterBreak="0">
    <w:nsid w:val="7C33D143"/>
    <w:multiLevelType w:val="hybridMultilevel"/>
    <w:tmpl w:val="D25A7C08"/>
    <w:lvl w:ilvl="0" w:tplc="C9B60936">
      <w:start w:val="1"/>
      <w:numFmt w:val="decimal"/>
      <w:lvlText w:val="%1."/>
      <w:lvlJc w:val="left"/>
      <w:pPr>
        <w:ind w:left="720" w:hanging="360"/>
      </w:pPr>
    </w:lvl>
    <w:lvl w:ilvl="1" w:tplc="9780B11E">
      <w:start w:val="1"/>
      <w:numFmt w:val="lowerLetter"/>
      <w:lvlText w:val="%2."/>
      <w:lvlJc w:val="left"/>
      <w:pPr>
        <w:ind w:left="1440" w:hanging="360"/>
      </w:pPr>
    </w:lvl>
    <w:lvl w:ilvl="2" w:tplc="61E62D4A">
      <w:start w:val="1"/>
      <w:numFmt w:val="lowerRoman"/>
      <w:lvlText w:val="%3."/>
      <w:lvlJc w:val="right"/>
      <w:pPr>
        <w:ind w:left="2160" w:hanging="180"/>
      </w:pPr>
    </w:lvl>
    <w:lvl w:ilvl="3" w:tplc="E128494A">
      <w:start w:val="1"/>
      <w:numFmt w:val="decimal"/>
      <w:lvlText w:val="%4."/>
      <w:lvlJc w:val="left"/>
      <w:pPr>
        <w:ind w:left="2880" w:hanging="360"/>
      </w:pPr>
    </w:lvl>
    <w:lvl w:ilvl="4" w:tplc="1B0C189A">
      <w:start w:val="1"/>
      <w:numFmt w:val="lowerLetter"/>
      <w:lvlText w:val="%5."/>
      <w:lvlJc w:val="left"/>
      <w:pPr>
        <w:ind w:left="3600" w:hanging="360"/>
      </w:pPr>
    </w:lvl>
    <w:lvl w:ilvl="5" w:tplc="4F1688D2">
      <w:start w:val="1"/>
      <w:numFmt w:val="lowerRoman"/>
      <w:lvlText w:val="%6."/>
      <w:lvlJc w:val="right"/>
      <w:pPr>
        <w:ind w:left="4320" w:hanging="180"/>
      </w:pPr>
    </w:lvl>
    <w:lvl w:ilvl="6" w:tplc="5E78746E">
      <w:start w:val="1"/>
      <w:numFmt w:val="decimal"/>
      <w:lvlText w:val="%7."/>
      <w:lvlJc w:val="left"/>
      <w:pPr>
        <w:ind w:left="5040" w:hanging="360"/>
      </w:pPr>
    </w:lvl>
    <w:lvl w:ilvl="7" w:tplc="1DB03EF0">
      <w:start w:val="1"/>
      <w:numFmt w:val="lowerLetter"/>
      <w:lvlText w:val="%8."/>
      <w:lvlJc w:val="left"/>
      <w:pPr>
        <w:ind w:left="5760" w:hanging="360"/>
      </w:pPr>
    </w:lvl>
    <w:lvl w:ilvl="8" w:tplc="EA880D0E">
      <w:start w:val="1"/>
      <w:numFmt w:val="lowerRoman"/>
      <w:lvlText w:val="%9."/>
      <w:lvlJc w:val="right"/>
      <w:pPr>
        <w:ind w:left="6480" w:hanging="180"/>
      </w:pPr>
    </w:lvl>
  </w:abstractNum>
  <w:abstractNum w:abstractNumId="19" w15:restartNumberingAfterBreak="0">
    <w:nsid w:val="7F00D8C9"/>
    <w:multiLevelType w:val="hybridMultilevel"/>
    <w:tmpl w:val="5BB20FC8"/>
    <w:lvl w:ilvl="0" w:tplc="E342F03A">
      <w:start w:val="1"/>
      <w:numFmt w:val="bullet"/>
      <w:lvlText w:val="·"/>
      <w:lvlJc w:val="left"/>
      <w:pPr>
        <w:ind w:left="720" w:hanging="360"/>
      </w:pPr>
      <w:rPr>
        <w:rFonts w:ascii="Symbol" w:hAnsi="Symbol" w:hint="default"/>
      </w:rPr>
    </w:lvl>
    <w:lvl w:ilvl="1" w:tplc="755A6B40">
      <w:start w:val="1"/>
      <w:numFmt w:val="bullet"/>
      <w:lvlText w:val="o"/>
      <w:lvlJc w:val="left"/>
      <w:pPr>
        <w:ind w:left="1440" w:hanging="360"/>
      </w:pPr>
      <w:rPr>
        <w:rFonts w:ascii="Courier New" w:hAnsi="Courier New" w:hint="default"/>
      </w:rPr>
    </w:lvl>
    <w:lvl w:ilvl="2" w:tplc="D21ABDAE">
      <w:start w:val="1"/>
      <w:numFmt w:val="bullet"/>
      <w:lvlText w:val=""/>
      <w:lvlJc w:val="left"/>
      <w:pPr>
        <w:ind w:left="2160" w:hanging="360"/>
      </w:pPr>
      <w:rPr>
        <w:rFonts w:ascii="Wingdings" w:hAnsi="Wingdings" w:hint="default"/>
      </w:rPr>
    </w:lvl>
    <w:lvl w:ilvl="3" w:tplc="2B886642">
      <w:start w:val="1"/>
      <w:numFmt w:val="bullet"/>
      <w:lvlText w:val=""/>
      <w:lvlJc w:val="left"/>
      <w:pPr>
        <w:ind w:left="2880" w:hanging="360"/>
      </w:pPr>
      <w:rPr>
        <w:rFonts w:ascii="Symbol" w:hAnsi="Symbol" w:hint="default"/>
      </w:rPr>
    </w:lvl>
    <w:lvl w:ilvl="4" w:tplc="85F80E96">
      <w:start w:val="1"/>
      <w:numFmt w:val="bullet"/>
      <w:lvlText w:val="o"/>
      <w:lvlJc w:val="left"/>
      <w:pPr>
        <w:ind w:left="3600" w:hanging="360"/>
      </w:pPr>
      <w:rPr>
        <w:rFonts w:ascii="Courier New" w:hAnsi="Courier New" w:hint="default"/>
      </w:rPr>
    </w:lvl>
    <w:lvl w:ilvl="5" w:tplc="D032BEEA">
      <w:start w:val="1"/>
      <w:numFmt w:val="bullet"/>
      <w:lvlText w:val=""/>
      <w:lvlJc w:val="left"/>
      <w:pPr>
        <w:ind w:left="4320" w:hanging="360"/>
      </w:pPr>
      <w:rPr>
        <w:rFonts w:ascii="Wingdings" w:hAnsi="Wingdings" w:hint="default"/>
      </w:rPr>
    </w:lvl>
    <w:lvl w:ilvl="6" w:tplc="985452E2">
      <w:start w:val="1"/>
      <w:numFmt w:val="bullet"/>
      <w:lvlText w:val=""/>
      <w:lvlJc w:val="left"/>
      <w:pPr>
        <w:ind w:left="5040" w:hanging="360"/>
      </w:pPr>
      <w:rPr>
        <w:rFonts w:ascii="Symbol" w:hAnsi="Symbol" w:hint="default"/>
      </w:rPr>
    </w:lvl>
    <w:lvl w:ilvl="7" w:tplc="32265B0A">
      <w:start w:val="1"/>
      <w:numFmt w:val="bullet"/>
      <w:lvlText w:val="o"/>
      <w:lvlJc w:val="left"/>
      <w:pPr>
        <w:ind w:left="5760" w:hanging="360"/>
      </w:pPr>
      <w:rPr>
        <w:rFonts w:ascii="Courier New" w:hAnsi="Courier New" w:hint="default"/>
      </w:rPr>
    </w:lvl>
    <w:lvl w:ilvl="8" w:tplc="1336727E">
      <w:start w:val="1"/>
      <w:numFmt w:val="bullet"/>
      <w:lvlText w:val=""/>
      <w:lvlJc w:val="left"/>
      <w:pPr>
        <w:ind w:left="6480" w:hanging="360"/>
      </w:pPr>
      <w:rPr>
        <w:rFonts w:ascii="Wingdings" w:hAnsi="Wingdings" w:hint="default"/>
      </w:rPr>
    </w:lvl>
  </w:abstractNum>
  <w:abstractNum w:abstractNumId="20" w15:restartNumberingAfterBreak="0">
    <w:nsid w:val="7F55BCB6"/>
    <w:multiLevelType w:val="hybridMultilevel"/>
    <w:tmpl w:val="BFE8C508"/>
    <w:lvl w:ilvl="0" w:tplc="6654328C">
      <w:start w:val="1"/>
      <w:numFmt w:val="bullet"/>
      <w:lvlText w:val="·"/>
      <w:lvlJc w:val="left"/>
      <w:pPr>
        <w:ind w:left="720" w:hanging="360"/>
      </w:pPr>
      <w:rPr>
        <w:rFonts w:ascii="Symbol" w:hAnsi="Symbol" w:hint="default"/>
      </w:rPr>
    </w:lvl>
    <w:lvl w:ilvl="1" w:tplc="AE2C5D5A">
      <w:start w:val="1"/>
      <w:numFmt w:val="bullet"/>
      <w:lvlText w:val="o"/>
      <w:lvlJc w:val="left"/>
      <w:pPr>
        <w:ind w:left="1440" w:hanging="360"/>
      </w:pPr>
      <w:rPr>
        <w:rFonts w:ascii="Courier New" w:hAnsi="Courier New" w:hint="default"/>
      </w:rPr>
    </w:lvl>
    <w:lvl w:ilvl="2" w:tplc="D44ACF88">
      <w:start w:val="1"/>
      <w:numFmt w:val="bullet"/>
      <w:lvlText w:val=""/>
      <w:lvlJc w:val="left"/>
      <w:pPr>
        <w:ind w:left="2160" w:hanging="360"/>
      </w:pPr>
      <w:rPr>
        <w:rFonts w:ascii="Wingdings" w:hAnsi="Wingdings" w:hint="default"/>
      </w:rPr>
    </w:lvl>
    <w:lvl w:ilvl="3" w:tplc="2DA20C7C">
      <w:start w:val="1"/>
      <w:numFmt w:val="bullet"/>
      <w:lvlText w:val=""/>
      <w:lvlJc w:val="left"/>
      <w:pPr>
        <w:ind w:left="2880" w:hanging="360"/>
      </w:pPr>
      <w:rPr>
        <w:rFonts w:ascii="Symbol" w:hAnsi="Symbol" w:hint="default"/>
      </w:rPr>
    </w:lvl>
    <w:lvl w:ilvl="4" w:tplc="53D6B4AC">
      <w:start w:val="1"/>
      <w:numFmt w:val="bullet"/>
      <w:lvlText w:val="o"/>
      <w:lvlJc w:val="left"/>
      <w:pPr>
        <w:ind w:left="3600" w:hanging="360"/>
      </w:pPr>
      <w:rPr>
        <w:rFonts w:ascii="Courier New" w:hAnsi="Courier New" w:hint="default"/>
      </w:rPr>
    </w:lvl>
    <w:lvl w:ilvl="5" w:tplc="981CE6AA">
      <w:start w:val="1"/>
      <w:numFmt w:val="bullet"/>
      <w:lvlText w:val=""/>
      <w:lvlJc w:val="left"/>
      <w:pPr>
        <w:ind w:left="4320" w:hanging="360"/>
      </w:pPr>
      <w:rPr>
        <w:rFonts w:ascii="Wingdings" w:hAnsi="Wingdings" w:hint="default"/>
      </w:rPr>
    </w:lvl>
    <w:lvl w:ilvl="6" w:tplc="B15C9CD2">
      <w:start w:val="1"/>
      <w:numFmt w:val="bullet"/>
      <w:lvlText w:val=""/>
      <w:lvlJc w:val="left"/>
      <w:pPr>
        <w:ind w:left="5040" w:hanging="360"/>
      </w:pPr>
      <w:rPr>
        <w:rFonts w:ascii="Symbol" w:hAnsi="Symbol" w:hint="default"/>
      </w:rPr>
    </w:lvl>
    <w:lvl w:ilvl="7" w:tplc="D2940480">
      <w:start w:val="1"/>
      <w:numFmt w:val="bullet"/>
      <w:lvlText w:val="o"/>
      <w:lvlJc w:val="left"/>
      <w:pPr>
        <w:ind w:left="5760" w:hanging="360"/>
      </w:pPr>
      <w:rPr>
        <w:rFonts w:ascii="Courier New" w:hAnsi="Courier New" w:hint="default"/>
      </w:rPr>
    </w:lvl>
    <w:lvl w:ilvl="8" w:tplc="04DE2C80">
      <w:start w:val="1"/>
      <w:numFmt w:val="bullet"/>
      <w:lvlText w:val=""/>
      <w:lvlJc w:val="left"/>
      <w:pPr>
        <w:ind w:left="6480" w:hanging="360"/>
      </w:pPr>
      <w:rPr>
        <w:rFonts w:ascii="Wingdings" w:hAnsi="Wingdings" w:hint="default"/>
      </w:rPr>
    </w:lvl>
  </w:abstractNum>
  <w:num w:numId="1" w16cid:durableId="1039548060">
    <w:abstractNumId w:val="4"/>
  </w:num>
  <w:num w:numId="2" w16cid:durableId="114102974">
    <w:abstractNumId w:val="14"/>
  </w:num>
  <w:num w:numId="3" w16cid:durableId="1166282538">
    <w:abstractNumId w:val="13"/>
  </w:num>
  <w:num w:numId="4" w16cid:durableId="1210727821">
    <w:abstractNumId w:val="2"/>
  </w:num>
  <w:num w:numId="5" w16cid:durableId="1407072155">
    <w:abstractNumId w:val="15"/>
  </w:num>
  <w:num w:numId="6" w16cid:durableId="1420832232">
    <w:abstractNumId w:val="18"/>
  </w:num>
  <w:num w:numId="7" w16cid:durableId="1561405935">
    <w:abstractNumId w:val="10"/>
  </w:num>
  <w:num w:numId="8" w16cid:durableId="1574386360">
    <w:abstractNumId w:val="8"/>
  </w:num>
  <w:num w:numId="9" w16cid:durableId="15932362">
    <w:abstractNumId w:val="9"/>
  </w:num>
  <w:num w:numId="10" w16cid:durableId="1733691850">
    <w:abstractNumId w:val="12"/>
  </w:num>
  <w:num w:numId="11" w16cid:durableId="1792556370">
    <w:abstractNumId w:val="19"/>
  </w:num>
  <w:num w:numId="12" w16cid:durableId="1849753617">
    <w:abstractNumId w:val="6"/>
  </w:num>
  <w:num w:numId="13" w16cid:durableId="185678577">
    <w:abstractNumId w:val="3"/>
  </w:num>
  <w:num w:numId="14" w16cid:durableId="1874880900">
    <w:abstractNumId w:val="16"/>
  </w:num>
  <w:num w:numId="15" w16cid:durableId="1954288061">
    <w:abstractNumId w:val="11"/>
  </w:num>
  <w:num w:numId="16" w16cid:durableId="245309488">
    <w:abstractNumId w:val="5"/>
  </w:num>
  <w:num w:numId="17" w16cid:durableId="24913566">
    <w:abstractNumId w:val="7"/>
  </w:num>
  <w:num w:numId="18" w16cid:durableId="362634693">
    <w:abstractNumId w:val="0"/>
  </w:num>
  <w:num w:numId="19" w16cid:durableId="382798768">
    <w:abstractNumId w:val="1"/>
  </w:num>
  <w:num w:numId="20" w16cid:durableId="607280475">
    <w:abstractNumId w:val="17"/>
  </w:num>
  <w:num w:numId="21" w16cid:durableId="836504594">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4725"/>
    <w:rsid w:val="000354FE"/>
    <w:rsid w:val="0004684A"/>
    <w:rsid w:val="0006063C"/>
    <w:rsid w:val="00061354"/>
    <w:rsid w:val="0007147C"/>
    <w:rsid w:val="00147762"/>
    <w:rsid w:val="0015074B"/>
    <w:rsid w:val="00155F97"/>
    <w:rsid w:val="00161838"/>
    <w:rsid w:val="001645AC"/>
    <w:rsid w:val="0016631D"/>
    <w:rsid w:val="00173974"/>
    <w:rsid w:val="0018A95C"/>
    <w:rsid w:val="0019139D"/>
    <w:rsid w:val="001B2222"/>
    <w:rsid w:val="001B5E0B"/>
    <w:rsid w:val="001C0EB0"/>
    <w:rsid w:val="001D542B"/>
    <w:rsid w:val="001D7EFF"/>
    <w:rsid w:val="001E5B43"/>
    <w:rsid w:val="001F5A0F"/>
    <w:rsid w:val="002209EB"/>
    <w:rsid w:val="0025438F"/>
    <w:rsid w:val="00260CDC"/>
    <w:rsid w:val="002732E1"/>
    <w:rsid w:val="0029639D"/>
    <w:rsid w:val="002B395D"/>
    <w:rsid w:val="002B556C"/>
    <w:rsid w:val="002C64E5"/>
    <w:rsid w:val="002D7A76"/>
    <w:rsid w:val="00310E54"/>
    <w:rsid w:val="003149AF"/>
    <w:rsid w:val="00326F90"/>
    <w:rsid w:val="003272F3"/>
    <w:rsid w:val="0035144C"/>
    <w:rsid w:val="00383E69"/>
    <w:rsid w:val="00386ED9"/>
    <w:rsid w:val="003A3D4C"/>
    <w:rsid w:val="003C65C6"/>
    <w:rsid w:val="00402B88"/>
    <w:rsid w:val="00420E03"/>
    <w:rsid w:val="0047509B"/>
    <w:rsid w:val="004976AA"/>
    <w:rsid w:val="004D303E"/>
    <w:rsid w:val="004E76D4"/>
    <w:rsid w:val="004F57A5"/>
    <w:rsid w:val="00511E73"/>
    <w:rsid w:val="005651F1"/>
    <w:rsid w:val="00573277"/>
    <w:rsid w:val="00581FE9"/>
    <w:rsid w:val="005839A9"/>
    <w:rsid w:val="0058F896"/>
    <w:rsid w:val="00592B22"/>
    <w:rsid w:val="005E1592"/>
    <w:rsid w:val="00613128"/>
    <w:rsid w:val="00621304"/>
    <w:rsid w:val="00666630"/>
    <w:rsid w:val="006714C1"/>
    <w:rsid w:val="00682379"/>
    <w:rsid w:val="006A0C3A"/>
    <w:rsid w:val="006A7D1F"/>
    <w:rsid w:val="006B439F"/>
    <w:rsid w:val="006C2ED5"/>
    <w:rsid w:val="006E429F"/>
    <w:rsid w:val="00711471"/>
    <w:rsid w:val="00783DDC"/>
    <w:rsid w:val="00796903"/>
    <w:rsid w:val="007C33C0"/>
    <w:rsid w:val="007E0F88"/>
    <w:rsid w:val="00804D9D"/>
    <w:rsid w:val="00816465"/>
    <w:rsid w:val="008231E0"/>
    <w:rsid w:val="0084605E"/>
    <w:rsid w:val="00855A73"/>
    <w:rsid w:val="00884CD5"/>
    <w:rsid w:val="008B57A4"/>
    <w:rsid w:val="008D157F"/>
    <w:rsid w:val="008D6C07"/>
    <w:rsid w:val="008E3E67"/>
    <w:rsid w:val="00902181"/>
    <w:rsid w:val="00915DE4"/>
    <w:rsid w:val="00971F9E"/>
    <w:rsid w:val="009726E1"/>
    <w:rsid w:val="0098759E"/>
    <w:rsid w:val="00997500"/>
    <w:rsid w:val="00A229CB"/>
    <w:rsid w:val="00A471CD"/>
    <w:rsid w:val="00A476B0"/>
    <w:rsid w:val="00A538EF"/>
    <w:rsid w:val="00A618A6"/>
    <w:rsid w:val="00AA1D8D"/>
    <w:rsid w:val="00AE0941"/>
    <w:rsid w:val="00B17BB6"/>
    <w:rsid w:val="00B47730"/>
    <w:rsid w:val="00B61B4B"/>
    <w:rsid w:val="00B72E23"/>
    <w:rsid w:val="00B809F5"/>
    <w:rsid w:val="00BC2A89"/>
    <w:rsid w:val="00BD41AC"/>
    <w:rsid w:val="00BF089D"/>
    <w:rsid w:val="00C11C53"/>
    <w:rsid w:val="00C34028"/>
    <w:rsid w:val="00C4081B"/>
    <w:rsid w:val="00C40A40"/>
    <w:rsid w:val="00C466F1"/>
    <w:rsid w:val="00C62723"/>
    <w:rsid w:val="00C77CFD"/>
    <w:rsid w:val="00CA334D"/>
    <w:rsid w:val="00CB0664"/>
    <w:rsid w:val="00CE1025"/>
    <w:rsid w:val="00D015EC"/>
    <w:rsid w:val="00D1229E"/>
    <w:rsid w:val="00D13B7F"/>
    <w:rsid w:val="00D31C78"/>
    <w:rsid w:val="00D36D2E"/>
    <w:rsid w:val="00D50138"/>
    <w:rsid w:val="00D55571"/>
    <w:rsid w:val="00D6188E"/>
    <w:rsid w:val="00D76B3C"/>
    <w:rsid w:val="00DA32D4"/>
    <w:rsid w:val="00DD7288"/>
    <w:rsid w:val="00E02BE2"/>
    <w:rsid w:val="00E22002"/>
    <w:rsid w:val="00E35239"/>
    <w:rsid w:val="00E41D57"/>
    <w:rsid w:val="00E41F9B"/>
    <w:rsid w:val="00E512AD"/>
    <w:rsid w:val="00E63E8C"/>
    <w:rsid w:val="00E81463"/>
    <w:rsid w:val="00EA34C8"/>
    <w:rsid w:val="00EE72A6"/>
    <w:rsid w:val="00EF3AF0"/>
    <w:rsid w:val="00EF5080"/>
    <w:rsid w:val="00F62EA0"/>
    <w:rsid w:val="00FC693F"/>
    <w:rsid w:val="0157A0E3"/>
    <w:rsid w:val="05043B88"/>
    <w:rsid w:val="08617719"/>
    <w:rsid w:val="09148C8E"/>
    <w:rsid w:val="0B0083ED"/>
    <w:rsid w:val="0B2E2495"/>
    <w:rsid w:val="0B5BFBC5"/>
    <w:rsid w:val="0B8C1CD4"/>
    <w:rsid w:val="0CB27853"/>
    <w:rsid w:val="0E16B6C8"/>
    <w:rsid w:val="111CE842"/>
    <w:rsid w:val="11DA67AF"/>
    <w:rsid w:val="12715C25"/>
    <w:rsid w:val="13714ADE"/>
    <w:rsid w:val="15069E94"/>
    <w:rsid w:val="1636745B"/>
    <w:rsid w:val="1B09640F"/>
    <w:rsid w:val="1E3EEC90"/>
    <w:rsid w:val="1EB75796"/>
    <w:rsid w:val="2645A966"/>
    <w:rsid w:val="27B4F7DD"/>
    <w:rsid w:val="2AE3A3D7"/>
    <w:rsid w:val="2CC4D951"/>
    <w:rsid w:val="2D4FE959"/>
    <w:rsid w:val="2EC9EEBB"/>
    <w:rsid w:val="2F8B5242"/>
    <w:rsid w:val="2FE50702"/>
    <w:rsid w:val="306CD57A"/>
    <w:rsid w:val="30A01441"/>
    <w:rsid w:val="369236DB"/>
    <w:rsid w:val="37454928"/>
    <w:rsid w:val="38C68E2F"/>
    <w:rsid w:val="3901DFEC"/>
    <w:rsid w:val="39BDD01D"/>
    <w:rsid w:val="3A1C87F1"/>
    <w:rsid w:val="3A95B200"/>
    <w:rsid w:val="3BB824CC"/>
    <w:rsid w:val="3DF1EA56"/>
    <w:rsid w:val="3E7B226E"/>
    <w:rsid w:val="4A3DB536"/>
    <w:rsid w:val="4B687E97"/>
    <w:rsid w:val="50249D78"/>
    <w:rsid w:val="51C3DC7E"/>
    <w:rsid w:val="52C06505"/>
    <w:rsid w:val="52F321B3"/>
    <w:rsid w:val="5771A9BE"/>
    <w:rsid w:val="589799E8"/>
    <w:rsid w:val="58E68A08"/>
    <w:rsid w:val="593A51E2"/>
    <w:rsid w:val="5E7BDFC3"/>
    <w:rsid w:val="5ED745D0"/>
    <w:rsid w:val="5F151BDD"/>
    <w:rsid w:val="5FDDE959"/>
    <w:rsid w:val="6116A72D"/>
    <w:rsid w:val="617F9AD9"/>
    <w:rsid w:val="61DF0556"/>
    <w:rsid w:val="663716EF"/>
    <w:rsid w:val="69417D0D"/>
    <w:rsid w:val="6976D7D6"/>
    <w:rsid w:val="6C42312D"/>
    <w:rsid w:val="6C7B5C4C"/>
    <w:rsid w:val="6D0B395E"/>
    <w:rsid w:val="6D78CF79"/>
    <w:rsid w:val="6E506136"/>
    <w:rsid w:val="6FC6AA6F"/>
    <w:rsid w:val="707A8C16"/>
    <w:rsid w:val="715D870A"/>
    <w:rsid w:val="72E13387"/>
    <w:rsid w:val="773390D9"/>
    <w:rsid w:val="799EB8FE"/>
    <w:rsid w:val="7D3D778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C14CDB5-719A-4201-9B8D-460F7DF84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21304"/>
    <w:pPr>
      <w:spacing w:after="100"/>
    </w:pPr>
    <w:rPr>
      <w:rFonts w:ascii="Aptos" w:hAnsi="Aptos"/>
      <w:sz w:val="19"/>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color w:val="1F4E78"/>
      <w:sz w:val="30"/>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2F75B5"/>
      <w:sz w:val="24"/>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b/>
      <w:bCs/>
      <w:color w:val="1F4E78"/>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180" w:after="80" w:line="240" w:lineRule="auto"/>
      <w:contextualSpacing/>
    </w:pPr>
    <w:rPr>
      <w:rFonts w:asciiTheme="majorHAnsi" w:eastAsiaTheme="majorEastAsia" w:hAnsiTheme="majorHAnsi" w:cstheme="majorBidi"/>
      <w:b/>
      <w:color w:val="1F4E78"/>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6"/>
      </w:numPr>
      <w:contextualSpacing/>
    </w:pPr>
  </w:style>
  <w:style w:type="paragraph" w:styleId="ListBullet2">
    <w:name w:val="List Bullet 2"/>
    <w:basedOn w:val="Normal"/>
    <w:uiPriority w:val="99"/>
    <w:unhideWhenUsed/>
    <w:rsid w:val="00326F90"/>
    <w:pPr>
      <w:numPr>
        <w:numId w:val="13"/>
      </w:numPr>
      <w:contextualSpacing/>
    </w:pPr>
  </w:style>
  <w:style w:type="paragraph" w:styleId="ListBullet3">
    <w:name w:val="List Bullet 3"/>
    <w:basedOn w:val="Normal"/>
    <w:uiPriority w:val="99"/>
    <w:unhideWhenUsed/>
    <w:rsid w:val="00326F90"/>
    <w:pPr>
      <w:numPr>
        <w:numId w:val="4"/>
      </w:numPr>
      <w:tabs>
        <w:tab w:val="clear" w:pos="1080"/>
      </w:tabs>
      <w:ind w:left="720"/>
      <w:contextualSpacing/>
    </w:pPr>
  </w:style>
  <w:style w:type="paragraph" w:styleId="ListNumber">
    <w:name w:val="List Number"/>
    <w:basedOn w:val="Normal"/>
    <w:uiPriority w:val="99"/>
    <w:unhideWhenUsed/>
    <w:rsid w:val="00326F90"/>
    <w:pPr>
      <w:numPr>
        <w:numId w:val="1"/>
      </w:numPr>
      <w:tabs>
        <w:tab w:val="clear" w:pos="360"/>
      </w:tabs>
      <w:ind w:left="720"/>
      <w:contextualSpacing/>
    </w:pPr>
  </w:style>
  <w:style w:type="paragraph" w:styleId="ListNumber2">
    <w:name w:val="List Number 2"/>
    <w:basedOn w:val="Normal"/>
    <w:uiPriority w:val="99"/>
    <w:unhideWhenUsed/>
    <w:rsid w:val="0029639D"/>
    <w:pPr>
      <w:numPr>
        <w:numId w:val="19"/>
      </w:numPr>
      <w:contextualSpacing/>
    </w:pPr>
  </w:style>
  <w:style w:type="paragraph" w:styleId="ListNumber3">
    <w:name w:val="List Number 3"/>
    <w:basedOn w:val="Normal"/>
    <w:uiPriority w:val="99"/>
    <w:unhideWhenUsed/>
    <w:rsid w:val="0029639D"/>
    <w:pPr>
      <w:numPr>
        <w:numId w:val="18"/>
      </w:numPr>
      <w:tabs>
        <w:tab w:val="clear" w:pos="1080"/>
        <w:tab w:val="num" w:pos="720"/>
      </w:tabs>
      <w:ind w:left="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raftingNote">
    <w:name w:val="Drafting Note"/>
    <w:rPr>
      <w:rFonts w:ascii="Aptos" w:hAnsi="Aptos"/>
      <w:i/>
      <w:color w:val="C00000"/>
      <w:sz w:val="17"/>
    </w:rPr>
  </w:style>
  <w:style w:type="paragraph" w:customStyle="1" w:styleId="DraftNote">
    <w:name w:val="Draft Note"/>
    <w:rsid w:val="00666630"/>
    <w:rPr>
      <w:rFonts w:ascii="Aptos" w:hAnsi="Aptos"/>
      <w:i/>
      <w:color w:val="C00000"/>
      <w:sz w:val="17"/>
    </w:rPr>
  </w:style>
  <w:style w:type="character" w:styleId="Hyperlink">
    <w:name w:val="Hyperlink"/>
    <w:basedOn w:val="DefaultParagraphFont"/>
    <w:uiPriority w:val="99"/>
    <w:unhideWhenUsed/>
    <w:rsid w:val="00D13B7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Flow_SignoffStatus xmlns="5999bd00-e9c7-4329-9a5b-4a05ce688579" xsi:nil="true"/>
    <_ip_UnifiedCompliancePolicyProperties xmlns="http://schemas.microsoft.com/sharepoint/v3" xsi:nil="true"/>
    <lcf76f155ced4ddcb4097134ff3c332f xmlns="5999bd00-e9c7-4329-9a5b-4a05ce688579">
      <Terms xmlns="http://schemas.microsoft.com/office/infopath/2007/PartnerControls"/>
    </lcf76f155ced4ddcb4097134ff3c332f>
    <TaxCatchAll xmlns="b4c4b774-265c-41de-9c49-0f72f0da191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107EA0B2F60EA45A806D264AFB96497" ma:contentTypeVersion="22" ma:contentTypeDescription="Create a new document." ma:contentTypeScope="" ma:versionID="d9abc6b4ca61a812ec60d4f8e6ed9e1c">
  <xsd:schema xmlns:xsd="http://www.w3.org/2001/XMLSchema" xmlns:xs="http://www.w3.org/2001/XMLSchema" xmlns:p="http://schemas.microsoft.com/office/2006/metadata/properties" xmlns:ns1="http://schemas.microsoft.com/sharepoint/v3" xmlns:ns2="5999bd00-e9c7-4329-9a5b-4a05ce688579" xmlns:ns3="b4c4b774-265c-41de-9c49-0f72f0da191f" targetNamespace="http://schemas.microsoft.com/office/2006/metadata/properties" ma:root="true" ma:fieldsID="d7ac97822a95f7130d97ccbf9d391f24" ns1:_="" ns2:_="" ns3:_="">
    <xsd:import namespace="http://schemas.microsoft.com/sharepoint/v3"/>
    <xsd:import namespace="5999bd00-e9c7-4329-9a5b-4a05ce688579"/>
    <xsd:import namespace="b4c4b774-265c-41de-9c49-0f72f0da191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_Flow_SignoffStatu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1:_ip_UnifiedCompliancePolicyProperties" minOccurs="0"/>
                <xsd:element ref="ns1:_ip_UnifiedCompliancePolicyUIA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99bd00-e9c7-4329-9a5b-4a05ce6885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e3e3bf5-d261-4297-a709-508e49a2219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c4b774-265c-41de-9c49-0f72f0da191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973650b2-5586-4e06-b503-362f88a29ee6}" ma:internalName="TaxCatchAll" ma:showField="CatchAllData" ma:web="b4c4b774-265c-41de-9c49-0f72f0da19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1964A4-CD85-4C96-B471-3099F8C84CA4}">
  <ds:schemaRefs>
    <ds:schemaRef ds:uri="http://schemas.microsoft.com/sharepoint/v3/contenttype/forms"/>
  </ds:schemaRefs>
</ds:datastoreItem>
</file>

<file path=customXml/itemProps2.xml><?xml version="1.0" encoding="utf-8"?>
<ds:datastoreItem xmlns:ds="http://schemas.openxmlformats.org/officeDocument/2006/customXml" ds:itemID="{EB6863BC-1533-457D-A52D-F4CB9909135B}">
  <ds:schemaRefs>
    <ds:schemaRef ds:uri="http://schemas.microsoft.com/office/2006/metadata/properties"/>
    <ds:schemaRef ds:uri="http://schemas.microsoft.com/office/infopath/2007/PartnerControls"/>
    <ds:schemaRef ds:uri="http://schemas.microsoft.com/sharepoint/v3"/>
    <ds:schemaRef ds:uri="5999bd00-e9c7-4329-9a5b-4a05ce688579"/>
    <ds:schemaRef ds:uri="b4c4b774-265c-41de-9c49-0f72f0da191f"/>
  </ds:schemaRefs>
</ds:datastoreItem>
</file>

<file path=customXml/itemProps3.xml><?xml version="1.0" encoding="utf-8"?>
<ds:datastoreItem xmlns:ds="http://schemas.openxmlformats.org/officeDocument/2006/customXml" ds:itemID="{3853C805-064C-43F7-A4EF-53710C3A45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999bd00-e9c7-4329-9a5b-4a05ce688579"/>
    <ds:schemaRef ds:uri="b4c4b774-265c-41de-9c49-0f72f0da19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3274</Words>
  <Characters>18662</Characters>
  <Application>Microsoft Office Word</Application>
  <DocSecurity>0</DocSecurity>
  <Lines>155</Lines>
  <Paragraphs>43</Paragraphs>
  <ScaleCrop>false</ScaleCrop>
  <Manager/>
  <Company/>
  <LinksUpToDate>false</LinksUpToDate>
  <CharactersWithSpaces>21893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LTT ICT Support Services RFT - Updated Draft</dc:title>
  <dc:subject/>
  <dc:creator>Amy Enright</dc:creator>
  <cp:keywords/>
  <dc:description>generated by python-docx</dc:description>
  <cp:lastModifiedBy>Amy Enright</cp:lastModifiedBy>
  <cp:revision>43</cp:revision>
  <dcterms:created xsi:type="dcterms:W3CDTF">2026-09-24T23:18:00Z</dcterms:created>
  <dcterms:modified xsi:type="dcterms:W3CDTF">2026-10-28T15:02:00Z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0x0101005107EA0B2F60EA45A806D264AFB96497</vt:lpwstr>
  </property>
  <property fmtid="{D5CDD505-2E9C-101B-9397-08002B2CF9AE}" pid="3" name="MediaServiceImageTags">
    <vt:lpwstr/>
  </property>
  <property fmtid="{D5CDD505-2E9C-101B-9397-08002B2CF9AE}" pid="4" name="docLang">
    <vt:lpwstr>en</vt:lpwstr>
  </property>
</Properties>
</file>