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APPENDIX 4 – EUROPEAN SINGLE PROCUREMENT DOCUMENT (ESPD)</w:t>
      </w:r>
    </w:p>
    <w:p>
      <w:pPr>
        <w:jc w:val="center"/>
      </w:pPr>
      <w:r>
        <w:rPr>
          <w:i/>
          <w:sz w:val="24"/>
        </w:rPr>
        <w:t>Request for Tenders – Statutory External Audit Services – Oaklee Group</w:t>
      </w:r>
    </w:p>
    <w:p>
      <w:r>
        <w:br/>
      </w:r>
    </w:p>
    <w:p>
      <w:r>
        <w:rPr>
          <w:b/>
        </w:rPr>
        <w:t>PART I: INFORMATION ABOUT THE PROCUREMENT PROCEDURE AND THE BUYER</w:t>
      </w:r>
    </w:p>
    <w:p>
      <w:r>
        <w:t>• Buyer Name / Contracting Authority: Oaklee Housing, acting on its own behalf and on behalf of its wholly owned subsidiary Acorn Housing (Oaklee Group)</w:t>
        <w:br/>
        <w:t>• Title of Procurement: Statutory External Audit Services – Oaklee Group</w:t>
      </w:r>
    </w:p>
    <w:p>
      <w:r>
        <w:rPr>
          <w:b/>
        </w:rPr>
        <w:t>PART II: INFORMATION ABOUT THE ECONOMIC OPERATOR (BIDDER)</w:t>
      </w:r>
    </w:p>
    <w:p>
      <w:r>
        <w:t>• Company Registered Name: _______________________</w:t>
        <w:br/>
        <w:t>• VAT / Registration Number: _______________________</w:t>
        <w:br/>
        <w:t>• Contact Person &amp; Email: _______________________</w:t>
        <w:br/>
        <w:t>• Is your organization a Small or Medium Enterprise (SME)? [  ] Yes  [  ] No</w:t>
      </w:r>
    </w:p>
    <w:p>
      <w:r>
        <w:rPr>
          <w:b/>
        </w:rPr>
        <w:t>PART III: EXCLUSION GROUNDS</w:t>
      </w:r>
    </w:p>
    <w:p>
      <w:r>
        <w:t>Has your economic operator, or any person who is a member of its administrative, management or supervisory body, been the subject of a conviction for fraud, corruption, money laundering, or criminal organization?</w:t>
        <w:br/>
        <w:t>[  ] Yes  [  ] No</w:t>
        <w:br/>
        <w:br/>
        <w:t>Has your organization breached obligations relating to the payment of taxes or social security contributions?</w:t>
        <w:br/>
        <w:t>[  ] Yes  [  ] No</w:t>
      </w:r>
    </w:p>
    <w:p>
      <w:r>
        <w:rPr>
          <w:b/>
        </w:rPr>
        <w:t>PART IV: SELECTION CRITERIA</w:t>
      </w:r>
    </w:p>
    <w:p>
      <w:r>
        <w:t>• Annual Turnover (Past 3 Years): Year 1: _________ Year 2: _________ Year 3: _________</w:t>
        <w:br/>
        <w:t>• Technical/Professional Capability (Relevant experiences summary):</w:t>
        <w:br/>
        <w:t>____________________________________________________________________</w:t>
        <w:br/>
        <w:t>____________________________________________________________________</w:t>
      </w:r>
    </w:p>
    <w:p>
      <w:r>
        <w:rPr>
          <w:b/>
        </w:rPr>
        <w:t>PART VI: CONCLUDING STATEMENTS &amp; DECLARATION</w:t>
      </w:r>
    </w:p>
    <w:p>
      <w:r>
        <w:t>The undersigned formally declares that the information stated in Parts II - IV above is accurate and correct and that it has been taken in full awareness of the consequences of serious misrepresentation.</w:t>
        <w:br/>
        <w:br/>
        <w:t>Signed By: _______________________</w:t>
        <w:br/>
        <w:t>Position: _______________________</w:t>
        <w:br/>
        <w:t>Date: _______________________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51D0B616CDE4C855D9153E0C5CE6B" ma:contentTypeVersion="9" ma:contentTypeDescription="Create a new document." ma:contentTypeScope="" ma:versionID="5e0a2ab56d7889040f1d56454fcfcefa">
  <xsd:schema xmlns:xsd="http://www.w3.org/2001/XMLSchema" xmlns:xs="http://www.w3.org/2001/XMLSchema" xmlns:p="http://schemas.microsoft.com/office/2006/metadata/properties" xmlns:ns2="ca200eee-9e3c-40fe-adb9-903101a026d7" xmlns:ns3="5428bf05-0f45-46d8-9436-8c3c211633bf" targetNamespace="http://schemas.microsoft.com/office/2006/metadata/properties" ma:root="true" ma:fieldsID="95858385a3bc556b18bd77f2b986443e" ns2:_="" ns3:_="">
    <xsd:import namespace="ca200eee-9e3c-40fe-adb9-903101a026d7"/>
    <xsd:import namespace="5428bf05-0f45-46d8-9436-8c3c211633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eee-9e3c-40fe-adb9-903101a02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3b8753-5a76-45f7-a47f-79836582b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8bf05-0f45-46d8-9436-8c3c211633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6c93e5-3c2e-47c9-83a9-61af3f5a4906}" ma:internalName="TaxCatchAll" ma:showField="CatchAllData" ma:web="5428bf05-0f45-46d8-9436-8c3c211633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28bf05-0f45-46d8-9436-8c3c211633bf" xsi:nil="true"/>
    <lcf76f155ced4ddcb4097134ff3c332f xmlns="ca200eee-9e3c-40fe-adb9-903101a026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311666-FEAF-4F89-B70C-46CB6DB77F88}"/>
</file>

<file path=customXml/itemProps3.xml><?xml version="1.0" encoding="utf-8"?>
<ds:datastoreItem xmlns:ds="http://schemas.openxmlformats.org/officeDocument/2006/customXml" ds:itemID="{717A4267-D1AE-4706-ACBD-A665F69733A2}"/>
</file>

<file path=customXml/itemProps4.xml><?xml version="1.0" encoding="utf-8"?>
<ds:datastoreItem xmlns:ds="http://schemas.openxmlformats.org/officeDocument/2006/customXml" ds:itemID="{ECE01DAD-D65F-444C-985D-11C8E31BB8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365 Copilot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0x01010088251D0B616CDE4C855D9153E0C5CE6B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