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6520F" w14:textId="77777777" w:rsidR="004D349A" w:rsidRPr="007B1FD6" w:rsidRDefault="004D349A" w:rsidP="00CD44B3">
      <w:pPr>
        <w:spacing w:after="0" w:line="260" w:lineRule="exact"/>
        <w:rPr>
          <w:rFonts w:asciiTheme="majorHAnsi" w:hAnsiTheme="majorHAnsi" w:cstheme="majorHAnsi"/>
          <w:b/>
          <w:bCs/>
          <w:color w:val="365F91" w:themeColor="accent1" w:themeShade="BF"/>
          <w:sz w:val="32"/>
          <w:szCs w:val="32"/>
        </w:rPr>
      </w:pPr>
    </w:p>
    <w:p w14:paraId="5641CD61" w14:textId="6AC1B193" w:rsidR="00A96B7C" w:rsidRPr="007B1FD6" w:rsidRDefault="000E6A92" w:rsidP="00CD44B3">
      <w:pPr>
        <w:spacing w:after="0" w:line="260" w:lineRule="exact"/>
        <w:rPr>
          <w:rFonts w:asciiTheme="majorHAnsi" w:hAnsiTheme="majorHAnsi" w:cstheme="majorHAnsi"/>
          <w:b/>
          <w:bCs/>
          <w:color w:val="365F91" w:themeColor="accent1" w:themeShade="BF"/>
          <w:sz w:val="32"/>
          <w:szCs w:val="32"/>
        </w:rPr>
      </w:pPr>
      <w:r w:rsidRPr="007B1FD6">
        <w:rPr>
          <w:rFonts w:asciiTheme="majorHAnsi" w:hAnsiTheme="majorHAnsi" w:cstheme="majorHAnsi"/>
          <w:b/>
          <w:bCs/>
          <w:color w:val="365F91" w:themeColor="accent1" w:themeShade="BF"/>
          <w:sz w:val="32"/>
          <w:szCs w:val="32"/>
        </w:rPr>
        <w:t xml:space="preserve">Appendix </w:t>
      </w:r>
      <w:r w:rsidR="00451E99" w:rsidRPr="007B1FD6">
        <w:rPr>
          <w:rFonts w:asciiTheme="majorHAnsi" w:hAnsiTheme="majorHAnsi" w:cstheme="majorHAnsi"/>
          <w:b/>
          <w:bCs/>
          <w:color w:val="365F91" w:themeColor="accent1" w:themeShade="BF"/>
          <w:sz w:val="32"/>
          <w:szCs w:val="32"/>
        </w:rPr>
        <w:t xml:space="preserve">8 - </w:t>
      </w:r>
      <w:r w:rsidR="00832A25" w:rsidRPr="007B1FD6">
        <w:rPr>
          <w:rFonts w:asciiTheme="majorHAnsi" w:hAnsiTheme="majorHAnsi" w:cstheme="majorHAnsi"/>
          <w:b/>
          <w:bCs/>
          <w:color w:val="365F91" w:themeColor="accent1" w:themeShade="BF"/>
          <w:sz w:val="32"/>
          <w:szCs w:val="32"/>
        </w:rPr>
        <w:t>Tenderer Response Form</w:t>
      </w:r>
    </w:p>
    <w:p w14:paraId="4F6B3C4F" w14:textId="77777777" w:rsidR="0085255D" w:rsidRPr="007B1FD6" w:rsidRDefault="0085255D" w:rsidP="00CD44B3">
      <w:pPr>
        <w:spacing w:after="0" w:line="260" w:lineRule="exact"/>
        <w:rPr>
          <w:rFonts w:asciiTheme="majorHAnsi" w:hAnsiTheme="majorHAnsi" w:cstheme="majorHAnsi"/>
          <w:szCs w:val="21"/>
        </w:rPr>
      </w:pPr>
    </w:p>
    <w:p w14:paraId="0F397195" w14:textId="77777777" w:rsidR="009F3BD2" w:rsidRPr="007B1FD6" w:rsidRDefault="009F3BD2" w:rsidP="00072363">
      <w:pPr>
        <w:spacing w:after="0" w:line="260" w:lineRule="exact"/>
        <w:jc w:val="both"/>
        <w:rPr>
          <w:rFonts w:asciiTheme="majorHAnsi" w:hAnsiTheme="majorHAnsi" w:cstheme="majorHAnsi"/>
          <w:b/>
          <w:bCs/>
          <w:sz w:val="26"/>
          <w:szCs w:val="26"/>
        </w:rPr>
      </w:pPr>
      <w:r w:rsidRPr="007B1FD6">
        <w:rPr>
          <w:rFonts w:asciiTheme="majorHAnsi" w:hAnsiTheme="majorHAnsi" w:cstheme="majorHAnsi"/>
          <w:b/>
          <w:bCs/>
          <w:sz w:val="26"/>
          <w:szCs w:val="26"/>
        </w:rPr>
        <w:t>INSTRUCTIONS FOR COMPLETION</w:t>
      </w:r>
    </w:p>
    <w:p w14:paraId="29C70CE4" w14:textId="77777777" w:rsidR="009F3BD2" w:rsidRPr="007B1FD6" w:rsidRDefault="009F3BD2" w:rsidP="00072363">
      <w:pPr>
        <w:spacing w:after="0" w:line="260" w:lineRule="exact"/>
        <w:jc w:val="both"/>
        <w:rPr>
          <w:rFonts w:asciiTheme="majorHAnsi" w:hAnsiTheme="majorHAnsi" w:cstheme="majorHAnsi"/>
          <w:sz w:val="24"/>
          <w:szCs w:val="24"/>
        </w:rPr>
      </w:pPr>
    </w:p>
    <w:p w14:paraId="54463D4D" w14:textId="77777777" w:rsidR="009F3BD2" w:rsidRPr="007B1FD6" w:rsidRDefault="009F3BD2" w:rsidP="00072363">
      <w:pPr>
        <w:spacing w:after="0" w:line="260" w:lineRule="exact"/>
        <w:jc w:val="both"/>
        <w:rPr>
          <w:rFonts w:asciiTheme="majorHAnsi" w:hAnsiTheme="majorHAnsi" w:cstheme="majorHAnsi"/>
          <w:sz w:val="22"/>
        </w:rPr>
      </w:pPr>
      <w:r w:rsidRPr="007B1FD6">
        <w:rPr>
          <w:rFonts w:asciiTheme="majorHAnsi" w:hAnsiTheme="majorHAnsi" w:cstheme="majorHAnsi"/>
          <w:sz w:val="22"/>
        </w:rPr>
        <w:t xml:space="preserve">Tenderers must ensure they complete this document in full.  </w:t>
      </w:r>
    </w:p>
    <w:p w14:paraId="25AA8ED6" w14:textId="77777777" w:rsidR="009F3BD2" w:rsidRPr="007B1FD6" w:rsidRDefault="009F3BD2" w:rsidP="00072363">
      <w:pPr>
        <w:spacing w:after="0" w:line="260" w:lineRule="exact"/>
        <w:jc w:val="both"/>
        <w:rPr>
          <w:rFonts w:asciiTheme="majorHAnsi" w:hAnsiTheme="majorHAnsi" w:cstheme="majorHAnsi"/>
          <w:sz w:val="22"/>
        </w:rPr>
      </w:pPr>
    </w:p>
    <w:p w14:paraId="1B3675BF" w14:textId="77777777" w:rsidR="009F3BD2" w:rsidRPr="007B1FD6" w:rsidRDefault="009F3BD2" w:rsidP="00072363">
      <w:pPr>
        <w:spacing w:after="0" w:line="260" w:lineRule="exact"/>
        <w:jc w:val="both"/>
        <w:rPr>
          <w:rFonts w:asciiTheme="majorHAnsi" w:hAnsiTheme="majorHAnsi" w:cstheme="majorHAnsi"/>
          <w:sz w:val="22"/>
        </w:rPr>
      </w:pPr>
      <w:r w:rsidRPr="007B1FD6">
        <w:rPr>
          <w:rFonts w:asciiTheme="majorHAnsi" w:hAnsiTheme="majorHAnsi" w:cstheme="majorHAnsi"/>
          <w:sz w:val="22"/>
        </w:rPr>
        <w:t xml:space="preserve">Where there is a discrepancy between the contents / instructions in this document and the Invitation to Tender, the Invitation to Tender will take precedence.  Please ensure you contact the Contracting Authority, and they may decide to issue an updated Tender Response Document. </w:t>
      </w:r>
    </w:p>
    <w:p w14:paraId="134FD73D" w14:textId="77777777" w:rsidR="009F3BD2" w:rsidRPr="007B1FD6" w:rsidRDefault="009F3BD2" w:rsidP="00072363">
      <w:pPr>
        <w:spacing w:after="0" w:line="260" w:lineRule="exact"/>
        <w:jc w:val="both"/>
        <w:rPr>
          <w:rFonts w:asciiTheme="majorHAnsi" w:hAnsiTheme="majorHAnsi" w:cstheme="majorHAnsi"/>
          <w:sz w:val="22"/>
        </w:rPr>
      </w:pPr>
    </w:p>
    <w:p w14:paraId="7900F122" w14:textId="77777777" w:rsidR="009F3BD2" w:rsidRPr="007B1FD6" w:rsidRDefault="009F3BD2" w:rsidP="00072363">
      <w:pPr>
        <w:spacing w:after="0" w:line="260" w:lineRule="exact"/>
        <w:jc w:val="both"/>
        <w:rPr>
          <w:rFonts w:asciiTheme="majorHAnsi" w:hAnsiTheme="majorHAnsi" w:cstheme="majorHAnsi"/>
          <w:sz w:val="22"/>
        </w:rPr>
      </w:pPr>
      <w:r w:rsidRPr="007B1FD6">
        <w:rPr>
          <w:rFonts w:asciiTheme="majorHAnsi" w:hAnsiTheme="majorHAnsi" w:cstheme="majorHAnsi"/>
          <w:sz w:val="22"/>
        </w:rPr>
        <w:t xml:space="preserve">Tenderers must follow the instructions contained in this document in relation to attachments, word limits, etc. </w:t>
      </w:r>
    </w:p>
    <w:p w14:paraId="342FAB79" w14:textId="77777777" w:rsidR="009F3BD2" w:rsidRPr="007B1FD6" w:rsidRDefault="009F3BD2" w:rsidP="00072363">
      <w:pPr>
        <w:spacing w:after="0" w:line="260" w:lineRule="exact"/>
        <w:jc w:val="both"/>
        <w:rPr>
          <w:rFonts w:asciiTheme="majorHAnsi" w:hAnsiTheme="majorHAnsi" w:cstheme="majorHAnsi"/>
          <w:sz w:val="22"/>
        </w:rPr>
      </w:pPr>
    </w:p>
    <w:p w14:paraId="23D22031" w14:textId="77777777" w:rsidR="009F3BD2" w:rsidRPr="007B1FD6" w:rsidRDefault="009F3BD2" w:rsidP="00072363">
      <w:pPr>
        <w:spacing w:after="0" w:line="260" w:lineRule="exact"/>
        <w:jc w:val="both"/>
        <w:rPr>
          <w:rFonts w:asciiTheme="majorHAnsi" w:hAnsiTheme="majorHAnsi" w:cstheme="majorHAnsi"/>
          <w:sz w:val="22"/>
        </w:rPr>
      </w:pPr>
      <w:r w:rsidRPr="007B1FD6">
        <w:rPr>
          <w:rFonts w:asciiTheme="majorHAnsi" w:hAnsiTheme="majorHAnsi" w:cstheme="majorHAnsi"/>
          <w:sz w:val="22"/>
        </w:rPr>
        <w:t>In relation to self-declared information, the tenderer must, when requested by the Contracting Authority, furnish the evidence of compliance within seven (7) days of the request.</w:t>
      </w:r>
    </w:p>
    <w:p w14:paraId="621AA18C" w14:textId="77777777" w:rsidR="009F3BD2" w:rsidRPr="007B1FD6" w:rsidRDefault="009F3BD2" w:rsidP="00CD44B3">
      <w:pPr>
        <w:spacing w:after="0" w:line="260" w:lineRule="exact"/>
        <w:rPr>
          <w:rFonts w:asciiTheme="majorHAnsi" w:hAnsiTheme="majorHAnsi" w:cstheme="majorHAnsi"/>
          <w:sz w:val="22"/>
        </w:rPr>
      </w:pPr>
    </w:p>
    <w:p w14:paraId="4B6149AE" w14:textId="77777777" w:rsidR="009F3BD2" w:rsidRDefault="009F3BD2" w:rsidP="00CD44B3">
      <w:pPr>
        <w:spacing w:after="0" w:line="260" w:lineRule="exact"/>
        <w:rPr>
          <w:rFonts w:ascii="Arial" w:hAnsi="Arial" w:cs="Arial"/>
          <w:szCs w:val="21"/>
        </w:rPr>
      </w:pPr>
    </w:p>
    <w:p w14:paraId="444421E9" w14:textId="77777777" w:rsidR="002B47B1" w:rsidRDefault="002B47B1" w:rsidP="00CD44B3">
      <w:pPr>
        <w:spacing w:after="0" w:line="260" w:lineRule="exact"/>
        <w:rPr>
          <w:rFonts w:ascii="Arial" w:hAnsi="Arial" w:cs="Arial"/>
          <w:szCs w:val="21"/>
        </w:rPr>
      </w:pPr>
    </w:p>
    <w:p w14:paraId="1716479A" w14:textId="77777777" w:rsidR="002B47B1" w:rsidRDefault="002B47B1" w:rsidP="00CD44B3">
      <w:pPr>
        <w:spacing w:after="0" w:line="260" w:lineRule="exact"/>
        <w:rPr>
          <w:rFonts w:ascii="Arial" w:hAnsi="Arial" w:cs="Arial"/>
          <w:szCs w:val="21"/>
        </w:rPr>
      </w:pPr>
    </w:p>
    <w:p w14:paraId="53C57CF0" w14:textId="77777777" w:rsidR="002B47B1" w:rsidRDefault="002B47B1" w:rsidP="00CD44B3">
      <w:pPr>
        <w:spacing w:after="0" w:line="260" w:lineRule="exact"/>
        <w:rPr>
          <w:rFonts w:ascii="Arial" w:hAnsi="Arial" w:cs="Arial"/>
          <w:szCs w:val="21"/>
        </w:rPr>
      </w:pPr>
    </w:p>
    <w:p w14:paraId="53A34D9B" w14:textId="77777777" w:rsidR="002B47B1" w:rsidRDefault="002B47B1" w:rsidP="00CD44B3">
      <w:pPr>
        <w:spacing w:after="0" w:line="260" w:lineRule="exact"/>
        <w:rPr>
          <w:rFonts w:ascii="Arial" w:hAnsi="Arial" w:cs="Arial"/>
          <w:szCs w:val="21"/>
        </w:rPr>
      </w:pPr>
    </w:p>
    <w:p w14:paraId="04580CE3" w14:textId="77777777" w:rsidR="002B47B1" w:rsidRDefault="002B47B1" w:rsidP="00CD44B3">
      <w:pPr>
        <w:spacing w:after="0" w:line="260" w:lineRule="exact"/>
        <w:rPr>
          <w:rFonts w:ascii="Arial" w:hAnsi="Arial" w:cs="Arial"/>
          <w:szCs w:val="21"/>
        </w:rPr>
      </w:pPr>
    </w:p>
    <w:p w14:paraId="4AF177F6" w14:textId="77777777" w:rsidR="002B47B1" w:rsidRDefault="002B47B1" w:rsidP="00CD44B3">
      <w:pPr>
        <w:spacing w:after="0" w:line="260" w:lineRule="exact"/>
        <w:rPr>
          <w:rFonts w:ascii="Arial" w:hAnsi="Arial" w:cs="Arial"/>
          <w:szCs w:val="21"/>
        </w:rPr>
      </w:pPr>
    </w:p>
    <w:p w14:paraId="41E536C1" w14:textId="77777777" w:rsidR="002B47B1" w:rsidRDefault="002B47B1" w:rsidP="00CD44B3">
      <w:pPr>
        <w:spacing w:after="0" w:line="260" w:lineRule="exact"/>
        <w:rPr>
          <w:rFonts w:ascii="Arial" w:hAnsi="Arial" w:cs="Arial"/>
          <w:szCs w:val="21"/>
        </w:rPr>
      </w:pPr>
    </w:p>
    <w:p w14:paraId="6D518F39" w14:textId="77777777" w:rsidR="002B47B1" w:rsidRDefault="002B47B1" w:rsidP="00CD44B3">
      <w:pPr>
        <w:spacing w:after="0" w:line="260" w:lineRule="exact"/>
        <w:rPr>
          <w:rFonts w:ascii="Arial" w:hAnsi="Arial" w:cs="Arial"/>
          <w:szCs w:val="21"/>
        </w:rPr>
      </w:pPr>
    </w:p>
    <w:p w14:paraId="5EDC3F41" w14:textId="77777777" w:rsidR="002B47B1" w:rsidRDefault="002B47B1" w:rsidP="00CD44B3">
      <w:pPr>
        <w:spacing w:after="0" w:line="260" w:lineRule="exact"/>
        <w:rPr>
          <w:rFonts w:ascii="Arial" w:hAnsi="Arial" w:cs="Arial"/>
          <w:szCs w:val="21"/>
        </w:rPr>
      </w:pPr>
    </w:p>
    <w:p w14:paraId="66F35A5B" w14:textId="77777777" w:rsidR="002B47B1" w:rsidRDefault="002B47B1" w:rsidP="00CD44B3">
      <w:pPr>
        <w:spacing w:after="0" w:line="260" w:lineRule="exact"/>
        <w:rPr>
          <w:rFonts w:ascii="Arial" w:hAnsi="Arial" w:cs="Arial"/>
          <w:szCs w:val="21"/>
        </w:rPr>
      </w:pPr>
    </w:p>
    <w:p w14:paraId="0BDE8400" w14:textId="77777777" w:rsidR="002B47B1" w:rsidRDefault="002B47B1" w:rsidP="00CD44B3">
      <w:pPr>
        <w:spacing w:after="0" w:line="260" w:lineRule="exact"/>
        <w:rPr>
          <w:rFonts w:ascii="Arial" w:hAnsi="Arial" w:cs="Arial"/>
          <w:szCs w:val="21"/>
        </w:rPr>
      </w:pPr>
    </w:p>
    <w:p w14:paraId="654152F5" w14:textId="77777777" w:rsidR="002B47B1" w:rsidRDefault="002B47B1" w:rsidP="00CD44B3">
      <w:pPr>
        <w:spacing w:after="0" w:line="260" w:lineRule="exact"/>
        <w:rPr>
          <w:rFonts w:ascii="Arial" w:hAnsi="Arial" w:cs="Arial"/>
          <w:szCs w:val="21"/>
        </w:rPr>
      </w:pPr>
    </w:p>
    <w:p w14:paraId="42CBBAD3" w14:textId="77777777" w:rsidR="002B47B1" w:rsidRDefault="002B47B1" w:rsidP="00CD44B3">
      <w:pPr>
        <w:spacing w:after="0" w:line="260" w:lineRule="exact"/>
        <w:rPr>
          <w:rFonts w:ascii="Arial" w:hAnsi="Arial" w:cs="Arial"/>
          <w:szCs w:val="21"/>
        </w:rPr>
      </w:pPr>
    </w:p>
    <w:p w14:paraId="3646FF76" w14:textId="77777777" w:rsidR="002B47B1" w:rsidRDefault="002B47B1" w:rsidP="00CD44B3">
      <w:pPr>
        <w:spacing w:after="0" w:line="260" w:lineRule="exact"/>
        <w:rPr>
          <w:rFonts w:ascii="Arial" w:hAnsi="Arial" w:cs="Arial"/>
          <w:szCs w:val="21"/>
        </w:rPr>
      </w:pPr>
    </w:p>
    <w:p w14:paraId="44DE2288" w14:textId="77777777" w:rsidR="002B47B1" w:rsidRDefault="002B47B1" w:rsidP="00CD44B3">
      <w:pPr>
        <w:spacing w:after="0" w:line="260" w:lineRule="exact"/>
        <w:rPr>
          <w:rFonts w:ascii="Arial" w:hAnsi="Arial" w:cs="Arial"/>
          <w:szCs w:val="21"/>
        </w:rPr>
      </w:pPr>
    </w:p>
    <w:p w14:paraId="5495A1BF" w14:textId="77777777" w:rsidR="002B47B1" w:rsidRDefault="002B47B1" w:rsidP="00CD44B3">
      <w:pPr>
        <w:spacing w:after="0" w:line="260" w:lineRule="exact"/>
        <w:rPr>
          <w:rFonts w:ascii="Arial" w:hAnsi="Arial" w:cs="Arial"/>
          <w:szCs w:val="21"/>
        </w:rPr>
      </w:pPr>
    </w:p>
    <w:p w14:paraId="243DC0AC" w14:textId="77777777" w:rsidR="002B47B1" w:rsidRDefault="002B47B1" w:rsidP="00CD44B3">
      <w:pPr>
        <w:spacing w:after="0" w:line="260" w:lineRule="exact"/>
        <w:rPr>
          <w:rFonts w:ascii="Arial" w:hAnsi="Arial" w:cs="Arial"/>
          <w:szCs w:val="21"/>
        </w:rPr>
      </w:pPr>
    </w:p>
    <w:p w14:paraId="7B5D0D04" w14:textId="77777777" w:rsidR="002B47B1" w:rsidRDefault="002B47B1" w:rsidP="00CD44B3">
      <w:pPr>
        <w:spacing w:after="0" w:line="260" w:lineRule="exact"/>
        <w:rPr>
          <w:rFonts w:ascii="Arial" w:hAnsi="Arial" w:cs="Arial"/>
          <w:szCs w:val="21"/>
        </w:rPr>
      </w:pPr>
    </w:p>
    <w:p w14:paraId="34B15193" w14:textId="77777777" w:rsidR="002B47B1" w:rsidRDefault="002B47B1" w:rsidP="00CD44B3">
      <w:pPr>
        <w:spacing w:after="0" w:line="260" w:lineRule="exact"/>
        <w:rPr>
          <w:rFonts w:ascii="Arial" w:hAnsi="Arial" w:cs="Arial"/>
          <w:szCs w:val="21"/>
        </w:rPr>
      </w:pPr>
    </w:p>
    <w:p w14:paraId="582834FC" w14:textId="77777777" w:rsidR="002B47B1" w:rsidRDefault="002B47B1" w:rsidP="00CD44B3">
      <w:pPr>
        <w:spacing w:after="0" w:line="260" w:lineRule="exact"/>
        <w:rPr>
          <w:rFonts w:ascii="Arial" w:hAnsi="Arial" w:cs="Arial"/>
          <w:szCs w:val="21"/>
        </w:rPr>
      </w:pPr>
    </w:p>
    <w:p w14:paraId="3117EC45" w14:textId="77777777" w:rsidR="002B47B1" w:rsidRDefault="002B47B1" w:rsidP="00CD44B3">
      <w:pPr>
        <w:spacing w:after="0" w:line="260" w:lineRule="exact"/>
        <w:rPr>
          <w:rFonts w:ascii="Arial" w:hAnsi="Arial" w:cs="Arial"/>
          <w:szCs w:val="21"/>
        </w:rPr>
      </w:pPr>
    </w:p>
    <w:p w14:paraId="28E09E92" w14:textId="77777777" w:rsidR="002B47B1" w:rsidRDefault="002B47B1" w:rsidP="00CD44B3">
      <w:pPr>
        <w:spacing w:after="0" w:line="260" w:lineRule="exact"/>
        <w:rPr>
          <w:rFonts w:ascii="Arial" w:hAnsi="Arial" w:cs="Arial"/>
          <w:szCs w:val="21"/>
        </w:rPr>
      </w:pPr>
    </w:p>
    <w:p w14:paraId="6DB4E60C" w14:textId="77777777" w:rsidR="002B47B1" w:rsidRDefault="002B47B1" w:rsidP="00CD44B3">
      <w:pPr>
        <w:spacing w:after="0" w:line="260" w:lineRule="exact"/>
        <w:rPr>
          <w:rFonts w:ascii="Arial" w:hAnsi="Arial" w:cs="Arial"/>
          <w:szCs w:val="21"/>
        </w:rPr>
      </w:pPr>
    </w:p>
    <w:p w14:paraId="6800CD57" w14:textId="77777777" w:rsidR="002B47B1" w:rsidRDefault="002B47B1" w:rsidP="00CD44B3">
      <w:pPr>
        <w:spacing w:after="0" w:line="260" w:lineRule="exact"/>
        <w:rPr>
          <w:rFonts w:ascii="Arial" w:hAnsi="Arial" w:cs="Arial"/>
          <w:szCs w:val="21"/>
        </w:rPr>
      </w:pPr>
    </w:p>
    <w:p w14:paraId="00A6D6C5" w14:textId="77777777" w:rsidR="002B47B1" w:rsidRDefault="002B47B1" w:rsidP="00CD44B3">
      <w:pPr>
        <w:spacing w:after="0" w:line="260" w:lineRule="exact"/>
        <w:rPr>
          <w:rFonts w:ascii="Arial" w:hAnsi="Arial" w:cs="Arial"/>
          <w:szCs w:val="21"/>
        </w:rPr>
      </w:pPr>
    </w:p>
    <w:p w14:paraId="13C0CD3C" w14:textId="77777777" w:rsidR="002B47B1" w:rsidRDefault="002B47B1" w:rsidP="00CD44B3">
      <w:pPr>
        <w:spacing w:after="0" w:line="260" w:lineRule="exact"/>
        <w:rPr>
          <w:rFonts w:ascii="Arial" w:hAnsi="Arial" w:cs="Arial"/>
          <w:szCs w:val="21"/>
        </w:rPr>
      </w:pPr>
    </w:p>
    <w:p w14:paraId="75C94EBE" w14:textId="77777777" w:rsidR="002B47B1" w:rsidRDefault="002B47B1" w:rsidP="00CD44B3">
      <w:pPr>
        <w:spacing w:after="0" w:line="260" w:lineRule="exact"/>
        <w:rPr>
          <w:rFonts w:ascii="Arial" w:hAnsi="Arial" w:cs="Arial"/>
          <w:szCs w:val="21"/>
        </w:rPr>
      </w:pPr>
    </w:p>
    <w:p w14:paraId="6BBB2182" w14:textId="77777777" w:rsidR="002B47B1" w:rsidRDefault="002B47B1" w:rsidP="00CD44B3">
      <w:pPr>
        <w:spacing w:after="0" w:line="260" w:lineRule="exact"/>
        <w:rPr>
          <w:rFonts w:ascii="Arial" w:hAnsi="Arial" w:cs="Arial"/>
          <w:szCs w:val="21"/>
        </w:rPr>
      </w:pPr>
    </w:p>
    <w:p w14:paraId="231A156F" w14:textId="77777777" w:rsidR="002B47B1" w:rsidRDefault="002B47B1" w:rsidP="00CD44B3">
      <w:pPr>
        <w:spacing w:after="0" w:line="260" w:lineRule="exact"/>
        <w:rPr>
          <w:rFonts w:ascii="Arial" w:hAnsi="Arial" w:cs="Arial"/>
          <w:szCs w:val="21"/>
        </w:rPr>
      </w:pPr>
    </w:p>
    <w:p w14:paraId="4D6F70FF" w14:textId="77777777" w:rsidR="002B47B1" w:rsidRDefault="002B47B1" w:rsidP="00CD44B3">
      <w:pPr>
        <w:spacing w:after="0" w:line="260" w:lineRule="exact"/>
        <w:rPr>
          <w:rFonts w:ascii="Arial" w:hAnsi="Arial" w:cs="Arial"/>
          <w:szCs w:val="21"/>
        </w:rPr>
      </w:pPr>
    </w:p>
    <w:p w14:paraId="31D949E7" w14:textId="77777777" w:rsidR="002B47B1" w:rsidRDefault="002B47B1" w:rsidP="00CD44B3">
      <w:pPr>
        <w:spacing w:after="0" w:line="260" w:lineRule="exact"/>
        <w:rPr>
          <w:rFonts w:ascii="Arial" w:hAnsi="Arial" w:cs="Arial"/>
          <w:szCs w:val="21"/>
        </w:rPr>
      </w:pPr>
    </w:p>
    <w:p w14:paraId="07F9C50C" w14:textId="77777777" w:rsidR="002B47B1" w:rsidRDefault="002B47B1" w:rsidP="00CD44B3">
      <w:pPr>
        <w:spacing w:after="0" w:line="260" w:lineRule="exact"/>
        <w:rPr>
          <w:rFonts w:ascii="Arial" w:hAnsi="Arial" w:cs="Arial"/>
          <w:szCs w:val="21"/>
        </w:rPr>
      </w:pPr>
    </w:p>
    <w:p w14:paraId="3A6A7854" w14:textId="7D219BF0" w:rsidR="002B47B1" w:rsidRPr="004D349A" w:rsidRDefault="00413DA1" w:rsidP="004D3388">
      <w:pPr>
        <w:pStyle w:val="ListParagraph"/>
        <w:numPr>
          <w:ilvl w:val="0"/>
          <w:numId w:val="7"/>
        </w:numPr>
        <w:spacing w:after="0" w:line="260" w:lineRule="exact"/>
        <w:rPr>
          <w:rFonts w:asciiTheme="majorHAnsi" w:hAnsiTheme="majorHAnsi" w:cstheme="majorHAnsi"/>
          <w:b/>
          <w:bCs/>
          <w:sz w:val="32"/>
          <w:szCs w:val="32"/>
        </w:rPr>
      </w:pPr>
      <w:r w:rsidRPr="004D349A">
        <w:rPr>
          <w:rFonts w:asciiTheme="majorHAnsi" w:hAnsiTheme="majorHAnsi" w:cstheme="majorHAnsi"/>
          <w:b/>
          <w:bCs/>
          <w:sz w:val="32"/>
          <w:szCs w:val="32"/>
        </w:rPr>
        <w:t xml:space="preserve">Tenderer Information </w:t>
      </w:r>
    </w:p>
    <w:p w14:paraId="511B80B5" w14:textId="77777777" w:rsidR="00413DA1" w:rsidRPr="00072363" w:rsidRDefault="00413DA1" w:rsidP="00CD44B3">
      <w:pPr>
        <w:spacing w:after="0" w:line="260" w:lineRule="exact"/>
        <w:rPr>
          <w:rFonts w:asciiTheme="majorHAnsi" w:hAnsiTheme="majorHAnsi" w:cstheme="majorHAnsi"/>
          <w:szCs w:val="21"/>
        </w:rPr>
      </w:pPr>
    </w:p>
    <w:tbl>
      <w:tblPr>
        <w:tblStyle w:val="TableGrid"/>
        <w:tblW w:w="0" w:type="auto"/>
        <w:jc w:val="center"/>
        <w:tblLook w:val="04A0" w:firstRow="1" w:lastRow="0" w:firstColumn="1" w:lastColumn="0" w:noHBand="0" w:noVBand="1"/>
      </w:tblPr>
      <w:tblGrid>
        <w:gridCol w:w="3539"/>
        <w:gridCol w:w="5811"/>
      </w:tblGrid>
      <w:tr w:rsidR="00A96B7C" w:rsidRPr="00072363" w14:paraId="03B75C98" w14:textId="77777777" w:rsidTr="00072363">
        <w:trPr>
          <w:trHeight w:val="567"/>
          <w:jc w:val="center"/>
        </w:trPr>
        <w:tc>
          <w:tcPr>
            <w:tcW w:w="3539" w:type="dxa"/>
            <w:vAlign w:val="center"/>
          </w:tcPr>
          <w:p w14:paraId="3570D7F5" w14:textId="77777777" w:rsidR="00A96B7C" w:rsidRPr="00072363" w:rsidRDefault="00832A25" w:rsidP="00CD44B3">
            <w:pPr>
              <w:spacing w:line="260" w:lineRule="exact"/>
              <w:rPr>
                <w:rFonts w:asciiTheme="majorHAnsi" w:hAnsiTheme="majorHAnsi" w:cstheme="majorHAnsi"/>
                <w:sz w:val="26"/>
                <w:szCs w:val="26"/>
              </w:rPr>
            </w:pPr>
            <w:r w:rsidRPr="00072363">
              <w:rPr>
                <w:rFonts w:asciiTheme="majorHAnsi" w:hAnsiTheme="majorHAnsi" w:cstheme="majorHAnsi"/>
                <w:b/>
                <w:sz w:val="26"/>
                <w:szCs w:val="26"/>
              </w:rPr>
              <w:t>Information requested</w:t>
            </w:r>
          </w:p>
        </w:tc>
        <w:tc>
          <w:tcPr>
            <w:tcW w:w="5811" w:type="dxa"/>
            <w:vAlign w:val="center"/>
          </w:tcPr>
          <w:p w14:paraId="4519A40D" w14:textId="77777777" w:rsidR="00A96B7C" w:rsidRPr="00072363" w:rsidRDefault="00832A25" w:rsidP="00CD44B3">
            <w:pPr>
              <w:spacing w:line="260" w:lineRule="exact"/>
              <w:rPr>
                <w:rFonts w:asciiTheme="majorHAnsi" w:hAnsiTheme="majorHAnsi" w:cstheme="majorHAnsi"/>
                <w:sz w:val="26"/>
                <w:szCs w:val="26"/>
              </w:rPr>
            </w:pPr>
            <w:r w:rsidRPr="00072363">
              <w:rPr>
                <w:rFonts w:asciiTheme="majorHAnsi" w:hAnsiTheme="majorHAnsi" w:cstheme="majorHAnsi"/>
                <w:b/>
                <w:sz w:val="26"/>
                <w:szCs w:val="26"/>
              </w:rPr>
              <w:t>Tenderer response</w:t>
            </w:r>
          </w:p>
        </w:tc>
      </w:tr>
      <w:tr w:rsidR="00A96B7C" w:rsidRPr="00072363" w14:paraId="541603AA" w14:textId="77777777" w:rsidTr="00072363">
        <w:trPr>
          <w:trHeight w:val="567"/>
          <w:jc w:val="center"/>
        </w:trPr>
        <w:tc>
          <w:tcPr>
            <w:tcW w:w="3539" w:type="dxa"/>
            <w:vAlign w:val="center"/>
          </w:tcPr>
          <w:p w14:paraId="2C67ECD7" w14:textId="77777777" w:rsidR="00A96B7C" w:rsidRPr="00072363" w:rsidRDefault="00832A25" w:rsidP="00CD44B3">
            <w:pPr>
              <w:spacing w:line="260" w:lineRule="exact"/>
              <w:rPr>
                <w:rFonts w:asciiTheme="majorHAnsi" w:hAnsiTheme="majorHAnsi" w:cstheme="majorHAnsi"/>
                <w:sz w:val="22"/>
              </w:rPr>
            </w:pPr>
            <w:r w:rsidRPr="00072363">
              <w:rPr>
                <w:rFonts w:asciiTheme="majorHAnsi" w:hAnsiTheme="majorHAnsi" w:cstheme="majorHAnsi"/>
                <w:sz w:val="22"/>
              </w:rPr>
              <w:t>Legal name</w:t>
            </w:r>
          </w:p>
        </w:tc>
        <w:tc>
          <w:tcPr>
            <w:tcW w:w="5811" w:type="dxa"/>
            <w:vAlign w:val="center"/>
          </w:tcPr>
          <w:p w14:paraId="29F5C1BC" w14:textId="77777777" w:rsidR="00A96B7C" w:rsidRPr="00072363" w:rsidRDefault="00A96B7C" w:rsidP="00CD44B3">
            <w:pPr>
              <w:spacing w:line="260" w:lineRule="exact"/>
              <w:rPr>
                <w:rFonts w:asciiTheme="majorHAnsi" w:hAnsiTheme="majorHAnsi" w:cstheme="majorHAnsi"/>
                <w:szCs w:val="21"/>
              </w:rPr>
            </w:pPr>
          </w:p>
        </w:tc>
      </w:tr>
      <w:tr w:rsidR="00A96B7C" w:rsidRPr="00072363" w14:paraId="76B4AE32" w14:textId="77777777" w:rsidTr="00072363">
        <w:trPr>
          <w:trHeight w:val="567"/>
          <w:jc w:val="center"/>
        </w:trPr>
        <w:tc>
          <w:tcPr>
            <w:tcW w:w="3539" w:type="dxa"/>
            <w:vAlign w:val="center"/>
          </w:tcPr>
          <w:p w14:paraId="6B977DB4" w14:textId="77777777" w:rsidR="00A96B7C" w:rsidRPr="00072363" w:rsidRDefault="00832A25" w:rsidP="00CD44B3">
            <w:pPr>
              <w:spacing w:line="260" w:lineRule="exact"/>
              <w:rPr>
                <w:rFonts w:asciiTheme="majorHAnsi" w:hAnsiTheme="majorHAnsi" w:cstheme="majorHAnsi"/>
                <w:sz w:val="22"/>
              </w:rPr>
            </w:pPr>
            <w:r w:rsidRPr="00072363">
              <w:rPr>
                <w:rFonts w:asciiTheme="majorHAnsi" w:hAnsiTheme="majorHAnsi" w:cstheme="majorHAnsi"/>
                <w:sz w:val="22"/>
              </w:rPr>
              <w:t>Trading name (if different)</w:t>
            </w:r>
          </w:p>
        </w:tc>
        <w:tc>
          <w:tcPr>
            <w:tcW w:w="5811" w:type="dxa"/>
            <w:vAlign w:val="center"/>
          </w:tcPr>
          <w:p w14:paraId="2DBE4047" w14:textId="77777777" w:rsidR="00A96B7C" w:rsidRPr="00072363" w:rsidRDefault="00A96B7C" w:rsidP="00CD44B3">
            <w:pPr>
              <w:spacing w:line="260" w:lineRule="exact"/>
              <w:rPr>
                <w:rFonts w:asciiTheme="majorHAnsi" w:hAnsiTheme="majorHAnsi" w:cstheme="majorHAnsi"/>
                <w:szCs w:val="21"/>
              </w:rPr>
            </w:pPr>
          </w:p>
        </w:tc>
      </w:tr>
      <w:tr w:rsidR="00A96B7C" w:rsidRPr="00072363" w14:paraId="18F8F5FF" w14:textId="77777777" w:rsidTr="00072363">
        <w:trPr>
          <w:trHeight w:val="567"/>
          <w:jc w:val="center"/>
        </w:trPr>
        <w:tc>
          <w:tcPr>
            <w:tcW w:w="3539" w:type="dxa"/>
            <w:vAlign w:val="center"/>
          </w:tcPr>
          <w:p w14:paraId="0C8B9C2B" w14:textId="77777777" w:rsidR="00A96B7C" w:rsidRPr="00072363" w:rsidRDefault="00832A25" w:rsidP="00CD44B3">
            <w:pPr>
              <w:spacing w:line="260" w:lineRule="exact"/>
              <w:rPr>
                <w:rFonts w:asciiTheme="majorHAnsi" w:hAnsiTheme="majorHAnsi" w:cstheme="majorHAnsi"/>
                <w:sz w:val="22"/>
              </w:rPr>
            </w:pPr>
            <w:r w:rsidRPr="00072363">
              <w:rPr>
                <w:rFonts w:asciiTheme="majorHAnsi" w:hAnsiTheme="majorHAnsi" w:cstheme="majorHAnsi"/>
                <w:sz w:val="22"/>
              </w:rPr>
              <w:t>Registered address</w:t>
            </w:r>
          </w:p>
        </w:tc>
        <w:tc>
          <w:tcPr>
            <w:tcW w:w="5811" w:type="dxa"/>
            <w:vAlign w:val="center"/>
          </w:tcPr>
          <w:p w14:paraId="62F2D597" w14:textId="77777777" w:rsidR="00A96B7C" w:rsidRPr="00072363" w:rsidRDefault="00A96B7C" w:rsidP="00CD44B3">
            <w:pPr>
              <w:spacing w:line="260" w:lineRule="exact"/>
              <w:rPr>
                <w:rFonts w:asciiTheme="majorHAnsi" w:hAnsiTheme="majorHAnsi" w:cstheme="majorHAnsi"/>
                <w:szCs w:val="21"/>
              </w:rPr>
            </w:pPr>
          </w:p>
        </w:tc>
      </w:tr>
      <w:tr w:rsidR="00A96B7C" w:rsidRPr="00072363" w14:paraId="30048D40" w14:textId="77777777" w:rsidTr="00072363">
        <w:trPr>
          <w:trHeight w:val="567"/>
          <w:jc w:val="center"/>
        </w:trPr>
        <w:tc>
          <w:tcPr>
            <w:tcW w:w="3539" w:type="dxa"/>
            <w:vAlign w:val="center"/>
          </w:tcPr>
          <w:p w14:paraId="2201FFF2" w14:textId="77777777" w:rsidR="00A96B7C" w:rsidRPr="00072363" w:rsidRDefault="00832A25" w:rsidP="00CD44B3">
            <w:pPr>
              <w:spacing w:line="260" w:lineRule="exact"/>
              <w:rPr>
                <w:rFonts w:asciiTheme="majorHAnsi" w:hAnsiTheme="majorHAnsi" w:cstheme="majorHAnsi"/>
                <w:sz w:val="22"/>
              </w:rPr>
            </w:pPr>
            <w:r w:rsidRPr="00072363">
              <w:rPr>
                <w:rFonts w:asciiTheme="majorHAnsi" w:hAnsiTheme="majorHAnsi" w:cstheme="majorHAnsi"/>
                <w:sz w:val="22"/>
              </w:rPr>
              <w:t>Company registration / equivalent</w:t>
            </w:r>
          </w:p>
        </w:tc>
        <w:tc>
          <w:tcPr>
            <w:tcW w:w="5811" w:type="dxa"/>
            <w:vAlign w:val="center"/>
          </w:tcPr>
          <w:p w14:paraId="41C4A541" w14:textId="77777777" w:rsidR="00A96B7C" w:rsidRPr="00072363" w:rsidRDefault="00A96B7C" w:rsidP="00CD44B3">
            <w:pPr>
              <w:spacing w:line="260" w:lineRule="exact"/>
              <w:rPr>
                <w:rFonts w:asciiTheme="majorHAnsi" w:hAnsiTheme="majorHAnsi" w:cstheme="majorHAnsi"/>
                <w:szCs w:val="21"/>
              </w:rPr>
            </w:pPr>
          </w:p>
        </w:tc>
      </w:tr>
      <w:tr w:rsidR="00A96B7C" w:rsidRPr="00072363" w14:paraId="0B8E92D9" w14:textId="77777777" w:rsidTr="00072363">
        <w:trPr>
          <w:trHeight w:val="567"/>
          <w:jc w:val="center"/>
        </w:trPr>
        <w:tc>
          <w:tcPr>
            <w:tcW w:w="3539" w:type="dxa"/>
            <w:vAlign w:val="center"/>
          </w:tcPr>
          <w:p w14:paraId="39AB9389" w14:textId="77777777" w:rsidR="00A96B7C" w:rsidRPr="00072363" w:rsidRDefault="00832A25" w:rsidP="00CD44B3">
            <w:pPr>
              <w:spacing w:line="260" w:lineRule="exact"/>
              <w:rPr>
                <w:rFonts w:asciiTheme="majorHAnsi" w:hAnsiTheme="majorHAnsi" w:cstheme="majorHAnsi"/>
                <w:sz w:val="22"/>
              </w:rPr>
            </w:pPr>
            <w:r w:rsidRPr="00072363">
              <w:rPr>
                <w:rFonts w:asciiTheme="majorHAnsi" w:hAnsiTheme="majorHAnsi" w:cstheme="majorHAnsi"/>
                <w:sz w:val="22"/>
              </w:rPr>
              <w:t>VAT number</w:t>
            </w:r>
          </w:p>
        </w:tc>
        <w:tc>
          <w:tcPr>
            <w:tcW w:w="5811" w:type="dxa"/>
            <w:vAlign w:val="center"/>
          </w:tcPr>
          <w:p w14:paraId="0647CCF5" w14:textId="77777777" w:rsidR="00A96B7C" w:rsidRPr="00072363" w:rsidRDefault="00A96B7C" w:rsidP="00CD44B3">
            <w:pPr>
              <w:spacing w:line="260" w:lineRule="exact"/>
              <w:rPr>
                <w:rFonts w:asciiTheme="majorHAnsi" w:hAnsiTheme="majorHAnsi" w:cstheme="majorHAnsi"/>
                <w:szCs w:val="21"/>
              </w:rPr>
            </w:pPr>
          </w:p>
        </w:tc>
      </w:tr>
      <w:tr w:rsidR="00A96B7C" w:rsidRPr="00072363" w14:paraId="2496A59C" w14:textId="77777777" w:rsidTr="00072363">
        <w:trPr>
          <w:trHeight w:val="567"/>
          <w:jc w:val="center"/>
        </w:trPr>
        <w:tc>
          <w:tcPr>
            <w:tcW w:w="3539" w:type="dxa"/>
            <w:vAlign w:val="center"/>
          </w:tcPr>
          <w:p w14:paraId="77A43903" w14:textId="77777777" w:rsidR="00A96B7C" w:rsidRPr="00072363" w:rsidRDefault="00832A25" w:rsidP="00CD44B3">
            <w:pPr>
              <w:spacing w:line="260" w:lineRule="exact"/>
              <w:rPr>
                <w:rFonts w:asciiTheme="majorHAnsi" w:hAnsiTheme="majorHAnsi" w:cstheme="majorHAnsi"/>
                <w:sz w:val="22"/>
              </w:rPr>
            </w:pPr>
            <w:r w:rsidRPr="00072363">
              <w:rPr>
                <w:rFonts w:asciiTheme="majorHAnsi" w:hAnsiTheme="majorHAnsi" w:cstheme="majorHAnsi"/>
                <w:sz w:val="22"/>
              </w:rPr>
              <w:t>Primary contact</w:t>
            </w:r>
          </w:p>
        </w:tc>
        <w:tc>
          <w:tcPr>
            <w:tcW w:w="5811" w:type="dxa"/>
            <w:vAlign w:val="center"/>
          </w:tcPr>
          <w:p w14:paraId="722C3268" w14:textId="77777777" w:rsidR="00A96B7C" w:rsidRPr="00072363" w:rsidRDefault="00A96B7C" w:rsidP="00CD44B3">
            <w:pPr>
              <w:spacing w:line="260" w:lineRule="exact"/>
              <w:rPr>
                <w:rFonts w:asciiTheme="majorHAnsi" w:hAnsiTheme="majorHAnsi" w:cstheme="majorHAnsi"/>
                <w:szCs w:val="21"/>
              </w:rPr>
            </w:pPr>
          </w:p>
        </w:tc>
      </w:tr>
      <w:tr w:rsidR="00A96B7C" w:rsidRPr="00072363" w14:paraId="4527FE0A" w14:textId="77777777" w:rsidTr="00072363">
        <w:trPr>
          <w:trHeight w:val="567"/>
          <w:jc w:val="center"/>
        </w:trPr>
        <w:tc>
          <w:tcPr>
            <w:tcW w:w="3539" w:type="dxa"/>
            <w:vAlign w:val="center"/>
          </w:tcPr>
          <w:p w14:paraId="425C25D1" w14:textId="77777777" w:rsidR="00A96B7C" w:rsidRPr="00072363" w:rsidRDefault="00832A25" w:rsidP="00CD44B3">
            <w:pPr>
              <w:spacing w:line="260" w:lineRule="exact"/>
              <w:rPr>
                <w:rFonts w:asciiTheme="majorHAnsi" w:hAnsiTheme="majorHAnsi" w:cstheme="majorHAnsi"/>
                <w:sz w:val="22"/>
              </w:rPr>
            </w:pPr>
            <w:r w:rsidRPr="00072363">
              <w:rPr>
                <w:rFonts w:asciiTheme="majorHAnsi" w:hAnsiTheme="majorHAnsi" w:cstheme="majorHAnsi"/>
                <w:sz w:val="22"/>
              </w:rPr>
              <w:t>Email / telephone</w:t>
            </w:r>
          </w:p>
        </w:tc>
        <w:tc>
          <w:tcPr>
            <w:tcW w:w="5811" w:type="dxa"/>
            <w:vAlign w:val="center"/>
          </w:tcPr>
          <w:p w14:paraId="64239C17" w14:textId="77777777" w:rsidR="00A96B7C" w:rsidRPr="00072363" w:rsidRDefault="00A96B7C" w:rsidP="00CD44B3">
            <w:pPr>
              <w:spacing w:line="260" w:lineRule="exact"/>
              <w:rPr>
                <w:rFonts w:asciiTheme="majorHAnsi" w:hAnsiTheme="majorHAnsi" w:cstheme="majorHAnsi"/>
                <w:szCs w:val="21"/>
              </w:rPr>
            </w:pPr>
          </w:p>
        </w:tc>
      </w:tr>
      <w:tr w:rsidR="00A96B7C" w:rsidRPr="00072363" w14:paraId="54529464" w14:textId="77777777" w:rsidTr="00072363">
        <w:trPr>
          <w:trHeight w:val="567"/>
          <w:jc w:val="center"/>
        </w:trPr>
        <w:tc>
          <w:tcPr>
            <w:tcW w:w="3539" w:type="dxa"/>
            <w:vAlign w:val="center"/>
          </w:tcPr>
          <w:p w14:paraId="2A499DC0" w14:textId="77777777" w:rsidR="00A96B7C" w:rsidRPr="00072363" w:rsidRDefault="00832A25" w:rsidP="00CD44B3">
            <w:pPr>
              <w:spacing w:line="260" w:lineRule="exact"/>
              <w:rPr>
                <w:rFonts w:asciiTheme="majorHAnsi" w:hAnsiTheme="majorHAnsi" w:cstheme="majorHAnsi"/>
                <w:sz w:val="22"/>
              </w:rPr>
            </w:pPr>
            <w:r w:rsidRPr="00072363">
              <w:rPr>
                <w:rFonts w:asciiTheme="majorHAnsi" w:hAnsiTheme="majorHAnsi" w:cstheme="majorHAnsi"/>
                <w:sz w:val="22"/>
              </w:rPr>
              <w:t>Manufacturer(s) represented</w:t>
            </w:r>
          </w:p>
        </w:tc>
        <w:tc>
          <w:tcPr>
            <w:tcW w:w="5811" w:type="dxa"/>
            <w:vAlign w:val="center"/>
          </w:tcPr>
          <w:p w14:paraId="6535999A" w14:textId="77777777" w:rsidR="00A96B7C" w:rsidRPr="00072363" w:rsidRDefault="00A96B7C" w:rsidP="00CD44B3">
            <w:pPr>
              <w:spacing w:line="260" w:lineRule="exact"/>
              <w:rPr>
                <w:rFonts w:asciiTheme="majorHAnsi" w:hAnsiTheme="majorHAnsi" w:cstheme="majorHAnsi"/>
                <w:szCs w:val="21"/>
              </w:rPr>
            </w:pPr>
          </w:p>
        </w:tc>
      </w:tr>
      <w:tr w:rsidR="00A96B7C" w:rsidRPr="00072363" w14:paraId="30AF712D" w14:textId="77777777" w:rsidTr="00072363">
        <w:trPr>
          <w:trHeight w:val="567"/>
          <w:jc w:val="center"/>
        </w:trPr>
        <w:tc>
          <w:tcPr>
            <w:tcW w:w="3539" w:type="dxa"/>
            <w:vAlign w:val="center"/>
          </w:tcPr>
          <w:p w14:paraId="7F13AC4C" w14:textId="77777777" w:rsidR="00A96B7C" w:rsidRPr="00072363" w:rsidRDefault="00832A25" w:rsidP="00CD44B3">
            <w:pPr>
              <w:spacing w:line="260" w:lineRule="exact"/>
              <w:rPr>
                <w:rFonts w:asciiTheme="majorHAnsi" w:hAnsiTheme="majorHAnsi" w:cstheme="majorHAnsi"/>
                <w:sz w:val="22"/>
              </w:rPr>
            </w:pPr>
            <w:r w:rsidRPr="00072363">
              <w:rPr>
                <w:rFonts w:asciiTheme="majorHAnsi" w:hAnsiTheme="majorHAnsi" w:cstheme="majorHAnsi"/>
                <w:sz w:val="22"/>
              </w:rPr>
              <w:t xml:space="preserve">Proposed </w:t>
            </w:r>
            <w:proofErr w:type="gramStart"/>
            <w:r w:rsidRPr="00072363">
              <w:rPr>
                <w:rFonts w:asciiTheme="majorHAnsi" w:hAnsiTheme="majorHAnsi" w:cstheme="majorHAnsi"/>
                <w:sz w:val="22"/>
              </w:rPr>
              <w:t>simulator</w:t>
            </w:r>
            <w:proofErr w:type="gramEnd"/>
            <w:r w:rsidRPr="00072363">
              <w:rPr>
                <w:rFonts w:asciiTheme="majorHAnsi" w:hAnsiTheme="majorHAnsi" w:cstheme="majorHAnsi"/>
                <w:sz w:val="22"/>
              </w:rPr>
              <w:t xml:space="preserve"> make/model</w:t>
            </w:r>
          </w:p>
        </w:tc>
        <w:tc>
          <w:tcPr>
            <w:tcW w:w="5811" w:type="dxa"/>
            <w:vAlign w:val="center"/>
          </w:tcPr>
          <w:p w14:paraId="30C5D5FF" w14:textId="77777777" w:rsidR="00A96B7C" w:rsidRPr="00072363" w:rsidRDefault="00A96B7C" w:rsidP="00CD44B3">
            <w:pPr>
              <w:spacing w:line="260" w:lineRule="exact"/>
              <w:rPr>
                <w:rFonts w:asciiTheme="majorHAnsi" w:hAnsiTheme="majorHAnsi" w:cstheme="majorHAnsi"/>
                <w:szCs w:val="21"/>
              </w:rPr>
            </w:pPr>
          </w:p>
        </w:tc>
      </w:tr>
      <w:tr w:rsidR="00A96B7C" w:rsidRPr="00072363" w14:paraId="0C9E822D" w14:textId="77777777" w:rsidTr="00072363">
        <w:trPr>
          <w:trHeight w:val="567"/>
          <w:jc w:val="center"/>
        </w:trPr>
        <w:tc>
          <w:tcPr>
            <w:tcW w:w="3539" w:type="dxa"/>
            <w:vAlign w:val="center"/>
          </w:tcPr>
          <w:p w14:paraId="5595A782" w14:textId="77777777" w:rsidR="00A96B7C" w:rsidRPr="00072363" w:rsidRDefault="00832A25" w:rsidP="00CD44B3">
            <w:pPr>
              <w:spacing w:line="260" w:lineRule="exact"/>
              <w:rPr>
                <w:rFonts w:asciiTheme="majorHAnsi" w:hAnsiTheme="majorHAnsi" w:cstheme="majorHAnsi"/>
                <w:sz w:val="22"/>
              </w:rPr>
            </w:pPr>
            <w:r w:rsidRPr="00072363">
              <w:rPr>
                <w:rFonts w:asciiTheme="majorHAnsi" w:hAnsiTheme="majorHAnsi" w:cstheme="majorHAnsi"/>
                <w:sz w:val="22"/>
              </w:rPr>
              <w:t>Country of manufacture</w:t>
            </w:r>
          </w:p>
        </w:tc>
        <w:tc>
          <w:tcPr>
            <w:tcW w:w="5811" w:type="dxa"/>
            <w:vAlign w:val="center"/>
          </w:tcPr>
          <w:p w14:paraId="69481019" w14:textId="77777777" w:rsidR="00A96B7C" w:rsidRPr="00072363" w:rsidRDefault="00A96B7C" w:rsidP="00CD44B3">
            <w:pPr>
              <w:spacing w:line="260" w:lineRule="exact"/>
              <w:rPr>
                <w:rFonts w:asciiTheme="majorHAnsi" w:hAnsiTheme="majorHAnsi" w:cstheme="majorHAnsi"/>
                <w:szCs w:val="21"/>
              </w:rPr>
            </w:pPr>
          </w:p>
        </w:tc>
      </w:tr>
      <w:tr w:rsidR="00A96B7C" w:rsidRPr="00072363" w14:paraId="39373C8B" w14:textId="77777777" w:rsidTr="00072363">
        <w:trPr>
          <w:trHeight w:val="567"/>
          <w:jc w:val="center"/>
        </w:trPr>
        <w:tc>
          <w:tcPr>
            <w:tcW w:w="3539" w:type="dxa"/>
            <w:vAlign w:val="center"/>
          </w:tcPr>
          <w:p w14:paraId="37F4ABD3" w14:textId="77777777" w:rsidR="00A96B7C" w:rsidRPr="00072363" w:rsidRDefault="00832A25" w:rsidP="00CD44B3">
            <w:pPr>
              <w:spacing w:line="260" w:lineRule="exact"/>
              <w:rPr>
                <w:rFonts w:asciiTheme="majorHAnsi" w:hAnsiTheme="majorHAnsi" w:cstheme="majorHAnsi"/>
                <w:sz w:val="22"/>
              </w:rPr>
            </w:pPr>
            <w:r w:rsidRPr="00072363">
              <w:rPr>
                <w:rFonts w:asciiTheme="majorHAnsi" w:hAnsiTheme="majorHAnsi" w:cstheme="majorHAnsi"/>
                <w:sz w:val="22"/>
              </w:rPr>
              <w:t>Irish/EU support location</w:t>
            </w:r>
          </w:p>
        </w:tc>
        <w:tc>
          <w:tcPr>
            <w:tcW w:w="5811" w:type="dxa"/>
            <w:vAlign w:val="center"/>
          </w:tcPr>
          <w:p w14:paraId="40708F53" w14:textId="77777777" w:rsidR="00A96B7C" w:rsidRPr="00072363" w:rsidRDefault="00A96B7C" w:rsidP="00CD44B3">
            <w:pPr>
              <w:spacing w:line="260" w:lineRule="exact"/>
              <w:rPr>
                <w:rFonts w:asciiTheme="majorHAnsi" w:hAnsiTheme="majorHAnsi" w:cstheme="majorHAnsi"/>
                <w:szCs w:val="21"/>
              </w:rPr>
            </w:pPr>
          </w:p>
        </w:tc>
      </w:tr>
      <w:tr w:rsidR="00A96B7C" w:rsidRPr="00072363" w14:paraId="3577FB58" w14:textId="77777777" w:rsidTr="00072363">
        <w:trPr>
          <w:trHeight w:val="567"/>
          <w:jc w:val="center"/>
        </w:trPr>
        <w:tc>
          <w:tcPr>
            <w:tcW w:w="3539" w:type="dxa"/>
            <w:vAlign w:val="center"/>
          </w:tcPr>
          <w:p w14:paraId="171A6EB9" w14:textId="1AA7CFFD" w:rsidR="00A96B7C" w:rsidRPr="00072363" w:rsidRDefault="00832A25" w:rsidP="00CD44B3">
            <w:pPr>
              <w:spacing w:line="260" w:lineRule="exact"/>
              <w:rPr>
                <w:rFonts w:asciiTheme="majorHAnsi" w:hAnsiTheme="majorHAnsi" w:cstheme="majorHAnsi"/>
                <w:sz w:val="22"/>
              </w:rPr>
            </w:pPr>
            <w:r w:rsidRPr="00072363">
              <w:rPr>
                <w:rFonts w:asciiTheme="majorHAnsi" w:hAnsiTheme="majorHAnsi" w:cstheme="majorHAnsi"/>
                <w:sz w:val="22"/>
              </w:rPr>
              <w:t>Proposed delivery lead time</w:t>
            </w:r>
            <w:r w:rsidR="002B47B1" w:rsidRPr="00072363">
              <w:rPr>
                <w:rFonts w:asciiTheme="majorHAnsi" w:hAnsiTheme="majorHAnsi" w:cstheme="majorHAnsi"/>
                <w:sz w:val="22"/>
              </w:rPr>
              <w:t>:</w:t>
            </w:r>
          </w:p>
        </w:tc>
        <w:tc>
          <w:tcPr>
            <w:tcW w:w="5811" w:type="dxa"/>
            <w:vAlign w:val="center"/>
          </w:tcPr>
          <w:p w14:paraId="6C167AF5" w14:textId="77777777" w:rsidR="00A96B7C" w:rsidRPr="00072363" w:rsidRDefault="00A96B7C" w:rsidP="00CD44B3">
            <w:pPr>
              <w:spacing w:line="260" w:lineRule="exact"/>
              <w:rPr>
                <w:rFonts w:asciiTheme="majorHAnsi" w:hAnsiTheme="majorHAnsi" w:cstheme="majorHAnsi"/>
                <w:szCs w:val="21"/>
              </w:rPr>
            </w:pPr>
          </w:p>
        </w:tc>
      </w:tr>
      <w:tr w:rsidR="00A96B7C" w:rsidRPr="00072363" w14:paraId="35CCAFE8" w14:textId="77777777" w:rsidTr="00072363">
        <w:trPr>
          <w:trHeight w:val="567"/>
          <w:jc w:val="center"/>
        </w:trPr>
        <w:tc>
          <w:tcPr>
            <w:tcW w:w="3539" w:type="dxa"/>
            <w:vAlign w:val="center"/>
          </w:tcPr>
          <w:p w14:paraId="56F24000" w14:textId="77777777" w:rsidR="00A96B7C" w:rsidRPr="00072363" w:rsidRDefault="00832A25" w:rsidP="00CD44B3">
            <w:pPr>
              <w:spacing w:line="260" w:lineRule="exact"/>
              <w:rPr>
                <w:rFonts w:asciiTheme="majorHAnsi" w:hAnsiTheme="majorHAnsi" w:cstheme="majorHAnsi"/>
                <w:sz w:val="22"/>
              </w:rPr>
            </w:pPr>
            <w:r w:rsidRPr="00072363">
              <w:rPr>
                <w:rFonts w:asciiTheme="majorHAnsi" w:hAnsiTheme="majorHAnsi" w:cstheme="majorHAnsi"/>
                <w:sz w:val="22"/>
              </w:rPr>
              <w:t>Standard warranty</w:t>
            </w:r>
          </w:p>
        </w:tc>
        <w:tc>
          <w:tcPr>
            <w:tcW w:w="5811" w:type="dxa"/>
            <w:vAlign w:val="center"/>
          </w:tcPr>
          <w:p w14:paraId="268E2275" w14:textId="77777777" w:rsidR="00A96B7C" w:rsidRPr="00072363" w:rsidRDefault="00A96B7C" w:rsidP="00CD44B3">
            <w:pPr>
              <w:spacing w:line="260" w:lineRule="exact"/>
              <w:rPr>
                <w:rFonts w:asciiTheme="majorHAnsi" w:hAnsiTheme="majorHAnsi" w:cstheme="majorHAnsi"/>
                <w:szCs w:val="21"/>
              </w:rPr>
            </w:pPr>
          </w:p>
        </w:tc>
      </w:tr>
      <w:tr w:rsidR="00A96B7C" w:rsidRPr="00072363" w14:paraId="0F5DA7AA" w14:textId="77777777" w:rsidTr="00072363">
        <w:trPr>
          <w:trHeight w:val="567"/>
          <w:jc w:val="center"/>
        </w:trPr>
        <w:tc>
          <w:tcPr>
            <w:tcW w:w="3539" w:type="dxa"/>
            <w:vAlign w:val="center"/>
          </w:tcPr>
          <w:p w14:paraId="0885231D" w14:textId="77777777" w:rsidR="00A96B7C" w:rsidRPr="00072363" w:rsidRDefault="00832A25" w:rsidP="00CD44B3">
            <w:pPr>
              <w:spacing w:line="260" w:lineRule="exact"/>
              <w:rPr>
                <w:rFonts w:asciiTheme="majorHAnsi" w:hAnsiTheme="majorHAnsi" w:cstheme="majorHAnsi"/>
                <w:sz w:val="22"/>
              </w:rPr>
            </w:pPr>
            <w:r w:rsidRPr="00072363">
              <w:rPr>
                <w:rFonts w:asciiTheme="majorHAnsi" w:hAnsiTheme="majorHAnsi" w:cstheme="majorHAnsi"/>
                <w:sz w:val="22"/>
              </w:rPr>
              <w:t>Tender validity confirmation</w:t>
            </w:r>
          </w:p>
        </w:tc>
        <w:tc>
          <w:tcPr>
            <w:tcW w:w="5811" w:type="dxa"/>
            <w:vAlign w:val="center"/>
          </w:tcPr>
          <w:p w14:paraId="76A0BC1D" w14:textId="77777777" w:rsidR="00A96B7C" w:rsidRPr="00072363" w:rsidRDefault="00A96B7C" w:rsidP="00CD44B3">
            <w:pPr>
              <w:spacing w:line="260" w:lineRule="exact"/>
              <w:rPr>
                <w:rFonts w:asciiTheme="majorHAnsi" w:hAnsiTheme="majorHAnsi" w:cstheme="majorHAnsi"/>
                <w:szCs w:val="21"/>
              </w:rPr>
            </w:pPr>
          </w:p>
        </w:tc>
      </w:tr>
    </w:tbl>
    <w:p w14:paraId="7057DBC9" w14:textId="77777777" w:rsidR="00420CBD" w:rsidRPr="00072363" w:rsidRDefault="00420CBD" w:rsidP="00CD44B3">
      <w:pPr>
        <w:spacing w:after="0" w:line="260" w:lineRule="exact"/>
        <w:rPr>
          <w:rFonts w:asciiTheme="majorHAnsi" w:hAnsiTheme="majorHAnsi" w:cstheme="majorHAnsi"/>
          <w:szCs w:val="21"/>
        </w:rPr>
      </w:pPr>
    </w:p>
    <w:p w14:paraId="4CE6988E" w14:textId="77777777" w:rsidR="00326BA0" w:rsidRPr="00072363" w:rsidRDefault="00326BA0" w:rsidP="00CD44B3">
      <w:pPr>
        <w:spacing w:after="0" w:line="260" w:lineRule="exact"/>
        <w:rPr>
          <w:rFonts w:asciiTheme="majorHAnsi" w:hAnsiTheme="majorHAnsi" w:cstheme="majorHAnsi"/>
          <w:b/>
          <w:bCs/>
          <w:color w:val="548DD4" w:themeColor="text2" w:themeTint="99"/>
          <w:sz w:val="24"/>
          <w:szCs w:val="24"/>
        </w:rPr>
      </w:pPr>
    </w:p>
    <w:p w14:paraId="0F71F37B" w14:textId="77777777" w:rsidR="00326BA0" w:rsidRPr="00072363" w:rsidRDefault="00326BA0" w:rsidP="00CD44B3">
      <w:pPr>
        <w:spacing w:after="0" w:line="260" w:lineRule="exact"/>
        <w:rPr>
          <w:rFonts w:asciiTheme="majorHAnsi" w:hAnsiTheme="majorHAnsi" w:cstheme="majorHAnsi"/>
          <w:sz w:val="24"/>
          <w:szCs w:val="24"/>
        </w:rPr>
      </w:pPr>
    </w:p>
    <w:p w14:paraId="02C5908F" w14:textId="77777777" w:rsidR="00326BA0" w:rsidRPr="00072363" w:rsidRDefault="00326BA0" w:rsidP="00CD44B3">
      <w:pPr>
        <w:spacing w:after="0" w:line="260" w:lineRule="exact"/>
        <w:rPr>
          <w:rFonts w:asciiTheme="majorHAnsi" w:hAnsiTheme="majorHAnsi" w:cstheme="majorHAnsi"/>
          <w:b/>
          <w:bCs/>
          <w:color w:val="548DD4" w:themeColor="text2" w:themeTint="99"/>
          <w:sz w:val="24"/>
          <w:szCs w:val="24"/>
        </w:rPr>
      </w:pPr>
    </w:p>
    <w:p w14:paraId="6C341C8B" w14:textId="77777777" w:rsidR="009F3BD2" w:rsidRPr="00072363" w:rsidRDefault="009F3BD2" w:rsidP="00CD44B3">
      <w:pPr>
        <w:spacing w:after="0" w:line="260" w:lineRule="exact"/>
        <w:rPr>
          <w:rFonts w:asciiTheme="majorHAnsi" w:hAnsiTheme="majorHAnsi" w:cstheme="majorHAnsi"/>
          <w:b/>
          <w:bCs/>
          <w:color w:val="548DD4" w:themeColor="text2" w:themeTint="99"/>
          <w:sz w:val="24"/>
          <w:szCs w:val="24"/>
        </w:rPr>
      </w:pPr>
    </w:p>
    <w:p w14:paraId="3A8FD813" w14:textId="77777777" w:rsidR="002B47B1" w:rsidRPr="00072363" w:rsidRDefault="002B47B1" w:rsidP="00CD44B3">
      <w:pPr>
        <w:spacing w:after="0" w:line="260" w:lineRule="exact"/>
        <w:rPr>
          <w:rFonts w:asciiTheme="majorHAnsi" w:hAnsiTheme="majorHAnsi" w:cstheme="majorHAnsi"/>
          <w:b/>
          <w:bCs/>
          <w:color w:val="548DD4" w:themeColor="text2" w:themeTint="99"/>
          <w:sz w:val="24"/>
          <w:szCs w:val="24"/>
        </w:rPr>
      </w:pPr>
    </w:p>
    <w:p w14:paraId="1A63C4AE" w14:textId="77777777" w:rsidR="002B47B1" w:rsidRPr="00072363" w:rsidRDefault="002B47B1" w:rsidP="00CD44B3">
      <w:pPr>
        <w:spacing w:after="0" w:line="260" w:lineRule="exact"/>
        <w:rPr>
          <w:rFonts w:asciiTheme="majorHAnsi" w:hAnsiTheme="majorHAnsi" w:cstheme="majorHAnsi"/>
          <w:b/>
          <w:bCs/>
          <w:color w:val="548DD4" w:themeColor="text2" w:themeTint="99"/>
          <w:sz w:val="24"/>
          <w:szCs w:val="24"/>
        </w:rPr>
      </w:pPr>
    </w:p>
    <w:p w14:paraId="578CEDE2" w14:textId="77777777" w:rsidR="002B47B1" w:rsidRPr="00072363" w:rsidRDefault="002B47B1" w:rsidP="00CD44B3">
      <w:pPr>
        <w:spacing w:after="0" w:line="260" w:lineRule="exact"/>
        <w:rPr>
          <w:rFonts w:asciiTheme="majorHAnsi" w:hAnsiTheme="majorHAnsi" w:cstheme="majorHAnsi"/>
          <w:b/>
          <w:bCs/>
          <w:color w:val="548DD4" w:themeColor="text2" w:themeTint="99"/>
          <w:sz w:val="24"/>
          <w:szCs w:val="24"/>
        </w:rPr>
      </w:pPr>
    </w:p>
    <w:p w14:paraId="059C4E92" w14:textId="77777777" w:rsidR="002B47B1" w:rsidRPr="00072363" w:rsidRDefault="002B47B1" w:rsidP="00CD44B3">
      <w:pPr>
        <w:spacing w:after="0" w:line="260" w:lineRule="exact"/>
        <w:rPr>
          <w:rFonts w:asciiTheme="majorHAnsi" w:hAnsiTheme="majorHAnsi" w:cstheme="majorHAnsi"/>
          <w:b/>
          <w:bCs/>
          <w:color w:val="548DD4" w:themeColor="text2" w:themeTint="99"/>
          <w:sz w:val="24"/>
          <w:szCs w:val="24"/>
        </w:rPr>
      </w:pPr>
    </w:p>
    <w:p w14:paraId="17FA7B80" w14:textId="77777777" w:rsidR="002B47B1" w:rsidRPr="00072363" w:rsidRDefault="002B47B1" w:rsidP="00CD44B3">
      <w:pPr>
        <w:spacing w:after="0" w:line="260" w:lineRule="exact"/>
        <w:rPr>
          <w:rFonts w:asciiTheme="majorHAnsi" w:hAnsiTheme="majorHAnsi" w:cstheme="majorHAnsi"/>
          <w:b/>
          <w:bCs/>
          <w:color w:val="548DD4" w:themeColor="text2" w:themeTint="99"/>
          <w:sz w:val="24"/>
          <w:szCs w:val="24"/>
        </w:rPr>
      </w:pPr>
    </w:p>
    <w:p w14:paraId="35F74062" w14:textId="77777777" w:rsidR="002B47B1" w:rsidRPr="00072363" w:rsidRDefault="002B47B1" w:rsidP="00CD44B3">
      <w:pPr>
        <w:spacing w:after="0" w:line="260" w:lineRule="exact"/>
        <w:rPr>
          <w:rFonts w:asciiTheme="majorHAnsi" w:hAnsiTheme="majorHAnsi" w:cstheme="majorHAnsi"/>
          <w:b/>
          <w:bCs/>
          <w:color w:val="548DD4" w:themeColor="text2" w:themeTint="99"/>
          <w:sz w:val="24"/>
          <w:szCs w:val="24"/>
        </w:rPr>
      </w:pPr>
    </w:p>
    <w:p w14:paraId="313523FC" w14:textId="77777777" w:rsidR="002B47B1" w:rsidRPr="00072363" w:rsidRDefault="002B47B1" w:rsidP="00CD44B3">
      <w:pPr>
        <w:spacing w:after="0" w:line="260" w:lineRule="exact"/>
        <w:rPr>
          <w:rFonts w:asciiTheme="majorHAnsi" w:hAnsiTheme="majorHAnsi" w:cstheme="majorHAnsi"/>
          <w:b/>
          <w:bCs/>
          <w:color w:val="548DD4" w:themeColor="text2" w:themeTint="99"/>
          <w:sz w:val="24"/>
          <w:szCs w:val="24"/>
        </w:rPr>
      </w:pPr>
    </w:p>
    <w:p w14:paraId="7B14235B" w14:textId="77777777" w:rsidR="002B47B1" w:rsidRPr="00072363" w:rsidRDefault="002B47B1" w:rsidP="00CD44B3">
      <w:pPr>
        <w:spacing w:after="0" w:line="260" w:lineRule="exact"/>
        <w:rPr>
          <w:rFonts w:asciiTheme="majorHAnsi" w:hAnsiTheme="majorHAnsi" w:cstheme="majorHAnsi"/>
          <w:b/>
          <w:bCs/>
          <w:color w:val="548DD4" w:themeColor="text2" w:themeTint="99"/>
          <w:sz w:val="24"/>
          <w:szCs w:val="24"/>
        </w:rPr>
      </w:pPr>
    </w:p>
    <w:p w14:paraId="06434697" w14:textId="77777777" w:rsidR="002B47B1" w:rsidRPr="00072363" w:rsidRDefault="002B47B1" w:rsidP="00CD44B3">
      <w:pPr>
        <w:spacing w:after="0" w:line="260" w:lineRule="exact"/>
        <w:rPr>
          <w:rFonts w:asciiTheme="majorHAnsi" w:hAnsiTheme="majorHAnsi" w:cstheme="majorHAnsi"/>
          <w:b/>
          <w:bCs/>
          <w:color w:val="548DD4" w:themeColor="text2" w:themeTint="99"/>
          <w:sz w:val="24"/>
          <w:szCs w:val="24"/>
        </w:rPr>
      </w:pPr>
    </w:p>
    <w:p w14:paraId="73802F1D" w14:textId="27E05CA9" w:rsidR="001968BE" w:rsidRPr="004D349A" w:rsidRDefault="00A533CB" w:rsidP="004D3388">
      <w:pPr>
        <w:pStyle w:val="ListParagraph"/>
        <w:numPr>
          <w:ilvl w:val="0"/>
          <w:numId w:val="7"/>
        </w:numPr>
        <w:spacing w:after="0" w:line="260" w:lineRule="exact"/>
        <w:rPr>
          <w:rFonts w:asciiTheme="majorHAnsi" w:hAnsiTheme="majorHAnsi" w:cstheme="majorHAnsi"/>
          <w:sz w:val="32"/>
          <w:szCs w:val="32"/>
        </w:rPr>
      </w:pPr>
      <w:r w:rsidRPr="004D349A">
        <w:rPr>
          <w:rFonts w:asciiTheme="majorHAnsi" w:hAnsiTheme="majorHAnsi" w:cstheme="majorHAnsi"/>
          <w:noProof/>
          <w:sz w:val="32"/>
          <w:szCs w:val="32"/>
        </w:rPr>
        <mc:AlternateContent>
          <mc:Choice Requires="wps">
            <w:drawing>
              <wp:anchor distT="45720" distB="45720" distL="114300" distR="114300" simplePos="0" relativeHeight="251659264" behindDoc="0" locked="0" layoutInCell="1" allowOverlap="1" wp14:anchorId="55A2B448" wp14:editId="6110DCA4">
                <wp:simplePos x="0" y="0"/>
                <wp:positionH relativeFrom="margin">
                  <wp:align>right</wp:align>
                </wp:positionH>
                <wp:positionV relativeFrom="paragraph">
                  <wp:posOffset>342900</wp:posOffset>
                </wp:positionV>
                <wp:extent cx="5915025" cy="44481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4448175"/>
                        </a:xfrm>
                        <a:prstGeom prst="rect">
                          <a:avLst/>
                        </a:prstGeom>
                        <a:solidFill>
                          <a:srgbClr val="FFFFFF"/>
                        </a:solidFill>
                        <a:ln w="9525">
                          <a:solidFill>
                            <a:srgbClr val="000000"/>
                          </a:solidFill>
                          <a:miter lim="800000"/>
                          <a:headEnd/>
                          <a:tailEnd/>
                        </a:ln>
                      </wps:spPr>
                      <wps:txbx>
                        <w:txbxContent>
                          <w:p w14:paraId="00F43BD5" w14:textId="31C15CE1" w:rsidR="00A533CB" w:rsidRPr="00072363" w:rsidRDefault="00A533CB" w:rsidP="00A533CB">
                            <w:pPr>
                              <w:spacing w:after="0" w:line="260" w:lineRule="exact"/>
                              <w:rPr>
                                <w:rFonts w:asciiTheme="majorHAnsi" w:hAnsiTheme="majorHAnsi" w:cstheme="majorHAnsi"/>
                                <w:sz w:val="22"/>
                              </w:rPr>
                            </w:pPr>
                            <w:r w:rsidRPr="00072363">
                              <w:rPr>
                                <w:rFonts w:asciiTheme="majorHAnsi" w:hAnsiTheme="majorHAnsi" w:cstheme="majorHAnsi"/>
                                <w:sz w:val="22"/>
                              </w:rPr>
                              <w:t xml:space="preserve">Tenderer: maximum </w:t>
                            </w:r>
                            <w:r w:rsidR="006D1439">
                              <w:rPr>
                                <w:rFonts w:asciiTheme="majorHAnsi" w:hAnsiTheme="majorHAnsi" w:cstheme="majorHAnsi"/>
                                <w:sz w:val="22"/>
                              </w:rPr>
                              <w:t>2</w:t>
                            </w:r>
                            <w:r w:rsidRPr="00072363">
                              <w:rPr>
                                <w:rFonts w:asciiTheme="majorHAnsi" w:hAnsiTheme="majorHAnsi" w:cstheme="majorHAnsi"/>
                                <w:sz w:val="22"/>
                              </w:rPr>
                              <w:t xml:space="preserve"> pages describing the proposed four-station solution and why it meets the </w:t>
                            </w:r>
                            <w:r w:rsidR="006D1439">
                              <w:rPr>
                                <w:rFonts w:asciiTheme="majorHAnsi" w:hAnsiTheme="majorHAnsi" w:cstheme="majorHAnsi"/>
                                <w:sz w:val="22"/>
                              </w:rPr>
                              <w:t xml:space="preserve">specification and requirements. </w:t>
                            </w:r>
                          </w:p>
                          <w:p w14:paraId="4F307E75" w14:textId="0C67308D" w:rsidR="00A533CB" w:rsidRDefault="00A533C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A2B448" id="_x0000_t202" coordsize="21600,21600" o:spt="202" path="m,l,21600r21600,l21600,xe">
                <v:stroke joinstyle="miter"/>
                <v:path gradientshapeok="t" o:connecttype="rect"/>
              </v:shapetype>
              <v:shape id="Text Box 2" o:spid="_x0000_s1026" type="#_x0000_t202" style="position:absolute;left:0;text-align:left;margin-left:414.55pt;margin-top:27pt;width:465.75pt;height:350.2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">
                <v:textbox>
                  <w:txbxContent>
                    <w:p w14:paraId="00F43BD5" w14:textId="31C15CE1" w:rsidR="00A533CB" w:rsidRPr="00072363" w:rsidRDefault="00A533CB" w:rsidP="00A533CB">
                      <w:pPr>
                        <w:spacing w:after="0" w:line="260" w:lineRule="exact"/>
                        <w:rPr>
                          <w:rFonts w:asciiTheme="majorHAnsi" w:hAnsiTheme="majorHAnsi" w:cstheme="majorHAnsi"/>
                          <w:sz w:val="22"/>
                        </w:rPr>
                      </w:pPr>
                      <w:r w:rsidRPr="00072363">
                        <w:rPr>
                          <w:rFonts w:asciiTheme="majorHAnsi" w:hAnsiTheme="majorHAnsi" w:cstheme="majorHAnsi"/>
                          <w:sz w:val="22"/>
                        </w:rPr>
                        <w:t xml:space="preserve">Tenderer: maximum </w:t>
                      </w:r>
                      <w:r w:rsidR="006D1439">
                        <w:rPr>
                          <w:rFonts w:asciiTheme="majorHAnsi" w:hAnsiTheme="majorHAnsi" w:cstheme="majorHAnsi"/>
                          <w:sz w:val="22"/>
                        </w:rPr>
                        <w:t>2</w:t>
                      </w:r>
                      <w:r w:rsidRPr="00072363">
                        <w:rPr>
                          <w:rFonts w:asciiTheme="majorHAnsi" w:hAnsiTheme="majorHAnsi" w:cstheme="majorHAnsi"/>
                          <w:sz w:val="22"/>
                        </w:rPr>
                        <w:t xml:space="preserve"> pages describing the proposed four-station solution and why it meets the </w:t>
                      </w:r>
                      <w:r w:rsidR="006D1439">
                        <w:rPr>
                          <w:rFonts w:asciiTheme="majorHAnsi" w:hAnsiTheme="majorHAnsi" w:cstheme="majorHAnsi"/>
                          <w:sz w:val="22"/>
                        </w:rPr>
                        <w:t xml:space="preserve">specification and requirements. </w:t>
                      </w:r>
                    </w:p>
                    <w:p w14:paraId="4F307E75" w14:textId="0C67308D" w:rsidR="00A533CB" w:rsidRDefault="00A533CB"/>
                  </w:txbxContent>
                </v:textbox>
                <w10:wrap type="square" anchorx="margin"/>
              </v:shape>
            </w:pict>
          </mc:Fallback>
        </mc:AlternateContent>
      </w:r>
      <w:r w:rsidR="00832A25" w:rsidRPr="004D349A">
        <w:rPr>
          <w:rFonts w:asciiTheme="majorHAnsi" w:hAnsiTheme="majorHAnsi" w:cstheme="majorHAnsi"/>
          <w:b/>
          <w:bCs/>
          <w:sz w:val="32"/>
          <w:szCs w:val="32"/>
        </w:rPr>
        <w:t>E</w:t>
      </w:r>
      <w:r w:rsidR="00072363" w:rsidRPr="004D349A">
        <w:rPr>
          <w:rFonts w:asciiTheme="majorHAnsi" w:hAnsiTheme="majorHAnsi" w:cstheme="majorHAnsi"/>
          <w:b/>
          <w:bCs/>
          <w:sz w:val="32"/>
          <w:szCs w:val="32"/>
        </w:rPr>
        <w:t>xec</w:t>
      </w:r>
      <w:r w:rsidR="00B25DD1" w:rsidRPr="004D349A">
        <w:rPr>
          <w:rFonts w:asciiTheme="majorHAnsi" w:hAnsiTheme="majorHAnsi" w:cstheme="majorHAnsi"/>
          <w:b/>
          <w:bCs/>
          <w:sz w:val="32"/>
          <w:szCs w:val="32"/>
        </w:rPr>
        <w:t xml:space="preserve">utive Solution Summary </w:t>
      </w:r>
    </w:p>
    <w:p w14:paraId="2AE8024A" w14:textId="77777777" w:rsidR="00BD6282" w:rsidRPr="00072363" w:rsidRDefault="00BD6282" w:rsidP="00CD44B3">
      <w:pPr>
        <w:spacing w:after="0" w:line="260" w:lineRule="exact"/>
        <w:rPr>
          <w:rFonts w:asciiTheme="majorHAnsi" w:hAnsiTheme="majorHAnsi" w:cstheme="majorHAnsi"/>
          <w:sz w:val="22"/>
        </w:rPr>
      </w:pPr>
    </w:p>
    <w:p w14:paraId="752A4EE3" w14:textId="77777777" w:rsidR="00BD6282" w:rsidRPr="00072363" w:rsidRDefault="00BD6282" w:rsidP="00CD44B3">
      <w:pPr>
        <w:spacing w:after="0" w:line="260" w:lineRule="exact"/>
        <w:rPr>
          <w:rFonts w:asciiTheme="majorHAnsi" w:hAnsiTheme="majorHAnsi" w:cstheme="majorHAnsi"/>
          <w:sz w:val="22"/>
        </w:rPr>
      </w:pPr>
    </w:p>
    <w:p w14:paraId="6301B409" w14:textId="77777777" w:rsidR="00BD6282" w:rsidRPr="00072363" w:rsidRDefault="00BD6282" w:rsidP="00CD44B3">
      <w:pPr>
        <w:spacing w:after="0" w:line="260" w:lineRule="exact"/>
        <w:rPr>
          <w:rFonts w:asciiTheme="majorHAnsi" w:hAnsiTheme="majorHAnsi" w:cstheme="majorHAnsi"/>
          <w:sz w:val="22"/>
        </w:rPr>
      </w:pPr>
    </w:p>
    <w:p w14:paraId="55D4D588" w14:textId="77777777" w:rsidR="00BD6282" w:rsidRPr="00072363" w:rsidRDefault="00BD6282" w:rsidP="00CD44B3">
      <w:pPr>
        <w:spacing w:after="0" w:line="260" w:lineRule="exact"/>
        <w:rPr>
          <w:rFonts w:asciiTheme="majorHAnsi" w:hAnsiTheme="majorHAnsi" w:cstheme="majorHAnsi"/>
          <w:sz w:val="22"/>
        </w:rPr>
      </w:pPr>
    </w:p>
    <w:p w14:paraId="56BC9DBF" w14:textId="77777777" w:rsidR="00BD6282" w:rsidRPr="00072363" w:rsidRDefault="00BD6282" w:rsidP="00CD44B3">
      <w:pPr>
        <w:spacing w:after="0" w:line="260" w:lineRule="exact"/>
        <w:rPr>
          <w:rFonts w:asciiTheme="majorHAnsi" w:hAnsiTheme="majorHAnsi" w:cstheme="majorHAnsi"/>
          <w:sz w:val="22"/>
        </w:rPr>
      </w:pPr>
    </w:p>
    <w:p w14:paraId="1E3F3B31" w14:textId="77777777" w:rsidR="00BD6282" w:rsidRPr="00072363" w:rsidRDefault="00BD6282" w:rsidP="00CD44B3">
      <w:pPr>
        <w:spacing w:after="0" w:line="260" w:lineRule="exact"/>
        <w:rPr>
          <w:rFonts w:asciiTheme="majorHAnsi" w:hAnsiTheme="majorHAnsi" w:cstheme="majorHAnsi"/>
          <w:sz w:val="22"/>
        </w:rPr>
      </w:pPr>
    </w:p>
    <w:p w14:paraId="623AD92A" w14:textId="77777777" w:rsidR="00BD6282" w:rsidRPr="00072363" w:rsidRDefault="00BD6282" w:rsidP="00CD44B3">
      <w:pPr>
        <w:spacing w:after="0" w:line="260" w:lineRule="exact"/>
        <w:rPr>
          <w:rFonts w:asciiTheme="majorHAnsi" w:hAnsiTheme="majorHAnsi" w:cstheme="majorHAnsi"/>
          <w:sz w:val="22"/>
        </w:rPr>
      </w:pPr>
    </w:p>
    <w:p w14:paraId="44FA3F94" w14:textId="77777777" w:rsidR="00BD6282" w:rsidRPr="00072363" w:rsidRDefault="00BD6282" w:rsidP="00CD44B3">
      <w:pPr>
        <w:spacing w:after="0" w:line="260" w:lineRule="exact"/>
        <w:rPr>
          <w:rFonts w:asciiTheme="majorHAnsi" w:hAnsiTheme="majorHAnsi" w:cstheme="majorHAnsi"/>
          <w:sz w:val="22"/>
        </w:rPr>
      </w:pPr>
    </w:p>
    <w:p w14:paraId="7E984A50" w14:textId="77777777" w:rsidR="00BD6282" w:rsidRPr="00072363" w:rsidRDefault="00BD6282" w:rsidP="00CD44B3">
      <w:pPr>
        <w:spacing w:after="0" w:line="260" w:lineRule="exact"/>
        <w:rPr>
          <w:rFonts w:asciiTheme="majorHAnsi" w:hAnsiTheme="majorHAnsi" w:cstheme="majorHAnsi"/>
          <w:sz w:val="22"/>
        </w:rPr>
      </w:pPr>
    </w:p>
    <w:p w14:paraId="65B3B15E" w14:textId="77777777" w:rsidR="00BD6282" w:rsidRPr="00072363" w:rsidRDefault="00BD6282" w:rsidP="00CD44B3">
      <w:pPr>
        <w:spacing w:after="0" w:line="260" w:lineRule="exact"/>
        <w:rPr>
          <w:rFonts w:asciiTheme="majorHAnsi" w:hAnsiTheme="majorHAnsi" w:cstheme="majorHAnsi"/>
          <w:sz w:val="22"/>
        </w:rPr>
      </w:pPr>
    </w:p>
    <w:p w14:paraId="3191352D" w14:textId="77777777" w:rsidR="00BD6282" w:rsidRPr="00072363" w:rsidRDefault="00BD6282" w:rsidP="00CD44B3">
      <w:pPr>
        <w:spacing w:after="0" w:line="260" w:lineRule="exact"/>
        <w:rPr>
          <w:rFonts w:asciiTheme="majorHAnsi" w:hAnsiTheme="majorHAnsi" w:cstheme="majorHAnsi"/>
          <w:sz w:val="22"/>
        </w:rPr>
      </w:pPr>
    </w:p>
    <w:p w14:paraId="0028A32E" w14:textId="77777777" w:rsidR="00BD6282" w:rsidRPr="00072363" w:rsidRDefault="00BD6282" w:rsidP="00CD44B3">
      <w:pPr>
        <w:spacing w:after="0" w:line="260" w:lineRule="exact"/>
        <w:rPr>
          <w:rFonts w:asciiTheme="majorHAnsi" w:hAnsiTheme="majorHAnsi" w:cstheme="majorHAnsi"/>
          <w:sz w:val="22"/>
        </w:rPr>
      </w:pPr>
    </w:p>
    <w:p w14:paraId="159FA605" w14:textId="77777777" w:rsidR="00BD6282" w:rsidRPr="00072363" w:rsidRDefault="00BD6282" w:rsidP="00CD44B3">
      <w:pPr>
        <w:spacing w:after="0" w:line="260" w:lineRule="exact"/>
        <w:rPr>
          <w:rFonts w:asciiTheme="majorHAnsi" w:hAnsiTheme="majorHAnsi" w:cstheme="majorHAnsi"/>
          <w:sz w:val="22"/>
        </w:rPr>
      </w:pPr>
    </w:p>
    <w:p w14:paraId="234425C5" w14:textId="77777777" w:rsidR="00BD6282" w:rsidRPr="00072363" w:rsidRDefault="00BD6282" w:rsidP="00CD44B3">
      <w:pPr>
        <w:spacing w:after="0" w:line="260" w:lineRule="exact"/>
        <w:rPr>
          <w:rFonts w:asciiTheme="majorHAnsi" w:hAnsiTheme="majorHAnsi" w:cstheme="majorHAnsi"/>
          <w:sz w:val="22"/>
        </w:rPr>
      </w:pPr>
    </w:p>
    <w:p w14:paraId="5A6505E1" w14:textId="77777777" w:rsidR="00BD6282" w:rsidRPr="00072363" w:rsidRDefault="00BD6282" w:rsidP="00CD44B3">
      <w:pPr>
        <w:spacing w:after="0" w:line="260" w:lineRule="exact"/>
        <w:rPr>
          <w:rFonts w:asciiTheme="majorHAnsi" w:hAnsiTheme="majorHAnsi" w:cstheme="majorHAnsi"/>
          <w:sz w:val="22"/>
        </w:rPr>
      </w:pPr>
    </w:p>
    <w:p w14:paraId="30C314D7" w14:textId="77777777" w:rsidR="00BD6282" w:rsidRDefault="00BD6282" w:rsidP="00CD44B3">
      <w:pPr>
        <w:spacing w:after="0" w:line="260" w:lineRule="exact"/>
        <w:rPr>
          <w:rFonts w:asciiTheme="majorHAnsi" w:hAnsiTheme="majorHAnsi" w:cstheme="majorHAnsi"/>
          <w:sz w:val="22"/>
        </w:rPr>
      </w:pPr>
    </w:p>
    <w:p w14:paraId="6D6978AD" w14:textId="77777777" w:rsidR="00B25DD1" w:rsidRDefault="00B25DD1" w:rsidP="00CD44B3">
      <w:pPr>
        <w:spacing w:after="0" w:line="260" w:lineRule="exact"/>
        <w:rPr>
          <w:rFonts w:asciiTheme="majorHAnsi" w:hAnsiTheme="majorHAnsi" w:cstheme="majorHAnsi"/>
          <w:sz w:val="22"/>
        </w:rPr>
      </w:pPr>
    </w:p>
    <w:p w14:paraId="0DB3E1D2" w14:textId="77777777" w:rsidR="006D1439" w:rsidRDefault="006D1439" w:rsidP="00CD44B3">
      <w:pPr>
        <w:spacing w:after="0" w:line="260" w:lineRule="exact"/>
        <w:rPr>
          <w:rFonts w:asciiTheme="majorHAnsi" w:hAnsiTheme="majorHAnsi" w:cstheme="majorHAnsi"/>
          <w:sz w:val="22"/>
        </w:rPr>
      </w:pPr>
    </w:p>
    <w:p w14:paraId="0A7AD00F" w14:textId="77777777" w:rsidR="00B25DD1" w:rsidRPr="00072363" w:rsidRDefault="00B25DD1" w:rsidP="00CD44B3">
      <w:pPr>
        <w:spacing w:after="0" w:line="260" w:lineRule="exact"/>
        <w:rPr>
          <w:rFonts w:asciiTheme="majorHAnsi" w:hAnsiTheme="majorHAnsi" w:cstheme="majorHAnsi"/>
          <w:sz w:val="22"/>
        </w:rPr>
      </w:pPr>
    </w:p>
    <w:p w14:paraId="63A951BE" w14:textId="77777777" w:rsidR="00BD6282" w:rsidRPr="00072363" w:rsidRDefault="00BD6282" w:rsidP="00CD44B3">
      <w:pPr>
        <w:spacing w:after="0" w:line="260" w:lineRule="exact"/>
        <w:rPr>
          <w:rFonts w:asciiTheme="majorHAnsi" w:hAnsiTheme="majorHAnsi" w:cstheme="majorHAnsi"/>
          <w:sz w:val="22"/>
        </w:rPr>
      </w:pPr>
    </w:p>
    <w:p w14:paraId="7968FA27" w14:textId="528DCD67" w:rsidR="001968BE" w:rsidRPr="004D349A" w:rsidRDefault="001968BE" w:rsidP="004D3388">
      <w:pPr>
        <w:pStyle w:val="ListParagraph"/>
        <w:numPr>
          <w:ilvl w:val="0"/>
          <w:numId w:val="7"/>
        </w:numPr>
        <w:spacing w:after="0" w:line="260" w:lineRule="exact"/>
        <w:rPr>
          <w:rFonts w:asciiTheme="majorHAnsi" w:hAnsiTheme="majorHAnsi" w:cstheme="majorHAnsi"/>
          <w:b/>
          <w:bCs/>
          <w:sz w:val="32"/>
          <w:szCs w:val="32"/>
        </w:rPr>
      </w:pPr>
      <w:r w:rsidRPr="004D349A">
        <w:rPr>
          <w:rFonts w:asciiTheme="majorHAnsi" w:hAnsiTheme="majorHAnsi" w:cstheme="majorHAnsi"/>
          <w:b/>
          <w:bCs/>
          <w:sz w:val="32"/>
          <w:szCs w:val="32"/>
        </w:rPr>
        <w:t>S</w:t>
      </w:r>
      <w:r w:rsidR="00B25DD1" w:rsidRPr="004D349A">
        <w:rPr>
          <w:rFonts w:asciiTheme="majorHAnsi" w:hAnsiTheme="majorHAnsi" w:cstheme="majorHAnsi"/>
          <w:b/>
          <w:bCs/>
          <w:sz w:val="32"/>
          <w:szCs w:val="32"/>
        </w:rPr>
        <w:t xml:space="preserve">election Criteria </w:t>
      </w:r>
      <w:r w:rsidRPr="004D349A">
        <w:rPr>
          <w:rFonts w:asciiTheme="majorHAnsi" w:hAnsiTheme="majorHAnsi" w:cstheme="majorHAnsi"/>
          <w:b/>
          <w:bCs/>
          <w:sz w:val="32"/>
          <w:szCs w:val="32"/>
        </w:rPr>
        <w:t xml:space="preserve"> </w:t>
      </w:r>
    </w:p>
    <w:p w14:paraId="08AC42EC" w14:textId="77777777" w:rsidR="001968BE" w:rsidRPr="00072363" w:rsidRDefault="001968BE" w:rsidP="00CD44B3">
      <w:pPr>
        <w:spacing w:after="0" w:line="260" w:lineRule="exact"/>
        <w:rPr>
          <w:rFonts w:asciiTheme="majorHAnsi" w:hAnsiTheme="majorHAnsi" w:cstheme="majorHAnsi"/>
          <w:sz w:val="22"/>
        </w:rPr>
      </w:pPr>
    </w:p>
    <w:p w14:paraId="35304C57" w14:textId="0C06A6E3" w:rsidR="00654E03" w:rsidRPr="00072363" w:rsidRDefault="00654E03" w:rsidP="004D3388">
      <w:pPr>
        <w:pStyle w:val="ListParagraph"/>
        <w:numPr>
          <w:ilvl w:val="0"/>
          <w:numId w:val="9"/>
        </w:numPr>
        <w:spacing w:after="0" w:line="260" w:lineRule="exact"/>
        <w:rPr>
          <w:rFonts w:asciiTheme="majorHAnsi" w:hAnsiTheme="majorHAnsi" w:cstheme="majorHAnsi"/>
          <w:b/>
          <w:bCs/>
          <w:sz w:val="26"/>
          <w:szCs w:val="26"/>
        </w:rPr>
      </w:pPr>
      <w:r w:rsidRPr="00072363">
        <w:rPr>
          <w:rFonts w:asciiTheme="majorHAnsi" w:hAnsiTheme="majorHAnsi" w:cstheme="majorHAnsi"/>
          <w:b/>
          <w:bCs/>
          <w:sz w:val="26"/>
          <w:szCs w:val="26"/>
        </w:rPr>
        <w:t xml:space="preserve">Economic and Financial Standing </w:t>
      </w:r>
    </w:p>
    <w:p w14:paraId="13218F59" w14:textId="77777777" w:rsidR="00BD6282" w:rsidRPr="00072363" w:rsidRDefault="00BD6282" w:rsidP="00CD44B3">
      <w:pPr>
        <w:spacing w:after="0" w:line="260" w:lineRule="exact"/>
        <w:rPr>
          <w:rFonts w:asciiTheme="majorHAnsi" w:hAnsiTheme="majorHAnsi" w:cstheme="majorHAnsi"/>
          <w:sz w:val="22"/>
        </w:rPr>
      </w:pPr>
    </w:p>
    <w:p w14:paraId="1487525D" w14:textId="3C653EA8" w:rsidR="007B17CF" w:rsidRPr="00072363" w:rsidRDefault="00654E03" w:rsidP="00CD44B3">
      <w:pPr>
        <w:spacing w:after="0" w:line="260" w:lineRule="exact"/>
        <w:rPr>
          <w:rFonts w:asciiTheme="majorHAnsi" w:hAnsiTheme="majorHAnsi" w:cstheme="majorHAnsi"/>
          <w:sz w:val="22"/>
        </w:rPr>
      </w:pPr>
      <w:r w:rsidRPr="00072363">
        <w:rPr>
          <w:rFonts w:asciiTheme="majorHAnsi" w:hAnsiTheme="majorHAnsi" w:cstheme="majorHAnsi"/>
          <w:sz w:val="22"/>
        </w:rPr>
        <w:t xml:space="preserve">Please refer to section 3.2 of the RFT for more information. </w:t>
      </w:r>
    </w:p>
    <w:p w14:paraId="53C9123F" w14:textId="77777777" w:rsidR="00654E03" w:rsidRPr="00072363" w:rsidRDefault="00654E03" w:rsidP="00CD44B3">
      <w:pPr>
        <w:spacing w:after="0" w:line="260" w:lineRule="exact"/>
        <w:rPr>
          <w:rFonts w:asciiTheme="majorHAnsi" w:hAnsiTheme="majorHAnsi" w:cstheme="majorHAnsi"/>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6616"/>
        <w:gridCol w:w="1133"/>
        <w:gridCol w:w="991"/>
      </w:tblGrid>
      <w:tr w:rsidR="0026401E" w:rsidRPr="00072363" w14:paraId="21BB075C" w14:textId="77777777" w:rsidTr="004750E5">
        <w:trPr>
          <w:trHeight w:val="20"/>
        </w:trPr>
        <w:tc>
          <w:tcPr>
            <w:tcW w:w="3864" w:type="pct"/>
            <w:gridSpan w:val="2"/>
            <w:vAlign w:val="center"/>
          </w:tcPr>
          <w:p w14:paraId="061DE7E3" w14:textId="2215DE51" w:rsidR="0026401E" w:rsidRPr="00072363" w:rsidRDefault="0026401E" w:rsidP="00F03ECB">
            <w:pPr>
              <w:spacing w:after="0" w:line="260" w:lineRule="exact"/>
              <w:rPr>
                <w:rFonts w:asciiTheme="majorHAnsi" w:hAnsiTheme="majorHAnsi" w:cstheme="majorHAnsi"/>
                <w:b/>
                <w:bCs/>
                <w:sz w:val="26"/>
                <w:szCs w:val="26"/>
              </w:rPr>
            </w:pPr>
            <w:r w:rsidRPr="00072363">
              <w:rPr>
                <w:rFonts w:asciiTheme="majorHAnsi" w:eastAsia="Times New Roman" w:hAnsiTheme="majorHAnsi" w:cstheme="majorHAnsi"/>
                <w:sz w:val="22"/>
                <w:lang w:eastAsia="ja-JP"/>
              </w:rPr>
              <w:br w:type="page"/>
            </w:r>
            <w:r w:rsidRPr="00072363">
              <w:rPr>
                <w:rFonts w:asciiTheme="majorHAnsi" w:hAnsiTheme="majorHAnsi" w:cstheme="majorHAnsi"/>
                <w:b/>
                <w:bCs/>
                <w:sz w:val="26"/>
                <w:szCs w:val="26"/>
              </w:rPr>
              <w:t>Economic and Financial Standing</w:t>
            </w:r>
          </w:p>
        </w:tc>
        <w:tc>
          <w:tcPr>
            <w:tcW w:w="1136" w:type="pct"/>
            <w:gridSpan w:val="2"/>
          </w:tcPr>
          <w:p w14:paraId="4455917B" w14:textId="77777777" w:rsidR="0026401E" w:rsidRPr="00072363" w:rsidRDefault="0026401E" w:rsidP="008B53A8">
            <w:pPr>
              <w:spacing w:after="0"/>
              <w:jc w:val="center"/>
              <w:rPr>
                <w:rFonts w:asciiTheme="majorHAnsi" w:eastAsia="Times New Roman" w:hAnsiTheme="majorHAnsi" w:cstheme="majorHAnsi"/>
                <w:b/>
                <w:sz w:val="26"/>
                <w:szCs w:val="26"/>
                <w:lang w:eastAsia="ja-JP"/>
              </w:rPr>
            </w:pPr>
            <w:r w:rsidRPr="00072363">
              <w:rPr>
                <w:rFonts w:asciiTheme="majorHAnsi" w:eastAsia="Times New Roman" w:hAnsiTheme="majorHAnsi" w:cstheme="majorHAnsi"/>
                <w:b/>
                <w:sz w:val="26"/>
                <w:szCs w:val="26"/>
                <w:lang w:eastAsia="ja-JP"/>
              </w:rPr>
              <w:t>Please confirm YES/NO</w:t>
            </w:r>
          </w:p>
        </w:tc>
      </w:tr>
      <w:tr w:rsidR="00F03ECB" w:rsidRPr="00072363" w14:paraId="5D311771" w14:textId="77777777" w:rsidTr="00BD6282">
        <w:trPr>
          <w:trHeight w:val="20"/>
        </w:trPr>
        <w:tc>
          <w:tcPr>
            <w:tcW w:w="326" w:type="pct"/>
            <w:vMerge w:val="restart"/>
            <w:shd w:val="clear" w:color="auto" w:fill="D9D9D9" w:themeFill="background1" w:themeFillShade="D9"/>
            <w:vAlign w:val="center"/>
          </w:tcPr>
          <w:p w14:paraId="78BB39A0" w14:textId="1458762B" w:rsidR="00F03ECB" w:rsidRPr="00072363" w:rsidRDefault="00F03ECB" w:rsidP="00BD6282">
            <w:pPr>
              <w:spacing w:after="0"/>
              <w:jc w:val="center"/>
              <w:rPr>
                <w:rFonts w:asciiTheme="majorHAnsi" w:eastAsia="Times New Roman" w:hAnsiTheme="majorHAnsi" w:cstheme="majorHAnsi"/>
                <w:b/>
                <w:sz w:val="22"/>
                <w:lang w:eastAsia="ja-JP"/>
              </w:rPr>
            </w:pPr>
            <w:r w:rsidRPr="00072363">
              <w:rPr>
                <w:rFonts w:asciiTheme="majorHAnsi" w:eastAsia="Times New Roman" w:hAnsiTheme="majorHAnsi" w:cstheme="majorHAnsi"/>
                <w:b/>
                <w:sz w:val="22"/>
                <w:lang w:eastAsia="ja-JP"/>
              </w:rPr>
              <w:t>A.</w:t>
            </w:r>
          </w:p>
        </w:tc>
        <w:tc>
          <w:tcPr>
            <w:tcW w:w="4674" w:type="pct"/>
            <w:gridSpan w:val="3"/>
            <w:shd w:val="clear" w:color="auto" w:fill="D9D9D9" w:themeFill="background1" w:themeFillShade="D9"/>
            <w:vAlign w:val="center"/>
          </w:tcPr>
          <w:p w14:paraId="6892A782" w14:textId="5CA6A289" w:rsidR="00F03ECB" w:rsidRPr="00072363" w:rsidRDefault="00F03ECB" w:rsidP="00F03ECB">
            <w:pPr>
              <w:spacing w:after="0"/>
              <w:jc w:val="both"/>
              <w:rPr>
                <w:rFonts w:asciiTheme="majorHAnsi" w:eastAsia="Times New Roman" w:hAnsiTheme="majorHAnsi" w:cstheme="majorHAnsi"/>
                <w:sz w:val="22"/>
                <w:lang w:eastAsia="ja-JP"/>
              </w:rPr>
            </w:pPr>
            <w:r w:rsidRPr="00072363">
              <w:rPr>
                <w:rFonts w:asciiTheme="majorHAnsi" w:eastAsia="Times New Roman" w:hAnsiTheme="majorHAnsi" w:cstheme="majorHAnsi"/>
                <w:b/>
                <w:sz w:val="22"/>
                <w:lang w:eastAsia="ja-JP"/>
              </w:rPr>
              <w:t>TAX CLEARANCE</w:t>
            </w:r>
          </w:p>
        </w:tc>
      </w:tr>
      <w:tr w:rsidR="003E710D" w:rsidRPr="00072363" w14:paraId="797B5D10" w14:textId="77777777" w:rsidTr="00BD6282">
        <w:trPr>
          <w:trHeight w:val="20"/>
        </w:trPr>
        <w:tc>
          <w:tcPr>
            <w:tcW w:w="326" w:type="pct"/>
            <w:vMerge/>
            <w:shd w:val="clear" w:color="auto" w:fill="D9D9D9" w:themeFill="background1" w:themeFillShade="D9"/>
            <w:vAlign w:val="center"/>
          </w:tcPr>
          <w:p w14:paraId="35896E4B" w14:textId="77777777" w:rsidR="003E710D" w:rsidRPr="00072363" w:rsidRDefault="003E710D" w:rsidP="00BD6282">
            <w:pPr>
              <w:spacing w:after="0"/>
              <w:jc w:val="center"/>
              <w:rPr>
                <w:rFonts w:asciiTheme="majorHAnsi" w:eastAsia="Calibri" w:hAnsiTheme="majorHAnsi" w:cstheme="majorHAnsi"/>
                <w:sz w:val="22"/>
                <w:lang w:eastAsia="ja-JP"/>
              </w:rPr>
            </w:pPr>
          </w:p>
        </w:tc>
        <w:tc>
          <w:tcPr>
            <w:tcW w:w="3538" w:type="pct"/>
            <w:vMerge w:val="restart"/>
            <w:vAlign w:val="center"/>
          </w:tcPr>
          <w:p w14:paraId="74590152" w14:textId="21442B46" w:rsidR="003E710D" w:rsidRPr="00072363" w:rsidRDefault="003E710D" w:rsidP="00FC1781">
            <w:pPr>
              <w:spacing w:after="0"/>
              <w:rPr>
                <w:rFonts w:asciiTheme="majorHAnsi" w:eastAsia="Calibri" w:hAnsiTheme="majorHAnsi" w:cstheme="majorHAnsi"/>
                <w:sz w:val="22"/>
                <w:lang w:eastAsia="ja-JP"/>
              </w:rPr>
            </w:pPr>
            <w:r w:rsidRPr="00072363">
              <w:rPr>
                <w:rFonts w:asciiTheme="majorHAnsi" w:eastAsia="Calibri" w:hAnsiTheme="majorHAnsi" w:cstheme="majorHAnsi"/>
                <w:sz w:val="22"/>
                <w:lang w:eastAsia="ja-JP"/>
              </w:rPr>
              <w:t xml:space="preserve">I confirm and </w:t>
            </w:r>
            <w:proofErr w:type="gramStart"/>
            <w:r w:rsidRPr="00072363">
              <w:rPr>
                <w:rFonts w:asciiTheme="majorHAnsi" w:eastAsia="Calibri" w:hAnsiTheme="majorHAnsi" w:cstheme="majorHAnsi"/>
                <w:sz w:val="22"/>
                <w:lang w:eastAsia="ja-JP"/>
              </w:rPr>
              <w:t>declare being</w:t>
            </w:r>
            <w:proofErr w:type="gramEnd"/>
            <w:r w:rsidRPr="00072363">
              <w:rPr>
                <w:rFonts w:asciiTheme="majorHAnsi" w:eastAsia="Calibri" w:hAnsiTheme="majorHAnsi" w:cstheme="majorHAnsi"/>
                <w:sz w:val="22"/>
                <w:lang w:eastAsia="ja-JP"/>
              </w:rPr>
              <w:t xml:space="preserve"> tax compliant.  </w:t>
            </w:r>
          </w:p>
        </w:tc>
        <w:tc>
          <w:tcPr>
            <w:tcW w:w="606" w:type="pct"/>
            <w:vAlign w:val="center"/>
          </w:tcPr>
          <w:p w14:paraId="15948AF9" w14:textId="22472232" w:rsidR="003E710D" w:rsidRPr="00072363" w:rsidRDefault="003E710D" w:rsidP="007040A0">
            <w:pPr>
              <w:spacing w:after="0"/>
              <w:jc w:val="center"/>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Yes</w:t>
            </w:r>
          </w:p>
        </w:tc>
        <w:sdt>
          <w:sdtPr>
            <w:rPr>
              <w:rFonts w:asciiTheme="majorHAnsi" w:eastAsia="Times New Roman" w:hAnsiTheme="majorHAnsi" w:cstheme="majorHAnsi"/>
              <w:sz w:val="22"/>
              <w:lang w:eastAsia="ja-JP"/>
            </w:rPr>
            <w:id w:val="-1058393077"/>
            <w14:checkbox>
              <w14:checked w14:val="0"/>
              <w14:checkedState w14:val="2612" w14:font="MS Gothic"/>
              <w14:uncheckedState w14:val="2610" w14:font="MS Gothic"/>
            </w14:checkbox>
          </w:sdtPr>
          <w:sdtEndPr/>
          <w:sdtContent>
            <w:tc>
              <w:tcPr>
                <w:tcW w:w="530" w:type="pct"/>
                <w:vAlign w:val="center"/>
              </w:tcPr>
              <w:p w14:paraId="7EA42062" w14:textId="1DF7AC03" w:rsidR="003E710D" w:rsidRPr="00072363" w:rsidRDefault="003E710D" w:rsidP="007040A0">
                <w:pPr>
                  <w:spacing w:after="0"/>
                  <w:jc w:val="center"/>
                  <w:rPr>
                    <w:rFonts w:asciiTheme="majorHAnsi" w:eastAsia="Times New Roman" w:hAnsiTheme="majorHAnsi" w:cstheme="majorHAnsi"/>
                    <w:sz w:val="22"/>
                    <w:lang w:eastAsia="ja-JP"/>
                  </w:rPr>
                </w:pPr>
                <w:r w:rsidRPr="00072363">
                  <w:rPr>
                    <w:rFonts w:ascii="Segoe UI Symbol" w:eastAsia="MS Gothic" w:hAnsi="Segoe UI Symbol" w:cs="Segoe UI Symbol"/>
                    <w:sz w:val="22"/>
                    <w:lang w:eastAsia="ja-JP"/>
                  </w:rPr>
                  <w:t>☐</w:t>
                </w:r>
              </w:p>
            </w:tc>
          </w:sdtContent>
        </w:sdt>
      </w:tr>
      <w:tr w:rsidR="003E710D" w:rsidRPr="00072363" w14:paraId="74D3557D" w14:textId="77777777" w:rsidTr="00BD6282">
        <w:trPr>
          <w:trHeight w:val="20"/>
        </w:trPr>
        <w:tc>
          <w:tcPr>
            <w:tcW w:w="326" w:type="pct"/>
            <w:vMerge/>
            <w:shd w:val="clear" w:color="auto" w:fill="D9D9D9" w:themeFill="background1" w:themeFillShade="D9"/>
            <w:vAlign w:val="center"/>
          </w:tcPr>
          <w:p w14:paraId="0124B15D" w14:textId="77777777" w:rsidR="003E710D" w:rsidRPr="00072363" w:rsidRDefault="003E710D" w:rsidP="00BD6282">
            <w:pPr>
              <w:spacing w:after="0"/>
              <w:jc w:val="center"/>
              <w:rPr>
                <w:rFonts w:asciiTheme="majorHAnsi" w:eastAsia="Calibri" w:hAnsiTheme="majorHAnsi" w:cstheme="majorHAnsi"/>
                <w:sz w:val="22"/>
                <w:lang w:eastAsia="ja-JP"/>
              </w:rPr>
            </w:pPr>
          </w:p>
        </w:tc>
        <w:tc>
          <w:tcPr>
            <w:tcW w:w="3538" w:type="pct"/>
            <w:vMerge/>
            <w:vAlign w:val="center"/>
          </w:tcPr>
          <w:p w14:paraId="77B4E611" w14:textId="77777777" w:rsidR="003E710D" w:rsidRPr="00072363" w:rsidRDefault="003E710D" w:rsidP="00FC1781">
            <w:pPr>
              <w:spacing w:after="0"/>
              <w:rPr>
                <w:rFonts w:asciiTheme="majorHAnsi" w:eastAsia="Calibri" w:hAnsiTheme="majorHAnsi" w:cstheme="majorHAnsi"/>
                <w:sz w:val="22"/>
                <w:lang w:eastAsia="ja-JP"/>
              </w:rPr>
            </w:pPr>
          </w:p>
        </w:tc>
        <w:tc>
          <w:tcPr>
            <w:tcW w:w="606" w:type="pct"/>
            <w:vAlign w:val="center"/>
          </w:tcPr>
          <w:p w14:paraId="71EB1D99" w14:textId="201D936B" w:rsidR="003E710D" w:rsidRPr="00072363" w:rsidRDefault="003E710D" w:rsidP="007040A0">
            <w:pPr>
              <w:spacing w:after="0"/>
              <w:jc w:val="center"/>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No</w:t>
            </w:r>
          </w:p>
        </w:tc>
        <w:sdt>
          <w:sdtPr>
            <w:rPr>
              <w:rFonts w:asciiTheme="majorHAnsi" w:eastAsia="Times New Roman" w:hAnsiTheme="majorHAnsi" w:cstheme="majorHAnsi"/>
              <w:sz w:val="22"/>
              <w:lang w:eastAsia="ja-JP"/>
            </w:rPr>
            <w:id w:val="-923799479"/>
            <w14:checkbox>
              <w14:checked w14:val="0"/>
              <w14:checkedState w14:val="2612" w14:font="MS Gothic"/>
              <w14:uncheckedState w14:val="2610" w14:font="MS Gothic"/>
            </w14:checkbox>
          </w:sdtPr>
          <w:sdtEndPr/>
          <w:sdtContent>
            <w:tc>
              <w:tcPr>
                <w:tcW w:w="530" w:type="pct"/>
                <w:vAlign w:val="center"/>
              </w:tcPr>
              <w:p w14:paraId="63DB72E3" w14:textId="29AD2DFD" w:rsidR="003E710D" w:rsidRPr="00072363" w:rsidRDefault="003E710D" w:rsidP="007040A0">
                <w:pPr>
                  <w:spacing w:after="0"/>
                  <w:jc w:val="center"/>
                  <w:rPr>
                    <w:rFonts w:asciiTheme="majorHAnsi" w:eastAsia="Times New Roman" w:hAnsiTheme="majorHAnsi" w:cstheme="majorHAnsi"/>
                    <w:sz w:val="22"/>
                    <w:lang w:eastAsia="ja-JP"/>
                  </w:rPr>
                </w:pPr>
                <w:r w:rsidRPr="00072363">
                  <w:rPr>
                    <w:rFonts w:ascii="Segoe UI Symbol" w:eastAsia="MS Gothic" w:hAnsi="Segoe UI Symbol" w:cs="Segoe UI Symbol"/>
                    <w:sz w:val="22"/>
                    <w:lang w:eastAsia="ja-JP"/>
                  </w:rPr>
                  <w:t>☐</w:t>
                </w:r>
              </w:p>
            </w:tc>
          </w:sdtContent>
        </w:sdt>
      </w:tr>
      <w:tr w:rsidR="003E710D" w:rsidRPr="00072363" w14:paraId="0F68865D" w14:textId="77777777" w:rsidTr="00BD6282">
        <w:trPr>
          <w:trHeight w:val="20"/>
        </w:trPr>
        <w:tc>
          <w:tcPr>
            <w:tcW w:w="326" w:type="pct"/>
            <w:vMerge/>
            <w:shd w:val="clear" w:color="auto" w:fill="D9D9D9" w:themeFill="background1" w:themeFillShade="D9"/>
            <w:vAlign w:val="center"/>
          </w:tcPr>
          <w:p w14:paraId="72B27E71" w14:textId="77777777" w:rsidR="003E710D" w:rsidRPr="00072363" w:rsidRDefault="003E710D" w:rsidP="00BD6282">
            <w:pPr>
              <w:spacing w:after="0"/>
              <w:jc w:val="center"/>
              <w:rPr>
                <w:rFonts w:asciiTheme="majorHAnsi" w:eastAsia="Calibri" w:hAnsiTheme="majorHAnsi" w:cstheme="majorHAnsi"/>
                <w:sz w:val="22"/>
                <w:lang w:eastAsia="ja-JP"/>
              </w:rPr>
            </w:pPr>
          </w:p>
        </w:tc>
        <w:tc>
          <w:tcPr>
            <w:tcW w:w="3538" w:type="pct"/>
            <w:vMerge/>
            <w:vAlign w:val="center"/>
          </w:tcPr>
          <w:p w14:paraId="44A9BAA6" w14:textId="77777777" w:rsidR="003E710D" w:rsidRPr="00072363" w:rsidRDefault="003E710D" w:rsidP="00FC1781">
            <w:pPr>
              <w:spacing w:after="0"/>
              <w:rPr>
                <w:rFonts w:asciiTheme="majorHAnsi" w:eastAsia="Calibri" w:hAnsiTheme="majorHAnsi" w:cstheme="majorHAnsi"/>
                <w:sz w:val="22"/>
                <w:lang w:eastAsia="ja-JP"/>
              </w:rPr>
            </w:pPr>
          </w:p>
        </w:tc>
        <w:tc>
          <w:tcPr>
            <w:tcW w:w="606" w:type="pct"/>
            <w:vAlign w:val="center"/>
          </w:tcPr>
          <w:p w14:paraId="3E6A470D" w14:textId="5D302A6A" w:rsidR="003E710D" w:rsidRPr="00072363" w:rsidRDefault="003E710D" w:rsidP="007040A0">
            <w:pPr>
              <w:spacing w:after="0"/>
              <w:jc w:val="center"/>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N/A</w:t>
            </w:r>
          </w:p>
        </w:tc>
        <w:sdt>
          <w:sdtPr>
            <w:rPr>
              <w:rFonts w:asciiTheme="majorHAnsi" w:eastAsia="Times New Roman" w:hAnsiTheme="majorHAnsi" w:cstheme="majorHAnsi"/>
              <w:sz w:val="22"/>
              <w:lang w:eastAsia="ja-JP"/>
            </w:rPr>
            <w:id w:val="1583567413"/>
            <w14:checkbox>
              <w14:checked w14:val="0"/>
              <w14:checkedState w14:val="2612" w14:font="MS Gothic"/>
              <w14:uncheckedState w14:val="2610" w14:font="MS Gothic"/>
            </w14:checkbox>
          </w:sdtPr>
          <w:sdtEndPr/>
          <w:sdtContent>
            <w:tc>
              <w:tcPr>
                <w:tcW w:w="530" w:type="pct"/>
                <w:vAlign w:val="center"/>
              </w:tcPr>
              <w:p w14:paraId="0E3481E9" w14:textId="11E23BF1" w:rsidR="003E710D" w:rsidRPr="00072363" w:rsidRDefault="003E710D" w:rsidP="007040A0">
                <w:pPr>
                  <w:spacing w:after="0"/>
                  <w:jc w:val="center"/>
                  <w:rPr>
                    <w:rFonts w:asciiTheme="majorHAnsi" w:eastAsia="Times New Roman" w:hAnsiTheme="majorHAnsi" w:cstheme="majorHAnsi"/>
                    <w:sz w:val="22"/>
                    <w:lang w:eastAsia="ja-JP"/>
                  </w:rPr>
                </w:pPr>
                <w:r w:rsidRPr="00072363">
                  <w:rPr>
                    <w:rFonts w:ascii="Segoe UI Symbol" w:eastAsia="MS Gothic" w:hAnsi="Segoe UI Symbol" w:cs="Segoe UI Symbol"/>
                    <w:sz w:val="22"/>
                    <w:lang w:eastAsia="ja-JP"/>
                  </w:rPr>
                  <w:t>☐</w:t>
                </w:r>
              </w:p>
            </w:tc>
          </w:sdtContent>
        </w:sdt>
      </w:tr>
      <w:tr w:rsidR="003E710D" w:rsidRPr="00072363" w14:paraId="124D21B0" w14:textId="77777777" w:rsidTr="00BD6282">
        <w:trPr>
          <w:trHeight w:val="20"/>
        </w:trPr>
        <w:tc>
          <w:tcPr>
            <w:tcW w:w="326" w:type="pct"/>
            <w:vMerge/>
            <w:shd w:val="clear" w:color="auto" w:fill="D9D9D9" w:themeFill="background1" w:themeFillShade="D9"/>
            <w:vAlign w:val="center"/>
          </w:tcPr>
          <w:p w14:paraId="5BB6DB63" w14:textId="77777777" w:rsidR="003E710D" w:rsidRPr="00072363" w:rsidRDefault="003E710D" w:rsidP="00BD6282">
            <w:pPr>
              <w:spacing w:after="0" w:line="288" w:lineRule="auto"/>
              <w:ind w:left="720"/>
              <w:contextualSpacing/>
              <w:jc w:val="center"/>
              <w:rPr>
                <w:rFonts w:asciiTheme="majorHAnsi" w:eastAsia="Calibri" w:hAnsiTheme="majorHAnsi" w:cstheme="majorHAnsi"/>
                <w:sz w:val="22"/>
              </w:rPr>
            </w:pPr>
          </w:p>
        </w:tc>
        <w:tc>
          <w:tcPr>
            <w:tcW w:w="4674" w:type="pct"/>
            <w:gridSpan w:val="3"/>
            <w:vAlign w:val="center"/>
          </w:tcPr>
          <w:p w14:paraId="45817408" w14:textId="37845851" w:rsidR="003E710D" w:rsidRPr="00072363" w:rsidRDefault="003E710D" w:rsidP="00FC1781">
            <w:pPr>
              <w:spacing w:after="0"/>
              <w:rPr>
                <w:rFonts w:asciiTheme="majorHAnsi" w:eastAsia="Times New Roman" w:hAnsiTheme="majorHAnsi" w:cstheme="majorHAnsi"/>
                <w:i/>
                <w:iCs/>
                <w:sz w:val="22"/>
                <w:u w:val="single"/>
                <w:lang w:eastAsia="ja-JP"/>
              </w:rPr>
            </w:pPr>
            <w:r w:rsidRPr="00072363">
              <w:rPr>
                <w:rFonts w:asciiTheme="majorHAnsi" w:eastAsia="Calibri" w:hAnsiTheme="majorHAnsi" w:cstheme="majorHAnsi"/>
                <w:i/>
                <w:iCs/>
                <w:sz w:val="22"/>
                <w:u w:val="single"/>
              </w:rPr>
              <w:t>OR</w:t>
            </w:r>
          </w:p>
        </w:tc>
      </w:tr>
      <w:tr w:rsidR="003E710D" w:rsidRPr="00072363" w14:paraId="7282B6AB" w14:textId="77777777" w:rsidTr="00BD6282">
        <w:trPr>
          <w:trHeight w:val="20"/>
        </w:trPr>
        <w:tc>
          <w:tcPr>
            <w:tcW w:w="326" w:type="pct"/>
            <w:vMerge/>
            <w:shd w:val="clear" w:color="auto" w:fill="D9D9D9" w:themeFill="background1" w:themeFillShade="D9"/>
            <w:vAlign w:val="center"/>
          </w:tcPr>
          <w:p w14:paraId="49CA6C30" w14:textId="77777777" w:rsidR="003E710D" w:rsidRPr="00072363" w:rsidRDefault="003E710D" w:rsidP="00BD6282">
            <w:pPr>
              <w:spacing w:after="0" w:line="288" w:lineRule="auto"/>
              <w:contextualSpacing/>
              <w:jc w:val="center"/>
              <w:rPr>
                <w:rFonts w:asciiTheme="majorHAnsi" w:eastAsia="Calibri" w:hAnsiTheme="majorHAnsi" w:cstheme="majorHAnsi"/>
                <w:sz w:val="22"/>
              </w:rPr>
            </w:pPr>
          </w:p>
        </w:tc>
        <w:tc>
          <w:tcPr>
            <w:tcW w:w="3538" w:type="pct"/>
            <w:vMerge w:val="restart"/>
            <w:vAlign w:val="center"/>
          </w:tcPr>
          <w:p w14:paraId="6D748CD1" w14:textId="13BDE8DD" w:rsidR="003E710D" w:rsidRPr="00072363" w:rsidRDefault="003E710D" w:rsidP="00FC1781">
            <w:pPr>
              <w:spacing w:after="0" w:line="288" w:lineRule="auto"/>
              <w:contextualSpacing/>
              <w:rPr>
                <w:rFonts w:asciiTheme="majorHAnsi" w:eastAsia="Calibri" w:hAnsiTheme="majorHAnsi" w:cstheme="majorHAnsi"/>
                <w:sz w:val="22"/>
              </w:rPr>
            </w:pPr>
            <w:r w:rsidRPr="00072363">
              <w:rPr>
                <w:rFonts w:asciiTheme="majorHAnsi" w:eastAsia="Calibri" w:hAnsiTheme="majorHAnsi" w:cstheme="majorHAnsi"/>
                <w:sz w:val="22"/>
              </w:rPr>
              <w:t>I confirm that I hold a current valid paper Tax Clearance Certificate (generally relates to non-residents)</w:t>
            </w:r>
            <w:r w:rsidR="004750E5" w:rsidRPr="00072363">
              <w:rPr>
                <w:rFonts w:asciiTheme="majorHAnsi" w:eastAsia="Calibri" w:hAnsiTheme="majorHAnsi" w:cstheme="majorHAnsi"/>
                <w:sz w:val="22"/>
              </w:rPr>
              <w:t>.</w:t>
            </w:r>
          </w:p>
        </w:tc>
        <w:tc>
          <w:tcPr>
            <w:tcW w:w="606" w:type="pct"/>
            <w:vAlign w:val="center"/>
          </w:tcPr>
          <w:p w14:paraId="2B4B2AD6" w14:textId="01257342" w:rsidR="003E710D" w:rsidRPr="00072363" w:rsidRDefault="003E710D" w:rsidP="0018233D">
            <w:pPr>
              <w:spacing w:after="0"/>
              <w:jc w:val="center"/>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YES</w:t>
            </w:r>
          </w:p>
        </w:tc>
        <w:sdt>
          <w:sdtPr>
            <w:rPr>
              <w:rFonts w:asciiTheme="majorHAnsi" w:eastAsia="Times New Roman" w:hAnsiTheme="majorHAnsi" w:cstheme="majorHAnsi"/>
              <w:sz w:val="22"/>
              <w:lang w:eastAsia="ja-JP"/>
            </w:rPr>
            <w:id w:val="136469665"/>
            <w14:checkbox>
              <w14:checked w14:val="0"/>
              <w14:checkedState w14:val="2612" w14:font="MS Gothic"/>
              <w14:uncheckedState w14:val="2610" w14:font="MS Gothic"/>
            </w14:checkbox>
          </w:sdtPr>
          <w:sdtEndPr/>
          <w:sdtContent>
            <w:tc>
              <w:tcPr>
                <w:tcW w:w="530" w:type="pct"/>
                <w:vAlign w:val="center"/>
              </w:tcPr>
              <w:p w14:paraId="7DB70D35" w14:textId="2D87F7D3" w:rsidR="003E710D" w:rsidRPr="00072363" w:rsidRDefault="003E710D" w:rsidP="0018233D">
                <w:pPr>
                  <w:spacing w:after="0"/>
                  <w:jc w:val="center"/>
                  <w:rPr>
                    <w:rFonts w:asciiTheme="majorHAnsi" w:eastAsia="Times New Roman" w:hAnsiTheme="majorHAnsi" w:cstheme="majorHAnsi"/>
                    <w:sz w:val="22"/>
                    <w:lang w:eastAsia="ja-JP"/>
                  </w:rPr>
                </w:pPr>
                <w:r w:rsidRPr="00072363">
                  <w:rPr>
                    <w:rFonts w:ascii="Segoe UI Symbol" w:eastAsia="MS Gothic" w:hAnsi="Segoe UI Symbol" w:cs="Segoe UI Symbol"/>
                    <w:sz w:val="22"/>
                    <w:lang w:eastAsia="ja-JP"/>
                  </w:rPr>
                  <w:t>☐</w:t>
                </w:r>
              </w:p>
            </w:tc>
          </w:sdtContent>
        </w:sdt>
      </w:tr>
      <w:tr w:rsidR="003E710D" w:rsidRPr="00072363" w14:paraId="12F81CCC" w14:textId="77777777" w:rsidTr="00BD6282">
        <w:trPr>
          <w:trHeight w:val="20"/>
        </w:trPr>
        <w:tc>
          <w:tcPr>
            <w:tcW w:w="326" w:type="pct"/>
            <w:vMerge/>
            <w:shd w:val="clear" w:color="auto" w:fill="D9D9D9" w:themeFill="background1" w:themeFillShade="D9"/>
            <w:vAlign w:val="center"/>
          </w:tcPr>
          <w:p w14:paraId="05D73B16" w14:textId="77777777" w:rsidR="003E710D" w:rsidRPr="00072363" w:rsidRDefault="003E710D" w:rsidP="00BD6282">
            <w:pPr>
              <w:spacing w:after="0" w:line="288" w:lineRule="auto"/>
              <w:ind w:left="720"/>
              <w:contextualSpacing/>
              <w:jc w:val="center"/>
              <w:rPr>
                <w:rFonts w:asciiTheme="majorHAnsi" w:eastAsia="Calibri" w:hAnsiTheme="majorHAnsi" w:cstheme="majorHAnsi"/>
                <w:sz w:val="22"/>
              </w:rPr>
            </w:pPr>
          </w:p>
        </w:tc>
        <w:tc>
          <w:tcPr>
            <w:tcW w:w="3538" w:type="pct"/>
            <w:vMerge/>
            <w:vAlign w:val="center"/>
          </w:tcPr>
          <w:p w14:paraId="2F029B74" w14:textId="27DDDF96" w:rsidR="003E710D" w:rsidRPr="00072363" w:rsidRDefault="003E710D" w:rsidP="00FC1781">
            <w:pPr>
              <w:spacing w:after="0" w:line="288" w:lineRule="auto"/>
              <w:ind w:left="720"/>
              <w:contextualSpacing/>
              <w:rPr>
                <w:rFonts w:asciiTheme="majorHAnsi" w:eastAsia="Calibri" w:hAnsiTheme="majorHAnsi" w:cstheme="majorHAnsi"/>
                <w:sz w:val="22"/>
              </w:rPr>
            </w:pPr>
          </w:p>
        </w:tc>
        <w:tc>
          <w:tcPr>
            <w:tcW w:w="606" w:type="pct"/>
            <w:vAlign w:val="center"/>
          </w:tcPr>
          <w:p w14:paraId="12126CF0" w14:textId="26D1B0E4" w:rsidR="003E710D" w:rsidRPr="00072363" w:rsidRDefault="003E710D" w:rsidP="0018233D">
            <w:pPr>
              <w:spacing w:after="0"/>
              <w:jc w:val="center"/>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NO</w:t>
            </w:r>
          </w:p>
        </w:tc>
        <w:sdt>
          <w:sdtPr>
            <w:rPr>
              <w:rFonts w:asciiTheme="majorHAnsi" w:eastAsia="Times New Roman" w:hAnsiTheme="majorHAnsi" w:cstheme="majorHAnsi"/>
              <w:sz w:val="22"/>
              <w:lang w:eastAsia="ja-JP"/>
            </w:rPr>
            <w:id w:val="-638110201"/>
            <w14:checkbox>
              <w14:checked w14:val="0"/>
              <w14:checkedState w14:val="2612" w14:font="MS Gothic"/>
              <w14:uncheckedState w14:val="2610" w14:font="MS Gothic"/>
            </w14:checkbox>
          </w:sdtPr>
          <w:sdtEndPr/>
          <w:sdtContent>
            <w:tc>
              <w:tcPr>
                <w:tcW w:w="530" w:type="pct"/>
                <w:vAlign w:val="center"/>
              </w:tcPr>
              <w:p w14:paraId="67E9E4B7" w14:textId="0DF253E9" w:rsidR="003E710D" w:rsidRPr="00072363" w:rsidRDefault="003E710D" w:rsidP="0018233D">
                <w:pPr>
                  <w:spacing w:after="0"/>
                  <w:jc w:val="center"/>
                  <w:rPr>
                    <w:rFonts w:asciiTheme="majorHAnsi" w:eastAsia="Times New Roman" w:hAnsiTheme="majorHAnsi" w:cstheme="majorHAnsi"/>
                    <w:sz w:val="22"/>
                    <w:lang w:eastAsia="ja-JP"/>
                  </w:rPr>
                </w:pPr>
                <w:r w:rsidRPr="00072363">
                  <w:rPr>
                    <w:rFonts w:ascii="Segoe UI Symbol" w:eastAsia="MS Gothic" w:hAnsi="Segoe UI Symbol" w:cs="Segoe UI Symbol"/>
                    <w:sz w:val="22"/>
                    <w:lang w:eastAsia="ja-JP"/>
                  </w:rPr>
                  <w:t>☐</w:t>
                </w:r>
              </w:p>
            </w:tc>
          </w:sdtContent>
        </w:sdt>
      </w:tr>
      <w:tr w:rsidR="003E710D" w:rsidRPr="00072363" w14:paraId="3E50C055" w14:textId="77777777" w:rsidTr="00BD6282">
        <w:trPr>
          <w:trHeight w:val="20"/>
        </w:trPr>
        <w:tc>
          <w:tcPr>
            <w:tcW w:w="326" w:type="pct"/>
            <w:vMerge/>
            <w:shd w:val="clear" w:color="auto" w:fill="D9D9D9" w:themeFill="background1" w:themeFillShade="D9"/>
            <w:vAlign w:val="center"/>
          </w:tcPr>
          <w:p w14:paraId="597A016D" w14:textId="77777777" w:rsidR="003E710D" w:rsidRPr="00072363" w:rsidRDefault="003E710D" w:rsidP="00BD6282">
            <w:pPr>
              <w:spacing w:after="0" w:line="288" w:lineRule="auto"/>
              <w:ind w:left="720"/>
              <w:contextualSpacing/>
              <w:jc w:val="center"/>
              <w:rPr>
                <w:rFonts w:asciiTheme="majorHAnsi" w:eastAsia="Calibri" w:hAnsiTheme="majorHAnsi" w:cstheme="majorHAnsi"/>
                <w:sz w:val="22"/>
              </w:rPr>
            </w:pPr>
          </w:p>
        </w:tc>
        <w:tc>
          <w:tcPr>
            <w:tcW w:w="3538" w:type="pct"/>
            <w:vMerge/>
            <w:vAlign w:val="center"/>
          </w:tcPr>
          <w:p w14:paraId="3895A098" w14:textId="77777777" w:rsidR="003E710D" w:rsidRPr="00072363" w:rsidRDefault="003E710D" w:rsidP="00FC1781">
            <w:pPr>
              <w:spacing w:after="0" w:line="288" w:lineRule="auto"/>
              <w:ind w:left="720"/>
              <w:contextualSpacing/>
              <w:rPr>
                <w:rFonts w:asciiTheme="majorHAnsi" w:eastAsia="Calibri" w:hAnsiTheme="majorHAnsi" w:cstheme="majorHAnsi"/>
                <w:sz w:val="22"/>
              </w:rPr>
            </w:pPr>
          </w:p>
        </w:tc>
        <w:tc>
          <w:tcPr>
            <w:tcW w:w="606" w:type="pct"/>
            <w:vAlign w:val="center"/>
          </w:tcPr>
          <w:p w14:paraId="5F3EB392" w14:textId="29BCBB6E" w:rsidR="003E710D" w:rsidRPr="00072363" w:rsidRDefault="003E710D" w:rsidP="0018233D">
            <w:pPr>
              <w:spacing w:after="0"/>
              <w:jc w:val="center"/>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N/A</w:t>
            </w:r>
          </w:p>
        </w:tc>
        <w:sdt>
          <w:sdtPr>
            <w:rPr>
              <w:rFonts w:asciiTheme="majorHAnsi" w:eastAsia="Times New Roman" w:hAnsiTheme="majorHAnsi" w:cstheme="majorHAnsi"/>
              <w:sz w:val="22"/>
              <w:lang w:eastAsia="ja-JP"/>
            </w:rPr>
            <w:id w:val="-723064443"/>
            <w14:checkbox>
              <w14:checked w14:val="0"/>
              <w14:checkedState w14:val="2612" w14:font="MS Gothic"/>
              <w14:uncheckedState w14:val="2610" w14:font="MS Gothic"/>
            </w14:checkbox>
          </w:sdtPr>
          <w:sdtEndPr/>
          <w:sdtContent>
            <w:tc>
              <w:tcPr>
                <w:tcW w:w="530" w:type="pct"/>
                <w:vAlign w:val="center"/>
              </w:tcPr>
              <w:p w14:paraId="037BC567" w14:textId="7E26BD1D" w:rsidR="003E710D" w:rsidRPr="00072363" w:rsidRDefault="003E710D" w:rsidP="0018233D">
                <w:pPr>
                  <w:spacing w:after="0"/>
                  <w:jc w:val="center"/>
                  <w:rPr>
                    <w:rFonts w:asciiTheme="majorHAnsi" w:eastAsia="Times New Roman" w:hAnsiTheme="majorHAnsi" w:cstheme="majorHAnsi"/>
                    <w:sz w:val="22"/>
                    <w:lang w:eastAsia="ja-JP"/>
                  </w:rPr>
                </w:pPr>
                <w:r w:rsidRPr="00072363">
                  <w:rPr>
                    <w:rFonts w:ascii="Segoe UI Symbol" w:eastAsia="MS Gothic" w:hAnsi="Segoe UI Symbol" w:cs="Segoe UI Symbol"/>
                    <w:sz w:val="22"/>
                    <w:lang w:eastAsia="ja-JP"/>
                  </w:rPr>
                  <w:t>☐</w:t>
                </w:r>
              </w:p>
            </w:tc>
          </w:sdtContent>
        </w:sdt>
      </w:tr>
      <w:tr w:rsidR="00F03ECB" w:rsidRPr="00072363" w14:paraId="02DFD68F" w14:textId="77777777" w:rsidTr="00BD6282">
        <w:trPr>
          <w:trHeight w:val="20"/>
        </w:trPr>
        <w:tc>
          <w:tcPr>
            <w:tcW w:w="326" w:type="pct"/>
            <w:vMerge w:val="restart"/>
            <w:shd w:val="clear" w:color="auto" w:fill="D9D9D9" w:themeFill="background1" w:themeFillShade="D9"/>
            <w:vAlign w:val="center"/>
          </w:tcPr>
          <w:p w14:paraId="4B55AE90" w14:textId="71B0D6E5" w:rsidR="00F03ECB" w:rsidRPr="00072363" w:rsidRDefault="00F03ECB" w:rsidP="00BD6282">
            <w:pPr>
              <w:spacing w:after="0"/>
              <w:jc w:val="center"/>
              <w:rPr>
                <w:rFonts w:asciiTheme="majorHAnsi" w:eastAsia="Times New Roman" w:hAnsiTheme="majorHAnsi" w:cstheme="majorHAnsi"/>
                <w:b/>
                <w:sz w:val="22"/>
                <w:lang w:eastAsia="ja-JP"/>
              </w:rPr>
            </w:pPr>
            <w:r w:rsidRPr="00072363">
              <w:rPr>
                <w:rFonts w:asciiTheme="majorHAnsi" w:eastAsia="Times New Roman" w:hAnsiTheme="majorHAnsi" w:cstheme="majorHAnsi"/>
                <w:b/>
                <w:sz w:val="22"/>
                <w:lang w:eastAsia="ja-JP"/>
              </w:rPr>
              <w:t>B.</w:t>
            </w:r>
          </w:p>
        </w:tc>
        <w:tc>
          <w:tcPr>
            <w:tcW w:w="4674" w:type="pct"/>
            <w:gridSpan w:val="3"/>
            <w:shd w:val="clear" w:color="auto" w:fill="D9D9D9" w:themeFill="background1" w:themeFillShade="D9"/>
            <w:vAlign w:val="center"/>
          </w:tcPr>
          <w:p w14:paraId="7B262ED7" w14:textId="19189BAD" w:rsidR="00F03ECB" w:rsidRPr="00072363" w:rsidRDefault="00F03ECB" w:rsidP="00FC1781">
            <w:pPr>
              <w:spacing w:after="0"/>
              <w:rPr>
                <w:rFonts w:asciiTheme="majorHAnsi" w:eastAsia="Times New Roman" w:hAnsiTheme="majorHAnsi" w:cstheme="majorHAnsi"/>
                <w:b/>
                <w:sz w:val="22"/>
                <w:lang w:eastAsia="ja-JP"/>
              </w:rPr>
            </w:pPr>
            <w:r w:rsidRPr="00072363">
              <w:rPr>
                <w:rFonts w:asciiTheme="majorHAnsi" w:eastAsia="Times New Roman" w:hAnsiTheme="majorHAnsi" w:cstheme="majorHAnsi"/>
                <w:b/>
                <w:sz w:val="22"/>
                <w:lang w:eastAsia="ja-JP"/>
              </w:rPr>
              <w:t>TURNOVER</w:t>
            </w:r>
          </w:p>
        </w:tc>
      </w:tr>
      <w:tr w:rsidR="002D25DD" w:rsidRPr="00072363" w14:paraId="74665CC1" w14:textId="77777777" w:rsidTr="00BD6282">
        <w:trPr>
          <w:trHeight w:val="20"/>
        </w:trPr>
        <w:tc>
          <w:tcPr>
            <w:tcW w:w="326" w:type="pct"/>
            <w:vMerge/>
            <w:shd w:val="clear" w:color="auto" w:fill="D9D9D9" w:themeFill="background1" w:themeFillShade="D9"/>
            <w:vAlign w:val="center"/>
          </w:tcPr>
          <w:p w14:paraId="483DF7E0" w14:textId="77777777" w:rsidR="002D25DD" w:rsidRPr="00072363" w:rsidRDefault="002D25DD" w:rsidP="00BD6282">
            <w:pPr>
              <w:spacing w:after="0"/>
              <w:jc w:val="center"/>
              <w:rPr>
                <w:rFonts w:asciiTheme="majorHAnsi" w:eastAsia="Times New Roman" w:hAnsiTheme="majorHAnsi" w:cstheme="majorHAnsi"/>
                <w:b/>
                <w:sz w:val="22"/>
                <w:lang w:eastAsia="ja-JP"/>
              </w:rPr>
            </w:pPr>
          </w:p>
        </w:tc>
        <w:tc>
          <w:tcPr>
            <w:tcW w:w="3538" w:type="pct"/>
            <w:vMerge w:val="restart"/>
            <w:vAlign w:val="center"/>
          </w:tcPr>
          <w:p w14:paraId="60F932FC" w14:textId="77777777" w:rsidR="002D25DD" w:rsidRPr="00072363" w:rsidRDefault="002D25DD" w:rsidP="00FC1781">
            <w:pPr>
              <w:spacing w:after="0"/>
              <w:rPr>
                <w:rFonts w:asciiTheme="majorHAnsi" w:eastAsia="Times New Roman" w:hAnsiTheme="majorHAnsi" w:cstheme="majorHAnsi"/>
                <w:bCs/>
                <w:sz w:val="22"/>
                <w:lang w:eastAsia="ja-JP"/>
              </w:rPr>
            </w:pPr>
            <w:r w:rsidRPr="00072363">
              <w:rPr>
                <w:rFonts w:asciiTheme="majorHAnsi" w:eastAsia="Times New Roman" w:hAnsiTheme="majorHAnsi" w:cstheme="majorHAnsi"/>
                <w:bCs/>
                <w:sz w:val="22"/>
                <w:lang w:eastAsia="ja-JP"/>
              </w:rPr>
              <w:t>I confirm that I will provide evidence of turnover promptly on request.</w:t>
            </w:r>
          </w:p>
          <w:p w14:paraId="0C5B1835" w14:textId="138027CB" w:rsidR="002D25DD" w:rsidRPr="00072363" w:rsidRDefault="002D25DD" w:rsidP="00FC1781">
            <w:pPr>
              <w:spacing w:before="120" w:after="0"/>
              <w:rPr>
                <w:rFonts w:asciiTheme="majorHAnsi" w:eastAsia="Times New Roman" w:hAnsiTheme="majorHAnsi" w:cstheme="majorHAnsi"/>
                <w:b/>
                <w:i/>
                <w:iCs/>
                <w:sz w:val="18"/>
                <w:szCs w:val="18"/>
                <w:lang w:eastAsia="ja-JP"/>
              </w:rPr>
            </w:pPr>
            <w:r w:rsidRPr="00072363">
              <w:rPr>
                <w:rFonts w:asciiTheme="majorHAnsi" w:eastAsia="Times New Roman" w:hAnsiTheme="majorHAnsi" w:cstheme="majorHAnsi"/>
                <w:bCs/>
                <w:i/>
                <w:iCs/>
                <w:sz w:val="18"/>
                <w:szCs w:val="18"/>
                <w:lang w:eastAsia="ja-JP"/>
              </w:rPr>
              <w:t>(NOTE: In the case of sole traders or partnerships this condition may be satisfied by a letter of confirmation from a senior partner)</w:t>
            </w:r>
            <w:r w:rsidR="004750E5" w:rsidRPr="00072363">
              <w:rPr>
                <w:rFonts w:asciiTheme="majorHAnsi" w:eastAsia="Times New Roman" w:hAnsiTheme="majorHAnsi" w:cstheme="majorHAnsi"/>
                <w:bCs/>
                <w:i/>
                <w:iCs/>
                <w:sz w:val="18"/>
                <w:szCs w:val="18"/>
                <w:lang w:eastAsia="ja-JP"/>
              </w:rPr>
              <w:t>.</w:t>
            </w:r>
          </w:p>
        </w:tc>
        <w:tc>
          <w:tcPr>
            <w:tcW w:w="606" w:type="pct"/>
            <w:vAlign w:val="center"/>
          </w:tcPr>
          <w:p w14:paraId="1DBC55D7" w14:textId="55E3CC04" w:rsidR="002D25DD" w:rsidRPr="00072363" w:rsidRDefault="002D25DD" w:rsidP="00F86C21">
            <w:pPr>
              <w:spacing w:after="0"/>
              <w:jc w:val="center"/>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Yes</w:t>
            </w:r>
          </w:p>
        </w:tc>
        <w:sdt>
          <w:sdtPr>
            <w:rPr>
              <w:rFonts w:asciiTheme="majorHAnsi" w:eastAsia="Times New Roman" w:hAnsiTheme="majorHAnsi" w:cstheme="majorHAnsi"/>
              <w:sz w:val="22"/>
              <w:lang w:eastAsia="ja-JP"/>
            </w:rPr>
            <w:id w:val="1106152372"/>
            <w14:checkbox>
              <w14:checked w14:val="0"/>
              <w14:checkedState w14:val="2612" w14:font="MS Gothic"/>
              <w14:uncheckedState w14:val="2610" w14:font="MS Gothic"/>
            </w14:checkbox>
          </w:sdtPr>
          <w:sdtEndPr/>
          <w:sdtContent>
            <w:tc>
              <w:tcPr>
                <w:tcW w:w="530" w:type="pct"/>
                <w:vAlign w:val="center"/>
              </w:tcPr>
              <w:p w14:paraId="5D35CF81" w14:textId="1F168C72" w:rsidR="002D25DD" w:rsidRPr="00072363" w:rsidRDefault="002D25DD" w:rsidP="00F86C21">
                <w:pPr>
                  <w:spacing w:after="0"/>
                  <w:jc w:val="center"/>
                  <w:rPr>
                    <w:rFonts w:asciiTheme="majorHAnsi" w:eastAsia="Times New Roman" w:hAnsiTheme="majorHAnsi" w:cstheme="majorHAnsi"/>
                    <w:sz w:val="22"/>
                    <w:lang w:eastAsia="ja-JP"/>
                  </w:rPr>
                </w:pPr>
                <w:r w:rsidRPr="00072363">
                  <w:rPr>
                    <w:rFonts w:ascii="Segoe UI Symbol" w:eastAsia="MS Gothic" w:hAnsi="Segoe UI Symbol" w:cs="Segoe UI Symbol"/>
                    <w:sz w:val="22"/>
                    <w:lang w:eastAsia="ja-JP"/>
                  </w:rPr>
                  <w:t>☐</w:t>
                </w:r>
              </w:p>
            </w:tc>
          </w:sdtContent>
        </w:sdt>
      </w:tr>
      <w:tr w:rsidR="002D25DD" w:rsidRPr="00072363" w14:paraId="1D303231" w14:textId="77777777" w:rsidTr="00BD6282">
        <w:trPr>
          <w:trHeight w:val="20"/>
        </w:trPr>
        <w:tc>
          <w:tcPr>
            <w:tcW w:w="326" w:type="pct"/>
            <w:vMerge/>
            <w:shd w:val="clear" w:color="auto" w:fill="D9D9D9" w:themeFill="background1" w:themeFillShade="D9"/>
            <w:vAlign w:val="center"/>
          </w:tcPr>
          <w:p w14:paraId="41DF58D2" w14:textId="77777777" w:rsidR="002D25DD" w:rsidRPr="00072363" w:rsidRDefault="002D25DD" w:rsidP="00BD6282">
            <w:pPr>
              <w:spacing w:after="0"/>
              <w:jc w:val="center"/>
              <w:rPr>
                <w:rFonts w:asciiTheme="majorHAnsi" w:eastAsia="Times New Roman" w:hAnsiTheme="majorHAnsi" w:cstheme="majorHAnsi"/>
                <w:b/>
                <w:sz w:val="22"/>
                <w:lang w:eastAsia="ja-JP"/>
              </w:rPr>
            </w:pPr>
          </w:p>
        </w:tc>
        <w:tc>
          <w:tcPr>
            <w:tcW w:w="3538" w:type="pct"/>
            <w:vMerge/>
            <w:vAlign w:val="center"/>
          </w:tcPr>
          <w:p w14:paraId="305F48A1" w14:textId="77777777" w:rsidR="002D25DD" w:rsidRPr="00072363" w:rsidRDefault="002D25DD" w:rsidP="00FC1781">
            <w:pPr>
              <w:spacing w:after="0"/>
              <w:rPr>
                <w:rFonts w:asciiTheme="majorHAnsi" w:eastAsia="Times New Roman" w:hAnsiTheme="majorHAnsi" w:cstheme="majorHAnsi"/>
                <w:b/>
                <w:sz w:val="22"/>
                <w:lang w:eastAsia="ja-JP"/>
              </w:rPr>
            </w:pPr>
          </w:p>
        </w:tc>
        <w:tc>
          <w:tcPr>
            <w:tcW w:w="606" w:type="pct"/>
            <w:vAlign w:val="center"/>
          </w:tcPr>
          <w:p w14:paraId="5272283F" w14:textId="6745C2FE" w:rsidR="002D25DD" w:rsidRPr="00072363" w:rsidRDefault="002D25DD" w:rsidP="00F86C21">
            <w:pPr>
              <w:spacing w:after="0"/>
              <w:jc w:val="center"/>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No</w:t>
            </w:r>
          </w:p>
        </w:tc>
        <w:sdt>
          <w:sdtPr>
            <w:rPr>
              <w:rFonts w:asciiTheme="majorHAnsi" w:eastAsia="Times New Roman" w:hAnsiTheme="majorHAnsi" w:cstheme="majorHAnsi"/>
              <w:sz w:val="22"/>
              <w:lang w:eastAsia="ja-JP"/>
            </w:rPr>
            <w:id w:val="-854345773"/>
            <w14:checkbox>
              <w14:checked w14:val="0"/>
              <w14:checkedState w14:val="2612" w14:font="MS Gothic"/>
              <w14:uncheckedState w14:val="2610" w14:font="MS Gothic"/>
            </w14:checkbox>
          </w:sdtPr>
          <w:sdtEndPr/>
          <w:sdtContent>
            <w:tc>
              <w:tcPr>
                <w:tcW w:w="530" w:type="pct"/>
                <w:vAlign w:val="center"/>
              </w:tcPr>
              <w:p w14:paraId="007ED7FA" w14:textId="7A5670B2" w:rsidR="002D25DD" w:rsidRPr="00072363" w:rsidRDefault="002D25DD" w:rsidP="00F86C21">
                <w:pPr>
                  <w:spacing w:after="0"/>
                  <w:jc w:val="center"/>
                  <w:rPr>
                    <w:rFonts w:asciiTheme="majorHAnsi" w:eastAsia="Times New Roman" w:hAnsiTheme="majorHAnsi" w:cstheme="majorHAnsi"/>
                    <w:sz w:val="22"/>
                    <w:lang w:eastAsia="ja-JP"/>
                  </w:rPr>
                </w:pPr>
                <w:r w:rsidRPr="00072363">
                  <w:rPr>
                    <w:rFonts w:ascii="Segoe UI Symbol" w:eastAsia="MS Gothic" w:hAnsi="Segoe UI Symbol" w:cs="Segoe UI Symbol"/>
                    <w:sz w:val="22"/>
                    <w:lang w:eastAsia="ja-JP"/>
                  </w:rPr>
                  <w:t>☐</w:t>
                </w:r>
              </w:p>
            </w:tc>
          </w:sdtContent>
        </w:sdt>
      </w:tr>
      <w:tr w:rsidR="002D25DD" w:rsidRPr="00072363" w14:paraId="41FDA8C5" w14:textId="77777777" w:rsidTr="00BD6282">
        <w:trPr>
          <w:trHeight w:val="20"/>
        </w:trPr>
        <w:tc>
          <w:tcPr>
            <w:tcW w:w="326" w:type="pct"/>
            <w:vMerge/>
            <w:shd w:val="clear" w:color="auto" w:fill="D9D9D9" w:themeFill="background1" w:themeFillShade="D9"/>
            <w:vAlign w:val="center"/>
          </w:tcPr>
          <w:p w14:paraId="4FC9C022" w14:textId="77777777" w:rsidR="002D25DD" w:rsidRPr="00072363" w:rsidRDefault="002D25DD" w:rsidP="00BD6282">
            <w:pPr>
              <w:spacing w:after="0"/>
              <w:jc w:val="center"/>
              <w:rPr>
                <w:rFonts w:asciiTheme="majorHAnsi" w:eastAsia="Times New Roman" w:hAnsiTheme="majorHAnsi" w:cstheme="majorHAnsi"/>
                <w:b/>
                <w:sz w:val="22"/>
                <w:lang w:eastAsia="ja-JP"/>
              </w:rPr>
            </w:pPr>
          </w:p>
        </w:tc>
        <w:tc>
          <w:tcPr>
            <w:tcW w:w="3538" w:type="pct"/>
            <w:vMerge/>
            <w:vAlign w:val="center"/>
          </w:tcPr>
          <w:p w14:paraId="09DCB5F1" w14:textId="77777777" w:rsidR="002D25DD" w:rsidRPr="00072363" w:rsidRDefault="002D25DD" w:rsidP="00FC1781">
            <w:pPr>
              <w:spacing w:after="0"/>
              <w:rPr>
                <w:rFonts w:asciiTheme="majorHAnsi" w:eastAsia="Times New Roman" w:hAnsiTheme="majorHAnsi" w:cstheme="majorHAnsi"/>
                <w:b/>
                <w:sz w:val="22"/>
                <w:lang w:eastAsia="ja-JP"/>
              </w:rPr>
            </w:pPr>
          </w:p>
        </w:tc>
        <w:tc>
          <w:tcPr>
            <w:tcW w:w="606" w:type="pct"/>
            <w:vAlign w:val="center"/>
          </w:tcPr>
          <w:p w14:paraId="733C8D01" w14:textId="01157AB0" w:rsidR="002D25DD" w:rsidRPr="00072363" w:rsidRDefault="002D25DD" w:rsidP="003E710D">
            <w:pPr>
              <w:spacing w:after="0"/>
              <w:jc w:val="center"/>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N/A</w:t>
            </w:r>
          </w:p>
        </w:tc>
        <w:sdt>
          <w:sdtPr>
            <w:rPr>
              <w:rFonts w:asciiTheme="majorHAnsi" w:eastAsia="Times New Roman" w:hAnsiTheme="majorHAnsi" w:cstheme="majorHAnsi"/>
              <w:sz w:val="22"/>
              <w:lang w:eastAsia="ja-JP"/>
            </w:rPr>
            <w:id w:val="537167407"/>
            <w14:checkbox>
              <w14:checked w14:val="0"/>
              <w14:checkedState w14:val="2612" w14:font="MS Gothic"/>
              <w14:uncheckedState w14:val="2610" w14:font="MS Gothic"/>
            </w14:checkbox>
          </w:sdtPr>
          <w:sdtEndPr/>
          <w:sdtContent>
            <w:tc>
              <w:tcPr>
                <w:tcW w:w="530" w:type="pct"/>
                <w:vAlign w:val="center"/>
              </w:tcPr>
              <w:p w14:paraId="74FA50E0" w14:textId="30107021" w:rsidR="002D25DD" w:rsidRPr="00072363" w:rsidRDefault="002D25DD" w:rsidP="003E710D">
                <w:pPr>
                  <w:spacing w:after="0"/>
                  <w:jc w:val="center"/>
                  <w:rPr>
                    <w:rFonts w:asciiTheme="majorHAnsi" w:eastAsia="Times New Roman" w:hAnsiTheme="majorHAnsi" w:cstheme="majorHAnsi"/>
                    <w:sz w:val="22"/>
                    <w:lang w:eastAsia="ja-JP"/>
                  </w:rPr>
                </w:pPr>
                <w:r w:rsidRPr="00072363">
                  <w:rPr>
                    <w:rFonts w:ascii="Segoe UI Symbol" w:eastAsia="MS Gothic" w:hAnsi="Segoe UI Symbol" w:cs="Segoe UI Symbol"/>
                    <w:sz w:val="22"/>
                    <w:lang w:eastAsia="ja-JP"/>
                  </w:rPr>
                  <w:t>☐</w:t>
                </w:r>
              </w:p>
            </w:tc>
          </w:sdtContent>
        </w:sdt>
      </w:tr>
      <w:tr w:rsidR="00F03ECB" w:rsidRPr="00072363" w14:paraId="1946DCAA" w14:textId="77777777" w:rsidTr="00BD6282">
        <w:trPr>
          <w:trHeight w:val="20"/>
        </w:trPr>
        <w:tc>
          <w:tcPr>
            <w:tcW w:w="326" w:type="pct"/>
            <w:vMerge w:val="restart"/>
            <w:shd w:val="clear" w:color="auto" w:fill="D9D9D9" w:themeFill="background1" w:themeFillShade="D9"/>
            <w:vAlign w:val="center"/>
          </w:tcPr>
          <w:p w14:paraId="0732ED0D" w14:textId="24FF5096" w:rsidR="00F03ECB" w:rsidRPr="00072363" w:rsidRDefault="00F03ECB" w:rsidP="00BD6282">
            <w:pPr>
              <w:spacing w:after="0"/>
              <w:jc w:val="center"/>
              <w:rPr>
                <w:rFonts w:asciiTheme="majorHAnsi" w:eastAsia="Times New Roman" w:hAnsiTheme="majorHAnsi" w:cstheme="majorHAnsi"/>
                <w:b/>
                <w:sz w:val="22"/>
                <w:lang w:eastAsia="ja-JP"/>
              </w:rPr>
            </w:pPr>
            <w:r w:rsidRPr="00072363">
              <w:rPr>
                <w:rFonts w:asciiTheme="majorHAnsi" w:eastAsia="Times New Roman" w:hAnsiTheme="majorHAnsi" w:cstheme="majorHAnsi"/>
                <w:b/>
                <w:sz w:val="22"/>
                <w:lang w:eastAsia="ja-JP"/>
              </w:rPr>
              <w:t>C.</w:t>
            </w:r>
          </w:p>
        </w:tc>
        <w:tc>
          <w:tcPr>
            <w:tcW w:w="4674" w:type="pct"/>
            <w:gridSpan w:val="3"/>
            <w:shd w:val="clear" w:color="auto" w:fill="D9D9D9" w:themeFill="background1" w:themeFillShade="D9"/>
            <w:vAlign w:val="center"/>
          </w:tcPr>
          <w:p w14:paraId="1B04914C" w14:textId="32625628" w:rsidR="00F03ECB" w:rsidRPr="00072363" w:rsidRDefault="00F03ECB" w:rsidP="00FC1781">
            <w:pPr>
              <w:spacing w:after="0"/>
              <w:rPr>
                <w:rFonts w:asciiTheme="majorHAnsi" w:eastAsia="Times New Roman" w:hAnsiTheme="majorHAnsi" w:cstheme="majorHAnsi"/>
                <w:sz w:val="22"/>
                <w:lang w:eastAsia="ja-JP"/>
              </w:rPr>
            </w:pPr>
            <w:r w:rsidRPr="00072363">
              <w:rPr>
                <w:rFonts w:asciiTheme="majorHAnsi" w:eastAsia="Times New Roman" w:hAnsiTheme="majorHAnsi" w:cstheme="majorHAnsi"/>
                <w:b/>
                <w:sz w:val="22"/>
                <w:lang w:eastAsia="ja-JP"/>
              </w:rPr>
              <w:t>INSURANCES</w:t>
            </w:r>
          </w:p>
        </w:tc>
      </w:tr>
      <w:tr w:rsidR="00A340B2" w:rsidRPr="00072363" w14:paraId="6E9D05E0" w14:textId="77777777" w:rsidTr="004750E5">
        <w:trPr>
          <w:trHeight w:val="20"/>
        </w:trPr>
        <w:tc>
          <w:tcPr>
            <w:tcW w:w="326" w:type="pct"/>
            <w:vMerge/>
            <w:shd w:val="clear" w:color="auto" w:fill="D9D9D9" w:themeFill="background1" w:themeFillShade="D9"/>
          </w:tcPr>
          <w:p w14:paraId="7EEE3417" w14:textId="77777777" w:rsidR="00A340B2" w:rsidRPr="00072363" w:rsidRDefault="00A340B2" w:rsidP="003E710D">
            <w:pPr>
              <w:spacing w:after="0"/>
              <w:rPr>
                <w:rFonts w:asciiTheme="majorHAnsi" w:eastAsia="Times New Roman" w:hAnsiTheme="majorHAnsi" w:cstheme="majorHAnsi"/>
                <w:sz w:val="22"/>
                <w:lang w:eastAsia="ja-JP"/>
              </w:rPr>
            </w:pPr>
          </w:p>
        </w:tc>
        <w:tc>
          <w:tcPr>
            <w:tcW w:w="3538" w:type="pct"/>
            <w:vMerge w:val="restart"/>
            <w:vAlign w:val="center"/>
          </w:tcPr>
          <w:p w14:paraId="57D32FB0" w14:textId="0C6C340A" w:rsidR="00A340B2" w:rsidRPr="00072363" w:rsidRDefault="00A340B2" w:rsidP="00FC1781">
            <w:pPr>
              <w:spacing w:after="0"/>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 xml:space="preserve">I confirm that we have the required insurance in place as outlines in section 3.2 of the RFT. </w:t>
            </w:r>
          </w:p>
        </w:tc>
        <w:tc>
          <w:tcPr>
            <w:tcW w:w="606" w:type="pct"/>
            <w:vAlign w:val="center"/>
          </w:tcPr>
          <w:p w14:paraId="5BD95EC2" w14:textId="7DC475F0" w:rsidR="00A340B2" w:rsidRPr="00072363" w:rsidRDefault="00A340B2" w:rsidP="003E710D">
            <w:pPr>
              <w:spacing w:after="0"/>
              <w:jc w:val="center"/>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Yes</w:t>
            </w:r>
          </w:p>
        </w:tc>
        <w:sdt>
          <w:sdtPr>
            <w:rPr>
              <w:rFonts w:asciiTheme="majorHAnsi" w:eastAsia="Times New Roman" w:hAnsiTheme="majorHAnsi" w:cstheme="majorHAnsi"/>
              <w:sz w:val="22"/>
              <w:lang w:eastAsia="ja-JP"/>
            </w:rPr>
            <w:id w:val="-356890575"/>
            <w14:checkbox>
              <w14:checked w14:val="0"/>
              <w14:checkedState w14:val="2612" w14:font="MS Gothic"/>
              <w14:uncheckedState w14:val="2610" w14:font="MS Gothic"/>
            </w14:checkbox>
          </w:sdtPr>
          <w:sdtEndPr/>
          <w:sdtContent>
            <w:tc>
              <w:tcPr>
                <w:tcW w:w="530" w:type="pct"/>
                <w:vAlign w:val="center"/>
              </w:tcPr>
              <w:p w14:paraId="3D1520ED" w14:textId="74ED7371" w:rsidR="00A340B2" w:rsidRPr="00072363" w:rsidRDefault="00A340B2" w:rsidP="003E710D">
                <w:pPr>
                  <w:spacing w:after="0"/>
                  <w:jc w:val="center"/>
                  <w:rPr>
                    <w:rFonts w:asciiTheme="majorHAnsi" w:eastAsia="Times New Roman" w:hAnsiTheme="majorHAnsi" w:cstheme="majorHAnsi"/>
                    <w:sz w:val="22"/>
                    <w:lang w:eastAsia="ja-JP"/>
                  </w:rPr>
                </w:pPr>
                <w:r w:rsidRPr="00072363">
                  <w:rPr>
                    <w:rFonts w:ascii="Segoe UI Symbol" w:eastAsia="MS Gothic" w:hAnsi="Segoe UI Symbol" w:cs="Segoe UI Symbol"/>
                    <w:sz w:val="22"/>
                    <w:lang w:eastAsia="ja-JP"/>
                  </w:rPr>
                  <w:t>☐</w:t>
                </w:r>
              </w:p>
            </w:tc>
          </w:sdtContent>
        </w:sdt>
      </w:tr>
      <w:tr w:rsidR="00A340B2" w:rsidRPr="00072363" w14:paraId="5BABABF1" w14:textId="77777777" w:rsidTr="004750E5">
        <w:trPr>
          <w:trHeight w:val="20"/>
        </w:trPr>
        <w:tc>
          <w:tcPr>
            <w:tcW w:w="326" w:type="pct"/>
            <w:vMerge/>
            <w:shd w:val="clear" w:color="auto" w:fill="D9D9D9" w:themeFill="background1" w:themeFillShade="D9"/>
          </w:tcPr>
          <w:p w14:paraId="753899A3" w14:textId="77777777" w:rsidR="00A340B2" w:rsidRPr="00072363" w:rsidRDefault="00A340B2" w:rsidP="003E710D">
            <w:pPr>
              <w:spacing w:after="0"/>
              <w:rPr>
                <w:rFonts w:asciiTheme="majorHAnsi" w:eastAsia="Times New Roman" w:hAnsiTheme="majorHAnsi" w:cstheme="majorHAnsi"/>
                <w:sz w:val="22"/>
                <w:lang w:eastAsia="ja-JP"/>
              </w:rPr>
            </w:pPr>
          </w:p>
        </w:tc>
        <w:tc>
          <w:tcPr>
            <w:tcW w:w="3538" w:type="pct"/>
            <w:vMerge/>
            <w:vAlign w:val="center"/>
          </w:tcPr>
          <w:p w14:paraId="0D445CC1" w14:textId="0CB41FE7" w:rsidR="00A340B2" w:rsidRPr="00072363" w:rsidRDefault="00A340B2" w:rsidP="00FC1781">
            <w:pPr>
              <w:spacing w:after="0"/>
              <w:rPr>
                <w:rFonts w:asciiTheme="majorHAnsi" w:eastAsia="Times New Roman" w:hAnsiTheme="majorHAnsi" w:cstheme="majorHAnsi"/>
                <w:sz w:val="22"/>
                <w:lang w:eastAsia="ja-JP"/>
              </w:rPr>
            </w:pPr>
          </w:p>
        </w:tc>
        <w:tc>
          <w:tcPr>
            <w:tcW w:w="606" w:type="pct"/>
            <w:vAlign w:val="center"/>
          </w:tcPr>
          <w:p w14:paraId="12A70047" w14:textId="1925C155" w:rsidR="00A340B2" w:rsidRPr="00072363" w:rsidRDefault="00A340B2" w:rsidP="003E710D">
            <w:pPr>
              <w:spacing w:after="0"/>
              <w:jc w:val="center"/>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No</w:t>
            </w:r>
          </w:p>
        </w:tc>
        <w:sdt>
          <w:sdtPr>
            <w:rPr>
              <w:rFonts w:asciiTheme="majorHAnsi" w:eastAsia="Times New Roman" w:hAnsiTheme="majorHAnsi" w:cstheme="majorHAnsi"/>
              <w:sz w:val="22"/>
              <w:lang w:eastAsia="ja-JP"/>
            </w:rPr>
            <w:id w:val="-841538790"/>
            <w14:checkbox>
              <w14:checked w14:val="0"/>
              <w14:checkedState w14:val="2612" w14:font="MS Gothic"/>
              <w14:uncheckedState w14:val="2610" w14:font="MS Gothic"/>
            </w14:checkbox>
          </w:sdtPr>
          <w:sdtEndPr/>
          <w:sdtContent>
            <w:tc>
              <w:tcPr>
                <w:tcW w:w="530" w:type="pct"/>
                <w:vAlign w:val="center"/>
              </w:tcPr>
              <w:p w14:paraId="2BC2650F" w14:textId="58769A3E" w:rsidR="00A340B2" w:rsidRPr="00072363" w:rsidRDefault="00A340B2" w:rsidP="003E710D">
                <w:pPr>
                  <w:spacing w:after="0"/>
                  <w:jc w:val="center"/>
                  <w:rPr>
                    <w:rFonts w:asciiTheme="majorHAnsi" w:eastAsia="Times New Roman" w:hAnsiTheme="majorHAnsi" w:cstheme="majorHAnsi"/>
                    <w:sz w:val="22"/>
                    <w:lang w:eastAsia="ja-JP"/>
                  </w:rPr>
                </w:pPr>
                <w:r w:rsidRPr="00072363">
                  <w:rPr>
                    <w:rFonts w:ascii="Segoe UI Symbol" w:eastAsia="MS Gothic" w:hAnsi="Segoe UI Symbol" w:cs="Segoe UI Symbol"/>
                    <w:sz w:val="22"/>
                    <w:lang w:eastAsia="ja-JP"/>
                  </w:rPr>
                  <w:t>☐</w:t>
                </w:r>
              </w:p>
            </w:tc>
          </w:sdtContent>
        </w:sdt>
      </w:tr>
      <w:tr w:rsidR="00A340B2" w:rsidRPr="00072363" w14:paraId="1E0BC462" w14:textId="77777777" w:rsidTr="004750E5">
        <w:trPr>
          <w:trHeight w:val="20"/>
        </w:trPr>
        <w:tc>
          <w:tcPr>
            <w:tcW w:w="326" w:type="pct"/>
            <w:vMerge/>
            <w:shd w:val="clear" w:color="auto" w:fill="D9D9D9" w:themeFill="background1" w:themeFillShade="D9"/>
          </w:tcPr>
          <w:p w14:paraId="4B652968" w14:textId="77777777" w:rsidR="00A340B2" w:rsidRPr="00072363" w:rsidRDefault="00A340B2" w:rsidP="003E710D">
            <w:pPr>
              <w:spacing w:after="180"/>
              <w:rPr>
                <w:rFonts w:asciiTheme="majorHAnsi" w:eastAsia="Times New Roman" w:hAnsiTheme="majorHAnsi" w:cstheme="majorHAnsi"/>
                <w:sz w:val="22"/>
                <w:lang w:eastAsia="ja-JP"/>
              </w:rPr>
            </w:pPr>
          </w:p>
        </w:tc>
        <w:tc>
          <w:tcPr>
            <w:tcW w:w="3538" w:type="pct"/>
            <w:vMerge/>
            <w:vAlign w:val="center"/>
          </w:tcPr>
          <w:p w14:paraId="02F26170" w14:textId="77777777" w:rsidR="00A340B2" w:rsidRPr="00072363" w:rsidRDefault="00A340B2" w:rsidP="00FC1781">
            <w:pPr>
              <w:spacing w:after="180"/>
              <w:rPr>
                <w:rFonts w:asciiTheme="majorHAnsi" w:eastAsia="Times New Roman" w:hAnsiTheme="majorHAnsi" w:cstheme="majorHAnsi"/>
                <w:sz w:val="22"/>
                <w:lang w:eastAsia="ja-JP"/>
              </w:rPr>
            </w:pPr>
          </w:p>
        </w:tc>
        <w:tc>
          <w:tcPr>
            <w:tcW w:w="606" w:type="pct"/>
            <w:vAlign w:val="center"/>
          </w:tcPr>
          <w:p w14:paraId="2790B352" w14:textId="797D6598" w:rsidR="00A340B2" w:rsidRPr="00072363" w:rsidRDefault="00A340B2" w:rsidP="003E710D">
            <w:pPr>
              <w:spacing w:after="0"/>
              <w:jc w:val="center"/>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N/A</w:t>
            </w:r>
          </w:p>
        </w:tc>
        <w:sdt>
          <w:sdtPr>
            <w:rPr>
              <w:rFonts w:asciiTheme="majorHAnsi" w:eastAsia="Times New Roman" w:hAnsiTheme="majorHAnsi" w:cstheme="majorHAnsi"/>
              <w:sz w:val="22"/>
              <w:lang w:eastAsia="ja-JP"/>
            </w:rPr>
            <w:id w:val="-1127315024"/>
            <w14:checkbox>
              <w14:checked w14:val="0"/>
              <w14:checkedState w14:val="2612" w14:font="MS Gothic"/>
              <w14:uncheckedState w14:val="2610" w14:font="MS Gothic"/>
            </w14:checkbox>
          </w:sdtPr>
          <w:sdtEndPr/>
          <w:sdtContent>
            <w:tc>
              <w:tcPr>
                <w:tcW w:w="530" w:type="pct"/>
                <w:vAlign w:val="center"/>
              </w:tcPr>
              <w:p w14:paraId="753C1C04" w14:textId="5AAF8276" w:rsidR="00A340B2" w:rsidRPr="00072363" w:rsidRDefault="00A340B2" w:rsidP="003E710D">
                <w:pPr>
                  <w:spacing w:after="0"/>
                  <w:jc w:val="center"/>
                  <w:rPr>
                    <w:rFonts w:asciiTheme="majorHAnsi" w:eastAsia="Times New Roman" w:hAnsiTheme="majorHAnsi" w:cstheme="majorHAnsi"/>
                    <w:sz w:val="22"/>
                    <w:lang w:eastAsia="ja-JP"/>
                  </w:rPr>
                </w:pPr>
                <w:r w:rsidRPr="00072363">
                  <w:rPr>
                    <w:rFonts w:ascii="Segoe UI Symbol" w:eastAsia="MS Gothic" w:hAnsi="Segoe UI Symbol" w:cs="Segoe UI Symbol"/>
                    <w:sz w:val="22"/>
                    <w:lang w:eastAsia="ja-JP"/>
                  </w:rPr>
                  <w:t>☐</w:t>
                </w:r>
              </w:p>
            </w:tc>
          </w:sdtContent>
        </w:sdt>
      </w:tr>
      <w:tr w:rsidR="00A340B2" w:rsidRPr="00072363" w14:paraId="77C382AA" w14:textId="77777777" w:rsidTr="004750E5">
        <w:trPr>
          <w:trHeight w:val="20"/>
        </w:trPr>
        <w:tc>
          <w:tcPr>
            <w:tcW w:w="326" w:type="pct"/>
            <w:vMerge/>
            <w:shd w:val="clear" w:color="auto" w:fill="D9D9D9" w:themeFill="background1" w:themeFillShade="D9"/>
          </w:tcPr>
          <w:p w14:paraId="1E54FC23" w14:textId="77777777" w:rsidR="00A340B2" w:rsidRPr="00072363" w:rsidRDefault="00A340B2" w:rsidP="003E710D">
            <w:pPr>
              <w:spacing w:after="180"/>
              <w:rPr>
                <w:rFonts w:asciiTheme="majorHAnsi" w:eastAsia="Times New Roman" w:hAnsiTheme="majorHAnsi" w:cstheme="majorHAnsi"/>
                <w:sz w:val="22"/>
                <w:lang w:eastAsia="ja-JP"/>
              </w:rPr>
            </w:pPr>
          </w:p>
        </w:tc>
        <w:tc>
          <w:tcPr>
            <w:tcW w:w="3538" w:type="pct"/>
            <w:vMerge w:val="restart"/>
            <w:vAlign w:val="center"/>
          </w:tcPr>
          <w:p w14:paraId="63F01EEE" w14:textId="713947CA" w:rsidR="00A340B2" w:rsidRPr="00072363" w:rsidRDefault="00A340B2" w:rsidP="00FC1781">
            <w:pPr>
              <w:spacing w:after="180"/>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 xml:space="preserve">I confirm that I will provide (promptly on request) evidence of all insurance in place. </w:t>
            </w:r>
          </w:p>
        </w:tc>
        <w:tc>
          <w:tcPr>
            <w:tcW w:w="606" w:type="pct"/>
            <w:vAlign w:val="center"/>
          </w:tcPr>
          <w:p w14:paraId="0DDF7D43" w14:textId="0A6502E0" w:rsidR="00A340B2" w:rsidRPr="00072363" w:rsidRDefault="00A340B2" w:rsidP="003E710D">
            <w:pPr>
              <w:spacing w:after="0"/>
              <w:jc w:val="center"/>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Yes</w:t>
            </w:r>
          </w:p>
        </w:tc>
        <w:sdt>
          <w:sdtPr>
            <w:rPr>
              <w:rFonts w:asciiTheme="majorHAnsi" w:eastAsia="Times New Roman" w:hAnsiTheme="majorHAnsi" w:cstheme="majorHAnsi"/>
              <w:sz w:val="22"/>
              <w:lang w:eastAsia="ja-JP"/>
            </w:rPr>
            <w:id w:val="-6757879"/>
            <w14:checkbox>
              <w14:checked w14:val="0"/>
              <w14:checkedState w14:val="2612" w14:font="MS Gothic"/>
              <w14:uncheckedState w14:val="2610" w14:font="MS Gothic"/>
            </w14:checkbox>
          </w:sdtPr>
          <w:sdtEndPr/>
          <w:sdtContent>
            <w:tc>
              <w:tcPr>
                <w:tcW w:w="530" w:type="pct"/>
                <w:vAlign w:val="center"/>
              </w:tcPr>
              <w:p w14:paraId="51D51CED" w14:textId="602BFFE6" w:rsidR="00A340B2" w:rsidRPr="00072363" w:rsidRDefault="00A340B2" w:rsidP="003E710D">
                <w:pPr>
                  <w:spacing w:after="0"/>
                  <w:jc w:val="center"/>
                  <w:rPr>
                    <w:rFonts w:asciiTheme="majorHAnsi" w:eastAsia="Times New Roman" w:hAnsiTheme="majorHAnsi" w:cstheme="majorHAnsi"/>
                    <w:sz w:val="22"/>
                    <w:lang w:eastAsia="ja-JP"/>
                  </w:rPr>
                </w:pPr>
                <w:r w:rsidRPr="00072363">
                  <w:rPr>
                    <w:rFonts w:ascii="Segoe UI Symbol" w:eastAsia="MS Gothic" w:hAnsi="Segoe UI Symbol" w:cs="Segoe UI Symbol"/>
                    <w:sz w:val="22"/>
                    <w:lang w:eastAsia="ja-JP"/>
                  </w:rPr>
                  <w:t>☐</w:t>
                </w:r>
              </w:p>
            </w:tc>
          </w:sdtContent>
        </w:sdt>
      </w:tr>
      <w:tr w:rsidR="00A340B2" w:rsidRPr="00072363" w14:paraId="3D642955" w14:textId="77777777" w:rsidTr="004750E5">
        <w:trPr>
          <w:trHeight w:val="20"/>
        </w:trPr>
        <w:tc>
          <w:tcPr>
            <w:tcW w:w="326" w:type="pct"/>
            <w:vMerge/>
            <w:shd w:val="clear" w:color="auto" w:fill="D9D9D9" w:themeFill="background1" w:themeFillShade="D9"/>
          </w:tcPr>
          <w:p w14:paraId="6C9AD487" w14:textId="77777777" w:rsidR="00A340B2" w:rsidRPr="00072363" w:rsidRDefault="00A340B2" w:rsidP="003E710D">
            <w:pPr>
              <w:spacing w:after="0"/>
              <w:rPr>
                <w:rFonts w:asciiTheme="majorHAnsi" w:eastAsia="Times New Roman" w:hAnsiTheme="majorHAnsi" w:cstheme="majorHAnsi"/>
                <w:sz w:val="22"/>
                <w:lang w:eastAsia="ja-JP"/>
              </w:rPr>
            </w:pPr>
          </w:p>
        </w:tc>
        <w:tc>
          <w:tcPr>
            <w:tcW w:w="3538" w:type="pct"/>
            <w:vMerge/>
            <w:vAlign w:val="center"/>
          </w:tcPr>
          <w:p w14:paraId="777B7EB0" w14:textId="59C16DB6" w:rsidR="00A340B2" w:rsidRPr="00072363" w:rsidRDefault="00A340B2" w:rsidP="00FC1781">
            <w:pPr>
              <w:spacing w:after="0"/>
              <w:rPr>
                <w:rFonts w:asciiTheme="majorHAnsi" w:eastAsia="Times New Roman" w:hAnsiTheme="majorHAnsi" w:cstheme="majorHAnsi"/>
                <w:sz w:val="22"/>
                <w:lang w:eastAsia="ja-JP"/>
              </w:rPr>
            </w:pPr>
          </w:p>
        </w:tc>
        <w:tc>
          <w:tcPr>
            <w:tcW w:w="606" w:type="pct"/>
            <w:vAlign w:val="center"/>
          </w:tcPr>
          <w:p w14:paraId="57B80D56" w14:textId="3D02A584" w:rsidR="00A340B2" w:rsidRPr="00072363" w:rsidRDefault="00A340B2" w:rsidP="003E710D">
            <w:pPr>
              <w:spacing w:after="0"/>
              <w:jc w:val="center"/>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No</w:t>
            </w:r>
          </w:p>
        </w:tc>
        <w:sdt>
          <w:sdtPr>
            <w:rPr>
              <w:rFonts w:asciiTheme="majorHAnsi" w:eastAsia="Times New Roman" w:hAnsiTheme="majorHAnsi" w:cstheme="majorHAnsi"/>
              <w:sz w:val="22"/>
              <w:lang w:eastAsia="ja-JP"/>
            </w:rPr>
            <w:id w:val="-469434279"/>
            <w14:checkbox>
              <w14:checked w14:val="0"/>
              <w14:checkedState w14:val="2612" w14:font="MS Gothic"/>
              <w14:uncheckedState w14:val="2610" w14:font="MS Gothic"/>
            </w14:checkbox>
          </w:sdtPr>
          <w:sdtEndPr/>
          <w:sdtContent>
            <w:tc>
              <w:tcPr>
                <w:tcW w:w="530" w:type="pct"/>
                <w:vAlign w:val="center"/>
              </w:tcPr>
              <w:p w14:paraId="4AE48F8E" w14:textId="3EE6553E" w:rsidR="00A340B2" w:rsidRPr="00072363" w:rsidRDefault="00F03ECB" w:rsidP="003E710D">
                <w:pPr>
                  <w:spacing w:after="0"/>
                  <w:jc w:val="center"/>
                  <w:rPr>
                    <w:rFonts w:asciiTheme="majorHAnsi" w:eastAsia="Times New Roman" w:hAnsiTheme="majorHAnsi" w:cstheme="majorHAnsi"/>
                    <w:sz w:val="22"/>
                    <w:lang w:eastAsia="ja-JP"/>
                  </w:rPr>
                </w:pPr>
                <w:r w:rsidRPr="00072363">
                  <w:rPr>
                    <w:rFonts w:ascii="Segoe UI Symbol" w:eastAsia="MS Gothic" w:hAnsi="Segoe UI Symbol" w:cs="Segoe UI Symbol"/>
                    <w:sz w:val="22"/>
                    <w:lang w:eastAsia="ja-JP"/>
                  </w:rPr>
                  <w:t>☐</w:t>
                </w:r>
              </w:p>
            </w:tc>
          </w:sdtContent>
        </w:sdt>
      </w:tr>
      <w:tr w:rsidR="00A340B2" w:rsidRPr="00072363" w14:paraId="4A92CF38" w14:textId="77777777" w:rsidTr="004750E5">
        <w:trPr>
          <w:trHeight w:val="20"/>
        </w:trPr>
        <w:tc>
          <w:tcPr>
            <w:tcW w:w="326" w:type="pct"/>
            <w:vMerge/>
            <w:shd w:val="clear" w:color="auto" w:fill="D9D9D9" w:themeFill="background1" w:themeFillShade="D9"/>
          </w:tcPr>
          <w:p w14:paraId="12108EDE" w14:textId="77777777" w:rsidR="00A340B2" w:rsidRPr="00072363" w:rsidRDefault="00A340B2" w:rsidP="003E710D">
            <w:pPr>
              <w:spacing w:after="0"/>
              <w:rPr>
                <w:rFonts w:asciiTheme="majorHAnsi" w:eastAsia="Times New Roman" w:hAnsiTheme="majorHAnsi" w:cstheme="majorHAnsi"/>
                <w:sz w:val="22"/>
                <w:lang w:eastAsia="ja-JP"/>
              </w:rPr>
            </w:pPr>
          </w:p>
        </w:tc>
        <w:tc>
          <w:tcPr>
            <w:tcW w:w="3538" w:type="pct"/>
            <w:vMerge/>
            <w:vAlign w:val="center"/>
          </w:tcPr>
          <w:p w14:paraId="204598D7" w14:textId="77777777" w:rsidR="00A340B2" w:rsidRPr="00072363" w:rsidRDefault="00A340B2" w:rsidP="00FC1781">
            <w:pPr>
              <w:spacing w:after="0"/>
              <w:rPr>
                <w:rFonts w:asciiTheme="majorHAnsi" w:eastAsia="Times New Roman" w:hAnsiTheme="majorHAnsi" w:cstheme="majorHAnsi"/>
                <w:sz w:val="22"/>
                <w:lang w:eastAsia="ja-JP"/>
              </w:rPr>
            </w:pPr>
          </w:p>
        </w:tc>
        <w:tc>
          <w:tcPr>
            <w:tcW w:w="606" w:type="pct"/>
            <w:vAlign w:val="center"/>
          </w:tcPr>
          <w:p w14:paraId="290540CE" w14:textId="1571599F" w:rsidR="00A340B2" w:rsidRPr="00072363" w:rsidRDefault="00A340B2" w:rsidP="003E710D">
            <w:pPr>
              <w:spacing w:after="0"/>
              <w:jc w:val="center"/>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N/A</w:t>
            </w:r>
          </w:p>
        </w:tc>
        <w:sdt>
          <w:sdtPr>
            <w:rPr>
              <w:rFonts w:asciiTheme="majorHAnsi" w:eastAsia="Times New Roman" w:hAnsiTheme="majorHAnsi" w:cstheme="majorHAnsi"/>
              <w:sz w:val="22"/>
              <w:lang w:eastAsia="ja-JP"/>
            </w:rPr>
            <w:id w:val="-1908209728"/>
            <w14:checkbox>
              <w14:checked w14:val="0"/>
              <w14:checkedState w14:val="2612" w14:font="MS Gothic"/>
              <w14:uncheckedState w14:val="2610" w14:font="MS Gothic"/>
            </w14:checkbox>
          </w:sdtPr>
          <w:sdtEndPr/>
          <w:sdtContent>
            <w:tc>
              <w:tcPr>
                <w:tcW w:w="530" w:type="pct"/>
                <w:vAlign w:val="center"/>
              </w:tcPr>
              <w:p w14:paraId="4993EA5D" w14:textId="3887E7A1" w:rsidR="00A340B2" w:rsidRPr="00072363" w:rsidRDefault="00A340B2" w:rsidP="003E710D">
                <w:pPr>
                  <w:spacing w:after="0"/>
                  <w:jc w:val="center"/>
                  <w:rPr>
                    <w:rFonts w:asciiTheme="majorHAnsi" w:eastAsia="Times New Roman" w:hAnsiTheme="majorHAnsi" w:cstheme="majorHAnsi"/>
                    <w:sz w:val="22"/>
                    <w:lang w:eastAsia="ja-JP"/>
                  </w:rPr>
                </w:pPr>
                <w:r w:rsidRPr="00072363">
                  <w:rPr>
                    <w:rFonts w:ascii="Segoe UI Symbol" w:eastAsia="MS Gothic" w:hAnsi="Segoe UI Symbol" w:cs="Segoe UI Symbol"/>
                    <w:sz w:val="22"/>
                    <w:lang w:eastAsia="ja-JP"/>
                  </w:rPr>
                  <w:t>☐</w:t>
                </w:r>
              </w:p>
            </w:tc>
          </w:sdtContent>
        </w:sdt>
      </w:tr>
      <w:tr w:rsidR="00A340B2" w:rsidRPr="00072363" w14:paraId="4665FCD0" w14:textId="77777777" w:rsidTr="00FC1781">
        <w:trPr>
          <w:trHeight w:val="20"/>
        </w:trPr>
        <w:tc>
          <w:tcPr>
            <w:tcW w:w="326" w:type="pct"/>
            <w:vMerge/>
            <w:shd w:val="clear" w:color="auto" w:fill="D9D9D9" w:themeFill="background1" w:themeFillShade="D9"/>
          </w:tcPr>
          <w:p w14:paraId="2FF8993D" w14:textId="77777777" w:rsidR="00A340B2" w:rsidRPr="00072363" w:rsidRDefault="00A340B2" w:rsidP="003E710D">
            <w:pPr>
              <w:spacing w:after="0"/>
              <w:rPr>
                <w:rFonts w:asciiTheme="majorHAnsi" w:eastAsia="Times New Roman" w:hAnsiTheme="majorHAnsi" w:cstheme="majorHAnsi"/>
                <w:sz w:val="22"/>
                <w:lang w:eastAsia="ja-JP"/>
              </w:rPr>
            </w:pPr>
          </w:p>
        </w:tc>
        <w:tc>
          <w:tcPr>
            <w:tcW w:w="4674" w:type="pct"/>
            <w:gridSpan w:val="3"/>
            <w:vAlign w:val="center"/>
          </w:tcPr>
          <w:p w14:paraId="1FA98BD4" w14:textId="2B8F5CDA" w:rsidR="00A340B2" w:rsidRPr="00072363" w:rsidRDefault="00A340B2" w:rsidP="00FC1781">
            <w:pPr>
              <w:spacing w:after="0"/>
              <w:rPr>
                <w:rFonts w:asciiTheme="majorHAnsi" w:eastAsia="Times New Roman" w:hAnsiTheme="majorHAnsi" w:cstheme="majorHAnsi"/>
                <w:i/>
                <w:iCs/>
                <w:sz w:val="22"/>
                <w:u w:val="single"/>
                <w:lang w:eastAsia="ja-JP"/>
              </w:rPr>
            </w:pPr>
            <w:r w:rsidRPr="00072363">
              <w:rPr>
                <w:rFonts w:asciiTheme="majorHAnsi" w:eastAsia="Times New Roman" w:hAnsiTheme="majorHAnsi" w:cstheme="majorHAnsi"/>
                <w:i/>
                <w:iCs/>
                <w:sz w:val="22"/>
                <w:u w:val="single"/>
                <w:lang w:eastAsia="ja-JP"/>
              </w:rPr>
              <w:t>OR</w:t>
            </w:r>
          </w:p>
        </w:tc>
      </w:tr>
      <w:tr w:rsidR="00A340B2" w:rsidRPr="00072363" w14:paraId="5D070328" w14:textId="77777777" w:rsidTr="004750E5">
        <w:trPr>
          <w:trHeight w:val="20"/>
        </w:trPr>
        <w:tc>
          <w:tcPr>
            <w:tcW w:w="326" w:type="pct"/>
            <w:vMerge/>
            <w:shd w:val="clear" w:color="auto" w:fill="D9D9D9" w:themeFill="background1" w:themeFillShade="D9"/>
          </w:tcPr>
          <w:p w14:paraId="35832B03" w14:textId="77777777" w:rsidR="00A340B2" w:rsidRPr="00072363" w:rsidRDefault="00A340B2" w:rsidP="00D5489B">
            <w:pPr>
              <w:spacing w:after="0"/>
              <w:rPr>
                <w:rFonts w:asciiTheme="majorHAnsi" w:eastAsia="Times New Roman" w:hAnsiTheme="majorHAnsi" w:cstheme="majorHAnsi"/>
                <w:sz w:val="22"/>
                <w:lang w:eastAsia="ja-JP"/>
              </w:rPr>
            </w:pPr>
          </w:p>
        </w:tc>
        <w:tc>
          <w:tcPr>
            <w:tcW w:w="3538" w:type="pct"/>
            <w:vMerge w:val="restart"/>
            <w:vAlign w:val="center"/>
          </w:tcPr>
          <w:p w14:paraId="0415DE98" w14:textId="7F8AACD5" w:rsidR="00A340B2" w:rsidRPr="00072363" w:rsidRDefault="00A340B2" w:rsidP="00FC1781">
            <w:pPr>
              <w:spacing w:after="0"/>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I confirm that I will provide (promptly on request) a letter from an Insurance Broker confirming that the required levels could be put in place if successful.</w:t>
            </w:r>
          </w:p>
        </w:tc>
        <w:tc>
          <w:tcPr>
            <w:tcW w:w="606" w:type="pct"/>
            <w:vAlign w:val="center"/>
          </w:tcPr>
          <w:p w14:paraId="56093227" w14:textId="6246B3FE" w:rsidR="00A340B2" w:rsidRPr="00072363" w:rsidRDefault="00A340B2" w:rsidP="00D5489B">
            <w:pPr>
              <w:spacing w:after="0"/>
              <w:jc w:val="center"/>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Yes</w:t>
            </w:r>
          </w:p>
        </w:tc>
        <w:sdt>
          <w:sdtPr>
            <w:rPr>
              <w:rFonts w:asciiTheme="majorHAnsi" w:eastAsia="Times New Roman" w:hAnsiTheme="majorHAnsi" w:cstheme="majorHAnsi"/>
              <w:sz w:val="22"/>
              <w:lang w:eastAsia="ja-JP"/>
            </w:rPr>
            <w:id w:val="226341870"/>
            <w14:checkbox>
              <w14:checked w14:val="0"/>
              <w14:checkedState w14:val="2612" w14:font="MS Gothic"/>
              <w14:uncheckedState w14:val="2610" w14:font="MS Gothic"/>
            </w14:checkbox>
          </w:sdtPr>
          <w:sdtEndPr/>
          <w:sdtContent>
            <w:tc>
              <w:tcPr>
                <w:tcW w:w="530" w:type="pct"/>
                <w:vAlign w:val="center"/>
              </w:tcPr>
              <w:p w14:paraId="39D5E034" w14:textId="4D73FADA" w:rsidR="00A340B2" w:rsidRPr="00072363" w:rsidRDefault="00A340B2" w:rsidP="00D5489B">
                <w:pPr>
                  <w:spacing w:after="0"/>
                  <w:jc w:val="center"/>
                  <w:rPr>
                    <w:rFonts w:asciiTheme="majorHAnsi" w:eastAsia="Times New Roman" w:hAnsiTheme="majorHAnsi" w:cstheme="majorHAnsi"/>
                    <w:sz w:val="22"/>
                    <w:lang w:eastAsia="ja-JP"/>
                  </w:rPr>
                </w:pPr>
                <w:r w:rsidRPr="00072363">
                  <w:rPr>
                    <w:rFonts w:ascii="Segoe UI Symbol" w:eastAsia="MS Gothic" w:hAnsi="Segoe UI Symbol" w:cs="Segoe UI Symbol"/>
                    <w:sz w:val="22"/>
                    <w:lang w:eastAsia="ja-JP"/>
                  </w:rPr>
                  <w:t>☐</w:t>
                </w:r>
              </w:p>
            </w:tc>
          </w:sdtContent>
        </w:sdt>
      </w:tr>
      <w:tr w:rsidR="00A340B2" w:rsidRPr="007040A0" w14:paraId="379BE600" w14:textId="77777777" w:rsidTr="004750E5">
        <w:trPr>
          <w:trHeight w:val="20"/>
        </w:trPr>
        <w:tc>
          <w:tcPr>
            <w:tcW w:w="326" w:type="pct"/>
            <w:vMerge/>
            <w:shd w:val="clear" w:color="auto" w:fill="D9D9D9" w:themeFill="background1" w:themeFillShade="D9"/>
          </w:tcPr>
          <w:p w14:paraId="660B2D17" w14:textId="77777777" w:rsidR="00A340B2" w:rsidRPr="007040A0" w:rsidRDefault="00A340B2" w:rsidP="00D5489B">
            <w:pPr>
              <w:spacing w:after="0"/>
              <w:rPr>
                <w:rFonts w:asciiTheme="majorHAnsi" w:eastAsia="Times New Roman" w:hAnsiTheme="majorHAnsi" w:cstheme="majorHAnsi"/>
                <w:sz w:val="22"/>
                <w:lang w:eastAsia="ja-JP"/>
              </w:rPr>
            </w:pPr>
          </w:p>
        </w:tc>
        <w:tc>
          <w:tcPr>
            <w:tcW w:w="3538" w:type="pct"/>
            <w:vMerge/>
          </w:tcPr>
          <w:p w14:paraId="55CDAB43" w14:textId="77777777" w:rsidR="00A340B2" w:rsidRPr="007040A0" w:rsidRDefault="00A340B2" w:rsidP="00D5489B">
            <w:pPr>
              <w:spacing w:after="0"/>
              <w:rPr>
                <w:rFonts w:asciiTheme="majorHAnsi" w:eastAsia="Times New Roman" w:hAnsiTheme="majorHAnsi" w:cstheme="majorHAnsi"/>
                <w:sz w:val="22"/>
                <w:lang w:eastAsia="ja-JP"/>
              </w:rPr>
            </w:pPr>
          </w:p>
        </w:tc>
        <w:tc>
          <w:tcPr>
            <w:tcW w:w="606" w:type="pct"/>
            <w:vAlign w:val="center"/>
          </w:tcPr>
          <w:p w14:paraId="4E30165C" w14:textId="27ADDC95" w:rsidR="00A340B2" w:rsidRDefault="00A340B2" w:rsidP="00D5489B">
            <w:pPr>
              <w:spacing w:after="0"/>
              <w:jc w:val="center"/>
              <w:rPr>
                <w:rFonts w:asciiTheme="majorHAnsi" w:eastAsia="Times New Roman" w:hAnsiTheme="majorHAnsi" w:cstheme="majorHAnsi"/>
                <w:sz w:val="22"/>
                <w:lang w:eastAsia="ja-JP"/>
              </w:rPr>
            </w:pPr>
            <w:r w:rsidRPr="007040A0">
              <w:rPr>
                <w:rFonts w:asciiTheme="majorHAnsi" w:eastAsia="Times New Roman" w:hAnsiTheme="majorHAnsi" w:cstheme="majorHAnsi"/>
                <w:sz w:val="22"/>
                <w:lang w:eastAsia="ja-JP"/>
              </w:rPr>
              <w:t>No</w:t>
            </w:r>
          </w:p>
        </w:tc>
        <w:sdt>
          <w:sdtPr>
            <w:rPr>
              <w:rFonts w:asciiTheme="majorHAnsi" w:eastAsia="Times New Roman" w:hAnsiTheme="majorHAnsi" w:cstheme="majorHAnsi"/>
              <w:sz w:val="22"/>
              <w:lang w:eastAsia="ja-JP"/>
            </w:rPr>
            <w:id w:val="211626441"/>
            <w14:checkbox>
              <w14:checked w14:val="0"/>
              <w14:checkedState w14:val="2612" w14:font="MS Gothic"/>
              <w14:uncheckedState w14:val="2610" w14:font="MS Gothic"/>
            </w14:checkbox>
          </w:sdtPr>
          <w:sdtEndPr/>
          <w:sdtContent>
            <w:tc>
              <w:tcPr>
                <w:tcW w:w="530" w:type="pct"/>
                <w:vAlign w:val="center"/>
              </w:tcPr>
              <w:p w14:paraId="25D6AC47" w14:textId="4DBE30AA" w:rsidR="00A340B2" w:rsidRPr="007040A0" w:rsidRDefault="00F03ECB" w:rsidP="00D5489B">
                <w:pPr>
                  <w:spacing w:after="0"/>
                  <w:jc w:val="center"/>
                  <w:rPr>
                    <w:rFonts w:asciiTheme="majorHAnsi" w:eastAsia="Times New Roman" w:hAnsiTheme="majorHAnsi" w:cstheme="majorHAnsi"/>
                    <w:sz w:val="22"/>
                    <w:lang w:eastAsia="ja-JP"/>
                  </w:rPr>
                </w:pPr>
                <w:r>
                  <w:rPr>
                    <w:rFonts w:ascii="MS Gothic" w:eastAsia="MS Gothic" w:hAnsi="MS Gothic" w:cstheme="majorHAnsi" w:hint="eastAsia"/>
                    <w:sz w:val="22"/>
                    <w:lang w:eastAsia="ja-JP"/>
                  </w:rPr>
                  <w:t>☐</w:t>
                </w:r>
              </w:p>
            </w:tc>
          </w:sdtContent>
        </w:sdt>
      </w:tr>
      <w:tr w:rsidR="00A340B2" w:rsidRPr="007040A0" w14:paraId="07CEF863" w14:textId="77777777" w:rsidTr="004750E5">
        <w:trPr>
          <w:trHeight w:val="20"/>
        </w:trPr>
        <w:tc>
          <w:tcPr>
            <w:tcW w:w="326" w:type="pct"/>
            <w:vMerge/>
            <w:shd w:val="clear" w:color="auto" w:fill="D9D9D9" w:themeFill="background1" w:themeFillShade="D9"/>
          </w:tcPr>
          <w:p w14:paraId="72D36F67" w14:textId="77777777" w:rsidR="00A340B2" w:rsidRPr="007040A0" w:rsidRDefault="00A340B2" w:rsidP="00D5489B">
            <w:pPr>
              <w:spacing w:after="0"/>
              <w:rPr>
                <w:rFonts w:asciiTheme="majorHAnsi" w:eastAsia="Times New Roman" w:hAnsiTheme="majorHAnsi" w:cstheme="majorHAnsi"/>
                <w:sz w:val="22"/>
                <w:lang w:eastAsia="ja-JP"/>
              </w:rPr>
            </w:pPr>
          </w:p>
        </w:tc>
        <w:tc>
          <w:tcPr>
            <w:tcW w:w="3538" w:type="pct"/>
            <w:vMerge/>
          </w:tcPr>
          <w:p w14:paraId="3465C7B7" w14:textId="77777777" w:rsidR="00A340B2" w:rsidRPr="007040A0" w:rsidRDefault="00A340B2" w:rsidP="00D5489B">
            <w:pPr>
              <w:spacing w:after="0"/>
              <w:rPr>
                <w:rFonts w:asciiTheme="majorHAnsi" w:eastAsia="Times New Roman" w:hAnsiTheme="majorHAnsi" w:cstheme="majorHAnsi"/>
                <w:sz w:val="22"/>
                <w:lang w:eastAsia="ja-JP"/>
              </w:rPr>
            </w:pPr>
          </w:p>
        </w:tc>
        <w:tc>
          <w:tcPr>
            <w:tcW w:w="606" w:type="pct"/>
            <w:vAlign w:val="center"/>
          </w:tcPr>
          <w:p w14:paraId="3FAB96B7" w14:textId="53F18F28" w:rsidR="00A340B2" w:rsidRDefault="00A340B2" w:rsidP="00D5489B">
            <w:pPr>
              <w:spacing w:after="0"/>
              <w:jc w:val="center"/>
              <w:rPr>
                <w:rFonts w:asciiTheme="majorHAnsi" w:eastAsia="Times New Roman" w:hAnsiTheme="majorHAnsi" w:cstheme="majorHAnsi"/>
                <w:sz w:val="22"/>
                <w:lang w:eastAsia="ja-JP"/>
              </w:rPr>
            </w:pPr>
            <w:r>
              <w:rPr>
                <w:rFonts w:asciiTheme="majorHAnsi" w:eastAsia="Times New Roman" w:hAnsiTheme="majorHAnsi" w:cstheme="majorHAnsi"/>
                <w:sz w:val="22"/>
                <w:lang w:eastAsia="ja-JP"/>
              </w:rPr>
              <w:t>N/A</w:t>
            </w:r>
          </w:p>
        </w:tc>
        <w:sdt>
          <w:sdtPr>
            <w:rPr>
              <w:rFonts w:asciiTheme="majorHAnsi" w:eastAsia="Times New Roman" w:hAnsiTheme="majorHAnsi" w:cstheme="majorHAnsi"/>
              <w:sz w:val="22"/>
              <w:lang w:eastAsia="ja-JP"/>
            </w:rPr>
            <w:id w:val="1561442750"/>
            <w14:checkbox>
              <w14:checked w14:val="0"/>
              <w14:checkedState w14:val="2612" w14:font="MS Gothic"/>
              <w14:uncheckedState w14:val="2610" w14:font="MS Gothic"/>
            </w14:checkbox>
          </w:sdtPr>
          <w:sdtEndPr/>
          <w:sdtContent>
            <w:tc>
              <w:tcPr>
                <w:tcW w:w="530" w:type="pct"/>
                <w:vAlign w:val="center"/>
              </w:tcPr>
              <w:p w14:paraId="34C1BF27" w14:textId="750DD449" w:rsidR="00A340B2" w:rsidRPr="007040A0" w:rsidRDefault="00A340B2" w:rsidP="00D5489B">
                <w:pPr>
                  <w:spacing w:after="0"/>
                  <w:jc w:val="center"/>
                  <w:rPr>
                    <w:rFonts w:asciiTheme="majorHAnsi" w:eastAsia="Times New Roman" w:hAnsiTheme="majorHAnsi" w:cstheme="majorHAnsi"/>
                    <w:sz w:val="22"/>
                    <w:lang w:eastAsia="ja-JP"/>
                  </w:rPr>
                </w:pPr>
                <w:r w:rsidRPr="007040A0">
                  <w:rPr>
                    <w:rFonts w:ascii="Segoe UI Symbol" w:eastAsia="MS Gothic" w:hAnsi="Segoe UI Symbol" w:cs="Segoe UI Symbol"/>
                    <w:sz w:val="22"/>
                    <w:lang w:eastAsia="ja-JP"/>
                  </w:rPr>
                  <w:t>☐</w:t>
                </w:r>
              </w:p>
            </w:tc>
          </w:sdtContent>
        </w:sdt>
      </w:tr>
    </w:tbl>
    <w:p w14:paraId="4A800B34" w14:textId="77777777" w:rsidR="00BD6282" w:rsidRDefault="00BD6282" w:rsidP="00BD6282">
      <w:pPr>
        <w:spacing w:after="180" w:line="288" w:lineRule="auto"/>
        <w:rPr>
          <w:rFonts w:asciiTheme="minorHAnsi" w:eastAsia="Times New Roman" w:hAnsiTheme="minorHAnsi" w:cstheme="minorHAnsi"/>
          <w:color w:val="404040"/>
          <w:szCs w:val="18"/>
          <w:lang w:eastAsia="ja-JP"/>
        </w:rPr>
      </w:pPr>
    </w:p>
    <w:p w14:paraId="3CC7D8B2" w14:textId="77777777" w:rsidR="00BD6282" w:rsidRDefault="00BD6282" w:rsidP="00BD6282">
      <w:pPr>
        <w:spacing w:after="180" w:line="288" w:lineRule="auto"/>
        <w:rPr>
          <w:rFonts w:asciiTheme="minorHAnsi" w:eastAsia="Times New Roman" w:hAnsiTheme="minorHAnsi" w:cstheme="minorHAnsi"/>
          <w:color w:val="404040"/>
          <w:szCs w:val="18"/>
          <w:lang w:eastAsia="ja-JP"/>
        </w:rPr>
      </w:pPr>
    </w:p>
    <w:p w14:paraId="3E1D1670" w14:textId="77777777" w:rsidR="00BD6282" w:rsidRDefault="00BD6282" w:rsidP="00BD6282">
      <w:pPr>
        <w:spacing w:after="180" w:line="288" w:lineRule="auto"/>
        <w:rPr>
          <w:rFonts w:asciiTheme="minorHAnsi" w:eastAsia="Times New Roman" w:hAnsiTheme="minorHAnsi" w:cstheme="minorHAnsi"/>
          <w:color w:val="404040"/>
          <w:szCs w:val="18"/>
          <w:lang w:eastAsia="ja-JP"/>
        </w:rPr>
      </w:pPr>
    </w:p>
    <w:p w14:paraId="01D47A6D" w14:textId="77777777" w:rsidR="00BD6282" w:rsidRDefault="00BD6282" w:rsidP="00BD6282">
      <w:pPr>
        <w:spacing w:after="180" w:line="288" w:lineRule="auto"/>
        <w:rPr>
          <w:rFonts w:asciiTheme="minorHAnsi" w:eastAsia="Times New Roman" w:hAnsiTheme="minorHAnsi" w:cstheme="minorHAnsi"/>
          <w:color w:val="404040"/>
          <w:szCs w:val="18"/>
          <w:lang w:eastAsia="ja-JP"/>
        </w:rPr>
      </w:pPr>
    </w:p>
    <w:p w14:paraId="5692593B" w14:textId="6D3C72FE" w:rsidR="001968BE" w:rsidRPr="006D1439" w:rsidRDefault="002C5229" w:rsidP="006D1439">
      <w:pPr>
        <w:spacing w:after="180" w:line="288" w:lineRule="auto"/>
        <w:rPr>
          <w:rFonts w:asciiTheme="minorHAnsi" w:eastAsia="Times New Roman" w:hAnsiTheme="minorHAnsi" w:cstheme="minorHAnsi"/>
          <w:color w:val="404040"/>
          <w:szCs w:val="18"/>
          <w:lang w:eastAsia="ja-JP"/>
        </w:rPr>
      </w:pPr>
      <w:r>
        <w:rPr>
          <w:rFonts w:asciiTheme="minorHAnsi" w:eastAsia="Times New Roman" w:hAnsiTheme="minorHAnsi" w:cstheme="minorHAnsi"/>
          <w:color w:val="404040"/>
          <w:lang w:eastAsia="ja-JP"/>
        </w:rPr>
        <w:br/>
      </w:r>
    </w:p>
    <w:p w14:paraId="4CA926FB" w14:textId="5806B747" w:rsidR="00A96B7C" w:rsidRPr="00BD6282" w:rsidRDefault="009D18CF" w:rsidP="004D3388">
      <w:pPr>
        <w:pStyle w:val="ListParagraph"/>
        <w:numPr>
          <w:ilvl w:val="0"/>
          <w:numId w:val="8"/>
        </w:numPr>
        <w:spacing w:after="0" w:line="260" w:lineRule="exact"/>
        <w:rPr>
          <w:rFonts w:asciiTheme="majorHAnsi" w:hAnsiTheme="majorHAnsi" w:cstheme="majorHAnsi"/>
          <w:b/>
          <w:bCs/>
          <w:sz w:val="26"/>
          <w:szCs w:val="26"/>
        </w:rPr>
      </w:pPr>
      <w:r w:rsidRPr="00BD6282">
        <w:rPr>
          <w:rFonts w:asciiTheme="majorHAnsi" w:hAnsiTheme="majorHAnsi" w:cstheme="majorHAnsi"/>
          <w:b/>
          <w:bCs/>
          <w:sz w:val="26"/>
          <w:szCs w:val="26"/>
        </w:rPr>
        <w:lastRenderedPageBreak/>
        <w:t xml:space="preserve">Technical and Professional Ability. </w:t>
      </w:r>
    </w:p>
    <w:p w14:paraId="02EEE8DF" w14:textId="77777777" w:rsidR="00BD6282" w:rsidRDefault="00BD6282" w:rsidP="009D18CF">
      <w:pPr>
        <w:spacing w:after="0" w:line="260" w:lineRule="exact"/>
        <w:rPr>
          <w:rFonts w:asciiTheme="majorHAnsi" w:eastAsia="Times New Roman" w:hAnsiTheme="majorHAnsi" w:cstheme="majorHAnsi"/>
          <w:sz w:val="22"/>
          <w:lang w:eastAsia="ja-JP"/>
        </w:rPr>
      </w:pPr>
    </w:p>
    <w:p w14:paraId="0CBA449A" w14:textId="5C6A744A" w:rsidR="00BD6282" w:rsidRDefault="00360DDD" w:rsidP="009D18CF">
      <w:pPr>
        <w:spacing w:after="0" w:line="260" w:lineRule="exact"/>
        <w:rPr>
          <w:rFonts w:asciiTheme="majorHAnsi" w:eastAsia="Times New Roman" w:hAnsiTheme="majorHAnsi" w:cstheme="majorHAnsi"/>
          <w:sz w:val="22"/>
          <w:lang w:eastAsia="ja-JP"/>
        </w:rPr>
      </w:pPr>
      <w:r w:rsidRPr="007B17CF">
        <w:rPr>
          <w:rFonts w:asciiTheme="majorHAnsi" w:eastAsia="Times New Roman" w:hAnsiTheme="majorHAnsi" w:cstheme="majorHAnsi"/>
          <w:sz w:val="22"/>
          <w:lang w:eastAsia="ja-JP"/>
        </w:rPr>
        <w:t xml:space="preserve">Tenderers must demonstrate successful delivery of </w:t>
      </w:r>
      <w:r w:rsidR="004933B6">
        <w:rPr>
          <w:rFonts w:asciiTheme="majorHAnsi" w:eastAsia="Times New Roman" w:hAnsiTheme="majorHAnsi" w:cstheme="majorHAnsi"/>
          <w:sz w:val="22"/>
          <w:lang w:eastAsia="ja-JP"/>
        </w:rPr>
        <w:t>2</w:t>
      </w:r>
      <w:r w:rsidRPr="007B17CF">
        <w:rPr>
          <w:rFonts w:asciiTheme="majorHAnsi" w:eastAsia="Times New Roman" w:hAnsiTheme="majorHAnsi" w:cstheme="majorHAnsi"/>
          <w:sz w:val="22"/>
          <w:lang w:eastAsia="ja-JP"/>
        </w:rPr>
        <w:t xml:space="preserve"> previous comparable projects involving the components detailed within the recent past. </w:t>
      </w:r>
    </w:p>
    <w:p w14:paraId="3BE34D07" w14:textId="22685BC6" w:rsidR="009D18CF" w:rsidRPr="007B17CF" w:rsidRDefault="009D18CF" w:rsidP="009D18CF">
      <w:pPr>
        <w:spacing w:after="0" w:line="260" w:lineRule="exact"/>
        <w:rPr>
          <w:rFonts w:asciiTheme="majorHAnsi" w:eastAsia="Times New Roman" w:hAnsiTheme="majorHAnsi" w:cstheme="majorHAnsi"/>
          <w:sz w:val="22"/>
          <w:lang w:eastAsia="ja-JP"/>
        </w:rPr>
      </w:pPr>
      <w:r w:rsidRPr="007B17CF">
        <w:rPr>
          <w:rFonts w:asciiTheme="majorHAnsi" w:hAnsiTheme="majorHAnsi" w:cstheme="majorHAnsi"/>
          <w:sz w:val="22"/>
        </w:rPr>
        <w:t xml:space="preserve">Please refer to section 3.2 of the RFT for more information. </w:t>
      </w:r>
    </w:p>
    <w:p w14:paraId="033695AB" w14:textId="4C2418FF" w:rsidR="00197CDB" w:rsidRPr="00197CDB" w:rsidRDefault="00197CDB" w:rsidP="00197CDB">
      <w:pPr>
        <w:spacing w:after="0" w:line="260" w:lineRule="exact"/>
        <w:rPr>
          <w:rFonts w:ascii="Arial" w:hAnsi="Arial" w:cs="Arial"/>
          <w:szCs w:val="21"/>
        </w:rPr>
      </w:pPr>
      <w:r w:rsidRPr="00197CDB">
        <w:rPr>
          <w:rFonts w:ascii="Arial" w:hAnsi="Arial" w:cs="Arial"/>
          <w:szCs w:val="21"/>
        </w:rPr>
        <w:t xml:space="preserve"> </w:t>
      </w:r>
    </w:p>
    <w:tbl>
      <w:tblPr>
        <w:tblStyle w:val="TableGrid"/>
        <w:tblW w:w="0" w:type="auto"/>
        <w:tblLayout w:type="fixed"/>
        <w:tblLook w:val="04A0" w:firstRow="1" w:lastRow="0" w:firstColumn="1" w:lastColumn="0" w:noHBand="0" w:noVBand="1"/>
      </w:tblPr>
      <w:tblGrid>
        <w:gridCol w:w="3119"/>
        <w:gridCol w:w="5953"/>
      </w:tblGrid>
      <w:tr w:rsidR="00E31D35" w:rsidRPr="00006087" w14:paraId="2F81588A" w14:textId="77777777" w:rsidTr="007B17CF">
        <w:trPr>
          <w:trHeight w:val="397"/>
        </w:trPr>
        <w:tc>
          <w:tcPr>
            <w:tcW w:w="9072" w:type="dxa"/>
            <w:gridSpan w:val="2"/>
            <w:shd w:val="clear" w:color="auto" w:fill="D9D9D9" w:themeFill="background1" w:themeFillShade="D9"/>
            <w:vAlign w:val="center"/>
          </w:tcPr>
          <w:p w14:paraId="3A462189" w14:textId="4421C6F7" w:rsidR="00E31D35" w:rsidRPr="007B17CF" w:rsidRDefault="00E31D35" w:rsidP="00006087">
            <w:pPr>
              <w:jc w:val="center"/>
              <w:rPr>
                <w:rFonts w:asciiTheme="majorHAnsi" w:eastAsia="Times New Roman" w:hAnsiTheme="majorHAnsi" w:cstheme="majorHAnsi"/>
                <w:b/>
                <w:bCs/>
                <w:sz w:val="22"/>
                <w:lang w:eastAsia="ja-JP"/>
              </w:rPr>
            </w:pPr>
            <w:r w:rsidRPr="007B17CF">
              <w:rPr>
                <w:rFonts w:asciiTheme="majorHAnsi" w:eastAsia="Times New Roman" w:hAnsiTheme="majorHAnsi" w:cstheme="majorHAnsi"/>
                <w:b/>
                <w:bCs/>
                <w:sz w:val="22"/>
                <w:lang w:eastAsia="ja-JP"/>
              </w:rPr>
              <w:t>Reference contract #1</w:t>
            </w:r>
          </w:p>
        </w:tc>
      </w:tr>
      <w:tr w:rsidR="00197CDB" w:rsidRPr="00006087" w14:paraId="150C943A" w14:textId="77777777" w:rsidTr="007B17CF">
        <w:trPr>
          <w:trHeight w:val="397"/>
        </w:trPr>
        <w:tc>
          <w:tcPr>
            <w:tcW w:w="3119" w:type="dxa"/>
            <w:shd w:val="clear" w:color="auto" w:fill="D9D9D9" w:themeFill="background1" w:themeFillShade="D9"/>
            <w:vAlign w:val="center"/>
          </w:tcPr>
          <w:p w14:paraId="102E82D3" w14:textId="64F9DAC0" w:rsidR="00197CDB" w:rsidRPr="00006087" w:rsidRDefault="00197CDB" w:rsidP="00006087">
            <w:pPr>
              <w:rPr>
                <w:rFonts w:asciiTheme="majorHAnsi" w:eastAsia="Times New Roman" w:hAnsiTheme="majorHAnsi" w:cstheme="majorHAnsi"/>
                <w:sz w:val="22"/>
                <w:lang w:eastAsia="ja-JP"/>
              </w:rPr>
            </w:pPr>
            <w:r w:rsidRPr="00006087">
              <w:rPr>
                <w:rFonts w:asciiTheme="majorHAnsi" w:eastAsia="Times New Roman" w:hAnsiTheme="majorHAnsi" w:cstheme="majorHAnsi"/>
                <w:sz w:val="22"/>
                <w:lang w:eastAsia="ja-JP"/>
              </w:rPr>
              <w:t>Client</w:t>
            </w:r>
            <w:r w:rsidR="00531427">
              <w:rPr>
                <w:rFonts w:asciiTheme="majorHAnsi" w:eastAsia="Times New Roman" w:hAnsiTheme="majorHAnsi" w:cstheme="majorHAnsi"/>
                <w:sz w:val="22"/>
                <w:lang w:eastAsia="ja-JP"/>
              </w:rPr>
              <w:t>/Company</w:t>
            </w:r>
            <w:r w:rsidRPr="00006087">
              <w:rPr>
                <w:rFonts w:asciiTheme="majorHAnsi" w:eastAsia="Times New Roman" w:hAnsiTheme="majorHAnsi" w:cstheme="majorHAnsi"/>
                <w:sz w:val="22"/>
                <w:lang w:eastAsia="ja-JP"/>
              </w:rPr>
              <w:t xml:space="preserve"> Name</w:t>
            </w:r>
            <w:r w:rsidR="007B17CF">
              <w:rPr>
                <w:rFonts w:asciiTheme="majorHAnsi" w:eastAsia="Times New Roman" w:hAnsiTheme="majorHAnsi" w:cstheme="majorHAnsi"/>
                <w:sz w:val="22"/>
                <w:lang w:eastAsia="ja-JP"/>
              </w:rPr>
              <w:t>:</w:t>
            </w:r>
          </w:p>
        </w:tc>
        <w:tc>
          <w:tcPr>
            <w:tcW w:w="5953" w:type="dxa"/>
            <w:vAlign w:val="center"/>
          </w:tcPr>
          <w:p w14:paraId="635D8036" w14:textId="77777777" w:rsidR="00197CDB" w:rsidRPr="00006087" w:rsidRDefault="00197CDB" w:rsidP="00006087">
            <w:pPr>
              <w:rPr>
                <w:rFonts w:asciiTheme="majorHAnsi" w:eastAsia="Times New Roman" w:hAnsiTheme="majorHAnsi" w:cstheme="majorHAnsi"/>
                <w:sz w:val="22"/>
                <w:lang w:eastAsia="ja-JP"/>
              </w:rPr>
            </w:pPr>
          </w:p>
        </w:tc>
      </w:tr>
      <w:tr w:rsidR="00197CDB" w:rsidRPr="00006087" w14:paraId="71CF38F7" w14:textId="77777777" w:rsidTr="007B17CF">
        <w:trPr>
          <w:trHeight w:val="397"/>
        </w:trPr>
        <w:tc>
          <w:tcPr>
            <w:tcW w:w="3119" w:type="dxa"/>
            <w:shd w:val="clear" w:color="auto" w:fill="D9D9D9" w:themeFill="background1" w:themeFillShade="D9"/>
            <w:vAlign w:val="center"/>
          </w:tcPr>
          <w:p w14:paraId="1E9F2B2C" w14:textId="4725786D" w:rsidR="00197CDB" w:rsidRPr="00006087" w:rsidRDefault="00197CDB" w:rsidP="00006087">
            <w:pPr>
              <w:rPr>
                <w:rFonts w:asciiTheme="majorHAnsi" w:eastAsia="Times New Roman" w:hAnsiTheme="majorHAnsi" w:cstheme="majorHAnsi"/>
                <w:sz w:val="22"/>
                <w:lang w:eastAsia="ja-JP"/>
              </w:rPr>
            </w:pPr>
            <w:r w:rsidRPr="00006087">
              <w:rPr>
                <w:rFonts w:asciiTheme="majorHAnsi" w:eastAsia="Times New Roman" w:hAnsiTheme="majorHAnsi" w:cstheme="majorHAnsi"/>
                <w:sz w:val="22"/>
                <w:lang w:eastAsia="ja-JP"/>
              </w:rPr>
              <w:t>Contact Name</w:t>
            </w:r>
            <w:r w:rsidR="007B17CF">
              <w:rPr>
                <w:rFonts w:asciiTheme="majorHAnsi" w:eastAsia="Times New Roman" w:hAnsiTheme="majorHAnsi" w:cstheme="majorHAnsi"/>
                <w:sz w:val="22"/>
                <w:lang w:eastAsia="ja-JP"/>
              </w:rPr>
              <w:t>:</w:t>
            </w:r>
          </w:p>
        </w:tc>
        <w:tc>
          <w:tcPr>
            <w:tcW w:w="5953" w:type="dxa"/>
            <w:vAlign w:val="center"/>
          </w:tcPr>
          <w:p w14:paraId="5B47F001" w14:textId="77777777" w:rsidR="00197CDB" w:rsidRPr="00006087" w:rsidRDefault="00197CDB" w:rsidP="00006087">
            <w:pPr>
              <w:rPr>
                <w:rFonts w:asciiTheme="majorHAnsi" w:eastAsia="Times New Roman" w:hAnsiTheme="majorHAnsi" w:cstheme="majorHAnsi"/>
                <w:sz w:val="22"/>
                <w:lang w:eastAsia="ja-JP"/>
              </w:rPr>
            </w:pPr>
          </w:p>
        </w:tc>
      </w:tr>
      <w:tr w:rsidR="00197CDB" w:rsidRPr="00006087" w14:paraId="19A15436" w14:textId="77777777" w:rsidTr="007B17CF">
        <w:trPr>
          <w:trHeight w:val="397"/>
        </w:trPr>
        <w:tc>
          <w:tcPr>
            <w:tcW w:w="3119" w:type="dxa"/>
            <w:shd w:val="clear" w:color="auto" w:fill="D9D9D9" w:themeFill="background1" w:themeFillShade="D9"/>
            <w:vAlign w:val="center"/>
          </w:tcPr>
          <w:p w14:paraId="35C95D6F" w14:textId="009DF750" w:rsidR="00197CDB" w:rsidRPr="00006087" w:rsidRDefault="00197CDB" w:rsidP="00006087">
            <w:pPr>
              <w:rPr>
                <w:rFonts w:asciiTheme="majorHAnsi" w:eastAsia="Times New Roman" w:hAnsiTheme="majorHAnsi" w:cstheme="majorHAnsi"/>
                <w:sz w:val="22"/>
                <w:lang w:eastAsia="ja-JP"/>
              </w:rPr>
            </w:pPr>
            <w:r w:rsidRPr="00006087">
              <w:rPr>
                <w:rFonts w:asciiTheme="majorHAnsi" w:eastAsia="Times New Roman" w:hAnsiTheme="majorHAnsi" w:cstheme="majorHAnsi"/>
                <w:sz w:val="22"/>
                <w:lang w:eastAsia="ja-JP"/>
              </w:rPr>
              <w:t>Contact Number</w:t>
            </w:r>
            <w:r w:rsidR="007B17CF">
              <w:rPr>
                <w:rFonts w:asciiTheme="majorHAnsi" w:eastAsia="Times New Roman" w:hAnsiTheme="majorHAnsi" w:cstheme="majorHAnsi"/>
                <w:sz w:val="22"/>
                <w:lang w:eastAsia="ja-JP"/>
              </w:rPr>
              <w:t>:</w:t>
            </w:r>
          </w:p>
        </w:tc>
        <w:tc>
          <w:tcPr>
            <w:tcW w:w="5953" w:type="dxa"/>
            <w:vAlign w:val="center"/>
          </w:tcPr>
          <w:p w14:paraId="09122EFD" w14:textId="77777777" w:rsidR="00197CDB" w:rsidRPr="00006087" w:rsidRDefault="00197CDB" w:rsidP="00006087">
            <w:pPr>
              <w:rPr>
                <w:rFonts w:asciiTheme="majorHAnsi" w:eastAsia="Times New Roman" w:hAnsiTheme="majorHAnsi" w:cstheme="majorHAnsi"/>
                <w:sz w:val="22"/>
                <w:lang w:eastAsia="ja-JP"/>
              </w:rPr>
            </w:pPr>
          </w:p>
        </w:tc>
      </w:tr>
      <w:tr w:rsidR="00197CDB" w:rsidRPr="00006087" w14:paraId="6259A6C3" w14:textId="77777777" w:rsidTr="007B17CF">
        <w:trPr>
          <w:trHeight w:val="397"/>
        </w:trPr>
        <w:tc>
          <w:tcPr>
            <w:tcW w:w="3119" w:type="dxa"/>
            <w:shd w:val="clear" w:color="auto" w:fill="D9D9D9" w:themeFill="background1" w:themeFillShade="D9"/>
            <w:vAlign w:val="center"/>
          </w:tcPr>
          <w:p w14:paraId="5D286D36" w14:textId="61D34229" w:rsidR="00197CDB" w:rsidRPr="00006087" w:rsidRDefault="00197CDB" w:rsidP="00006087">
            <w:pPr>
              <w:rPr>
                <w:rFonts w:asciiTheme="majorHAnsi" w:eastAsia="Times New Roman" w:hAnsiTheme="majorHAnsi" w:cstheme="majorHAnsi"/>
                <w:sz w:val="22"/>
                <w:lang w:eastAsia="ja-JP"/>
              </w:rPr>
            </w:pPr>
            <w:r w:rsidRPr="00006087">
              <w:rPr>
                <w:rFonts w:asciiTheme="majorHAnsi" w:eastAsia="Times New Roman" w:hAnsiTheme="majorHAnsi" w:cstheme="majorHAnsi"/>
                <w:sz w:val="22"/>
                <w:lang w:eastAsia="ja-JP"/>
              </w:rPr>
              <w:t>Annual Contract Value</w:t>
            </w:r>
            <w:r w:rsidR="007B17CF">
              <w:rPr>
                <w:rFonts w:asciiTheme="majorHAnsi" w:eastAsia="Times New Roman" w:hAnsiTheme="majorHAnsi" w:cstheme="majorHAnsi"/>
                <w:sz w:val="22"/>
                <w:lang w:eastAsia="ja-JP"/>
              </w:rPr>
              <w:t>:</w:t>
            </w:r>
          </w:p>
        </w:tc>
        <w:tc>
          <w:tcPr>
            <w:tcW w:w="5953" w:type="dxa"/>
            <w:vAlign w:val="center"/>
          </w:tcPr>
          <w:p w14:paraId="72F2A966" w14:textId="77777777" w:rsidR="00197CDB" w:rsidRPr="00006087" w:rsidRDefault="00197CDB" w:rsidP="00006087">
            <w:pPr>
              <w:rPr>
                <w:rFonts w:asciiTheme="majorHAnsi" w:eastAsia="Times New Roman" w:hAnsiTheme="majorHAnsi" w:cstheme="majorHAnsi"/>
                <w:sz w:val="22"/>
                <w:lang w:eastAsia="ja-JP"/>
              </w:rPr>
            </w:pPr>
          </w:p>
        </w:tc>
      </w:tr>
      <w:tr w:rsidR="00197CDB" w:rsidRPr="00006087" w14:paraId="2EEE4881" w14:textId="77777777" w:rsidTr="007B17CF">
        <w:trPr>
          <w:trHeight w:val="397"/>
        </w:trPr>
        <w:tc>
          <w:tcPr>
            <w:tcW w:w="3119" w:type="dxa"/>
            <w:shd w:val="clear" w:color="auto" w:fill="D9D9D9" w:themeFill="background1" w:themeFillShade="D9"/>
            <w:vAlign w:val="center"/>
          </w:tcPr>
          <w:p w14:paraId="245F78A8" w14:textId="26C1547F" w:rsidR="00197CDB" w:rsidRPr="00006087" w:rsidRDefault="00197CDB" w:rsidP="00006087">
            <w:pPr>
              <w:rPr>
                <w:rFonts w:asciiTheme="majorHAnsi" w:eastAsia="Times New Roman" w:hAnsiTheme="majorHAnsi" w:cstheme="majorHAnsi"/>
                <w:sz w:val="22"/>
                <w:lang w:eastAsia="ja-JP"/>
              </w:rPr>
            </w:pPr>
            <w:r w:rsidRPr="00006087">
              <w:rPr>
                <w:rFonts w:asciiTheme="majorHAnsi" w:eastAsia="Times New Roman" w:hAnsiTheme="majorHAnsi" w:cstheme="majorHAnsi"/>
                <w:sz w:val="22"/>
                <w:lang w:eastAsia="ja-JP"/>
              </w:rPr>
              <w:t>Delivery Date(s)</w:t>
            </w:r>
            <w:r w:rsidR="007B17CF">
              <w:rPr>
                <w:rFonts w:asciiTheme="majorHAnsi" w:eastAsia="Times New Roman" w:hAnsiTheme="majorHAnsi" w:cstheme="majorHAnsi"/>
                <w:sz w:val="22"/>
                <w:lang w:eastAsia="ja-JP"/>
              </w:rPr>
              <w:t>:</w:t>
            </w:r>
          </w:p>
        </w:tc>
        <w:tc>
          <w:tcPr>
            <w:tcW w:w="5953" w:type="dxa"/>
            <w:vAlign w:val="center"/>
          </w:tcPr>
          <w:p w14:paraId="7DA49B7F" w14:textId="77777777" w:rsidR="00197CDB" w:rsidRPr="00006087" w:rsidRDefault="00197CDB" w:rsidP="00006087">
            <w:pPr>
              <w:rPr>
                <w:rFonts w:asciiTheme="majorHAnsi" w:eastAsia="Times New Roman" w:hAnsiTheme="majorHAnsi" w:cstheme="majorHAnsi"/>
                <w:sz w:val="22"/>
                <w:lang w:eastAsia="ja-JP"/>
              </w:rPr>
            </w:pPr>
          </w:p>
        </w:tc>
      </w:tr>
      <w:tr w:rsidR="00197CDB" w:rsidRPr="00006087" w14:paraId="47E911CB" w14:textId="77777777" w:rsidTr="007B17CF">
        <w:trPr>
          <w:trHeight w:val="397"/>
        </w:trPr>
        <w:tc>
          <w:tcPr>
            <w:tcW w:w="3119" w:type="dxa"/>
            <w:shd w:val="clear" w:color="auto" w:fill="D9D9D9" w:themeFill="background1" w:themeFillShade="D9"/>
            <w:vAlign w:val="center"/>
          </w:tcPr>
          <w:p w14:paraId="06604FF6" w14:textId="2D562C67" w:rsidR="00197CDB" w:rsidRPr="00006087" w:rsidRDefault="00197CDB" w:rsidP="00006087">
            <w:pPr>
              <w:rPr>
                <w:rFonts w:asciiTheme="majorHAnsi" w:eastAsia="Times New Roman" w:hAnsiTheme="majorHAnsi" w:cstheme="majorHAnsi"/>
                <w:sz w:val="22"/>
                <w:lang w:eastAsia="ja-JP"/>
              </w:rPr>
            </w:pPr>
            <w:r w:rsidRPr="00006087">
              <w:rPr>
                <w:rFonts w:asciiTheme="majorHAnsi" w:eastAsia="Times New Roman" w:hAnsiTheme="majorHAnsi" w:cstheme="majorHAnsi"/>
                <w:sz w:val="22"/>
                <w:lang w:eastAsia="ja-JP"/>
              </w:rPr>
              <w:t>Detailed contract description</w:t>
            </w:r>
            <w:r w:rsidR="00006087">
              <w:rPr>
                <w:rFonts w:asciiTheme="majorHAnsi" w:eastAsia="Times New Roman" w:hAnsiTheme="majorHAnsi" w:cstheme="majorHAnsi"/>
                <w:sz w:val="22"/>
                <w:lang w:eastAsia="ja-JP"/>
              </w:rPr>
              <w:t>:</w:t>
            </w:r>
          </w:p>
        </w:tc>
        <w:tc>
          <w:tcPr>
            <w:tcW w:w="5953" w:type="dxa"/>
            <w:vAlign w:val="center"/>
          </w:tcPr>
          <w:p w14:paraId="19F020A5" w14:textId="77777777" w:rsidR="00197CDB" w:rsidRDefault="00197CDB" w:rsidP="00006087">
            <w:pPr>
              <w:rPr>
                <w:rFonts w:asciiTheme="majorHAnsi" w:eastAsia="Times New Roman" w:hAnsiTheme="majorHAnsi" w:cstheme="majorHAnsi"/>
                <w:sz w:val="22"/>
                <w:lang w:eastAsia="ja-JP"/>
              </w:rPr>
            </w:pPr>
          </w:p>
          <w:p w14:paraId="0C6B43C5" w14:textId="77777777" w:rsidR="007B17CF" w:rsidRDefault="007B17CF" w:rsidP="00006087">
            <w:pPr>
              <w:rPr>
                <w:rFonts w:asciiTheme="majorHAnsi" w:eastAsia="Times New Roman" w:hAnsiTheme="majorHAnsi" w:cstheme="majorHAnsi"/>
                <w:sz w:val="22"/>
                <w:lang w:eastAsia="ja-JP"/>
              </w:rPr>
            </w:pPr>
          </w:p>
          <w:p w14:paraId="2ADD4F6E" w14:textId="77777777" w:rsidR="007B17CF" w:rsidRDefault="007B17CF" w:rsidP="00006087">
            <w:pPr>
              <w:rPr>
                <w:rFonts w:asciiTheme="majorHAnsi" w:eastAsia="Times New Roman" w:hAnsiTheme="majorHAnsi" w:cstheme="majorHAnsi"/>
                <w:sz w:val="22"/>
                <w:lang w:eastAsia="ja-JP"/>
              </w:rPr>
            </w:pPr>
          </w:p>
          <w:p w14:paraId="50D1EC6B" w14:textId="77777777" w:rsidR="007B17CF" w:rsidRDefault="007B17CF" w:rsidP="00006087">
            <w:pPr>
              <w:rPr>
                <w:rFonts w:asciiTheme="majorHAnsi" w:eastAsia="Times New Roman" w:hAnsiTheme="majorHAnsi" w:cstheme="majorHAnsi"/>
                <w:sz w:val="22"/>
                <w:lang w:eastAsia="ja-JP"/>
              </w:rPr>
            </w:pPr>
          </w:p>
          <w:p w14:paraId="42070060" w14:textId="77777777" w:rsidR="007B17CF" w:rsidRDefault="007B17CF" w:rsidP="00006087">
            <w:pPr>
              <w:rPr>
                <w:rFonts w:asciiTheme="majorHAnsi" w:eastAsia="Times New Roman" w:hAnsiTheme="majorHAnsi" w:cstheme="majorHAnsi"/>
                <w:sz w:val="22"/>
                <w:lang w:eastAsia="ja-JP"/>
              </w:rPr>
            </w:pPr>
          </w:p>
          <w:p w14:paraId="329CE424" w14:textId="77777777" w:rsidR="007B17CF" w:rsidRPr="00006087" w:rsidRDefault="007B17CF" w:rsidP="00006087">
            <w:pPr>
              <w:rPr>
                <w:rFonts w:asciiTheme="majorHAnsi" w:eastAsia="Times New Roman" w:hAnsiTheme="majorHAnsi" w:cstheme="majorHAnsi"/>
                <w:sz w:val="22"/>
                <w:lang w:eastAsia="ja-JP"/>
              </w:rPr>
            </w:pPr>
          </w:p>
        </w:tc>
      </w:tr>
      <w:tr w:rsidR="00E31D35" w:rsidRPr="00006087" w14:paraId="686C9095" w14:textId="77777777" w:rsidTr="007B17CF">
        <w:trPr>
          <w:trHeight w:val="397"/>
        </w:trPr>
        <w:tc>
          <w:tcPr>
            <w:tcW w:w="3119" w:type="dxa"/>
            <w:shd w:val="clear" w:color="auto" w:fill="D9D9D9" w:themeFill="background1" w:themeFillShade="D9"/>
            <w:vAlign w:val="center"/>
          </w:tcPr>
          <w:p w14:paraId="027B423E" w14:textId="4B40E1C2" w:rsidR="00E31D35" w:rsidRPr="00006087" w:rsidRDefault="00E31D35" w:rsidP="00006087">
            <w:pPr>
              <w:rPr>
                <w:rFonts w:asciiTheme="majorHAnsi" w:eastAsia="Times New Roman" w:hAnsiTheme="majorHAnsi" w:cstheme="majorHAnsi"/>
                <w:sz w:val="22"/>
                <w:lang w:eastAsia="ja-JP"/>
              </w:rPr>
            </w:pPr>
            <w:r w:rsidRPr="00006087">
              <w:rPr>
                <w:rFonts w:asciiTheme="majorHAnsi" w:eastAsia="Times New Roman" w:hAnsiTheme="majorHAnsi" w:cstheme="majorHAnsi"/>
                <w:sz w:val="22"/>
                <w:lang w:eastAsia="ja-JP"/>
              </w:rPr>
              <w:t>Outline how this contract is comparable with the subject matter of the contract being tendered</w:t>
            </w:r>
            <w:r w:rsidR="00006087">
              <w:rPr>
                <w:rFonts w:asciiTheme="majorHAnsi" w:eastAsia="Times New Roman" w:hAnsiTheme="majorHAnsi" w:cstheme="majorHAnsi"/>
                <w:sz w:val="22"/>
                <w:lang w:eastAsia="ja-JP"/>
              </w:rPr>
              <w:t>:</w:t>
            </w:r>
          </w:p>
        </w:tc>
        <w:tc>
          <w:tcPr>
            <w:tcW w:w="5953" w:type="dxa"/>
            <w:vAlign w:val="center"/>
          </w:tcPr>
          <w:p w14:paraId="4845D7A6" w14:textId="77777777" w:rsidR="00006087" w:rsidRDefault="00006087" w:rsidP="00006087">
            <w:pPr>
              <w:rPr>
                <w:rFonts w:asciiTheme="majorHAnsi" w:eastAsia="Times New Roman" w:hAnsiTheme="majorHAnsi" w:cstheme="majorHAnsi"/>
                <w:sz w:val="22"/>
                <w:lang w:eastAsia="ja-JP"/>
              </w:rPr>
            </w:pPr>
          </w:p>
          <w:p w14:paraId="49C2B4CD" w14:textId="77777777" w:rsidR="007B17CF" w:rsidRDefault="007B17CF" w:rsidP="00006087">
            <w:pPr>
              <w:rPr>
                <w:rFonts w:asciiTheme="majorHAnsi" w:eastAsia="Times New Roman" w:hAnsiTheme="majorHAnsi" w:cstheme="majorHAnsi"/>
                <w:sz w:val="22"/>
                <w:lang w:eastAsia="ja-JP"/>
              </w:rPr>
            </w:pPr>
          </w:p>
          <w:p w14:paraId="67D1DBEB" w14:textId="77777777" w:rsidR="007B17CF" w:rsidRDefault="007B17CF" w:rsidP="00006087">
            <w:pPr>
              <w:rPr>
                <w:rFonts w:asciiTheme="majorHAnsi" w:eastAsia="Times New Roman" w:hAnsiTheme="majorHAnsi" w:cstheme="majorHAnsi"/>
                <w:sz w:val="22"/>
                <w:lang w:eastAsia="ja-JP"/>
              </w:rPr>
            </w:pPr>
          </w:p>
          <w:p w14:paraId="7B674585" w14:textId="77777777" w:rsidR="007B17CF" w:rsidRDefault="007B17CF" w:rsidP="00006087">
            <w:pPr>
              <w:rPr>
                <w:rFonts w:asciiTheme="majorHAnsi" w:eastAsia="Times New Roman" w:hAnsiTheme="majorHAnsi" w:cstheme="majorHAnsi"/>
                <w:sz w:val="22"/>
                <w:lang w:eastAsia="ja-JP"/>
              </w:rPr>
            </w:pPr>
          </w:p>
          <w:p w14:paraId="74BC76B8" w14:textId="77777777" w:rsidR="007B17CF" w:rsidRDefault="007B17CF" w:rsidP="00006087">
            <w:pPr>
              <w:rPr>
                <w:rFonts w:asciiTheme="majorHAnsi" w:eastAsia="Times New Roman" w:hAnsiTheme="majorHAnsi" w:cstheme="majorHAnsi"/>
                <w:sz w:val="22"/>
                <w:lang w:eastAsia="ja-JP"/>
              </w:rPr>
            </w:pPr>
          </w:p>
          <w:p w14:paraId="4DA90689" w14:textId="77777777" w:rsidR="007B17CF" w:rsidRPr="00006087" w:rsidRDefault="007B17CF" w:rsidP="00006087">
            <w:pPr>
              <w:rPr>
                <w:rFonts w:asciiTheme="majorHAnsi" w:eastAsia="Times New Roman" w:hAnsiTheme="majorHAnsi" w:cstheme="majorHAnsi"/>
                <w:sz w:val="22"/>
                <w:lang w:eastAsia="ja-JP"/>
              </w:rPr>
            </w:pPr>
          </w:p>
        </w:tc>
      </w:tr>
    </w:tbl>
    <w:p w14:paraId="7F450D96" w14:textId="77777777" w:rsidR="00197CDB" w:rsidRDefault="00197CDB" w:rsidP="00CD44B3">
      <w:pPr>
        <w:spacing w:after="0" w:line="260" w:lineRule="exact"/>
        <w:rPr>
          <w:rFonts w:ascii="Arial" w:hAnsi="Arial" w:cs="Arial"/>
          <w:szCs w:val="21"/>
        </w:rPr>
      </w:pPr>
    </w:p>
    <w:tbl>
      <w:tblPr>
        <w:tblStyle w:val="TableGrid"/>
        <w:tblW w:w="0" w:type="auto"/>
        <w:tblLayout w:type="fixed"/>
        <w:tblLook w:val="04A0" w:firstRow="1" w:lastRow="0" w:firstColumn="1" w:lastColumn="0" w:noHBand="0" w:noVBand="1"/>
      </w:tblPr>
      <w:tblGrid>
        <w:gridCol w:w="3119"/>
        <w:gridCol w:w="5953"/>
      </w:tblGrid>
      <w:tr w:rsidR="007B17CF" w:rsidRPr="00006087" w14:paraId="74969EDD" w14:textId="77777777" w:rsidTr="008B53A8">
        <w:trPr>
          <w:trHeight w:val="397"/>
        </w:trPr>
        <w:tc>
          <w:tcPr>
            <w:tcW w:w="9072" w:type="dxa"/>
            <w:gridSpan w:val="2"/>
            <w:shd w:val="clear" w:color="auto" w:fill="D9D9D9" w:themeFill="background1" w:themeFillShade="D9"/>
            <w:vAlign w:val="center"/>
          </w:tcPr>
          <w:p w14:paraId="5D8FE6D0" w14:textId="0B9488B5" w:rsidR="007B17CF" w:rsidRPr="007B17CF" w:rsidRDefault="007B17CF" w:rsidP="008B53A8">
            <w:pPr>
              <w:jc w:val="center"/>
              <w:rPr>
                <w:rFonts w:asciiTheme="majorHAnsi" w:eastAsia="Times New Roman" w:hAnsiTheme="majorHAnsi" w:cstheme="majorHAnsi"/>
                <w:b/>
                <w:bCs/>
                <w:sz w:val="22"/>
                <w:lang w:eastAsia="ja-JP"/>
              </w:rPr>
            </w:pPr>
            <w:r w:rsidRPr="007B17CF">
              <w:rPr>
                <w:rFonts w:asciiTheme="majorHAnsi" w:eastAsia="Times New Roman" w:hAnsiTheme="majorHAnsi" w:cstheme="majorHAnsi"/>
                <w:b/>
                <w:bCs/>
                <w:sz w:val="22"/>
                <w:lang w:eastAsia="ja-JP"/>
              </w:rPr>
              <w:t>Reference contract #</w:t>
            </w:r>
            <w:r>
              <w:rPr>
                <w:rFonts w:asciiTheme="majorHAnsi" w:eastAsia="Times New Roman" w:hAnsiTheme="majorHAnsi" w:cstheme="majorHAnsi"/>
                <w:b/>
                <w:bCs/>
                <w:sz w:val="22"/>
                <w:lang w:eastAsia="ja-JP"/>
              </w:rPr>
              <w:t>2</w:t>
            </w:r>
          </w:p>
        </w:tc>
      </w:tr>
      <w:tr w:rsidR="007B17CF" w:rsidRPr="00006087" w14:paraId="0ACA6382" w14:textId="77777777" w:rsidTr="008B53A8">
        <w:trPr>
          <w:trHeight w:val="397"/>
        </w:trPr>
        <w:tc>
          <w:tcPr>
            <w:tcW w:w="3119" w:type="dxa"/>
            <w:shd w:val="clear" w:color="auto" w:fill="D9D9D9" w:themeFill="background1" w:themeFillShade="D9"/>
            <w:vAlign w:val="center"/>
          </w:tcPr>
          <w:p w14:paraId="5159744D" w14:textId="013C3C1D" w:rsidR="007B17CF" w:rsidRPr="00006087" w:rsidRDefault="007B17CF" w:rsidP="008B53A8">
            <w:pPr>
              <w:rPr>
                <w:rFonts w:asciiTheme="majorHAnsi" w:eastAsia="Times New Roman" w:hAnsiTheme="majorHAnsi" w:cstheme="majorHAnsi"/>
                <w:sz w:val="22"/>
                <w:lang w:eastAsia="ja-JP"/>
              </w:rPr>
            </w:pPr>
            <w:r w:rsidRPr="00006087">
              <w:rPr>
                <w:rFonts w:asciiTheme="majorHAnsi" w:eastAsia="Times New Roman" w:hAnsiTheme="majorHAnsi" w:cstheme="majorHAnsi"/>
                <w:sz w:val="22"/>
                <w:lang w:eastAsia="ja-JP"/>
              </w:rPr>
              <w:t>Client</w:t>
            </w:r>
            <w:r w:rsidR="00531427">
              <w:rPr>
                <w:rFonts w:asciiTheme="majorHAnsi" w:eastAsia="Times New Roman" w:hAnsiTheme="majorHAnsi" w:cstheme="majorHAnsi"/>
                <w:sz w:val="22"/>
                <w:lang w:eastAsia="ja-JP"/>
              </w:rPr>
              <w:t>/Company</w:t>
            </w:r>
            <w:r w:rsidRPr="00006087">
              <w:rPr>
                <w:rFonts w:asciiTheme="majorHAnsi" w:eastAsia="Times New Roman" w:hAnsiTheme="majorHAnsi" w:cstheme="majorHAnsi"/>
                <w:sz w:val="22"/>
                <w:lang w:eastAsia="ja-JP"/>
              </w:rPr>
              <w:t xml:space="preserve"> Name</w:t>
            </w:r>
            <w:r>
              <w:rPr>
                <w:rFonts w:asciiTheme="majorHAnsi" w:eastAsia="Times New Roman" w:hAnsiTheme="majorHAnsi" w:cstheme="majorHAnsi"/>
                <w:sz w:val="22"/>
                <w:lang w:eastAsia="ja-JP"/>
              </w:rPr>
              <w:t>:</w:t>
            </w:r>
          </w:p>
        </w:tc>
        <w:tc>
          <w:tcPr>
            <w:tcW w:w="5953" w:type="dxa"/>
            <w:vAlign w:val="center"/>
          </w:tcPr>
          <w:p w14:paraId="6FCF9D17" w14:textId="77777777" w:rsidR="007B17CF" w:rsidRPr="00006087" w:rsidRDefault="007B17CF" w:rsidP="008B53A8">
            <w:pPr>
              <w:rPr>
                <w:rFonts w:asciiTheme="majorHAnsi" w:eastAsia="Times New Roman" w:hAnsiTheme="majorHAnsi" w:cstheme="majorHAnsi"/>
                <w:sz w:val="22"/>
                <w:lang w:eastAsia="ja-JP"/>
              </w:rPr>
            </w:pPr>
          </w:p>
        </w:tc>
      </w:tr>
      <w:tr w:rsidR="007B17CF" w:rsidRPr="00006087" w14:paraId="0162A017" w14:textId="77777777" w:rsidTr="008B53A8">
        <w:trPr>
          <w:trHeight w:val="397"/>
        </w:trPr>
        <w:tc>
          <w:tcPr>
            <w:tcW w:w="3119" w:type="dxa"/>
            <w:shd w:val="clear" w:color="auto" w:fill="D9D9D9" w:themeFill="background1" w:themeFillShade="D9"/>
            <w:vAlign w:val="center"/>
          </w:tcPr>
          <w:p w14:paraId="1158384A" w14:textId="77777777" w:rsidR="007B17CF" w:rsidRPr="00006087" w:rsidRDefault="007B17CF" w:rsidP="008B53A8">
            <w:pPr>
              <w:rPr>
                <w:rFonts w:asciiTheme="majorHAnsi" w:eastAsia="Times New Roman" w:hAnsiTheme="majorHAnsi" w:cstheme="majorHAnsi"/>
                <w:sz w:val="22"/>
                <w:lang w:eastAsia="ja-JP"/>
              </w:rPr>
            </w:pPr>
            <w:r w:rsidRPr="00006087">
              <w:rPr>
                <w:rFonts w:asciiTheme="majorHAnsi" w:eastAsia="Times New Roman" w:hAnsiTheme="majorHAnsi" w:cstheme="majorHAnsi"/>
                <w:sz w:val="22"/>
                <w:lang w:eastAsia="ja-JP"/>
              </w:rPr>
              <w:t>Contact Name</w:t>
            </w:r>
            <w:r>
              <w:rPr>
                <w:rFonts w:asciiTheme="majorHAnsi" w:eastAsia="Times New Roman" w:hAnsiTheme="majorHAnsi" w:cstheme="majorHAnsi"/>
                <w:sz w:val="22"/>
                <w:lang w:eastAsia="ja-JP"/>
              </w:rPr>
              <w:t>:</w:t>
            </w:r>
          </w:p>
        </w:tc>
        <w:tc>
          <w:tcPr>
            <w:tcW w:w="5953" w:type="dxa"/>
            <w:vAlign w:val="center"/>
          </w:tcPr>
          <w:p w14:paraId="00741BFE" w14:textId="77777777" w:rsidR="007B17CF" w:rsidRPr="00006087" w:rsidRDefault="007B17CF" w:rsidP="008B53A8">
            <w:pPr>
              <w:rPr>
                <w:rFonts w:asciiTheme="majorHAnsi" w:eastAsia="Times New Roman" w:hAnsiTheme="majorHAnsi" w:cstheme="majorHAnsi"/>
                <w:sz w:val="22"/>
                <w:lang w:eastAsia="ja-JP"/>
              </w:rPr>
            </w:pPr>
          </w:p>
        </w:tc>
      </w:tr>
      <w:tr w:rsidR="007B17CF" w:rsidRPr="00006087" w14:paraId="20C902A1" w14:textId="77777777" w:rsidTr="008B53A8">
        <w:trPr>
          <w:trHeight w:val="397"/>
        </w:trPr>
        <w:tc>
          <w:tcPr>
            <w:tcW w:w="3119" w:type="dxa"/>
            <w:shd w:val="clear" w:color="auto" w:fill="D9D9D9" w:themeFill="background1" w:themeFillShade="D9"/>
            <w:vAlign w:val="center"/>
          </w:tcPr>
          <w:p w14:paraId="3FA44A67" w14:textId="77777777" w:rsidR="007B17CF" w:rsidRPr="00006087" w:rsidRDefault="007B17CF" w:rsidP="008B53A8">
            <w:pPr>
              <w:rPr>
                <w:rFonts w:asciiTheme="majorHAnsi" w:eastAsia="Times New Roman" w:hAnsiTheme="majorHAnsi" w:cstheme="majorHAnsi"/>
                <w:sz w:val="22"/>
                <w:lang w:eastAsia="ja-JP"/>
              </w:rPr>
            </w:pPr>
            <w:r w:rsidRPr="00006087">
              <w:rPr>
                <w:rFonts w:asciiTheme="majorHAnsi" w:eastAsia="Times New Roman" w:hAnsiTheme="majorHAnsi" w:cstheme="majorHAnsi"/>
                <w:sz w:val="22"/>
                <w:lang w:eastAsia="ja-JP"/>
              </w:rPr>
              <w:t>Contact Number</w:t>
            </w:r>
            <w:r>
              <w:rPr>
                <w:rFonts w:asciiTheme="majorHAnsi" w:eastAsia="Times New Roman" w:hAnsiTheme="majorHAnsi" w:cstheme="majorHAnsi"/>
                <w:sz w:val="22"/>
                <w:lang w:eastAsia="ja-JP"/>
              </w:rPr>
              <w:t>:</w:t>
            </w:r>
          </w:p>
        </w:tc>
        <w:tc>
          <w:tcPr>
            <w:tcW w:w="5953" w:type="dxa"/>
            <w:vAlign w:val="center"/>
          </w:tcPr>
          <w:p w14:paraId="1CC731AA" w14:textId="77777777" w:rsidR="007B17CF" w:rsidRPr="00006087" w:rsidRDefault="007B17CF" w:rsidP="008B53A8">
            <w:pPr>
              <w:rPr>
                <w:rFonts w:asciiTheme="majorHAnsi" w:eastAsia="Times New Roman" w:hAnsiTheme="majorHAnsi" w:cstheme="majorHAnsi"/>
                <w:sz w:val="22"/>
                <w:lang w:eastAsia="ja-JP"/>
              </w:rPr>
            </w:pPr>
          </w:p>
        </w:tc>
      </w:tr>
      <w:tr w:rsidR="007B17CF" w:rsidRPr="00006087" w14:paraId="7E70157A" w14:textId="77777777" w:rsidTr="008B53A8">
        <w:trPr>
          <w:trHeight w:val="397"/>
        </w:trPr>
        <w:tc>
          <w:tcPr>
            <w:tcW w:w="3119" w:type="dxa"/>
            <w:shd w:val="clear" w:color="auto" w:fill="D9D9D9" w:themeFill="background1" w:themeFillShade="D9"/>
            <w:vAlign w:val="center"/>
          </w:tcPr>
          <w:p w14:paraId="5A7692FC" w14:textId="77777777" w:rsidR="007B17CF" w:rsidRPr="00006087" w:rsidRDefault="007B17CF" w:rsidP="008B53A8">
            <w:pPr>
              <w:rPr>
                <w:rFonts w:asciiTheme="majorHAnsi" w:eastAsia="Times New Roman" w:hAnsiTheme="majorHAnsi" w:cstheme="majorHAnsi"/>
                <w:sz w:val="22"/>
                <w:lang w:eastAsia="ja-JP"/>
              </w:rPr>
            </w:pPr>
            <w:r w:rsidRPr="00006087">
              <w:rPr>
                <w:rFonts w:asciiTheme="majorHAnsi" w:eastAsia="Times New Roman" w:hAnsiTheme="majorHAnsi" w:cstheme="majorHAnsi"/>
                <w:sz w:val="22"/>
                <w:lang w:eastAsia="ja-JP"/>
              </w:rPr>
              <w:t>Annual Contract Value</w:t>
            </w:r>
            <w:r>
              <w:rPr>
                <w:rFonts w:asciiTheme="majorHAnsi" w:eastAsia="Times New Roman" w:hAnsiTheme="majorHAnsi" w:cstheme="majorHAnsi"/>
                <w:sz w:val="22"/>
                <w:lang w:eastAsia="ja-JP"/>
              </w:rPr>
              <w:t>:</w:t>
            </w:r>
          </w:p>
        </w:tc>
        <w:tc>
          <w:tcPr>
            <w:tcW w:w="5953" w:type="dxa"/>
            <w:vAlign w:val="center"/>
          </w:tcPr>
          <w:p w14:paraId="11F1A5BE" w14:textId="77777777" w:rsidR="007B17CF" w:rsidRPr="00006087" w:rsidRDefault="007B17CF" w:rsidP="008B53A8">
            <w:pPr>
              <w:rPr>
                <w:rFonts w:asciiTheme="majorHAnsi" w:eastAsia="Times New Roman" w:hAnsiTheme="majorHAnsi" w:cstheme="majorHAnsi"/>
                <w:sz w:val="22"/>
                <w:lang w:eastAsia="ja-JP"/>
              </w:rPr>
            </w:pPr>
          </w:p>
        </w:tc>
      </w:tr>
      <w:tr w:rsidR="007B17CF" w:rsidRPr="00006087" w14:paraId="55072946" w14:textId="77777777" w:rsidTr="008B53A8">
        <w:trPr>
          <w:trHeight w:val="397"/>
        </w:trPr>
        <w:tc>
          <w:tcPr>
            <w:tcW w:w="3119" w:type="dxa"/>
            <w:shd w:val="clear" w:color="auto" w:fill="D9D9D9" w:themeFill="background1" w:themeFillShade="D9"/>
            <w:vAlign w:val="center"/>
          </w:tcPr>
          <w:p w14:paraId="2CF4F703" w14:textId="77777777" w:rsidR="007B17CF" w:rsidRPr="00006087" w:rsidRDefault="007B17CF" w:rsidP="008B53A8">
            <w:pPr>
              <w:rPr>
                <w:rFonts w:asciiTheme="majorHAnsi" w:eastAsia="Times New Roman" w:hAnsiTheme="majorHAnsi" w:cstheme="majorHAnsi"/>
                <w:sz w:val="22"/>
                <w:lang w:eastAsia="ja-JP"/>
              </w:rPr>
            </w:pPr>
            <w:r w:rsidRPr="00006087">
              <w:rPr>
                <w:rFonts w:asciiTheme="majorHAnsi" w:eastAsia="Times New Roman" w:hAnsiTheme="majorHAnsi" w:cstheme="majorHAnsi"/>
                <w:sz w:val="22"/>
                <w:lang w:eastAsia="ja-JP"/>
              </w:rPr>
              <w:t>Delivery Date(s)</w:t>
            </w:r>
            <w:r>
              <w:rPr>
                <w:rFonts w:asciiTheme="majorHAnsi" w:eastAsia="Times New Roman" w:hAnsiTheme="majorHAnsi" w:cstheme="majorHAnsi"/>
                <w:sz w:val="22"/>
                <w:lang w:eastAsia="ja-JP"/>
              </w:rPr>
              <w:t>:</w:t>
            </w:r>
          </w:p>
        </w:tc>
        <w:tc>
          <w:tcPr>
            <w:tcW w:w="5953" w:type="dxa"/>
            <w:vAlign w:val="center"/>
          </w:tcPr>
          <w:p w14:paraId="4CB4F426" w14:textId="77777777" w:rsidR="007B17CF" w:rsidRPr="00006087" w:rsidRDefault="007B17CF" w:rsidP="008B53A8">
            <w:pPr>
              <w:rPr>
                <w:rFonts w:asciiTheme="majorHAnsi" w:eastAsia="Times New Roman" w:hAnsiTheme="majorHAnsi" w:cstheme="majorHAnsi"/>
                <w:sz w:val="22"/>
                <w:lang w:eastAsia="ja-JP"/>
              </w:rPr>
            </w:pPr>
          </w:p>
        </w:tc>
      </w:tr>
      <w:tr w:rsidR="007B17CF" w:rsidRPr="00006087" w14:paraId="05327097" w14:textId="77777777" w:rsidTr="008B53A8">
        <w:trPr>
          <w:trHeight w:val="397"/>
        </w:trPr>
        <w:tc>
          <w:tcPr>
            <w:tcW w:w="3119" w:type="dxa"/>
            <w:shd w:val="clear" w:color="auto" w:fill="D9D9D9" w:themeFill="background1" w:themeFillShade="D9"/>
            <w:vAlign w:val="center"/>
          </w:tcPr>
          <w:p w14:paraId="0EC7499C" w14:textId="77777777" w:rsidR="007B17CF" w:rsidRPr="00006087" w:rsidRDefault="007B17CF" w:rsidP="008B53A8">
            <w:pPr>
              <w:rPr>
                <w:rFonts w:asciiTheme="majorHAnsi" w:eastAsia="Times New Roman" w:hAnsiTheme="majorHAnsi" w:cstheme="majorHAnsi"/>
                <w:sz w:val="22"/>
                <w:lang w:eastAsia="ja-JP"/>
              </w:rPr>
            </w:pPr>
            <w:r w:rsidRPr="00006087">
              <w:rPr>
                <w:rFonts w:asciiTheme="majorHAnsi" w:eastAsia="Times New Roman" w:hAnsiTheme="majorHAnsi" w:cstheme="majorHAnsi"/>
                <w:sz w:val="22"/>
                <w:lang w:eastAsia="ja-JP"/>
              </w:rPr>
              <w:t>Detailed contract description</w:t>
            </w:r>
            <w:r>
              <w:rPr>
                <w:rFonts w:asciiTheme="majorHAnsi" w:eastAsia="Times New Roman" w:hAnsiTheme="majorHAnsi" w:cstheme="majorHAnsi"/>
                <w:sz w:val="22"/>
                <w:lang w:eastAsia="ja-JP"/>
              </w:rPr>
              <w:t>:</w:t>
            </w:r>
          </w:p>
        </w:tc>
        <w:tc>
          <w:tcPr>
            <w:tcW w:w="5953" w:type="dxa"/>
            <w:vAlign w:val="center"/>
          </w:tcPr>
          <w:p w14:paraId="2512FB91" w14:textId="77777777" w:rsidR="007B17CF" w:rsidRDefault="007B17CF" w:rsidP="008B53A8">
            <w:pPr>
              <w:rPr>
                <w:rFonts w:asciiTheme="majorHAnsi" w:eastAsia="Times New Roman" w:hAnsiTheme="majorHAnsi" w:cstheme="majorHAnsi"/>
                <w:sz w:val="22"/>
                <w:lang w:eastAsia="ja-JP"/>
              </w:rPr>
            </w:pPr>
          </w:p>
          <w:p w14:paraId="7A718C8E" w14:textId="77777777" w:rsidR="007B17CF" w:rsidRDefault="007B17CF" w:rsidP="008B53A8">
            <w:pPr>
              <w:rPr>
                <w:rFonts w:asciiTheme="majorHAnsi" w:eastAsia="Times New Roman" w:hAnsiTheme="majorHAnsi" w:cstheme="majorHAnsi"/>
                <w:sz w:val="22"/>
                <w:lang w:eastAsia="ja-JP"/>
              </w:rPr>
            </w:pPr>
          </w:p>
          <w:p w14:paraId="79C58174" w14:textId="77777777" w:rsidR="007B17CF" w:rsidRDefault="007B17CF" w:rsidP="008B53A8">
            <w:pPr>
              <w:rPr>
                <w:rFonts w:asciiTheme="majorHAnsi" w:eastAsia="Times New Roman" w:hAnsiTheme="majorHAnsi" w:cstheme="majorHAnsi"/>
                <w:sz w:val="22"/>
                <w:lang w:eastAsia="ja-JP"/>
              </w:rPr>
            </w:pPr>
          </w:p>
          <w:p w14:paraId="20F3BC41" w14:textId="77777777" w:rsidR="007B17CF" w:rsidRDefault="007B17CF" w:rsidP="008B53A8">
            <w:pPr>
              <w:rPr>
                <w:rFonts w:asciiTheme="majorHAnsi" w:eastAsia="Times New Roman" w:hAnsiTheme="majorHAnsi" w:cstheme="majorHAnsi"/>
                <w:sz w:val="22"/>
                <w:lang w:eastAsia="ja-JP"/>
              </w:rPr>
            </w:pPr>
          </w:p>
          <w:p w14:paraId="0E5F9DB9" w14:textId="77777777" w:rsidR="007B17CF" w:rsidRPr="00006087" w:rsidRDefault="007B17CF" w:rsidP="008B53A8">
            <w:pPr>
              <w:rPr>
                <w:rFonts w:asciiTheme="majorHAnsi" w:eastAsia="Times New Roman" w:hAnsiTheme="majorHAnsi" w:cstheme="majorHAnsi"/>
                <w:sz w:val="22"/>
                <w:lang w:eastAsia="ja-JP"/>
              </w:rPr>
            </w:pPr>
          </w:p>
        </w:tc>
      </w:tr>
      <w:tr w:rsidR="007B17CF" w:rsidRPr="00006087" w14:paraId="2F11F24E" w14:textId="77777777" w:rsidTr="008B53A8">
        <w:trPr>
          <w:trHeight w:val="397"/>
        </w:trPr>
        <w:tc>
          <w:tcPr>
            <w:tcW w:w="3119" w:type="dxa"/>
            <w:shd w:val="clear" w:color="auto" w:fill="D9D9D9" w:themeFill="background1" w:themeFillShade="D9"/>
            <w:vAlign w:val="center"/>
          </w:tcPr>
          <w:p w14:paraId="7B161509" w14:textId="77777777" w:rsidR="007B17CF" w:rsidRPr="00006087" w:rsidRDefault="007B17CF" w:rsidP="008B53A8">
            <w:pPr>
              <w:rPr>
                <w:rFonts w:asciiTheme="majorHAnsi" w:eastAsia="Times New Roman" w:hAnsiTheme="majorHAnsi" w:cstheme="majorHAnsi"/>
                <w:sz w:val="22"/>
                <w:lang w:eastAsia="ja-JP"/>
              </w:rPr>
            </w:pPr>
            <w:r w:rsidRPr="00006087">
              <w:rPr>
                <w:rFonts w:asciiTheme="majorHAnsi" w:eastAsia="Times New Roman" w:hAnsiTheme="majorHAnsi" w:cstheme="majorHAnsi"/>
                <w:sz w:val="22"/>
                <w:lang w:eastAsia="ja-JP"/>
              </w:rPr>
              <w:t>Outline how this contract is comparable with the subject matter of the contract being tendered</w:t>
            </w:r>
            <w:r>
              <w:rPr>
                <w:rFonts w:asciiTheme="majorHAnsi" w:eastAsia="Times New Roman" w:hAnsiTheme="majorHAnsi" w:cstheme="majorHAnsi"/>
                <w:sz w:val="22"/>
                <w:lang w:eastAsia="ja-JP"/>
              </w:rPr>
              <w:t>:</w:t>
            </w:r>
          </w:p>
        </w:tc>
        <w:tc>
          <w:tcPr>
            <w:tcW w:w="5953" w:type="dxa"/>
            <w:vAlign w:val="center"/>
          </w:tcPr>
          <w:p w14:paraId="023D411B" w14:textId="77777777" w:rsidR="007B17CF" w:rsidRDefault="007B17CF" w:rsidP="008B53A8">
            <w:pPr>
              <w:rPr>
                <w:rFonts w:asciiTheme="majorHAnsi" w:eastAsia="Times New Roman" w:hAnsiTheme="majorHAnsi" w:cstheme="majorHAnsi"/>
                <w:sz w:val="22"/>
                <w:lang w:eastAsia="ja-JP"/>
              </w:rPr>
            </w:pPr>
          </w:p>
          <w:p w14:paraId="638E515E" w14:textId="77777777" w:rsidR="007B17CF" w:rsidRDefault="007B17CF" w:rsidP="008B53A8">
            <w:pPr>
              <w:rPr>
                <w:rFonts w:asciiTheme="majorHAnsi" w:eastAsia="Times New Roman" w:hAnsiTheme="majorHAnsi" w:cstheme="majorHAnsi"/>
                <w:sz w:val="22"/>
                <w:lang w:eastAsia="ja-JP"/>
              </w:rPr>
            </w:pPr>
          </w:p>
          <w:p w14:paraId="23A3242B" w14:textId="77777777" w:rsidR="007B17CF" w:rsidRDefault="007B17CF" w:rsidP="008B53A8">
            <w:pPr>
              <w:rPr>
                <w:rFonts w:asciiTheme="majorHAnsi" w:eastAsia="Times New Roman" w:hAnsiTheme="majorHAnsi" w:cstheme="majorHAnsi"/>
                <w:sz w:val="22"/>
                <w:lang w:eastAsia="ja-JP"/>
              </w:rPr>
            </w:pPr>
          </w:p>
          <w:p w14:paraId="11BB1F6C" w14:textId="77777777" w:rsidR="007B17CF" w:rsidRDefault="007B17CF" w:rsidP="008B53A8">
            <w:pPr>
              <w:rPr>
                <w:rFonts w:asciiTheme="majorHAnsi" w:eastAsia="Times New Roman" w:hAnsiTheme="majorHAnsi" w:cstheme="majorHAnsi"/>
                <w:sz w:val="22"/>
                <w:lang w:eastAsia="ja-JP"/>
              </w:rPr>
            </w:pPr>
          </w:p>
          <w:p w14:paraId="6F6B3B05" w14:textId="77777777" w:rsidR="007B17CF" w:rsidRDefault="007B17CF" w:rsidP="008B53A8">
            <w:pPr>
              <w:rPr>
                <w:rFonts w:asciiTheme="majorHAnsi" w:eastAsia="Times New Roman" w:hAnsiTheme="majorHAnsi" w:cstheme="majorHAnsi"/>
                <w:sz w:val="22"/>
                <w:lang w:eastAsia="ja-JP"/>
              </w:rPr>
            </w:pPr>
          </w:p>
          <w:p w14:paraId="193205B7" w14:textId="77777777" w:rsidR="007B17CF" w:rsidRPr="00006087" w:rsidRDefault="007B17CF" w:rsidP="008B53A8">
            <w:pPr>
              <w:rPr>
                <w:rFonts w:asciiTheme="majorHAnsi" w:eastAsia="Times New Roman" w:hAnsiTheme="majorHAnsi" w:cstheme="majorHAnsi"/>
                <w:sz w:val="22"/>
                <w:lang w:eastAsia="ja-JP"/>
              </w:rPr>
            </w:pPr>
          </w:p>
        </w:tc>
      </w:tr>
    </w:tbl>
    <w:p w14:paraId="06BF2517" w14:textId="1B42EE4C" w:rsidR="00B25DD1" w:rsidRPr="004D349A" w:rsidRDefault="00260235" w:rsidP="004D3388">
      <w:pPr>
        <w:pStyle w:val="ListParagraph"/>
        <w:numPr>
          <w:ilvl w:val="0"/>
          <w:numId w:val="7"/>
        </w:numPr>
        <w:spacing w:after="0" w:line="260" w:lineRule="exact"/>
        <w:rPr>
          <w:rFonts w:asciiTheme="majorHAnsi" w:hAnsiTheme="majorHAnsi" w:cstheme="majorHAnsi"/>
          <w:b/>
          <w:bCs/>
          <w:sz w:val="32"/>
          <w:szCs w:val="32"/>
        </w:rPr>
      </w:pPr>
      <w:proofErr w:type="gramStart"/>
      <w:r w:rsidRPr="004D349A">
        <w:rPr>
          <w:rFonts w:asciiTheme="majorHAnsi" w:hAnsiTheme="majorHAnsi" w:cstheme="majorHAnsi"/>
          <w:b/>
          <w:bCs/>
          <w:sz w:val="32"/>
          <w:szCs w:val="32"/>
        </w:rPr>
        <w:lastRenderedPageBreak/>
        <w:t xml:space="preserve">Award </w:t>
      </w:r>
      <w:r w:rsidR="00B25DD1" w:rsidRPr="004D349A">
        <w:rPr>
          <w:rFonts w:asciiTheme="majorHAnsi" w:hAnsiTheme="majorHAnsi" w:cstheme="majorHAnsi"/>
          <w:b/>
          <w:bCs/>
          <w:sz w:val="32"/>
          <w:szCs w:val="32"/>
        </w:rPr>
        <w:t>Criteria</w:t>
      </w:r>
      <w:proofErr w:type="gramEnd"/>
      <w:r w:rsidR="00B25DD1" w:rsidRPr="004D349A">
        <w:rPr>
          <w:rFonts w:asciiTheme="majorHAnsi" w:hAnsiTheme="majorHAnsi" w:cstheme="majorHAnsi"/>
          <w:b/>
          <w:bCs/>
          <w:sz w:val="32"/>
          <w:szCs w:val="32"/>
        </w:rPr>
        <w:t xml:space="preserve">  </w:t>
      </w:r>
    </w:p>
    <w:p w14:paraId="40661CD4" w14:textId="77777777" w:rsidR="00260235" w:rsidRDefault="00260235" w:rsidP="00260235">
      <w:pPr>
        <w:spacing w:after="0" w:line="260" w:lineRule="exact"/>
        <w:rPr>
          <w:rFonts w:asciiTheme="majorHAnsi" w:hAnsiTheme="majorHAnsi" w:cstheme="majorHAnsi"/>
          <w:b/>
          <w:bCs/>
          <w:sz w:val="28"/>
          <w:szCs w:val="28"/>
        </w:rPr>
      </w:pPr>
    </w:p>
    <w:p w14:paraId="61B5EB09" w14:textId="6A363A7B" w:rsidR="00260235" w:rsidRDefault="008774A2" w:rsidP="004D3388">
      <w:pPr>
        <w:pStyle w:val="ListParagraph"/>
        <w:numPr>
          <w:ilvl w:val="0"/>
          <w:numId w:val="10"/>
        </w:numPr>
        <w:spacing w:after="0" w:line="260" w:lineRule="exact"/>
        <w:rPr>
          <w:rFonts w:asciiTheme="majorHAnsi" w:hAnsiTheme="majorHAnsi" w:cstheme="majorHAnsi"/>
          <w:b/>
          <w:bCs/>
          <w:sz w:val="26"/>
          <w:szCs w:val="26"/>
        </w:rPr>
      </w:pPr>
      <w:r w:rsidRPr="008774A2">
        <w:rPr>
          <w:rFonts w:asciiTheme="majorHAnsi" w:hAnsiTheme="majorHAnsi" w:cstheme="majorHAnsi"/>
          <w:b/>
          <w:bCs/>
          <w:sz w:val="26"/>
          <w:szCs w:val="26"/>
        </w:rPr>
        <w:t xml:space="preserve">Qualitative Award Criteria </w:t>
      </w:r>
    </w:p>
    <w:p w14:paraId="4B219D7D" w14:textId="77777777" w:rsidR="007729EB" w:rsidRDefault="007729EB" w:rsidP="00CD44B3">
      <w:pPr>
        <w:spacing w:after="0" w:line="260" w:lineRule="exact"/>
        <w:rPr>
          <w:rFonts w:ascii="Arial" w:hAnsi="Arial" w:cs="Arial"/>
          <w:b/>
          <w:bCs/>
          <w:color w:val="548DD4" w:themeColor="text2" w:themeTint="99"/>
          <w:sz w:val="24"/>
          <w:szCs w:val="24"/>
        </w:rPr>
      </w:pPr>
    </w:p>
    <w:tbl>
      <w:tblPr>
        <w:tblStyle w:val="TableGrid"/>
        <w:tblW w:w="0" w:type="auto"/>
        <w:tblLook w:val="04A0" w:firstRow="1" w:lastRow="0" w:firstColumn="1" w:lastColumn="0" w:noHBand="0" w:noVBand="1"/>
      </w:tblPr>
      <w:tblGrid>
        <w:gridCol w:w="1413"/>
        <w:gridCol w:w="1843"/>
        <w:gridCol w:w="2835"/>
        <w:gridCol w:w="3259"/>
      </w:tblGrid>
      <w:tr w:rsidR="00FC20D7" w:rsidRPr="00E03A50" w14:paraId="1B044215" w14:textId="77777777" w:rsidTr="00176212">
        <w:trPr>
          <w:trHeight w:val="397"/>
        </w:trPr>
        <w:tc>
          <w:tcPr>
            <w:tcW w:w="1413" w:type="dxa"/>
            <w:vMerge w:val="restart"/>
            <w:shd w:val="clear" w:color="auto" w:fill="F2F2F2" w:themeFill="background1" w:themeFillShade="F2"/>
            <w:vAlign w:val="center"/>
          </w:tcPr>
          <w:p w14:paraId="2720A05C" w14:textId="7AA25551" w:rsidR="00FC20D7" w:rsidRPr="00E03A50" w:rsidRDefault="00FC20D7" w:rsidP="00C46878">
            <w:pPr>
              <w:spacing w:line="260" w:lineRule="exact"/>
              <w:rPr>
                <w:rFonts w:asciiTheme="majorHAnsi" w:hAnsiTheme="majorHAnsi" w:cstheme="majorHAnsi"/>
                <w:b/>
                <w:bCs/>
                <w:sz w:val="22"/>
              </w:rPr>
            </w:pPr>
            <w:r w:rsidRPr="00E03A50">
              <w:rPr>
                <w:rFonts w:asciiTheme="majorHAnsi" w:hAnsiTheme="majorHAnsi" w:cstheme="majorHAnsi"/>
                <w:b/>
                <w:bCs/>
                <w:sz w:val="22"/>
              </w:rPr>
              <w:t>Criterion A</w:t>
            </w:r>
          </w:p>
        </w:tc>
        <w:tc>
          <w:tcPr>
            <w:tcW w:w="1843" w:type="dxa"/>
            <w:shd w:val="clear" w:color="auto" w:fill="F2F2F2" w:themeFill="background1" w:themeFillShade="F2"/>
            <w:vAlign w:val="center"/>
          </w:tcPr>
          <w:p w14:paraId="29B4B267" w14:textId="69E4E9B3" w:rsidR="00FC20D7" w:rsidRPr="00E03A50" w:rsidRDefault="00FC20D7" w:rsidP="00E03A50">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Weighting</w:t>
            </w:r>
          </w:p>
        </w:tc>
        <w:tc>
          <w:tcPr>
            <w:tcW w:w="2835" w:type="dxa"/>
            <w:shd w:val="clear" w:color="auto" w:fill="F2F2F2" w:themeFill="background1" w:themeFillShade="F2"/>
            <w:vAlign w:val="center"/>
          </w:tcPr>
          <w:p w14:paraId="39408BF3" w14:textId="0DE6583D" w:rsidR="00FC20D7" w:rsidRPr="00E03A50" w:rsidRDefault="00FC20D7" w:rsidP="00E03A50">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Maximum Marks</w:t>
            </w:r>
          </w:p>
        </w:tc>
        <w:tc>
          <w:tcPr>
            <w:tcW w:w="3259" w:type="dxa"/>
            <w:shd w:val="clear" w:color="auto" w:fill="F2F2F2" w:themeFill="background1" w:themeFillShade="F2"/>
            <w:vAlign w:val="center"/>
          </w:tcPr>
          <w:p w14:paraId="142CF01D" w14:textId="58D3D854" w:rsidR="00FC20D7" w:rsidRPr="00E03A50" w:rsidRDefault="00FC20D7" w:rsidP="00E03A50">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Minimum Marks Required</w:t>
            </w:r>
          </w:p>
        </w:tc>
      </w:tr>
      <w:tr w:rsidR="00FC20D7" w:rsidRPr="00E03A50" w14:paraId="45B2A709" w14:textId="77777777" w:rsidTr="00176212">
        <w:trPr>
          <w:trHeight w:val="397"/>
        </w:trPr>
        <w:tc>
          <w:tcPr>
            <w:tcW w:w="1413" w:type="dxa"/>
            <w:vMerge/>
            <w:shd w:val="clear" w:color="auto" w:fill="F2F2F2" w:themeFill="background1" w:themeFillShade="F2"/>
          </w:tcPr>
          <w:p w14:paraId="0D67E64A" w14:textId="77777777" w:rsidR="00FC20D7" w:rsidRPr="00E03A50" w:rsidRDefault="00FC20D7" w:rsidP="000A7196">
            <w:pPr>
              <w:spacing w:line="260" w:lineRule="exact"/>
              <w:rPr>
                <w:rFonts w:asciiTheme="majorHAnsi" w:hAnsiTheme="majorHAnsi" w:cstheme="majorHAnsi"/>
                <w:sz w:val="22"/>
              </w:rPr>
            </w:pPr>
          </w:p>
        </w:tc>
        <w:tc>
          <w:tcPr>
            <w:tcW w:w="1843" w:type="dxa"/>
            <w:shd w:val="clear" w:color="auto" w:fill="F2F2F2" w:themeFill="background1" w:themeFillShade="F2"/>
            <w:vAlign w:val="center"/>
          </w:tcPr>
          <w:p w14:paraId="65FA635F" w14:textId="24F4CD3C" w:rsidR="00FC20D7" w:rsidRPr="00E03A50" w:rsidRDefault="00FC20D7" w:rsidP="00E03A50">
            <w:pPr>
              <w:spacing w:line="260" w:lineRule="exact"/>
              <w:jc w:val="center"/>
              <w:rPr>
                <w:rFonts w:asciiTheme="majorHAnsi" w:hAnsiTheme="majorHAnsi" w:cstheme="majorHAnsi"/>
                <w:b/>
                <w:bCs/>
                <w:sz w:val="22"/>
              </w:rPr>
            </w:pPr>
            <w:r w:rsidRPr="00176212">
              <w:rPr>
                <w:rFonts w:asciiTheme="majorHAnsi" w:hAnsiTheme="majorHAnsi" w:cstheme="majorHAnsi"/>
                <w:b/>
                <w:bCs/>
                <w:color w:val="EE0000"/>
                <w:sz w:val="22"/>
              </w:rPr>
              <w:t>25%</w:t>
            </w:r>
          </w:p>
        </w:tc>
        <w:tc>
          <w:tcPr>
            <w:tcW w:w="2835" w:type="dxa"/>
            <w:shd w:val="clear" w:color="auto" w:fill="F2F2F2" w:themeFill="background1" w:themeFillShade="F2"/>
            <w:vAlign w:val="center"/>
          </w:tcPr>
          <w:p w14:paraId="1778A4C6" w14:textId="5E72301E" w:rsidR="00FC20D7" w:rsidRPr="00E03A50" w:rsidRDefault="00FC20D7" w:rsidP="00E03A50">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2500</w:t>
            </w:r>
          </w:p>
        </w:tc>
        <w:tc>
          <w:tcPr>
            <w:tcW w:w="3259" w:type="dxa"/>
            <w:shd w:val="clear" w:color="auto" w:fill="F2F2F2" w:themeFill="background1" w:themeFillShade="F2"/>
            <w:vAlign w:val="center"/>
          </w:tcPr>
          <w:p w14:paraId="51C32015" w14:textId="5DACC703" w:rsidR="00FC20D7" w:rsidRPr="00E03A50" w:rsidRDefault="00FC20D7" w:rsidP="00E03A50">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1250</w:t>
            </w:r>
          </w:p>
        </w:tc>
      </w:tr>
      <w:tr w:rsidR="00776B4E" w:rsidRPr="00E03A50" w14:paraId="6DCC7FAD" w14:textId="77777777" w:rsidTr="00176212">
        <w:trPr>
          <w:trHeight w:val="397"/>
        </w:trPr>
        <w:tc>
          <w:tcPr>
            <w:tcW w:w="1413" w:type="dxa"/>
            <w:shd w:val="clear" w:color="auto" w:fill="F2F2F2" w:themeFill="background1" w:themeFillShade="F2"/>
            <w:vAlign w:val="center"/>
          </w:tcPr>
          <w:p w14:paraId="71BEE333" w14:textId="6E713CC7" w:rsidR="00776B4E" w:rsidRPr="00E03A50" w:rsidRDefault="00776B4E" w:rsidP="00C46878">
            <w:pPr>
              <w:spacing w:line="260" w:lineRule="exact"/>
              <w:rPr>
                <w:rFonts w:asciiTheme="majorHAnsi" w:hAnsiTheme="majorHAnsi" w:cstheme="majorHAnsi"/>
                <w:b/>
                <w:bCs/>
                <w:sz w:val="22"/>
              </w:rPr>
            </w:pPr>
            <w:r w:rsidRPr="00E03A50">
              <w:rPr>
                <w:rFonts w:asciiTheme="majorHAnsi" w:hAnsiTheme="majorHAnsi" w:cstheme="majorHAnsi"/>
                <w:b/>
                <w:bCs/>
                <w:sz w:val="22"/>
              </w:rPr>
              <w:t>Title</w:t>
            </w:r>
          </w:p>
        </w:tc>
        <w:tc>
          <w:tcPr>
            <w:tcW w:w="7937" w:type="dxa"/>
            <w:gridSpan w:val="3"/>
            <w:shd w:val="clear" w:color="auto" w:fill="F2F2F2" w:themeFill="background1" w:themeFillShade="F2"/>
            <w:vAlign w:val="center"/>
          </w:tcPr>
          <w:p w14:paraId="1C43BD93" w14:textId="66385B35" w:rsidR="00776B4E" w:rsidRPr="00435960" w:rsidRDefault="00776B4E" w:rsidP="00E03A50">
            <w:pPr>
              <w:spacing w:line="260" w:lineRule="exact"/>
              <w:jc w:val="center"/>
              <w:rPr>
                <w:rFonts w:asciiTheme="majorHAnsi" w:hAnsiTheme="majorHAnsi" w:cstheme="majorHAnsi"/>
                <w:b/>
                <w:bCs/>
                <w:i/>
                <w:iCs/>
                <w:sz w:val="22"/>
              </w:rPr>
            </w:pPr>
            <w:r w:rsidRPr="00435960">
              <w:rPr>
                <w:rFonts w:asciiTheme="majorHAnsi" w:hAnsiTheme="majorHAnsi" w:cstheme="majorHAnsi"/>
                <w:b/>
                <w:bCs/>
                <w:i/>
                <w:iCs/>
                <w:sz w:val="22"/>
              </w:rPr>
              <w:t xml:space="preserve">Quality and Suitability of Goods and </w:t>
            </w:r>
            <w:r w:rsidR="00FC41C3" w:rsidRPr="00435960">
              <w:rPr>
                <w:rFonts w:asciiTheme="majorHAnsi" w:hAnsiTheme="majorHAnsi" w:cstheme="majorHAnsi"/>
                <w:b/>
                <w:bCs/>
                <w:i/>
                <w:iCs/>
                <w:sz w:val="22"/>
              </w:rPr>
              <w:t>U</w:t>
            </w:r>
            <w:r w:rsidRPr="00435960">
              <w:rPr>
                <w:rFonts w:asciiTheme="majorHAnsi" w:hAnsiTheme="majorHAnsi" w:cstheme="majorHAnsi"/>
                <w:b/>
                <w:bCs/>
                <w:i/>
                <w:iCs/>
                <w:sz w:val="22"/>
              </w:rPr>
              <w:t xml:space="preserve">nderstanding of our </w:t>
            </w:r>
            <w:r w:rsidR="00FC41C3" w:rsidRPr="00435960">
              <w:rPr>
                <w:rFonts w:asciiTheme="majorHAnsi" w:hAnsiTheme="majorHAnsi" w:cstheme="majorHAnsi"/>
                <w:b/>
                <w:bCs/>
                <w:i/>
                <w:iCs/>
                <w:sz w:val="22"/>
              </w:rPr>
              <w:t>R</w:t>
            </w:r>
            <w:r w:rsidRPr="00435960">
              <w:rPr>
                <w:rFonts w:asciiTheme="majorHAnsi" w:hAnsiTheme="majorHAnsi" w:cstheme="majorHAnsi"/>
                <w:b/>
                <w:bCs/>
                <w:i/>
                <w:iCs/>
                <w:sz w:val="22"/>
              </w:rPr>
              <w:t>equirements</w:t>
            </w:r>
          </w:p>
        </w:tc>
      </w:tr>
      <w:tr w:rsidR="00930EDE" w:rsidRPr="00E03A50" w14:paraId="0E5FE82E" w14:textId="77777777" w:rsidTr="00176212">
        <w:trPr>
          <w:trHeight w:val="1417"/>
        </w:trPr>
        <w:tc>
          <w:tcPr>
            <w:tcW w:w="1413" w:type="dxa"/>
            <w:shd w:val="clear" w:color="auto" w:fill="F2F2F2" w:themeFill="background1" w:themeFillShade="F2"/>
            <w:vAlign w:val="center"/>
          </w:tcPr>
          <w:p w14:paraId="594AF06E" w14:textId="116A242E" w:rsidR="00930EDE" w:rsidRPr="00E03A50" w:rsidRDefault="00930EDE" w:rsidP="00C46878">
            <w:pPr>
              <w:spacing w:line="260" w:lineRule="exact"/>
              <w:rPr>
                <w:rFonts w:asciiTheme="majorHAnsi" w:hAnsiTheme="majorHAnsi" w:cstheme="majorHAnsi"/>
                <w:b/>
                <w:bCs/>
                <w:sz w:val="22"/>
              </w:rPr>
            </w:pPr>
            <w:r w:rsidRPr="00E03A50">
              <w:rPr>
                <w:rFonts w:asciiTheme="majorHAnsi" w:hAnsiTheme="majorHAnsi" w:cstheme="majorHAnsi"/>
                <w:b/>
                <w:bCs/>
                <w:sz w:val="22"/>
              </w:rPr>
              <w:t xml:space="preserve">Instructions </w:t>
            </w:r>
          </w:p>
        </w:tc>
        <w:tc>
          <w:tcPr>
            <w:tcW w:w="7937" w:type="dxa"/>
            <w:gridSpan w:val="3"/>
            <w:vAlign w:val="center"/>
          </w:tcPr>
          <w:p w14:paraId="4F411217" w14:textId="1A9E4728" w:rsidR="00930EDE" w:rsidRPr="00E03A50" w:rsidRDefault="00930EDE" w:rsidP="00E03A50">
            <w:pPr>
              <w:spacing w:line="260" w:lineRule="exact"/>
              <w:jc w:val="both"/>
              <w:rPr>
                <w:rFonts w:asciiTheme="majorHAnsi" w:hAnsiTheme="majorHAnsi" w:cstheme="majorHAnsi"/>
                <w:sz w:val="22"/>
              </w:rPr>
            </w:pPr>
            <w:r w:rsidRPr="00E03A50">
              <w:rPr>
                <w:rFonts w:asciiTheme="majorHAnsi" w:hAnsiTheme="majorHAnsi" w:cstheme="majorHAnsi"/>
                <w:sz w:val="22"/>
              </w:rPr>
              <w:t xml:space="preserve">Tenders must demonstrate an understanding of our requirements as outlined in our specification and provide information to demonstrate that their </w:t>
            </w:r>
            <w:r w:rsidR="00FC20D7" w:rsidRPr="00E03A50">
              <w:rPr>
                <w:rFonts w:asciiTheme="majorHAnsi" w:hAnsiTheme="majorHAnsi" w:cstheme="majorHAnsi"/>
                <w:sz w:val="22"/>
              </w:rPr>
              <w:t>simulator stations are</w:t>
            </w:r>
            <w:r w:rsidRPr="00E03A50">
              <w:rPr>
                <w:rFonts w:asciiTheme="majorHAnsi" w:hAnsiTheme="majorHAnsi" w:cstheme="majorHAnsi"/>
                <w:sz w:val="22"/>
              </w:rPr>
              <w:t xml:space="preserve"> of a standard that meet our requirements in terms of quality, standards and technical compliance, durability and suitability for use in a training workshop environment</w:t>
            </w:r>
          </w:p>
        </w:tc>
      </w:tr>
      <w:tr w:rsidR="00930EDE" w:rsidRPr="00E03A50" w14:paraId="31CA3414" w14:textId="77777777" w:rsidTr="003C5599">
        <w:trPr>
          <w:trHeight w:val="3402"/>
        </w:trPr>
        <w:tc>
          <w:tcPr>
            <w:tcW w:w="1413" w:type="dxa"/>
            <w:shd w:val="clear" w:color="auto" w:fill="F2F2F2" w:themeFill="background1" w:themeFillShade="F2"/>
            <w:vAlign w:val="center"/>
          </w:tcPr>
          <w:p w14:paraId="105AEECD" w14:textId="496F7480" w:rsidR="00930EDE" w:rsidRPr="00E03A50" w:rsidRDefault="00930EDE" w:rsidP="00C46878">
            <w:pPr>
              <w:spacing w:line="260" w:lineRule="exact"/>
              <w:rPr>
                <w:rFonts w:asciiTheme="majorHAnsi" w:hAnsiTheme="majorHAnsi" w:cstheme="majorHAnsi"/>
                <w:b/>
                <w:bCs/>
                <w:sz w:val="22"/>
              </w:rPr>
            </w:pPr>
            <w:r w:rsidRPr="00E03A50">
              <w:rPr>
                <w:rFonts w:asciiTheme="majorHAnsi" w:hAnsiTheme="majorHAnsi" w:cstheme="majorHAnsi"/>
                <w:b/>
                <w:bCs/>
                <w:sz w:val="22"/>
              </w:rPr>
              <w:t xml:space="preserve">Tenderers Response </w:t>
            </w:r>
          </w:p>
        </w:tc>
        <w:tc>
          <w:tcPr>
            <w:tcW w:w="7937" w:type="dxa"/>
            <w:gridSpan w:val="3"/>
          </w:tcPr>
          <w:p w14:paraId="3F152AB4" w14:textId="77777777" w:rsidR="00930EDE" w:rsidRPr="00E03A50" w:rsidRDefault="00930EDE" w:rsidP="00CD44B3">
            <w:pPr>
              <w:spacing w:line="260" w:lineRule="exact"/>
              <w:rPr>
                <w:rFonts w:asciiTheme="majorHAnsi" w:hAnsiTheme="majorHAnsi" w:cstheme="majorHAnsi"/>
                <w:sz w:val="22"/>
              </w:rPr>
            </w:pPr>
          </w:p>
          <w:p w14:paraId="614575AC" w14:textId="77777777" w:rsidR="00FC20D7" w:rsidRPr="00E03A50" w:rsidRDefault="00FC20D7" w:rsidP="00CD44B3">
            <w:pPr>
              <w:spacing w:line="260" w:lineRule="exact"/>
              <w:rPr>
                <w:rFonts w:asciiTheme="majorHAnsi" w:hAnsiTheme="majorHAnsi" w:cstheme="majorHAnsi"/>
                <w:sz w:val="22"/>
              </w:rPr>
            </w:pPr>
          </w:p>
          <w:p w14:paraId="25E23DCB" w14:textId="77777777" w:rsidR="00FC20D7" w:rsidRPr="00E03A50" w:rsidRDefault="00FC20D7" w:rsidP="00CD44B3">
            <w:pPr>
              <w:spacing w:line="260" w:lineRule="exact"/>
              <w:rPr>
                <w:rFonts w:asciiTheme="majorHAnsi" w:hAnsiTheme="majorHAnsi" w:cstheme="majorHAnsi"/>
                <w:sz w:val="22"/>
              </w:rPr>
            </w:pPr>
          </w:p>
          <w:p w14:paraId="29C23BD8" w14:textId="77777777" w:rsidR="00FC20D7" w:rsidRPr="00E03A50" w:rsidRDefault="00FC20D7" w:rsidP="00CD44B3">
            <w:pPr>
              <w:spacing w:line="260" w:lineRule="exact"/>
              <w:rPr>
                <w:rFonts w:asciiTheme="majorHAnsi" w:hAnsiTheme="majorHAnsi" w:cstheme="majorHAnsi"/>
                <w:sz w:val="22"/>
              </w:rPr>
            </w:pPr>
          </w:p>
          <w:p w14:paraId="644FDA18" w14:textId="77777777" w:rsidR="00FC20D7" w:rsidRDefault="00FC20D7" w:rsidP="00CD44B3">
            <w:pPr>
              <w:spacing w:line="260" w:lineRule="exact"/>
              <w:rPr>
                <w:rFonts w:asciiTheme="majorHAnsi" w:hAnsiTheme="majorHAnsi" w:cstheme="majorHAnsi"/>
                <w:sz w:val="22"/>
              </w:rPr>
            </w:pPr>
          </w:p>
          <w:p w14:paraId="68B91515" w14:textId="77777777" w:rsidR="00085B0D" w:rsidRDefault="00085B0D" w:rsidP="00CD44B3">
            <w:pPr>
              <w:spacing w:line="260" w:lineRule="exact"/>
              <w:rPr>
                <w:rFonts w:asciiTheme="majorHAnsi" w:hAnsiTheme="majorHAnsi" w:cstheme="majorHAnsi"/>
                <w:sz w:val="22"/>
              </w:rPr>
            </w:pPr>
          </w:p>
          <w:p w14:paraId="5E7D297F" w14:textId="77777777" w:rsidR="00085B0D" w:rsidRDefault="00085B0D" w:rsidP="00CD44B3">
            <w:pPr>
              <w:spacing w:line="260" w:lineRule="exact"/>
              <w:rPr>
                <w:rFonts w:asciiTheme="majorHAnsi" w:hAnsiTheme="majorHAnsi" w:cstheme="majorHAnsi"/>
                <w:sz w:val="22"/>
              </w:rPr>
            </w:pPr>
          </w:p>
          <w:p w14:paraId="63BC4831" w14:textId="77777777" w:rsidR="00085B0D" w:rsidRDefault="00085B0D" w:rsidP="00CD44B3">
            <w:pPr>
              <w:spacing w:line="260" w:lineRule="exact"/>
              <w:rPr>
                <w:rFonts w:asciiTheme="majorHAnsi" w:hAnsiTheme="majorHAnsi" w:cstheme="majorHAnsi"/>
                <w:sz w:val="22"/>
              </w:rPr>
            </w:pPr>
          </w:p>
          <w:p w14:paraId="7BCBAE13" w14:textId="77777777" w:rsidR="00085B0D" w:rsidRDefault="00085B0D" w:rsidP="00CD44B3">
            <w:pPr>
              <w:spacing w:line="260" w:lineRule="exact"/>
              <w:rPr>
                <w:rFonts w:asciiTheme="majorHAnsi" w:hAnsiTheme="majorHAnsi" w:cstheme="majorHAnsi"/>
                <w:sz w:val="22"/>
              </w:rPr>
            </w:pPr>
          </w:p>
          <w:p w14:paraId="2BBB4F64" w14:textId="77777777" w:rsidR="00085B0D" w:rsidRPr="00E03A50" w:rsidRDefault="00085B0D" w:rsidP="00CD44B3">
            <w:pPr>
              <w:spacing w:line="260" w:lineRule="exact"/>
              <w:rPr>
                <w:rFonts w:asciiTheme="majorHAnsi" w:hAnsiTheme="majorHAnsi" w:cstheme="majorHAnsi"/>
                <w:sz w:val="22"/>
              </w:rPr>
            </w:pPr>
          </w:p>
          <w:p w14:paraId="40F8ED99" w14:textId="77777777" w:rsidR="00FC20D7" w:rsidRPr="00E03A50" w:rsidRDefault="00FC20D7" w:rsidP="00CD44B3">
            <w:pPr>
              <w:spacing w:line="260" w:lineRule="exact"/>
              <w:rPr>
                <w:rFonts w:asciiTheme="majorHAnsi" w:hAnsiTheme="majorHAnsi" w:cstheme="majorHAnsi"/>
                <w:sz w:val="22"/>
              </w:rPr>
            </w:pPr>
          </w:p>
          <w:p w14:paraId="66674601" w14:textId="77777777" w:rsidR="00FC20D7" w:rsidRPr="00E03A50" w:rsidRDefault="00FC20D7" w:rsidP="00CD44B3">
            <w:pPr>
              <w:spacing w:line="260" w:lineRule="exact"/>
              <w:rPr>
                <w:rFonts w:asciiTheme="majorHAnsi" w:hAnsiTheme="majorHAnsi" w:cstheme="majorHAnsi"/>
                <w:sz w:val="22"/>
              </w:rPr>
            </w:pPr>
          </w:p>
          <w:p w14:paraId="404627E3" w14:textId="77777777" w:rsidR="00FC20D7" w:rsidRPr="00E03A50" w:rsidRDefault="00FC20D7" w:rsidP="00CD44B3">
            <w:pPr>
              <w:spacing w:line="260" w:lineRule="exact"/>
              <w:rPr>
                <w:rFonts w:asciiTheme="majorHAnsi" w:hAnsiTheme="majorHAnsi" w:cstheme="majorHAnsi"/>
                <w:sz w:val="22"/>
              </w:rPr>
            </w:pPr>
          </w:p>
          <w:p w14:paraId="484C6587" w14:textId="77777777" w:rsidR="00FC20D7" w:rsidRPr="00E03A50" w:rsidRDefault="00FC20D7" w:rsidP="00CD44B3">
            <w:pPr>
              <w:spacing w:line="260" w:lineRule="exact"/>
              <w:rPr>
                <w:rFonts w:asciiTheme="majorHAnsi" w:hAnsiTheme="majorHAnsi" w:cstheme="majorHAnsi"/>
                <w:sz w:val="22"/>
              </w:rPr>
            </w:pPr>
          </w:p>
          <w:p w14:paraId="66AB6A45" w14:textId="77777777" w:rsidR="00FC20D7" w:rsidRPr="00E03A50" w:rsidRDefault="00FC20D7" w:rsidP="00CD44B3">
            <w:pPr>
              <w:spacing w:line="260" w:lineRule="exact"/>
              <w:rPr>
                <w:rFonts w:asciiTheme="majorHAnsi" w:hAnsiTheme="majorHAnsi" w:cstheme="majorHAnsi"/>
                <w:sz w:val="22"/>
              </w:rPr>
            </w:pPr>
          </w:p>
          <w:p w14:paraId="7824AB3D" w14:textId="25CBE7A9" w:rsidR="00FC20D7" w:rsidRPr="00E03A50" w:rsidRDefault="00FC20D7" w:rsidP="00CD44B3">
            <w:pPr>
              <w:spacing w:line="260" w:lineRule="exact"/>
              <w:rPr>
                <w:rFonts w:asciiTheme="majorHAnsi" w:hAnsiTheme="majorHAnsi" w:cstheme="majorHAnsi"/>
                <w:sz w:val="22"/>
              </w:rPr>
            </w:pPr>
          </w:p>
        </w:tc>
      </w:tr>
    </w:tbl>
    <w:p w14:paraId="32B763B9" w14:textId="77777777" w:rsidR="007729EB" w:rsidRDefault="007729EB" w:rsidP="00CD44B3">
      <w:pPr>
        <w:spacing w:after="0" w:line="260" w:lineRule="exact"/>
        <w:rPr>
          <w:rFonts w:ascii="Arial" w:hAnsi="Arial" w:cs="Arial"/>
          <w:b/>
          <w:bCs/>
          <w:color w:val="548DD4" w:themeColor="text2" w:themeTint="99"/>
          <w:sz w:val="24"/>
          <w:szCs w:val="24"/>
        </w:rPr>
      </w:pPr>
    </w:p>
    <w:p w14:paraId="5C99FEF0" w14:textId="77777777" w:rsidR="00FC7ED1" w:rsidRDefault="00FC7ED1" w:rsidP="00CD44B3">
      <w:pPr>
        <w:spacing w:after="0" w:line="260" w:lineRule="exact"/>
        <w:rPr>
          <w:rFonts w:asciiTheme="majorHAnsi" w:hAnsiTheme="majorHAnsi" w:cstheme="majorHAnsi"/>
          <w:b/>
          <w:bCs/>
          <w:color w:val="000000" w:themeColor="text1"/>
          <w:sz w:val="26"/>
          <w:szCs w:val="26"/>
        </w:rPr>
      </w:pPr>
    </w:p>
    <w:p w14:paraId="135CAC53" w14:textId="685D412B" w:rsidR="003A7E78" w:rsidRDefault="005371BC" w:rsidP="00CD44B3">
      <w:pPr>
        <w:spacing w:after="0" w:line="260" w:lineRule="exact"/>
        <w:rPr>
          <w:rFonts w:asciiTheme="majorHAnsi" w:hAnsiTheme="majorHAnsi" w:cstheme="majorHAnsi"/>
          <w:b/>
          <w:bCs/>
          <w:color w:val="000000" w:themeColor="text1"/>
          <w:sz w:val="26"/>
          <w:szCs w:val="26"/>
        </w:rPr>
      </w:pPr>
      <w:r w:rsidRPr="00D4655C">
        <w:rPr>
          <w:rFonts w:asciiTheme="majorHAnsi" w:hAnsiTheme="majorHAnsi" w:cstheme="majorHAnsi"/>
          <w:b/>
          <w:bCs/>
          <w:color w:val="000000" w:themeColor="text1"/>
          <w:sz w:val="26"/>
          <w:szCs w:val="26"/>
        </w:rPr>
        <w:t xml:space="preserve">The mandatory requirements are as follows: </w:t>
      </w:r>
    </w:p>
    <w:p w14:paraId="23D946B9" w14:textId="77777777" w:rsidR="00FC7ED1" w:rsidRPr="00D4655C" w:rsidRDefault="00FC7ED1" w:rsidP="00CD44B3">
      <w:pPr>
        <w:spacing w:after="0" w:line="260" w:lineRule="exact"/>
        <w:rPr>
          <w:rFonts w:asciiTheme="majorHAnsi" w:hAnsiTheme="majorHAnsi" w:cstheme="majorHAnsi"/>
          <w:b/>
          <w:bCs/>
          <w:color w:val="000000" w:themeColor="text1"/>
          <w:sz w:val="26"/>
          <w:szCs w:val="26"/>
        </w:rPr>
      </w:pPr>
    </w:p>
    <w:p w14:paraId="7A5AAD00" w14:textId="4BDDD28B" w:rsidR="00075898" w:rsidRPr="00D4655C" w:rsidRDefault="00075898" w:rsidP="00075898">
      <w:pPr>
        <w:spacing w:after="0" w:line="260" w:lineRule="exact"/>
        <w:rPr>
          <w:rFonts w:asciiTheme="majorHAnsi" w:eastAsia="Times New Roman" w:hAnsiTheme="majorHAnsi" w:cstheme="majorHAnsi"/>
          <w:sz w:val="22"/>
          <w:lang w:eastAsia="ja-JP"/>
        </w:rPr>
      </w:pPr>
      <w:r w:rsidRPr="00D4655C">
        <w:rPr>
          <w:rFonts w:asciiTheme="majorHAnsi" w:hAnsiTheme="majorHAnsi" w:cstheme="majorHAnsi"/>
          <w:sz w:val="22"/>
        </w:rPr>
        <w:t xml:space="preserve">Please refer to </w:t>
      </w:r>
      <w:r w:rsidR="00F34FB2" w:rsidRPr="00D4655C">
        <w:rPr>
          <w:rFonts w:asciiTheme="majorHAnsi" w:hAnsiTheme="majorHAnsi" w:cstheme="majorHAnsi"/>
          <w:sz w:val="22"/>
        </w:rPr>
        <w:t xml:space="preserve">Appendix 1. Requirements and Specifications </w:t>
      </w:r>
      <w:r w:rsidRPr="00D4655C">
        <w:rPr>
          <w:rFonts w:asciiTheme="majorHAnsi" w:hAnsiTheme="majorHAnsi" w:cstheme="majorHAnsi"/>
          <w:sz w:val="22"/>
        </w:rPr>
        <w:t>of the RFT for</w:t>
      </w:r>
      <w:r w:rsidR="00D4655C" w:rsidRPr="00D4655C">
        <w:rPr>
          <w:rFonts w:asciiTheme="majorHAnsi" w:hAnsiTheme="majorHAnsi" w:cstheme="majorHAnsi"/>
          <w:sz w:val="22"/>
        </w:rPr>
        <w:t xml:space="preserve"> expanded information on the requirements before making your selection. </w:t>
      </w:r>
    </w:p>
    <w:p w14:paraId="451D7FE1" w14:textId="77777777" w:rsidR="005371BC" w:rsidRPr="00D4655C" w:rsidRDefault="005371BC" w:rsidP="00CD44B3">
      <w:pPr>
        <w:spacing w:after="0" w:line="260" w:lineRule="exact"/>
        <w:rPr>
          <w:rFonts w:asciiTheme="majorHAnsi" w:hAnsiTheme="majorHAnsi" w:cstheme="majorHAnsi"/>
          <w:b/>
          <w:bCs/>
          <w:color w:val="548DD4" w:themeColor="text2" w:themeTint="99"/>
          <w:sz w:val="24"/>
          <w:szCs w:val="24"/>
        </w:rPr>
      </w:pPr>
    </w:p>
    <w:tbl>
      <w:tblPr>
        <w:tblStyle w:val="TableGrid"/>
        <w:tblW w:w="0" w:type="auto"/>
        <w:jc w:val="center"/>
        <w:tblLook w:val="04A0" w:firstRow="1" w:lastRow="0" w:firstColumn="1" w:lastColumn="0" w:noHBand="0" w:noVBand="1"/>
      </w:tblPr>
      <w:tblGrid>
        <w:gridCol w:w="3964"/>
        <w:gridCol w:w="2268"/>
        <w:gridCol w:w="2353"/>
      </w:tblGrid>
      <w:tr w:rsidR="00D4655C" w:rsidRPr="00D4655C" w14:paraId="3475D63C" w14:textId="3C666F71" w:rsidTr="00D4655C">
        <w:trPr>
          <w:trHeight w:val="510"/>
          <w:jc w:val="center"/>
        </w:trPr>
        <w:tc>
          <w:tcPr>
            <w:tcW w:w="3964" w:type="dxa"/>
            <w:shd w:val="clear" w:color="auto" w:fill="F2F2F2" w:themeFill="background1" w:themeFillShade="F2"/>
            <w:vAlign w:val="center"/>
          </w:tcPr>
          <w:p w14:paraId="42ED4D08" w14:textId="50168D01" w:rsidR="00D4655C" w:rsidRPr="00D4655C" w:rsidRDefault="00D4655C" w:rsidP="008B53A8">
            <w:pPr>
              <w:spacing w:line="260" w:lineRule="exact"/>
              <w:rPr>
                <w:rFonts w:asciiTheme="majorHAnsi" w:hAnsiTheme="majorHAnsi" w:cstheme="majorHAnsi"/>
                <w:sz w:val="22"/>
              </w:rPr>
            </w:pPr>
            <w:r>
              <w:rPr>
                <w:rFonts w:asciiTheme="majorHAnsi" w:hAnsiTheme="majorHAnsi" w:cstheme="majorHAnsi"/>
                <w:b/>
                <w:sz w:val="22"/>
              </w:rPr>
              <w:t>REQUIRMENTS</w:t>
            </w:r>
          </w:p>
        </w:tc>
        <w:tc>
          <w:tcPr>
            <w:tcW w:w="4621" w:type="dxa"/>
            <w:gridSpan w:val="2"/>
            <w:shd w:val="clear" w:color="auto" w:fill="F2F2F2" w:themeFill="background1" w:themeFillShade="F2"/>
            <w:vAlign w:val="center"/>
          </w:tcPr>
          <w:p w14:paraId="40CE0DF4" w14:textId="4DFBC81A" w:rsidR="00D4655C" w:rsidRPr="00D4655C" w:rsidRDefault="00D4655C" w:rsidP="00D4655C">
            <w:pPr>
              <w:spacing w:line="260" w:lineRule="exact"/>
              <w:jc w:val="center"/>
              <w:rPr>
                <w:rFonts w:asciiTheme="majorHAnsi" w:hAnsiTheme="majorHAnsi" w:cstheme="majorHAnsi"/>
                <w:b/>
                <w:sz w:val="22"/>
              </w:rPr>
            </w:pPr>
            <w:r w:rsidRPr="00D4655C">
              <w:rPr>
                <w:rFonts w:asciiTheme="majorHAnsi" w:hAnsiTheme="majorHAnsi" w:cstheme="majorHAnsi"/>
                <w:b/>
                <w:sz w:val="22"/>
              </w:rPr>
              <w:t>C</w:t>
            </w:r>
            <w:r>
              <w:rPr>
                <w:rFonts w:asciiTheme="majorHAnsi" w:hAnsiTheme="majorHAnsi" w:cstheme="majorHAnsi"/>
                <w:b/>
                <w:sz w:val="22"/>
              </w:rPr>
              <w:t>IRCLE</w:t>
            </w:r>
            <w:r w:rsidRPr="00D4655C">
              <w:rPr>
                <w:rFonts w:asciiTheme="majorHAnsi" w:hAnsiTheme="majorHAnsi" w:cstheme="majorHAnsi"/>
                <w:b/>
                <w:sz w:val="22"/>
              </w:rPr>
              <w:t xml:space="preserve"> (YES/NO)</w:t>
            </w:r>
          </w:p>
        </w:tc>
      </w:tr>
      <w:tr w:rsidR="00D4655C" w:rsidRPr="00D4655C" w14:paraId="43869B11" w14:textId="6777A156" w:rsidTr="00FC7ED1">
        <w:trPr>
          <w:trHeight w:val="397"/>
          <w:jc w:val="center"/>
        </w:trPr>
        <w:tc>
          <w:tcPr>
            <w:tcW w:w="3964" w:type="dxa"/>
            <w:vAlign w:val="center"/>
          </w:tcPr>
          <w:p w14:paraId="27A88BE6" w14:textId="77777777" w:rsidR="00D4655C" w:rsidRPr="00D4655C" w:rsidRDefault="00D4655C" w:rsidP="008B53A8">
            <w:pPr>
              <w:spacing w:line="260" w:lineRule="exact"/>
              <w:rPr>
                <w:rFonts w:asciiTheme="majorHAnsi" w:hAnsiTheme="majorHAnsi" w:cstheme="majorHAnsi"/>
                <w:sz w:val="22"/>
              </w:rPr>
            </w:pPr>
            <w:r w:rsidRPr="00D4655C">
              <w:rPr>
                <w:rFonts w:asciiTheme="majorHAnsi" w:hAnsiTheme="majorHAnsi" w:cstheme="majorHAnsi"/>
                <w:sz w:val="22"/>
              </w:rPr>
              <w:t>Quantity</w:t>
            </w:r>
          </w:p>
        </w:tc>
        <w:tc>
          <w:tcPr>
            <w:tcW w:w="2268" w:type="dxa"/>
            <w:vAlign w:val="center"/>
          </w:tcPr>
          <w:p w14:paraId="6A993D6F" w14:textId="77120D0B" w:rsidR="00D4655C" w:rsidRPr="00D4655C" w:rsidRDefault="00D4655C" w:rsidP="00D4655C">
            <w:pPr>
              <w:spacing w:line="260" w:lineRule="exact"/>
              <w:jc w:val="center"/>
              <w:rPr>
                <w:rFonts w:asciiTheme="majorHAnsi" w:hAnsiTheme="majorHAnsi" w:cstheme="majorHAnsi"/>
                <w:b/>
                <w:bCs/>
                <w:sz w:val="22"/>
              </w:rPr>
            </w:pPr>
            <w:r w:rsidRPr="00D4655C">
              <w:rPr>
                <w:rFonts w:asciiTheme="majorHAnsi" w:hAnsiTheme="majorHAnsi" w:cstheme="majorHAnsi"/>
                <w:b/>
                <w:bCs/>
                <w:sz w:val="22"/>
              </w:rPr>
              <w:t>YES</w:t>
            </w:r>
          </w:p>
        </w:tc>
        <w:tc>
          <w:tcPr>
            <w:tcW w:w="2353" w:type="dxa"/>
            <w:vAlign w:val="center"/>
          </w:tcPr>
          <w:p w14:paraId="73755534" w14:textId="1F45FF7C" w:rsidR="00D4655C" w:rsidRPr="00D4655C" w:rsidRDefault="00D4655C" w:rsidP="00D4655C">
            <w:pPr>
              <w:spacing w:line="260" w:lineRule="exact"/>
              <w:jc w:val="center"/>
              <w:rPr>
                <w:rFonts w:asciiTheme="majorHAnsi" w:hAnsiTheme="majorHAnsi" w:cstheme="majorHAnsi"/>
                <w:b/>
                <w:bCs/>
                <w:sz w:val="22"/>
              </w:rPr>
            </w:pPr>
            <w:r w:rsidRPr="00D4655C">
              <w:rPr>
                <w:rFonts w:asciiTheme="majorHAnsi" w:hAnsiTheme="majorHAnsi" w:cstheme="majorHAnsi"/>
                <w:b/>
                <w:bCs/>
                <w:sz w:val="22"/>
              </w:rPr>
              <w:t>NO</w:t>
            </w:r>
          </w:p>
        </w:tc>
      </w:tr>
      <w:tr w:rsidR="00D4655C" w:rsidRPr="00D4655C" w14:paraId="362E3712" w14:textId="32102F7D" w:rsidTr="00FC7ED1">
        <w:trPr>
          <w:trHeight w:val="397"/>
          <w:jc w:val="center"/>
        </w:trPr>
        <w:tc>
          <w:tcPr>
            <w:tcW w:w="3964" w:type="dxa"/>
            <w:vAlign w:val="center"/>
          </w:tcPr>
          <w:p w14:paraId="1DF7C56D"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Commercial training use</w:t>
            </w:r>
          </w:p>
        </w:tc>
        <w:tc>
          <w:tcPr>
            <w:tcW w:w="2268" w:type="dxa"/>
            <w:vAlign w:val="center"/>
          </w:tcPr>
          <w:p w14:paraId="5AAF692E" w14:textId="0AC04788"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31FA984A" w14:textId="0D84E13C"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4294564A" w14:textId="11C5C9AA" w:rsidTr="00FC7ED1">
        <w:trPr>
          <w:trHeight w:val="397"/>
          <w:jc w:val="center"/>
        </w:trPr>
        <w:tc>
          <w:tcPr>
            <w:tcW w:w="3964" w:type="dxa"/>
            <w:vAlign w:val="center"/>
          </w:tcPr>
          <w:p w14:paraId="26038116"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Software/ Software Licences</w:t>
            </w:r>
          </w:p>
        </w:tc>
        <w:tc>
          <w:tcPr>
            <w:tcW w:w="2268" w:type="dxa"/>
            <w:vAlign w:val="center"/>
          </w:tcPr>
          <w:p w14:paraId="48A40618" w14:textId="466A0D01"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6BD63959" w14:textId="6D81AFAF"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24B8F3FB" w14:textId="3963B9E8" w:rsidTr="00FC7ED1">
        <w:trPr>
          <w:trHeight w:val="397"/>
          <w:jc w:val="center"/>
        </w:trPr>
        <w:tc>
          <w:tcPr>
            <w:tcW w:w="3964" w:type="dxa"/>
            <w:vAlign w:val="center"/>
          </w:tcPr>
          <w:p w14:paraId="4FBF3FF4"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Operator station</w:t>
            </w:r>
          </w:p>
        </w:tc>
        <w:tc>
          <w:tcPr>
            <w:tcW w:w="2268" w:type="dxa"/>
            <w:vAlign w:val="center"/>
          </w:tcPr>
          <w:p w14:paraId="75185008" w14:textId="07387764"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41DFCBA1" w14:textId="1C48EC4E"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4C8E98A5" w14:textId="293A3EEE" w:rsidTr="00FC7ED1">
        <w:trPr>
          <w:trHeight w:val="397"/>
          <w:jc w:val="center"/>
        </w:trPr>
        <w:tc>
          <w:tcPr>
            <w:tcW w:w="3964" w:type="dxa"/>
            <w:vAlign w:val="center"/>
          </w:tcPr>
          <w:p w14:paraId="6674BBEC"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Controls</w:t>
            </w:r>
          </w:p>
        </w:tc>
        <w:tc>
          <w:tcPr>
            <w:tcW w:w="2268" w:type="dxa"/>
            <w:vAlign w:val="center"/>
          </w:tcPr>
          <w:p w14:paraId="5C5E0231" w14:textId="36498097"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3A8D031C" w14:textId="3CD6E20B"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35E0F72E" w14:textId="07D383A4" w:rsidTr="00FC7ED1">
        <w:trPr>
          <w:trHeight w:val="397"/>
          <w:jc w:val="center"/>
        </w:trPr>
        <w:tc>
          <w:tcPr>
            <w:tcW w:w="3964" w:type="dxa"/>
            <w:vAlign w:val="center"/>
          </w:tcPr>
          <w:p w14:paraId="1582DC0B"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Visual system</w:t>
            </w:r>
          </w:p>
        </w:tc>
        <w:tc>
          <w:tcPr>
            <w:tcW w:w="2268" w:type="dxa"/>
            <w:vAlign w:val="center"/>
          </w:tcPr>
          <w:p w14:paraId="46A4FEB5" w14:textId="1AAA9AE3"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586DEF23" w14:textId="1E04B69B"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7DB833DB" w14:textId="034EF01C" w:rsidTr="00FC7ED1">
        <w:trPr>
          <w:trHeight w:val="397"/>
          <w:jc w:val="center"/>
        </w:trPr>
        <w:tc>
          <w:tcPr>
            <w:tcW w:w="3964" w:type="dxa"/>
            <w:vAlign w:val="center"/>
          </w:tcPr>
          <w:p w14:paraId="12777283"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lastRenderedPageBreak/>
              <w:t>Computing</w:t>
            </w:r>
          </w:p>
        </w:tc>
        <w:tc>
          <w:tcPr>
            <w:tcW w:w="2268" w:type="dxa"/>
            <w:vAlign w:val="center"/>
          </w:tcPr>
          <w:p w14:paraId="3B94798D" w14:textId="35DE1E5E"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065E0A43" w14:textId="253FCF9F"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088A3714" w14:textId="24E1D54F" w:rsidTr="00FC7ED1">
        <w:trPr>
          <w:trHeight w:val="397"/>
          <w:jc w:val="center"/>
        </w:trPr>
        <w:tc>
          <w:tcPr>
            <w:tcW w:w="3964" w:type="dxa"/>
            <w:vAlign w:val="center"/>
          </w:tcPr>
          <w:p w14:paraId="1EAA504C"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Instructor functions</w:t>
            </w:r>
          </w:p>
        </w:tc>
        <w:tc>
          <w:tcPr>
            <w:tcW w:w="2268" w:type="dxa"/>
            <w:vAlign w:val="center"/>
          </w:tcPr>
          <w:p w14:paraId="59C74027" w14:textId="1C0CC794"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06C10062" w14:textId="315130D0"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49E77BD8" w14:textId="4720A4DD" w:rsidTr="00FC7ED1">
        <w:trPr>
          <w:trHeight w:val="397"/>
          <w:jc w:val="center"/>
        </w:trPr>
        <w:tc>
          <w:tcPr>
            <w:tcW w:w="3964" w:type="dxa"/>
            <w:vAlign w:val="center"/>
          </w:tcPr>
          <w:p w14:paraId="396FBC47"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Assessment</w:t>
            </w:r>
          </w:p>
        </w:tc>
        <w:tc>
          <w:tcPr>
            <w:tcW w:w="2268" w:type="dxa"/>
            <w:vAlign w:val="center"/>
          </w:tcPr>
          <w:p w14:paraId="761EA12D" w14:textId="39671796"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4A617EDD" w14:textId="4300AF2E"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3FFA09C1" w14:textId="362A8456" w:rsidTr="00FC7ED1">
        <w:trPr>
          <w:trHeight w:val="397"/>
          <w:jc w:val="center"/>
        </w:trPr>
        <w:tc>
          <w:tcPr>
            <w:tcW w:w="3964" w:type="dxa"/>
            <w:vAlign w:val="center"/>
          </w:tcPr>
          <w:p w14:paraId="5086D7A6"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Records</w:t>
            </w:r>
          </w:p>
        </w:tc>
        <w:tc>
          <w:tcPr>
            <w:tcW w:w="2268" w:type="dxa"/>
            <w:vAlign w:val="center"/>
          </w:tcPr>
          <w:p w14:paraId="003CD390" w14:textId="0C4D61D0"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1823AC83" w14:textId="0FAE23D6"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27537DD9" w14:textId="5857FCA4" w:rsidTr="00FC7ED1">
        <w:trPr>
          <w:trHeight w:val="397"/>
          <w:jc w:val="center"/>
        </w:trPr>
        <w:tc>
          <w:tcPr>
            <w:tcW w:w="3964" w:type="dxa"/>
            <w:vAlign w:val="center"/>
          </w:tcPr>
          <w:p w14:paraId="7654FDC3"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Networking</w:t>
            </w:r>
          </w:p>
        </w:tc>
        <w:tc>
          <w:tcPr>
            <w:tcW w:w="2268" w:type="dxa"/>
            <w:vAlign w:val="center"/>
          </w:tcPr>
          <w:p w14:paraId="026D57D6" w14:textId="26A16FDB"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42840255" w14:textId="1A4CF75B"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0444E9C5" w14:textId="5D46FAD1" w:rsidTr="00FC7ED1">
        <w:trPr>
          <w:trHeight w:val="397"/>
          <w:jc w:val="center"/>
        </w:trPr>
        <w:tc>
          <w:tcPr>
            <w:tcW w:w="3964" w:type="dxa"/>
            <w:vAlign w:val="center"/>
          </w:tcPr>
          <w:p w14:paraId="490FAE6C"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Language</w:t>
            </w:r>
          </w:p>
        </w:tc>
        <w:tc>
          <w:tcPr>
            <w:tcW w:w="2268" w:type="dxa"/>
            <w:vAlign w:val="center"/>
          </w:tcPr>
          <w:p w14:paraId="57062D3B" w14:textId="15BA2CE3"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0711190B" w14:textId="2258B73D"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2BE40BC5" w14:textId="48D15A3C" w:rsidTr="00FC7ED1">
        <w:trPr>
          <w:trHeight w:val="397"/>
          <w:jc w:val="center"/>
        </w:trPr>
        <w:tc>
          <w:tcPr>
            <w:tcW w:w="3964" w:type="dxa"/>
            <w:vAlign w:val="center"/>
          </w:tcPr>
          <w:p w14:paraId="62C8EDA0"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Installation</w:t>
            </w:r>
          </w:p>
        </w:tc>
        <w:tc>
          <w:tcPr>
            <w:tcW w:w="2268" w:type="dxa"/>
            <w:vAlign w:val="center"/>
          </w:tcPr>
          <w:p w14:paraId="316FD46D" w14:textId="05218ADF"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227F9208" w14:textId="72D92F67"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266CC773" w14:textId="2CEE5A7F" w:rsidTr="00FC7ED1">
        <w:trPr>
          <w:trHeight w:val="397"/>
          <w:jc w:val="center"/>
        </w:trPr>
        <w:tc>
          <w:tcPr>
            <w:tcW w:w="3964" w:type="dxa"/>
            <w:vAlign w:val="center"/>
          </w:tcPr>
          <w:p w14:paraId="66A453FD"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Training</w:t>
            </w:r>
          </w:p>
        </w:tc>
        <w:tc>
          <w:tcPr>
            <w:tcW w:w="2268" w:type="dxa"/>
            <w:vAlign w:val="center"/>
          </w:tcPr>
          <w:p w14:paraId="74177F25" w14:textId="10FC6A92"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4F127B19" w14:textId="3E912919"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56586AEE" w14:textId="4D3B6C2A" w:rsidTr="00FC7ED1">
        <w:trPr>
          <w:trHeight w:val="397"/>
          <w:jc w:val="center"/>
        </w:trPr>
        <w:tc>
          <w:tcPr>
            <w:tcW w:w="3964" w:type="dxa"/>
            <w:vAlign w:val="center"/>
          </w:tcPr>
          <w:p w14:paraId="362C4951"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Documentation</w:t>
            </w:r>
          </w:p>
        </w:tc>
        <w:tc>
          <w:tcPr>
            <w:tcW w:w="2268" w:type="dxa"/>
            <w:vAlign w:val="center"/>
          </w:tcPr>
          <w:p w14:paraId="2ED60703" w14:textId="61E2778D"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7BB1654A" w14:textId="48114366"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708E275F" w14:textId="40D1F42F" w:rsidTr="00FC7ED1">
        <w:trPr>
          <w:trHeight w:val="397"/>
          <w:jc w:val="center"/>
        </w:trPr>
        <w:tc>
          <w:tcPr>
            <w:tcW w:w="3964" w:type="dxa"/>
            <w:vAlign w:val="center"/>
          </w:tcPr>
          <w:p w14:paraId="190B1FA1"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Warranty</w:t>
            </w:r>
          </w:p>
        </w:tc>
        <w:tc>
          <w:tcPr>
            <w:tcW w:w="2268" w:type="dxa"/>
            <w:vAlign w:val="center"/>
          </w:tcPr>
          <w:p w14:paraId="5DDF70FB" w14:textId="59537E77"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519193B4" w14:textId="73276FF9"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12F8BDC2" w14:textId="4CC6D55E" w:rsidTr="00FC7ED1">
        <w:trPr>
          <w:trHeight w:val="397"/>
          <w:jc w:val="center"/>
        </w:trPr>
        <w:tc>
          <w:tcPr>
            <w:tcW w:w="3964" w:type="dxa"/>
            <w:vAlign w:val="center"/>
          </w:tcPr>
          <w:p w14:paraId="188967A4"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Support</w:t>
            </w:r>
          </w:p>
        </w:tc>
        <w:tc>
          <w:tcPr>
            <w:tcW w:w="2268" w:type="dxa"/>
            <w:vAlign w:val="center"/>
          </w:tcPr>
          <w:p w14:paraId="2DEE2DED" w14:textId="763109C8" w:rsidR="00D4655C" w:rsidRPr="00D4655C" w:rsidRDefault="00D4655C" w:rsidP="00D4655C">
            <w:pPr>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02F460E0" w14:textId="52513CCF" w:rsidR="00D4655C" w:rsidRPr="00D4655C" w:rsidRDefault="00D4655C" w:rsidP="00D4655C">
            <w:pPr>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014D9EDB" w14:textId="1BF1FA89" w:rsidTr="00FC7ED1">
        <w:trPr>
          <w:trHeight w:val="397"/>
          <w:jc w:val="center"/>
        </w:trPr>
        <w:tc>
          <w:tcPr>
            <w:tcW w:w="3964" w:type="dxa"/>
            <w:vAlign w:val="center"/>
          </w:tcPr>
          <w:p w14:paraId="6B946522"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Electrical/CE</w:t>
            </w:r>
          </w:p>
        </w:tc>
        <w:tc>
          <w:tcPr>
            <w:tcW w:w="2268" w:type="dxa"/>
            <w:vAlign w:val="center"/>
          </w:tcPr>
          <w:p w14:paraId="1E6BE422" w14:textId="1196B47B"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2D250AC6" w14:textId="5D96A002"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67C6E096" w14:textId="1C565F25" w:rsidTr="00FC7ED1">
        <w:trPr>
          <w:trHeight w:val="397"/>
          <w:jc w:val="center"/>
        </w:trPr>
        <w:tc>
          <w:tcPr>
            <w:tcW w:w="3964" w:type="dxa"/>
            <w:vAlign w:val="center"/>
          </w:tcPr>
          <w:p w14:paraId="19D3DBAD"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 xml:space="preserve">Mobility </w:t>
            </w:r>
          </w:p>
        </w:tc>
        <w:tc>
          <w:tcPr>
            <w:tcW w:w="2268" w:type="dxa"/>
            <w:vAlign w:val="center"/>
          </w:tcPr>
          <w:p w14:paraId="14C11C04" w14:textId="768557F2" w:rsidR="00D4655C" w:rsidRPr="00D4655C" w:rsidRDefault="00D4655C" w:rsidP="00D4655C">
            <w:pPr>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388CC075" w14:textId="748BDC57" w:rsidR="00D4655C" w:rsidRPr="00D4655C" w:rsidRDefault="00D4655C" w:rsidP="00D4655C">
            <w:pPr>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368281B1" w14:textId="40CEF12C" w:rsidTr="00FC7ED1">
        <w:trPr>
          <w:trHeight w:val="397"/>
          <w:jc w:val="center"/>
        </w:trPr>
        <w:tc>
          <w:tcPr>
            <w:tcW w:w="3964" w:type="dxa"/>
            <w:vAlign w:val="center"/>
          </w:tcPr>
          <w:p w14:paraId="53A2B7B4"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No used equipment</w:t>
            </w:r>
          </w:p>
        </w:tc>
        <w:tc>
          <w:tcPr>
            <w:tcW w:w="2268" w:type="dxa"/>
            <w:vAlign w:val="center"/>
          </w:tcPr>
          <w:p w14:paraId="1FB42A51" w14:textId="3490F882"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5E06F9CD" w14:textId="389A534B"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bl>
    <w:p w14:paraId="2F5A30A1" w14:textId="77777777" w:rsidR="005371BC" w:rsidRPr="00D4655C" w:rsidRDefault="005371BC" w:rsidP="00CD44B3">
      <w:pPr>
        <w:spacing w:after="0" w:line="260" w:lineRule="exact"/>
        <w:rPr>
          <w:rFonts w:asciiTheme="majorHAnsi" w:hAnsiTheme="majorHAnsi" w:cstheme="majorHAnsi"/>
          <w:b/>
          <w:bCs/>
          <w:color w:val="548DD4" w:themeColor="text2" w:themeTint="99"/>
          <w:sz w:val="24"/>
          <w:szCs w:val="24"/>
        </w:rPr>
      </w:pPr>
    </w:p>
    <w:p w14:paraId="2DD98EA0" w14:textId="77777777" w:rsidR="00FC41C3" w:rsidRDefault="00FC41C3" w:rsidP="00CD44B3">
      <w:pPr>
        <w:spacing w:after="0" w:line="260" w:lineRule="exact"/>
        <w:rPr>
          <w:rFonts w:ascii="Arial" w:hAnsi="Arial" w:cs="Arial"/>
          <w:b/>
          <w:bCs/>
          <w:color w:val="548DD4" w:themeColor="text2" w:themeTint="99"/>
          <w:sz w:val="24"/>
          <w:szCs w:val="24"/>
        </w:rPr>
      </w:pPr>
    </w:p>
    <w:tbl>
      <w:tblPr>
        <w:tblStyle w:val="TableGrid"/>
        <w:tblW w:w="0" w:type="auto"/>
        <w:tblLook w:val="04A0" w:firstRow="1" w:lastRow="0" w:firstColumn="1" w:lastColumn="0" w:noHBand="0" w:noVBand="1"/>
      </w:tblPr>
      <w:tblGrid>
        <w:gridCol w:w="1413"/>
        <w:gridCol w:w="1843"/>
        <w:gridCol w:w="2835"/>
        <w:gridCol w:w="3259"/>
      </w:tblGrid>
      <w:tr w:rsidR="00FC41C3" w:rsidRPr="00E03A50" w14:paraId="5EF310DC" w14:textId="77777777" w:rsidTr="008B53A8">
        <w:trPr>
          <w:trHeight w:val="397"/>
        </w:trPr>
        <w:tc>
          <w:tcPr>
            <w:tcW w:w="1413" w:type="dxa"/>
            <w:vMerge w:val="restart"/>
            <w:shd w:val="clear" w:color="auto" w:fill="F2F2F2" w:themeFill="background1" w:themeFillShade="F2"/>
            <w:vAlign w:val="center"/>
          </w:tcPr>
          <w:p w14:paraId="422CDC51" w14:textId="4F0584A7" w:rsidR="00FC41C3" w:rsidRPr="00E03A50" w:rsidRDefault="00FC41C3"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 xml:space="preserve">Criterion </w:t>
            </w:r>
            <w:r>
              <w:rPr>
                <w:rFonts w:asciiTheme="majorHAnsi" w:hAnsiTheme="majorHAnsi" w:cstheme="majorHAnsi"/>
                <w:b/>
                <w:bCs/>
                <w:sz w:val="22"/>
              </w:rPr>
              <w:t>B</w:t>
            </w:r>
          </w:p>
        </w:tc>
        <w:tc>
          <w:tcPr>
            <w:tcW w:w="1843" w:type="dxa"/>
            <w:shd w:val="clear" w:color="auto" w:fill="F2F2F2" w:themeFill="background1" w:themeFillShade="F2"/>
            <w:vAlign w:val="center"/>
          </w:tcPr>
          <w:p w14:paraId="4E0CF7A7" w14:textId="77777777" w:rsidR="00FC41C3" w:rsidRPr="00E03A50" w:rsidRDefault="00FC41C3" w:rsidP="008B53A8">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Weighting</w:t>
            </w:r>
          </w:p>
        </w:tc>
        <w:tc>
          <w:tcPr>
            <w:tcW w:w="2835" w:type="dxa"/>
            <w:shd w:val="clear" w:color="auto" w:fill="F2F2F2" w:themeFill="background1" w:themeFillShade="F2"/>
            <w:vAlign w:val="center"/>
          </w:tcPr>
          <w:p w14:paraId="62858E8B" w14:textId="77777777" w:rsidR="00FC41C3" w:rsidRPr="00E03A50" w:rsidRDefault="00FC41C3" w:rsidP="008B53A8">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Maximum Marks</w:t>
            </w:r>
          </w:p>
        </w:tc>
        <w:tc>
          <w:tcPr>
            <w:tcW w:w="3259" w:type="dxa"/>
            <w:shd w:val="clear" w:color="auto" w:fill="F2F2F2" w:themeFill="background1" w:themeFillShade="F2"/>
            <w:vAlign w:val="center"/>
          </w:tcPr>
          <w:p w14:paraId="38BA5246" w14:textId="77777777" w:rsidR="00FC41C3" w:rsidRPr="00E03A50" w:rsidRDefault="00FC41C3" w:rsidP="008B53A8">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Minimum Marks Required</w:t>
            </w:r>
          </w:p>
        </w:tc>
      </w:tr>
      <w:tr w:rsidR="00FC41C3" w:rsidRPr="00E03A50" w14:paraId="034B3161" w14:textId="77777777" w:rsidTr="008B53A8">
        <w:trPr>
          <w:trHeight w:val="397"/>
        </w:trPr>
        <w:tc>
          <w:tcPr>
            <w:tcW w:w="1413" w:type="dxa"/>
            <w:vMerge/>
            <w:shd w:val="clear" w:color="auto" w:fill="F2F2F2" w:themeFill="background1" w:themeFillShade="F2"/>
          </w:tcPr>
          <w:p w14:paraId="2DDAA210" w14:textId="77777777" w:rsidR="00FC41C3" w:rsidRPr="00E03A50" w:rsidRDefault="00FC41C3" w:rsidP="008B53A8">
            <w:pPr>
              <w:spacing w:line="260" w:lineRule="exact"/>
              <w:rPr>
                <w:rFonts w:asciiTheme="majorHAnsi" w:hAnsiTheme="majorHAnsi" w:cstheme="majorHAnsi"/>
                <w:sz w:val="22"/>
              </w:rPr>
            </w:pPr>
          </w:p>
        </w:tc>
        <w:tc>
          <w:tcPr>
            <w:tcW w:w="1843" w:type="dxa"/>
            <w:shd w:val="clear" w:color="auto" w:fill="F2F2F2" w:themeFill="background1" w:themeFillShade="F2"/>
            <w:vAlign w:val="center"/>
          </w:tcPr>
          <w:p w14:paraId="378806FF" w14:textId="597C39D7" w:rsidR="00FC41C3" w:rsidRPr="00E03A50" w:rsidRDefault="00275701" w:rsidP="008B53A8">
            <w:pPr>
              <w:spacing w:line="260" w:lineRule="exact"/>
              <w:jc w:val="center"/>
              <w:rPr>
                <w:rFonts w:asciiTheme="majorHAnsi" w:hAnsiTheme="majorHAnsi" w:cstheme="majorHAnsi"/>
                <w:b/>
                <w:bCs/>
                <w:sz w:val="22"/>
              </w:rPr>
            </w:pPr>
            <w:r>
              <w:rPr>
                <w:rFonts w:asciiTheme="majorHAnsi" w:hAnsiTheme="majorHAnsi" w:cstheme="majorHAnsi"/>
                <w:b/>
                <w:bCs/>
                <w:color w:val="EE0000"/>
                <w:sz w:val="22"/>
              </w:rPr>
              <w:t>10</w:t>
            </w:r>
            <w:r w:rsidR="00FC41C3" w:rsidRPr="00176212">
              <w:rPr>
                <w:rFonts w:asciiTheme="majorHAnsi" w:hAnsiTheme="majorHAnsi" w:cstheme="majorHAnsi"/>
                <w:b/>
                <w:bCs/>
                <w:color w:val="EE0000"/>
                <w:sz w:val="22"/>
              </w:rPr>
              <w:t>%</w:t>
            </w:r>
          </w:p>
        </w:tc>
        <w:tc>
          <w:tcPr>
            <w:tcW w:w="2835" w:type="dxa"/>
            <w:shd w:val="clear" w:color="auto" w:fill="F2F2F2" w:themeFill="background1" w:themeFillShade="F2"/>
            <w:vAlign w:val="center"/>
          </w:tcPr>
          <w:p w14:paraId="78812D8A" w14:textId="7F72A7DF" w:rsidR="00FC41C3" w:rsidRPr="00E03A50" w:rsidRDefault="00275701" w:rsidP="008B53A8">
            <w:pPr>
              <w:spacing w:line="260" w:lineRule="exact"/>
              <w:jc w:val="center"/>
              <w:rPr>
                <w:rFonts w:asciiTheme="majorHAnsi" w:hAnsiTheme="majorHAnsi" w:cstheme="majorHAnsi"/>
                <w:b/>
                <w:bCs/>
                <w:sz w:val="22"/>
              </w:rPr>
            </w:pPr>
            <w:r>
              <w:rPr>
                <w:rFonts w:asciiTheme="majorHAnsi" w:hAnsiTheme="majorHAnsi" w:cstheme="majorHAnsi"/>
                <w:b/>
                <w:bCs/>
                <w:sz w:val="22"/>
              </w:rPr>
              <w:t>10</w:t>
            </w:r>
            <w:r w:rsidR="00FC41C3" w:rsidRPr="00E03A50">
              <w:rPr>
                <w:rFonts w:asciiTheme="majorHAnsi" w:hAnsiTheme="majorHAnsi" w:cstheme="majorHAnsi"/>
                <w:b/>
                <w:bCs/>
                <w:sz w:val="22"/>
              </w:rPr>
              <w:t>00</w:t>
            </w:r>
          </w:p>
        </w:tc>
        <w:tc>
          <w:tcPr>
            <w:tcW w:w="3259" w:type="dxa"/>
            <w:shd w:val="clear" w:color="auto" w:fill="F2F2F2" w:themeFill="background1" w:themeFillShade="F2"/>
            <w:vAlign w:val="center"/>
          </w:tcPr>
          <w:p w14:paraId="0EBCFD39" w14:textId="5D898949" w:rsidR="00FC41C3" w:rsidRPr="00E03A50" w:rsidRDefault="00FC41C3" w:rsidP="008B53A8">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5</w:t>
            </w:r>
            <w:r w:rsidR="00275701">
              <w:rPr>
                <w:rFonts w:asciiTheme="majorHAnsi" w:hAnsiTheme="majorHAnsi" w:cstheme="majorHAnsi"/>
                <w:b/>
                <w:bCs/>
                <w:sz w:val="22"/>
              </w:rPr>
              <w:t>0</w:t>
            </w:r>
            <w:r w:rsidRPr="00E03A50">
              <w:rPr>
                <w:rFonts w:asciiTheme="majorHAnsi" w:hAnsiTheme="majorHAnsi" w:cstheme="majorHAnsi"/>
                <w:b/>
                <w:bCs/>
                <w:sz w:val="22"/>
              </w:rPr>
              <w:t>0</w:t>
            </w:r>
          </w:p>
        </w:tc>
      </w:tr>
      <w:tr w:rsidR="00FC41C3" w:rsidRPr="00E03A50" w14:paraId="5D896A19" w14:textId="77777777" w:rsidTr="008B53A8">
        <w:trPr>
          <w:trHeight w:val="397"/>
        </w:trPr>
        <w:tc>
          <w:tcPr>
            <w:tcW w:w="1413" w:type="dxa"/>
            <w:shd w:val="clear" w:color="auto" w:fill="F2F2F2" w:themeFill="background1" w:themeFillShade="F2"/>
            <w:vAlign w:val="center"/>
          </w:tcPr>
          <w:p w14:paraId="76B1F628" w14:textId="77777777" w:rsidR="00FC41C3" w:rsidRPr="00E03A50" w:rsidRDefault="00FC41C3"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Title</w:t>
            </w:r>
          </w:p>
        </w:tc>
        <w:tc>
          <w:tcPr>
            <w:tcW w:w="7937" w:type="dxa"/>
            <w:gridSpan w:val="3"/>
            <w:shd w:val="clear" w:color="auto" w:fill="F2F2F2" w:themeFill="background1" w:themeFillShade="F2"/>
            <w:vAlign w:val="center"/>
          </w:tcPr>
          <w:p w14:paraId="243D44E9" w14:textId="3C139CC4" w:rsidR="00FC41C3" w:rsidRPr="00435960" w:rsidRDefault="00691693" w:rsidP="00691693">
            <w:pPr>
              <w:spacing w:line="260" w:lineRule="exact"/>
              <w:jc w:val="center"/>
              <w:rPr>
                <w:rFonts w:asciiTheme="majorHAnsi" w:hAnsiTheme="majorHAnsi" w:cstheme="majorHAnsi"/>
                <w:b/>
                <w:bCs/>
                <w:i/>
                <w:iCs/>
                <w:sz w:val="22"/>
              </w:rPr>
            </w:pPr>
            <w:r w:rsidRPr="00435960">
              <w:rPr>
                <w:rFonts w:asciiTheme="majorHAnsi" w:hAnsiTheme="majorHAnsi" w:cstheme="majorHAnsi"/>
                <w:b/>
                <w:bCs/>
                <w:i/>
                <w:iCs/>
                <w:sz w:val="22"/>
              </w:rPr>
              <w:t>After Sales Support</w:t>
            </w:r>
            <w:r w:rsidR="00B8599A">
              <w:rPr>
                <w:rFonts w:asciiTheme="majorHAnsi" w:hAnsiTheme="majorHAnsi" w:cstheme="majorHAnsi"/>
                <w:b/>
                <w:bCs/>
                <w:i/>
                <w:iCs/>
                <w:sz w:val="22"/>
              </w:rPr>
              <w:t xml:space="preserve"> &amp; </w:t>
            </w:r>
            <w:r w:rsidRPr="00435960">
              <w:rPr>
                <w:rFonts w:asciiTheme="majorHAnsi" w:hAnsiTheme="majorHAnsi" w:cstheme="majorHAnsi"/>
                <w:b/>
                <w:bCs/>
                <w:i/>
                <w:iCs/>
                <w:sz w:val="22"/>
              </w:rPr>
              <w:t>Maintenance</w:t>
            </w:r>
          </w:p>
        </w:tc>
      </w:tr>
      <w:tr w:rsidR="00FC41C3" w:rsidRPr="00E03A50" w14:paraId="34F54F2B" w14:textId="77777777" w:rsidTr="008B53A8">
        <w:trPr>
          <w:trHeight w:val="1417"/>
        </w:trPr>
        <w:tc>
          <w:tcPr>
            <w:tcW w:w="1413" w:type="dxa"/>
            <w:shd w:val="clear" w:color="auto" w:fill="F2F2F2" w:themeFill="background1" w:themeFillShade="F2"/>
            <w:vAlign w:val="center"/>
          </w:tcPr>
          <w:p w14:paraId="7BB8178C" w14:textId="77777777" w:rsidR="00FC41C3" w:rsidRPr="00E03A50" w:rsidRDefault="00FC41C3"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 xml:space="preserve">Instructions </w:t>
            </w:r>
          </w:p>
        </w:tc>
        <w:tc>
          <w:tcPr>
            <w:tcW w:w="7937" w:type="dxa"/>
            <w:gridSpan w:val="3"/>
            <w:vAlign w:val="center"/>
          </w:tcPr>
          <w:p w14:paraId="4A38DED1" w14:textId="7EBCE097" w:rsidR="00355024" w:rsidRPr="002C1F09" w:rsidRDefault="00355024" w:rsidP="00355024">
            <w:pPr>
              <w:ind w:left="-57"/>
              <w:rPr>
                <w:rFonts w:asciiTheme="majorHAnsi" w:hAnsiTheme="majorHAnsi" w:cstheme="majorHAnsi"/>
                <w:iCs/>
                <w:sz w:val="22"/>
              </w:rPr>
            </w:pPr>
            <w:r w:rsidRPr="002C1F09">
              <w:rPr>
                <w:rFonts w:asciiTheme="majorHAnsi" w:hAnsiTheme="majorHAnsi" w:cstheme="majorHAnsi"/>
                <w:iCs/>
                <w:sz w:val="22"/>
              </w:rPr>
              <w:t xml:space="preserve">Tenderers must provide comprehensive information on: </w:t>
            </w:r>
          </w:p>
          <w:p w14:paraId="208132B2" w14:textId="75A94C1B" w:rsidR="00197081" w:rsidRPr="002C1F09" w:rsidRDefault="00355024" w:rsidP="004D3388">
            <w:pPr>
              <w:pStyle w:val="ListParagraph"/>
              <w:numPr>
                <w:ilvl w:val="0"/>
                <w:numId w:val="11"/>
              </w:numPr>
              <w:spacing w:line="260" w:lineRule="exact"/>
              <w:jc w:val="both"/>
              <w:rPr>
                <w:rFonts w:asciiTheme="majorHAnsi" w:hAnsiTheme="majorHAnsi" w:cstheme="majorHAnsi"/>
                <w:iCs/>
                <w:sz w:val="22"/>
              </w:rPr>
            </w:pPr>
            <w:r w:rsidRPr="002C1F09">
              <w:rPr>
                <w:rFonts w:asciiTheme="majorHAnsi" w:hAnsiTheme="majorHAnsi" w:cstheme="majorHAnsi"/>
                <w:iCs/>
                <w:sz w:val="22"/>
              </w:rPr>
              <w:t xml:space="preserve">after sales support </w:t>
            </w:r>
            <w:r w:rsidR="005759EA" w:rsidRPr="002C1F09">
              <w:rPr>
                <w:rFonts w:asciiTheme="majorHAnsi" w:hAnsiTheme="majorHAnsi" w:cstheme="majorHAnsi"/>
                <w:iCs/>
                <w:sz w:val="22"/>
              </w:rPr>
              <w:t>and maintenance</w:t>
            </w:r>
            <w:r w:rsidR="00197081" w:rsidRPr="002C1F09">
              <w:rPr>
                <w:rFonts w:asciiTheme="majorHAnsi" w:hAnsiTheme="majorHAnsi" w:cstheme="majorHAnsi"/>
                <w:iCs/>
                <w:sz w:val="22"/>
              </w:rPr>
              <w:t xml:space="preserve"> provided </w:t>
            </w:r>
          </w:p>
          <w:p w14:paraId="076ED68A" w14:textId="64B59A5E" w:rsidR="00197081" w:rsidRPr="002C1F09" w:rsidRDefault="009B096A" w:rsidP="004D3388">
            <w:pPr>
              <w:pStyle w:val="ListParagraph"/>
              <w:numPr>
                <w:ilvl w:val="0"/>
                <w:numId w:val="11"/>
              </w:numPr>
              <w:spacing w:line="260" w:lineRule="exact"/>
              <w:jc w:val="both"/>
              <w:rPr>
                <w:rFonts w:asciiTheme="majorHAnsi" w:hAnsiTheme="majorHAnsi" w:cstheme="majorHAnsi"/>
                <w:iCs/>
                <w:sz w:val="22"/>
              </w:rPr>
            </w:pPr>
            <w:r w:rsidRPr="002C1F09">
              <w:rPr>
                <w:rFonts w:asciiTheme="majorHAnsi" w:hAnsiTheme="majorHAnsi" w:cstheme="majorHAnsi"/>
                <w:iCs/>
                <w:sz w:val="22"/>
              </w:rPr>
              <w:t>technical support (particularly on-site support)</w:t>
            </w:r>
          </w:p>
          <w:p w14:paraId="606C4739" w14:textId="7204D4B3" w:rsidR="00FC41C3" w:rsidRPr="002C1F09" w:rsidRDefault="00884063" w:rsidP="004D3388">
            <w:pPr>
              <w:pStyle w:val="ListParagraph"/>
              <w:numPr>
                <w:ilvl w:val="0"/>
                <w:numId w:val="11"/>
              </w:numPr>
              <w:spacing w:line="260" w:lineRule="exact"/>
              <w:jc w:val="both"/>
              <w:rPr>
                <w:rFonts w:asciiTheme="majorHAnsi" w:hAnsiTheme="majorHAnsi" w:cstheme="majorHAnsi"/>
                <w:iCs/>
                <w:sz w:val="22"/>
              </w:rPr>
            </w:pPr>
            <w:r w:rsidRPr="002C1F09">
              <w:rPr>
                <w:rFonts w:asciiTheme="majorHAnsi" w:hAnsiTheme="majorHAnsi" w:cstheme="majorHAnsi"/>
                <w:iCs/>
                <w:sz w:val="22"/>
              </w:rPr>
              <w:t>training offered – number of days, price (included in unit price), refresher training</w:t>
            </w:r>
            <w:r w:rsidR="000F2041" w:rsidRPr="002C1F09">
              <w:rPr>
                <w:rFonts w:asciiTheme="majorHAnsi" w:hAnsiTheme="majorHAnsi" w:cstheme="majorHAnsi"/>
                <w:iCs/>
                <w:sz w:val="22"/>
              </w:rPr>
              <w:t xml:space="preserve"> etc. </w:t>
            </w:r>
          </w:p>
        </w:tc>
      </w:tr>
      <w:tr w:rsidR="00FC41C3" w:rsidRPr="00E03A50" w14:paraId="476B63AE" w14:textId="77777777" w:rsidTr="0016261F">
        <w:trPr>
          <w:trHeight w:val="3402"/>
        </w:trPr>
        <w:tc>
          <w:tcPr>
            <w:tcW w:w="1413" w:type="dxa"/>
            <w:shd w:val="clear" w:color="auto" w:fill="F2F2F2" w:themeFill="background1" w:themeFillShade="F2"/>
            <w:vAlign w:val="center"/>
          </w:tcPr>
          <w:p w14:paraId="41EAE8F5" w14:textId="77777777" w:rsidR="00FC41C3" w:rsidRPr="00E03A50" w:rsidRDefault="00FC41C3"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 xml:space="preserve">Tenderers Response </w:t>
            </w:r>
          </w:p>
        </w:tc>
        <w:tc>
          <w:tcPr>
            <w:tcW w:w="7937" w:type="dxa"/>
            <w:gridSpan w:val="3"/>
          </w:tcPr>
          <w:p w14:paraId="6BF7CBA7" w14:textId="77777777" w:rsidR="00FC41C3" w:rsidRPr="00E03A50" w:rsidRDefault="00FC41C3" w:rsidP="008B53A8">
            <w:pPr>
              <w:spacing w:line="260" w:lineRule="exact"/>
              <w:rPr>
                <w:rFonts w:asciiTheme="majorHAnsi" w:hAnsiTheme="majorHAnsi" w:cstheme="majorHAnsi"/>
                <w:sz w:val="22"/>
              </w:rPr>
            </w:pPr>
          </w:p>
          <w:p w14:paraId="1C4CBEE8" w14:textId="77777777" w:rsidR="00FC41C3" w:rsidRDefault="00FC41C3" w:rsidP="008B53A8">
            <w:pPr>
              <w:spacing w:line="260" w:lineRule="exact"/>
              <w:rPr>
                <w:rFonts w:asciiTheme="majorHAnsi" w:hAnsiTheme="majorHAnsi" w:cstheme="majorHAnsi"/>
                <w:sz w:val="22"/>
              </w:rPr>
            </w:pPr>
          </w:p>
          <w:p w14:paraId="2466BEAB" w14:textId="77777777" w:rsidR="00085B0D" w:rsidRDefault="00085B0D" w:rsidP="008B53A8">
            <w:pPr>
              <w:spacing w:line="260" w:lineRule="exact"/>
              <w:rPr>
                <w:rFonts w:asciiTheme="majorHAnsi" w:hAnsiTheme="majorHAnsi" w:cstheme="majorHAnsi"/>
                <w:sz w:val="22"/>
              </w:rPr>
            </w:pPr>
          </w:p>
          <w:p w14:paraId="5C9D4E5C" w14:textId="77777777" w:rsidR="00085B0D" w:rsidRDefault="00085B0D" w:rsidP="008B53A8">
            <w:pPr>
              <w:spacing w:line="260" w:lineRule="exact"/>
              <w:rPr>
                <w:rFonts w:asciiTheme="majorHAnsi" w:hAnsiTheme="majorHAnsi" w:cstheme="majorHAnsi"/>
                <w:sz w:val="22"/>
              </w:rPr>
            </w:pPr>
          </w:p>
          <w:p w14:paraId="77024EFF" w14:textId="77777777" w:rsidR="00085B0D" w:rsidRDefault="00085B0D" w:rsidP="008B53A8">
            <w:pPr>
              <w:spacing w:line="260" w:lineRule="exact"/>
              <w:rPr>
                <w:rFonts w:asciiTheme="majorHAnsi" w:hAnsiTheme="majorHAnsi" w:cstheme="majorHAnsi"/>
                <w:sz w:val="22"/>
              </w:rPr>
            </w:pPr>
          </w:p>
          <w:p w14:paraId="6BACD73C" w14:textId="77777777" w:rsidR="00085B0D" w:rsidRPr="00E03A50" w:rsidRDefault="00085B0D" w:rsidP="008B53A8">
            <w:pPr>
              <w:spacing w:line="260" w:lineRule="exact"/>
              <w:rPr>
                <w:rFonts w:asciiTheme="majorHAnsi" w:hAnsiTheme="majorHAnsi" w:cstheme="majorHAnsi"/>
                <w:sz w:val="22"/>
              </w:rPr>
            </w:pPr>
          </w:p>
          <w:p w14:paraId="474479DC" w14:textId="77777777" w:rsidR="00FC41C3" w:rsidRPr="00E03A50" w:rsidRDefault="00FC41C3" w:rsidP="008B53A8">
            <w:pPr>
              <w:spacing w:line="260" w:lineRule="exact"/>
              <w:rPr>
                <w:rFonts w:asciiTheme="majorHAnsi" w:hAnsiTheme="majorHAnsi" w:cstheme="majorHAnsi"/>
                <w:sz w:val="22"/>
              </w:rPr>
            </w:pPr>
          </w:p>
          <w:p w14:paraId="2903D3E0" w14:textId="77777777" w:rsidR="00FC41C3" w:rsidRPr="00E03A50" w:rsidRDefault="00FC41C3" w:rsidP="008B53A8">
            <w:pPr>
              <w:spacing w:line="260" w:lineRule="exact"/>
              <w:rPr>
                <w:rFonts w:asciiTheme="majorHAnsi" w:hAnsiTheme="majorHAnsi" w:cstheme="majorHAnsi"/>
                <w:sz w:val="22"/>
              </w:rPr>
            </w:pPr>
          </w:p>
          <w:p w14:paraId="12E401E2" w14:textId="77777777" w:rsidR="00FC41C3" w:rsidRPr="00E03A50" w:rsidRDefault="00FC41C3" w:rsidP="008B53A8">
            <w:pPr>
              <w:spacing w:line="260" w:lineRule="exact"/>
              <w:rPr>
                <w:rFonts w:asciiTheme="majorHAnsi" w:hAnsiTheme="majorHAnsi" w:cstheme="majorHAnsi"/>
                <w:sz w:val="22"/>
              </w:rPr>
            </w:pPr>
          </w:p>
          <w:p w14:paraId="5028F5D8" w14:textId="77777777" w:rsidR="00FC41C3" w:rsidRPr="00E03A50" w:rsidRDefault="00FC41C3" w:rsidP="008B53A8">
            <w:pPr>
              <w:spacing w:line="260" w:lineRule="exact"/>
              <w:rPr>
                <w:rFonts w:asciiTheme="majorHAnsi" w:hAnsiTheme="majorHAnsi" w:cstheme="majorHAnsi"/>
                <w:sz w:val="22"/>
              </w:rPr>
            </w:pPr>
          </w:p>
          <w:p w14:paraId="4E6C48E4" w14:textId="77777777" w:rsidR="00FC41C3" w:rsidRPr="00E03A50" w:rsidRDefault="00FC41C3" w:rsidP="008B53A8">
            <w:pPr>
              <w:spacing w:line="260" w:lineRule="exact"/>
              <w:rPr>
                <w:rFonts w:asciiTheme="majorHAnsi" w:hAnsiTheme="majorHAnsi" w:cstheme="majorHAnsi"/>
                <w:sz w:val="22"/>
              </w:rPr>
            </w:pPr>
          </w:p>
          <w:p w14:paraId="2B354279" w14:textId="77777777" w:rsidR="00FC41C3" w:rsidRPr="00E03A50" w:rsidRDefault="00FC41C3" w:rsidP="008B53A8">
            <w:pPr>
              <w:spacing w:line="260" w:lineRule="exact"/>
              <w:rPr>
                <w:rFonts w:asciiTheme="majorHAnsi" w:hAnsiTheme="majorHAnsi" w:cstheme="majorHAnsi"/>
                <w:sz w:val="22"/>
              </w:rPr>
            </w:pPr>
          </w:p>
          <w:p w14:paraId="3543E829" w14:textId="77777777" w:rsidR="00FC41C3" w:rsidRPr="00E03A50" w:rsidRDefault="00FC41C3" w:rsidP="008B53A8">
            <w:pPr>
              <w:spacing w:line="260" w:lineRule="exact"/>
              <w:rPr>
                <w:rFonts w:asciiTheme="majorHAnsi" w:hAnsiTheme="majorHAnsi" w:cstheme="majorHAnsi"/>
                <w:sz w:val="22"/>
              </w:rPr>
            </w:pPr>
          </w:p>
          <w:p w14:paraId="092E3C52" w14:textId="77777777" w:rsidR="00FC41C3" w:rsidRPr="00E03A50" w:rsidRDefault="00FC41C3" w:rsidP="008B53A8">
            <w:pPr>
              <w:spacing w:line="260" w:lineRule="exact"/>
              <w:rPr>
                <w:rFonts w:asciiTheme="majorHAnsi" w:hAnsiTheme="majorHAnsi" w:cstheme="majorHAnsi"/>
                <w:sz w:val="22"/>
              </w:rPr>
            </w:pPr>
          </w:p>
          <w:p w14:paraId="4DCCDDF2" w14:textId="77777777" w:rsidR="00FC41C3" w:rsidRPr="00E03A50" w:rsidRDefault="00FC41C3" w:rsidP="008B53A8">
            <w:pPr>
              <w:spacing w:line="260" w:lineRule="exact"/>
              <w:rPr>
                <w:rFonts w:asciiTheme="majorHAnsi" w:hAnsiTheme="majorHAnsi" w:cstheme="majorHAnsi"/>
                <w:sz w:val="22"/>
              </w:rPr>
            </w:pPr>
          </w:p>
        </w:tc>
      </w:tr>
      <w:tr w:rsidR="00085B0D" w:rsidRPr="00E03A50" w14:paraId="2BFA3AAC" w14:textId="77777777" w:rsidTr="008B53A8">
        <w:trPr>
          <w:trHeight w:val="397"/>
        </w:trPr>
        <w:tc>
          <w:tcPr>
            <w:tcW w:w="1413" w:type="dxa"/>
            <w:vMerge w:val="restart"/>
            <w:shd w:val="clear" w:color="auto" w:fill="F2F2F2" w:themeFill="background1" w:themeFillShade="F2"/>
            <w:vAlign w:val="center"/>
          </w:tcPr>
          <w:p w14:paraId="06E58024" w14:textId="1C027EC8" w:rsidR="00085B0D" w:rsidRPr="00E03A50" w:rsidRDefault="00085B0D"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lastRenderedPageBreak/>
              <w:t xml:space="preserve">Criterion </w:t>
            </w:r>
            <w:r w:rsidR="00EA7B88">
              <w:rPr>
                <w:rFonts w:asciiTheme="majorHAnsi" w:hAnsiTheme="majorHAnsi" w:cstheme="majorHAnsi"/>
                <w:b/>
                <w:bCs/>
                <w:sz w:val="22"/>
              </w:rPr>
              <w:t>C</w:t>
            </w:r>
          </w:p>
        </w:tc>
        <w:tc>
          <w:tcPr>
            <w:tcW w:w="1843" w:type="dxa"/>
            <w:shd w:val="clear" w:color="auto" w:fill="F2F2F2" w:themeFill="background1" w:themeFillShade="F2"/>
            <w:vAlign w:val="center"/>
          </w:tcPr>
          <w:p w14:paraId="2D71A5F8" w14:textId="77777777" w:rsidR="00085B0D" w:rsidRPr="00E03A50" w:rsidRDefault="00085B0D" w:rsidP="008B53A8">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Weighting</w:t>
            </w:r>
          </w:p>
        </w:tc>
        <w:tc>
          <w:tcPr>
            <w:tcW w:w="2835" w:type="dxa"/>
            <w:shd w:val="clear" w:color="auto" w:fill="F2F2F2" w:themeFill="background1" w:themeFillShade="F2"/>
            <w:vAlign w:val="center"/>
          </w:tcPr>
          <w:p w14:paraId="7BF8DA1B" w14:textId="77777777" w:rsidR="00085B0D" w:rsidRPr="00E03A50" w:rsidRDefault="00085B0D" w:rsidP="008B53A8">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Maximum Marks</w:t>
            </w:r>
          </w:p>
        </w:tc>
        <w:tc>
          <w:tcPr>
            <w:tcW w:w="3259" w:type="dxa"/>
            <w:shd w:val="clear" w:color="auto" w:fill="F2F2F2" w:themeFill="background1" w:themeFillShade="F2"/>
            <w:vAlign w:val="center"/>
          </w:tcPr>
          <w:p w14:paraId="14D434CC" w14:textId="77777777" w:rsidR="00085B0D" w:rsidRPr="00E03A50" w:rsidRDefault="00085B0D" w:rsidP="008B53A8">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Minimum Marks Required</w:t>
            </w:r>
          </w:p>
        </w:tc>
      </w:tr>
      <w:tr w:rsidR="00085B0D" w:rsidRPr="00E03A50" w14:paraId="1F86338B" w14:textId="77777777" w:rsidTr="008B53A8">
        <w:trPr>
          <w:trHeight w:val="397"/>
        </w:trPr>
        <w:tc>
          <w:tcPr>
            <w:tcW w:w="1413" w:type="dxa"/>
            <w:vMerge/>
            <w:shd w:val="clear" w:color="auto" w:fill="F2F2F2" w:themeFill="background1" w:themeFillShade="F2"/>
          </w:tcPr>
          <w:p w14:paraId="39A993AE" w14:textId="77777777" w:rsidR="00085B0D" w:rsidRPr="00E03A50" w:rsidRDefault="00085B0D" w:rsidP="008B53A8">
            <w:pPr>
              <w:spacing w:line="260" w:lineRule="exact"/>
              <w:rPr>
                <w:rFonts w:asciiTheme="majorHAnsi" w:hAnsiTheme="majorHAnsi" w:cstheme="majorHAnsi"/>
                <w:sz w:val="22"/>
              </w:rPr>
            </w:pPr>
          </w:p>
        </w:tc>
        <w:tc>
          <w:tcPr>
            <w:tcW w:w="1843" w:type="dxa"/>
            <w:shd w:val="clear" w:color="auto" w:fill="F2F2F2" w:themeFill="background1" w:themeFillShade="F2"/>
            <w:vAlign w:val="center"/>
          </w:tcPr>
          <w:p w14:paraId="399340B8" w14:textId="08066C5F" w:rsidR="00085B0D" w:rsidRPr="00E03A50" w:rsidRDefault="00085B0D" w:rsidP="008B53A8">
            <w:pPr>
              <w:spacing w:line="260" w:lineRule="exact"/>
              <w:jc w:val="center"/>
              <w:rPr>
                <w:rFonts w:asciiTheme="majorHAnsi" w:hAnsiTheme="majorHAnsi" w:cstheme="majorHAnsi"/>
                <w:b/>
                <w:bCs/>
                <w:sz w:val="22"/>
              </w:rPr>
            </w:pPr>
            <w:r>
              <w:rPr>
                <w:rFonts w:asciiTheme="majorHAnsi" w:hAnsiTheme="majorHAnsi" w:cstheme="majorHAnsi"/>
                <w:b/>
                <w:bCs/>
                <w:color w:val="EE0000"/>
                <w:sz w:val="22"/>
              </w:rPr>
              <w:t>20</w:t>
            </w:r>
            <w:r w:rsidRPr="00176212">
              <w:rPr>
                <w:rFonts w:asciiTheme="majorHAnsi" w:hAnsiTheme="majorHAnsi" w:cstheme="majorHAnsi"/>
                <w:b/>
                <w:bCs/>
                <w:color w:val="EE0000"/>
                <w:sz w:val="22"/>
              </w:rPr>
              <w:t>%</w:t>
            </w:r>
          </w:p>
        </w:tc>
        <w:tc>
          <w:tcPr>
            <w:tcW w:w="2835" w:type="dxa"/>
            <w:shd w:val="clear" w:color="auto" w:fill="F2F2F2" w:themeFill="background1" w:themeFillShade="F2"/>
            <w:vAlign w:val="center"/>
          </w:tcPr>
          <w:p w14:paraId="6126A9C2" w14:textId="108A4E1D" w:rsidR="00085B0D" w:rsidRPr="00E03A50" w:rsidRDefault="00085B0D" w:rsidP="008B53A8">
            <w:pPr>
              <w:spacing w:line="260" w:lineRule="exact"/>
              <w:jc w:val="center"/>
              <w:rPr>
                <w:rFonts w:asciiTheme="majorHAnsi" w:hAnsiTheme="majorHAnsi" w:cstheme="majorHAnsi"/>
                <w:b/>
                <w:bCs/>
                <w:sz w:val="22"/>
              </w:rPr>
            </w:pPr>
            <w:r>
              <w:rPr>
                <w:rFonts w:asciiTheme="majorHAnsi" w:hAnsiTheme="majorHAnsi" w:cstheme="majorHAnsi"/>
                <w:b/>
                <w:bCs/>
                <w:sz w:val="22"/>
              </w:rPr>
              <w:t>20</w:t>
            </w:r>
            <w:r w:rsidRPr="00E03A50">
              <w:rPr>
                <w:rFonts w:asciiTheme="majorHAnsi" w:hAnsiTheme="majorHAnsi" w:cstheme="majorHAnsi"/>
                <w:b/>
                <w:bCs/>
                <w:sz w:val="22"/>
              </w:rPr>
              <w:t>00</w:t>
            </w:r>
          </w:p>
        </w:tc>
        <w:tc>
          <w:tcPr>
            <w:tcW w:w="3259" w:type="dxa"/>
            <w:shd w:val="clear" w:color="auto" w:fill="F2F2F2" w:themeFill="background1" w:themeFillShade="F2"/>
            <w:vAlign w:val="center"/>
          </w:tcPr>
          <w:p w14:paraId="234B6C4B" w14:textId="60AA646B" w:rsidR="00085B0D" w:rsidRPr="00E03A50" w:rsidRDefault="00085B0D" w:rsidP="008B53A8">
            <w:pPr>
              <w:spacing w:line="260" w:lineRule="exact"/>
              <w:jc w:val="center"/>
              <w:rPr>
                <w:rFonts w:asciiTheme="majorHAnsi" w:hAnsiTheme="majorHAnsi" w:cstheme="majorHAnsi"/>
                <w:b/>
                <w:bCs/>
                <w:sz w:val="22"/>
              </w:rPr>
            </w:pPr>
            <w:r>
              <w:rPr>
                <w:rFonts w:asciiTheme="majorHAnsi" w:hAnsiTheme="majorHAnsi" w:cstheme="majorHAnsi"/>
                <w:b/>
                <w:bCs/>
                <w:sz w:val="22"/>
              </w:rPr>
              <w:t>100</w:t>
            </w:r>
            <w:r w:rsidRPr="00E03A50">
              <w:rPr>
                <w:rFonts w:asciiTheme="majorHAnsi" w:hAnsiTheme="majorHAnsi" w:cstheme="majorHAnsi"/>
                <w:b/>
                <w:bCs/>
                <w:sz w:val="22"/>
              </w:rPr>
              <w:t>0</w:t>
            </w:r>
          </w:p>
        </w:tc>
      </w:tr>
      <w:tr w:rsidR="00085B0D" w:rsidRPr="00E03A50" w14:paraId="7B5825A9" w14:textId="77777777" w:rsidTr="008B53A8">
        <w:trPr>
          <w:trHeight w:val="397"/>
        </w:trPr>
        <w:tc>
          <w:tcPr>
            <w:tcW w:w="1413" w:type="dxa"/>
            <w:shd w:val="clear" w:color="auto" w:fill="F2F2F2" w:themeFill="background1" w:themeFillShade="F2"/>
            <w:vAlign w:val="center"/>
          </w:tcPr>
          <w:p w14:paraId="7A741B1B" w14:textId="77777777" w:rsidR="00085B0D" w:rsidRPr="00E03A50" w:rsidRDefault="00085B0D"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Title</w:t>
            </w:r>
          </w:p>
        </w:tc>
        <w:tc>
          <w:tcPr>
            <w:tcW w:w="7937" w:type="dxa"/>
            <w:gridSpan w:val="3"/>
            <w:shd w:val="clear" w:color="auto" w:fill="F2F2F2" w:themeFill="background1" w:themeFillShade="F2"/>
            <w:vAlign w:val="center"/>
          </w:tcPr>
          <w:p w14:paraId="5340E32D" w14:textId="201DE50B" w:rsidR="00085B0D" w:rsidRPr="00435960" w:rsidRDefault="00435960" w:rsidP="008B53A8">
            <w:pPr>
              <w:spacing w:line="260" w:lineRule="exact"/>
              <w:jc w:val="center"/>
              <w:rPr>
                <w:rFonts w:asciiTheme="majorHAnsi" w:hAnsiTheme="majorHAnsi" w:cstheme="majorHAnsi"/>
                <w:b/>
                <w:bCs/>
                <w:i/>
                <w:iCs/>
                <w:sz w:val="22"/>
              </w:rPr>
            </w:pPr>
            <w:r w:rsidRPr="00435960">
              <w:rPr>
                <w:rFonts w:asciiTheme="majorHAnsi" w:hAnsiTheme="majorHAnsi" w:cstheme="majorHAnsi"/>
                <w:b/>
                <w:bCs/>
                <w:i/>
                <w:iCs/>
                <w:sz w:val="22"/>
              </w:rPr>
              <w:t>Reliability and Continuity of Service</w:t>
            </w:r>
          </w:p>
        </w:tc>
      </w:tr>
      <w:tr w:rsidR="00085B0D" w:rsidRPr="00E03A50" w14:paraId="7AA53E74" w14:textId="77777777" w:rsidTr="002C1F09">
        <w:trPr>
          <w:trHeight w:val="907"/>
        </w:trPr>
        <w:tc>
          <w:tcPr>
            <w:tcW w:w="1413" w:type="dxa"/>
            <w:shd w:val="clear" w:color="auto" w:fill="F2F2F2" w:themeFill="background1" w:themeFillShade="F2"/>
            <w:vAlign w:val="center"/>
          </w:tcPr>
          <w:p w14:paraId="7FA9CF4F" w14:textId="77777777" w:rsidR="00085B0D" w:rsidRPr="00E03A50" w:rsidRDefault="00085B0D"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 xml:space="preserve">Instructions </w:t>
            </w:r>
          </w:p>
        </w:tc>
        <w:tc>
          <w:tcPr>
            <w:tcW w:w="7937" w:type="dxa"/>
            <w:gridSpan w:val="3"/>
            <w:vAlign w:val="center"/>
          </w:tcPr>
          <w:p w14:paraId="3492B136" w14:textId="0596FB91" w:rsidR="00085B0D" w:rsidRPr="002C1F09" w:rsidRDefault="00187775" w:rsidP="008B53A8">
            <w:pPr>
              <w:spacing w:line="260" w:lineRule="exact"/>
              <w:jc w:val="both"/>
              <w:rPr>
                <w:rFonts w:asciiTheme="majorHAnsi" w:hAnsiTheme="majorHAnsi" w:cstheme="majorHAnsi"/>
                <w:sz w:val="22"/>
              </w:rPr>
            </w:pPr>
            <w:r w:rsidRPr="002C1F09">
              <w:rPr>
                <w:rFonts w:asciiTheme="majorHAnsi" w:hAnsiTheme="majorHAnsi" w:cstheme="majorHAnsi"/>
                <w:iCs/>
                <w:sz w:val="22"/>
              </w:rPr>
              <w:t>Tenderer to provide comprehensive information of staff assigned to this contract to demonstrate prior experience in delivering similar roles.</w:t>
            </w:r>
            <w:r w:rsidR="00085B0D" w:rsidRPr="002C1F09">
              <w:rPr>
                <w:rFonts w:asciiTheme="majorHAnsi" w:hAnsiTheme="majorHAnsi" w:cstheme="majorHAnsi"/>
                <w:iCs/>
                <w:sz w:val="22"/>
              </w:rPr>
              <w:t xml:space="preserve"> </w:t>
            </w:r>
          </w:p>
        </w:tc>
      </w:tr>
      <w:tr w:rsidR="00085B0D" w:rsidRPr="00E03A50" w14:paraId="155091B2" w14:textId="77777777" w:rsidTr="0016261F">
        <w:trPr>
          <w:trHeight w:val="3402"/>
        </w:trPr>
        <w:tc>
          <w:tcPr>
            <w:tcW w:w="1413" w:type="dxa"/>
            <w:shd w:val="clear" w:color="auto" w:fill="F2F2F2" w:themeFill="background1" w:themeFillShade="F2"/>
            <w:vAlign w:val="center"/>
          </w:tcPr>
          <w:p w14:paraId="3059E02D" w14:textId="77777777" w:rsidR="00085B0D" w:rsidRPr="00E03A50" w:rsidRDefault="00085B0D"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 xml:space="preserve">Tenderers Response </w:t>
            </w:r>
          </w:p>
        </w:tc>
        <w:tc>
          <w:tcPr>
            <w:tcW w:w="7937" w:type="dxa"/>
            <w:gridSpan w:val="3"/>
          </w:tcPr>
          <w:p w14:paraId="02F9F7E4" w14:textId="77777777" w:rsidR="00085B0D" w:rsidRPr="00E03A50" w:rsidRDefault="00085B0D" w:rsidP="008B53A8">
            <w:pPr>
              <w:spacing w:line="260" w:lineRule="exact"/>
              <w:rPr>
                <w:rFonts w:asciiTheme="majorHAnsi" w:hAnsiTheme="majorHAnsi" w:cstheme="majorHAnsi"/>
                <w:sz w:val="22"/>
              </w:rPr>
            </w:pPr>
          </w:p>
          <w:p w14:paraId="4AA79BA0" w14:textId="77777777" w:rsidR="00085B0D" w:rsidRDefault="00085B0D" w:rsidP="008B53A8">
            <w:pPr>
              <w:spacing w:line="260" w:lineRule="exact"/>
              <w:rPr>
                <w:rFonts w:asciiTheme="majorHAnsi" w:hAnsiTheme="majorHAnsi" w:cstheme="majorHAnsi"/>
                <w:sz w:val="22"/>
              </w:rPr>
            </w:pPr>
          </w:p>
          <w:p w14:paraId="1B0A3301" w14:textId="77777777" w:rsidR="00085B0D" w:rsidRDefault="00085B0D" w:rsidP="008B53A8">
            <w:pPr>
              <w:spacing w:line="260" w:lineRule="exact"/>
              <w:rPr>
                <w:rFonts w:asciiTheme="majorHAnsi" w:hAnsiTheme="majorHAnsi" w:cstheme="majorHAnsi"/>
                <w:sz w:val="22"/>
              </w:rPr>
            </w:pPr>
          </w:p>
          <w:p w14:paraId="71536ABA" w14:textId="77777777" w:rsidR="00085B0D" w:rsidRDefault="00085B0D" w:rsidP="008B53A8">
            <w:pPr>
              <w:spacing w:line="260" w:lineRule="exact"/>
              <w:rPr>
                <w:rFonts w:asciiTheme="majorHAnsi" w:hAnsiTheme="majorHAnsi" w:cstheme="majorHAnsi"/>
                <w:sz w:val="22"/>
              </w:rPr>
            </w:pPr>
          </w:p>
          <w:p w14:paraId="283258B5" w14:textId="77777777" w:rsidR="00085B0D" w:rsidRDefault="00085B0D" w:rsidP="008B53A8">
            <w:pPr>
              <w:spacing w:line="260" w:lineRule="exact"/>
              <w:rPr>
                <w:rFonts w:asciiTheme="majorHAnsi" w:hAnsiTheme="majorHAnsi" w:cstheme="majorHAnsi"/>
                <w:sz w:val="22"/>
              </w:rPr>
            </w:pPr>
          </w:p>
          <w:p w14:paraId="2E81EA67" w14:textId="77777777" w:rsidR="00085B0D" w:rsidRPr="00E03A50" w:rsidRDefault="00085B0D" w:rsidP="008B53A8">
            <w:pPr>
              <w:spacing w:line="260" w:lineRule="exact"/>
              <w:rPr>
                <w:rFonts w:asciiTheme="majorHAnsi" w:hAnsiTheme="majorHAnsi" w:cstheme="majorHAnsi"/>
                <w:sz w:val="22"/>
              </w:rPr>
            </w:pPr>
          </w:p>
          <w:p w14:paraId="490A324E" w14:textId="77777777" w:rsidR="00085B0D" w:rsidRPr="00E03A50" w:rsidRDefault="00085B0D" w:rsidP="008B53A8">
            <w:pPr>
              <w:spacing w:line="260" w:lineRule="exact"/>
              <w:rPr>
                <w:rFonts w:asciiTheme="majorHAnsi" w:hAnsiTheme="majorHAnsi" w:cstheme="majorHAnsi"/>
                <w:sz w:val="22"/>
              </w:rPr>
            </w:pPr>
          </w:p>
          <w:p w14:paraId="2738BFB7" w14:textId="77777777" w:rsidR="00085B0D" w:rsidRPr="00E03A50" w:rsidRDefault="00085B0D" w:rsidP="008B53A8">
            <w:pPr>
              <w:spacing w:line="260" w:lineRule="exact"/>
              <w:rPr>
                <w:rFonts w:asciiTheme="majorHAnsi" w:hAnsiTheme="majorHAnsi" w:cstheme="majorHAnsi"/>
                <w:sz w:val="22"/>
              </w:rPr>
            </w:pPr>
          </w:p>
          <w:p w14:paraId="471FA01A" w14:textId="77777777" w:rsidR="00085B0D" w:rsidRPr="00E03A50" w:rsidRDefault="00085B0D" w:rsidP="008B53A8">
            <w:pPr>
              <w:spacing w:line="260" w:lineRule="exact"/>
              <w:rPr>
                <w:rFonts w:asciiTheme="majorHAnsi" w:hAnsiTheme="majorHAnsi" w:cstheme="majorHAnsi"/>
                <w:sz w:val="22"/>
              </w:rPr>
            </w:pPr>
          </w:p>
          <w:p w14:paraId="234DF05F" w14:textId="77777777" w:rsidR="00085B0D" w:rsidRPr="00E03A50" w:rsidRDefault="00085B0D" w:rsidP="008B53A8">
            <w:pPr>
              <w:spacing w:line="260" w:lineRule="exact"/>
              <w:rPr>
                <w:rFonts w:asciiTheme="majorHAnsi" w:hAnsiTheme="majorHAnsi" w:cstheme="majorHAnsi"/>
                <w:sz w:val="22"/>
              </w:rPr>
            </w:pPr>
          </w:p>
          <w:p w14:paraId="000B27B6" w14:textId="77777777" w:rsidR="00085B0D" w:rsidRPr="00E03A50" w:rsidRDefault="00085B0D" w:rsidP="008B53A8">
            <w:pPr>
              <w:spacing w:line="260" w:lineRule="exact"/>
              <w:rPr>
                <w:rFonts w:asciiTheme="majorHAnsi" w:hAnsiTheme="majorHAnsi" w:cstheme="majorHAnsi"/>
                <w:sz w:val="22"/>
              </w:rPr>
            </w:pPr>
          </w:p>
          <w:p w14:paraId="46FF1143" w14:textId="77777777" w:rsidR="00085B0D" w:rsidRPr="00E03A50" w:rsidRDefault="00085B0D" w:rsidP="008B53A8">
            <w:pPr>
              <w:spacing w:line="260" w:lineRule="exact"/>
              <w:rPr>
                <w:rFonts w:asciiTheme="majorHAnsi" w:hAnsiTheme="majorHAnsi" w:cstheme="majorHAnsi"/>
                <w:sz w:val="22"/>
              </w:rPr>
            </w:pPr>
          </w:p>
          <w:p w14:paraId="42460E42" w14:textId="77777777" w:rsidR="00085B0D" w:rsidRPr="00E03A50" w:rsidRDefault="00085B0D" w:rsidP="008B53A8">
            <w:pPr>
              <w:spacing w:line="260" w:lineRule="exact"/>
              <w:rPr>
                <w:rFonts w:asciiTheme="majorHAnsi" w:hAnsiTheme="majorHAnsi" w:cstheme="majorHAnsi"/>
                <w:sz w:val="22"/>
              </w:rPr>
            </w:pPr>
          </w:p>
          <w:p w14:paraId="149DD611" w14:textId="77777777" w:rsidR="00085B0D" w:rsidRPr="00E03A50" w:rsidRDefault="00085B0D" w:rsidP="008B53A8">
            <w:pPr>
              <w:spacing w:line="260" w:lineRule="exact"/>
              <w:rPr>
                <w:rFonts w:asciiTheme="majorHAnsi" w:hAnsiTheme="majorHAnsi" w:cstheme="majorHAnsi"/>
                <w:sz w:val="22"/>
              </w:rPr>
            </w:pPr>
          </w:p>
          <w:p w14:paraId="062A06B9" w14:textId="77777777" w:rsidR="00085B0D" w:rsidRPr="00E03A50" w:rsidRDefault="00085B0D" w:rsidP="008B53A8">
            <w:pPr>
              <w:spacing w:line="260" w:lineRule="exact"/>
              <w:rPr>
                <w:rFonts w:asciiTheme="majorHAnsi" w:hAnsiTheme="majorHAnsi" w:cstheme="majorHAnsi"/>
                <w:sz w:val="22"/>
              </w:rPr>
            </w:pPr>
          </w:p>
        </w:tc>
      </w:tr>
    </w:tbl>
    <w:p w14:paraId="2CC5B4B3" w14:textId="77777777" w:rsidR="00085B0D" w:rsidRDefault="00085B0D" w:rsidP="00085B0D">
      <w:pPr>
        <w:spacing w:after="0" w:line="260" w:lineRule="exact"/>
        <w:rPr>
          <w:rFonts w:asciiTheme="majorHAnsi" w:hAnsiTheme="majorHAnsi" w:cstheme="majorHAnsi"/>
          <w:b/>
          <w:bCs/>
          <w:sz w:val="26"/>
          <w:szCs w:val="26"/>
        </w:rPr>
      </w:pPr>
    </w:p>
    <w:p w14:paraId="1AC2294E" w14:textId="77777777" w:rsidR="00B8599A" w:rsidRDefault="00B8599A" w:rsidP="00085B0D">
      <w:pPr>
        <w:spacing w:after="0" w:line="260" w:lineRule="exact"/>
        <w:rPr>
          <w:rFonts w:asciiTheme="majorHAnsi" w:hAnsiTheme="majorHAnsi" w:cstheme="majorHAnsi"/>
          <w:b/>
          <w:bCs/>
          <w:sz w:val="26"/>
          <w:szCs w:val="26"/>
        </w:rPr>
      </w:pPr>
    </w:p>
    <w:tbl>
      <w:tblPr>
        <w:tblStyle w:val="TableGrid"/>
        <w:tblW w:w="0" w:type="auto"/>
        <w:tblLook w:val="04A0" w:firstRow="1" w:lastRow="0" w:firstColumn="1" w:lastColumn="0" w:noHBand="0" w:noVBand="1"/>
      </w:tblPr>
      <w:tblGrid>
        <w:gridCol w:w="1413"/>
        <w:gridCol w:w="1843"/>
        <w:gridCol w:w="2835"/>
        <w:gridCol w:w="3259"/>
      </w:tblGrid>
      <w:tr w:rsidR="00B8599A" w:rsidRPr="00E03A50" w14:paraId="69980442" w14:textId="77777777" w:rsidTr="008B53A8">
        <w:trPr>
          <w:trHeight w:val="397"/>
        </w:trPr>
        <w:tc>
          <w:tcPr>
            <w:tcW w:w="1413" w:type="dxa"/>
            <w:vMerge w:val="restart"/>
            <w:shd w:val="clear" w:color="auto" w:fill="F2F2F2" w:themeFill="background1" w:themeFillShade="F2"/>
            <w:vAlign w:val="center"/>
          </w:tcPr>
          <w:p w14:paraId="444A8A6B" w14:textId="2A87A0D0" w:rsidR="00B8599A" w:rsidRPr="00E03A50" w:rsidRDefault="00B8599A"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 xml:space="preserve">Criterion </w:t>
            </w:r>
            <w:r w:rsidR="00EA7B88">
              <w:rPr>
                <w:rFonts w:asciiTheme="majorHAnsi" w:hAnsiTheme="majorHAnsi" w:cstheme="majorHAnsi"/>
                <w:b/>
                <w:bCs/>
                <w:sz w:val="22"/>
              </w:rPr>
              <w:t>D</w:t>
            </w:r>
          </w:p>
        </w:tc>
        <w:tc>
          <w:tcPr>
            <w:tcW w:w="1843" w:type="dxa"/>
            <w:shd w:val="clear" w:color="auto" w:fill="F2F2F2" w:themeFill="background1" w:themeFillShade="F2"/>
            <w:vAlign w:val="center"/>
          </w:tcPr>
          <w:p w14:paraId="7AAD0B13" w14:textId="77777777" w:rsidR="00B8599A" w:rsidRPr="00E03A50" w:rsidRDefault="00B8599A" w:rsidP="008B53A8">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Weighting</w:t>
            </w:r>
          </w:p>
        </w:tc>
        <w:tc>
          <w:tcPr>
            <w:tcW w:w="2835" w:type="dxa"/>
            <w:shd w:val="clear" w:color="auto" w:fill="F2F2F2" w:themeFill="background1" w:themeFillShade="F2"/>
            <w:vAlign w:val="center"/>
          </w:tcPr>
          <w:p w14:paraId="5B8EE0CC" w14:textId="77777777" w:rsidR="00B8599A" w:rsidRPr="00E03A50" w:rsidRDefault="00B8599A" w:rsidP="008B53A8">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Maximum Marks</w:t>
            </w:r>
          </w:p>
        </w:tc>
        <w:tc>
          <w:tcPr>
            <w:tcW w:w="3259" w:type="dxa"/>
            <w:shd w:val="clear" w:color="auto" w:fill="F2F2F2" w:themeFill="background1" w:themeFillShade="F2"/>
            <w:vAlign w:val="center"/>
          </w:tcPr>
          <w:p w14:paraId="1352C68E" w14:textId="77777777" w:rsidR="00B8599A" w:rsidRPr="00E03A50" w:rsidRDefault="00B8599A" w:rsidP="008B53A8">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Minimum Marks Required</w:t>
            </w:r>
          </w:p>
        </w:tc>
      </w:tr>
      <w:tr w:rsidR="00B8599A" w:rsidRPr="00E03A50" w14:paraId="500A37BA" w14:textId="77777777" w:rsidTr="008B53A8">
        <w:trPr>
          <w:trHeight w:val="397"/>
        </w:trPr>
        <w:tc>
          <w:tcPr>
            <w:tcW w:w="1413" w:type="dxa"/>
            <w:vMerge/>
            <w:shd w:val="clear" w:color="auto" w:fill="F2F2F2" w:themeFill="background1" w:themeFillShade="F2"/>
          </w:tcPr>
          <w:p w14:paraId="07E84D8B" w14:textId="77777777" w:rsidR="00B8599A" w:rsidRPr="00E03A50" w:rsidRDefault="00B8599A" w:rsidP="008B53A8">
            <w:pPr>
              <w:spacing w:line="260" w:lineRule="exact"/>
              <w:rPr>
                <w:rFonts w:asciiTheme="majorHAnsi" w:hAnsiTheme="majorHAnsi" w:cstheme="majorHAnsi"/>
                <w:sz w:val="22"/>
              </w:rPr>
            </w:pPr>
          </w:p>
        </w:tc>
        <w:tc>
          <w:tcPr>
            <w:tcW w:w="1843" w:type="dxa"/>
            <w:shd w:val="clear" w:color="auto" w:fill="F2F2F2" w:themeFill="background1" w:themeFillShade="F2"/>
            <w:vAlign w:val="center"/>
          </w:tcPr>
          <w:p w14:paraId="75F380BE" w14:textId="6A8DC7D9" w:rsidR="00B8599A" w:rsidRPr="00E03A50" w:rsidRDefault="00B8599A" w:rsidP="008B53A8">
            <w:pPr>
              <w:spacing w:line="260" w:lineRule="exact"/>
              <w:jc w:val="center"/>
              <w:rPr>
                <w:rFonts w:asciiTheme="majorHAnsi" w:hAnsiTheme="majorHAnsi" w:cstheme="majorHAnsi"/>
                <w:b/>
                <w:bCs/>
                <w:sz w:val="22"/>
              </w:rPr>
            </w:pPr>
            <w:r>
              <w:rPr>
                <w:rFonts w:asciiTheme="majorHAnsi" w:hAnsiTheme="majorHAnsi" w:cstheme="majorHAnsi"/>
                <w:b/>
                <w:bCs/>
                <w:color w:val="EE0000"/>
                <w:sz w:val="22"/>
              </w:rPr>
              <w:t>10</w:t>
            </w:r>
            <w:r w:rsidRPr="00176212">
              <w:rPr>
                <w:rFonts w:asciiTheme="majorHAnsi" w:hAnsiTheme="majorHAnsi" w:cstheme="majorHAnsi"/>
                <w:b/>
                <w:bCs/>
                <w:color w:val="EE0000"/>
                <w:sz w:val="22"/>
              </w:rPr>
              <w:t>%</w:t>
            </w:r>
          </w:p>
        </w:tc>
        <w:tc>
          <w:tcPr>
            <w:tcW w:w="2835" w:type="dxa"/>
            <w:shd w:val="clear" w:color="auto" w:fill="F2F2F2" w:themeFill="background1" w:themeFillShade="F2"/>
            <w:vAlign w:val="center"/>
          </w:tcPr>
          <w:p w14:paraId="199F0285" w14:textId="25451725" w:rsidR="00B8599A" w:rsidRPr="00E03A50" w:rsidRDefault="00715FC7" w:rsidP="008B53A8">
            <w:pPr>
              <w:spacing w:line="260" w:lineRule="exact"/>
              <w:jc w:val="center"/>
              <w:rPr>
                <w:rFonts w:asciiTheme="majorHAnsi" w:hAnsiTheme="majorHAnsi" w:cstheme="majorHAnsi"/>
                <w:b/>
                <w:bCs/>
                <w:sz w:val="22"/>
              </w:rPr>
            </w:pPr>
            <w:r>
              <w:rPr>
                <w:rFonts w:asciiTheme="majorHAnsi" w:hAnsiTheme="majorHAnsi" w:cstheme="majorHAnsi"/>
                <w:b/>
                <w:bCs/>
                <w:sz w:val="22"/>
              </w:rPr>
              <w:t>1</w:t>
            </w:r>
            <w:r w:rsidR="00B8599A">
              <w:rPr>
                <w:rFonts w:asciiTheme="majorHAnsi" w:hAnsiTheme="majorHAnsi" w:cstheme="majorHAnsi"/>
                <w:b/>
                <w:bCs/>
                <w:sz w:val="22"/>
              </w:rPr>
              <w:t>0</w:t>
            </w:r>
            <w:r w:rsidR="00B8599A" w:rsidRPr="00E03A50">
              <w:rPr>
                <w:rFonts w:asciiTheme="majorHAnsi" w:hAnsiTheme="majorHAnsi" w:cstheme="majorHAnsi"/>
                <w:b/>
                <w:bCs/>
                <w:sz w:val="22"/>
              </w:rPr>
              <w:t>00</w:t>
            </w:r>
          </w:p>
        </w:tc>
        <w:tc>
          <w:tcPr>
            <w:tcW w:w="3259" w:type="dxa"/>
            <w:shd w:val="clear" w:color="auto" w:fill="F2F2F2" w:themeFill="background1" w:themeFillShade="F2"/>
            <w:vAlign w:val="center"/>
          </w:tcPr>
          <w:p w14:paraId="043067C9" w14:textId="3130F921" w:rsidR="00B8599A" w:rsidRPr="00E03A50" w:rsidRDefault="00715FC7" w:rsidP="008B53A8">
            <w:pPr>
              <w:spacing w:line="260" w:lineRule="exact"/>
              <w:jc w:val="center"/>
              <w:rPr>
                <w:rFonts w:asciiTheme="majorHAnsi" w:hAnsiTheme="majorHAnsi" w:cstheme="majorHAnsi"/>
                <w:b/>
                <w:bCs/>
                <w:sz w:val="22"/>
              </w:rPr>
            </w:pPr>
            <w:r>
              <w:rPr>
                <w:rFonts w:asciiTheme="majorHAnsi" w:hAnsiTheme="majorHAnsi" w:cstheme="majorHAnsi"/>
                <w:b/>
                <w:bCs/>
                <w:sz w:val="22"/>
              </w:rPr>
              <w:t>5</w:t>
            </w:r>
            <w:r w:rsidR="00B8599A">
              <w:rPr>
                <w:rFonts w:asciiTheme="majorHAnsi" w:hAnsiTheme="majorHAnsi" w:cstheme="majorHAnsi"/>
                <w:b/>
                <w:bCs/>
                <w:sz w:val="22"/>
              </w:rPr>
              <w:t>0</w:t>
            </w:r>
            <w:r w:rsidR="00B8599A" w:rsidRPr="00E03A50">
              <w:rPr>
                <w:rFonts w:asciiTheme="majorHAnsi" w:hAnsiTheme="majorHAnsi" w:cstheme="majorHAnsi"/>
                <w:b/>
                <w:bCs/>
                <w:sz w:val="22"/>
              </w:rPr>
              <w:t>0</w:t>
            </w:r>
          </w:p>
        </w:tc>
      </w:tr>
      <w:tr w:rsidR="00B8599A" w:rsidRPr="00E03A50" w14:paraId="0C248779" w14:textId="77777777" w:rsidTr="008B53A8">
        <w:trPr>
          <w:trHeight w:val="397"/>
        </w:trPr>
        <w:tc>
          <w:tcPr>
            <w:tcW w:w="1413" w:type="dxa"/>
            <w:shd w:val="clear" w:color="auto" w:fill="F2F2F2" w:themeFill="background1" w:themeFillShade="F2"/>
            <w:vAlign w:val="center"/>
          </w:tcPr>
          <w:p w14:paraId="3308ACC5" w14:textId="77777777" w:rsidR="00B8599A" w:rsidRPr="00E03A50" w:rsidRDefault="00B8599A"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Title</w:t>
            </w:r>
          </w:p>
        </w:tc>
        <w:tc>
          <w:tcPr>
            <w:tcW w:w="7937" w:type="dxa"/>
            <w:gridSpan w:val="3"/>
            <w:shd w:val="clear" w:color="auto" w:fill="F2F2F2" w:themeFill="background1" w:themeFillShade="F2"/>
            <w:vAlign w:val="center"/>
          </w:tcPr>
          <w:p w14:paraId="6ED8BF01" w14:textId="167AA4CA" w:rsidR="00B8599A" w:rsidRPr="00435960" w:rsidRDefault="00B8599A" w:rsidP="008B53A8">
            <w:pPr>
              <w:spacing w:line="260" w:lineRule="exact"/>
              <w:jc w:val="center"/>
              <w:rPr>
                <w:rFonts w:asciiTheme="majorHAnsi" w:hAnsiTheme="majorHAnsi" w:cstheme="majorHAnsi"/>
                <w:b/>
                <w:bCs/>
                <w:i/>
                <w:iCs/>
                <w:sz w:val="22"/>
              </w:rPr>
            </w:pPr>
            <w:r>
              <w:rPr>
                <w:rFonts w:asciiTheme="majorHAnsi" w:hAnsiTheme="majorHAnsi" w:cstheme="majorHAnsi"/>
                <w:b/>
                <w:bCs/>
                <w:i/>
                <w:iCs/>
                <w:sz w:val="22"/>
              </w:rPr>
              <w:t>Delivery and Installation</w:t>
            </w:r>
          </w:p>
        </w:tc>
      </w:tr>
      <w:tr w:rsidR="00B8599A" w:rsidRPr="00E03A50" w14:paraId="5ECDD7CB" w14:textId="77777777" w:rsidTr="002C1F09">
        <w:trPr>
          <w:trHeight w:val="1191"/>
        </w:trPr>
        <w:tc>
          <w:tcPr>
            <w:tcW w:w="1413" w:type="dxa"/>
            <w:shd w:val="clear" w:color="auto" w:fill="F2F2F2" w:themeFill="background1" w:themeFillShade="F2"/>
            <w:vAlign w:val="center"/>
          </w:tcPr>
          <w:p w14:paraId="706DD50B" w14:textId="77777777" w:rsidR="00B8599A" w:rsidRPr="002C1F09" w:rsidRDefault="00B8599A" w:rsidP="002C1F09">
            <w:pPr>
              <w:spacing w:line="260" w:lineRule="exact"/>
              <w:jc w:val="both"/>
              <w:rPr>
                <w:rFonts w:asciiTheme="majorHAnsi" w:hAnsiTheme="majorHAnsi" w:cstheme="majorHAnsi"/>
                <w:b/>
                <w:bCs/>
                <w:sz w:val="22"/>
              </w:rPr>
            </w:pPr>
            <w:r w:rsidRPr="002C1F09">
              <w:rPr>
                <w:rFonts w:asciiTheme="majorHAnsi" w:hAnsiTheme="majorHAnsi" w:cstheme="majorHAnsi"/>
                <w:b/>
                <w:bCs/>
                <w:sz w:val="22"/>
              </w:rPr>
              <w:t xml:space="preserve">Instructions </w:t>
            </w:r>
          </w:p>
        </w:tc>
        <w:tc>
          <w:tcPr>
            <w:tcW w:w="7937" w:type="dxa"/>
            <w:gridSpan w:val="3"/>
            <w:vAlign w:val="center"/>
          </w:tcPr>
          <w:p w14:paraId="4092E7A7" w14:textId="45E8B3ED" w:rsidR="00B8599A" w:rsidRPr="002C1F09" w:rsidRDefault="00581AC0" w:rsidP="002C1F09">
            <w:pPr>
              <w:spacing w:line="260" w:lineRule="exact"/>
              <w:jc w:val="both"/>
              <w:rPr>
                <w:rFonts w:asciiTheme="majorHAnsi" w:hAnsiTheme="majorHAnsi" w:cstheme="majorHAnsi"/>
                <w:sz w:val="22"/>
              </w:rPr>
            </w:pPr>
            <w:r w:rsidRPr="002C1F09">
              <w:rPr>
                <w:rFonts w:asciiTheme="majorHAnsi" w:hAnsiTheme="majorHAnsi" w:cstheme="majorHAnsi"/>
                <w:iCs/>
                <w:color w:val="000000" w:themeColor="text1"/>
                <w:sz w:val="22"/>
              </w:rPr>
              <w:t>Tenderers should indicate proposed delivery schedule for the goods. Delivery to include uploading, positioning, installation and commissioning of machines (as required). Full machine installation, commissioning and performance verification by a certified Service.</w:t>
            </w:r>
          </w:p>
        </w:tc>
      </w:tr>
      <w:tr w:rsidR="00B8599A" w:rsidRPr="00E03A50" w14:paraId="06316251" w14:textId="77777777" w:rsidTr="0016261F">
        <w:trPr>
          <w:trHeight w:val="3402"/>
        </w:trPr>
        <w:tc>
          <w:tcPr>
            <w:tcW w:w="1413" w:type="dxa"/>
            <w:shd w:val="clear" w:color="auto" w:fill="F2F2F2" w:themeFill="background1" w:themeFillShade="F2"/>
            <w:vAlign w:val="center"/>
          </w:tcPr>
          <w:p w14:paraId="19DC76B1" w14:textId="77777777" w:rsidR="00B8599A" w:rsidRPr="00E03A50" w:rsidRDefault="00B8599A"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 xml:space="preserve">Tenderers Response </w:t>
            </w:r>
          </w:p>
        </w:tc>
        <w:tc>
          <w:tcPr>
            <w:tcW w:w="7937" w:type="dxa"/>
            <w:gridSpan w:val="3"/>
          </w:tcPr>
          <w:p w14:paraId="39C22603" w14:textId="77777777" w:rsidR="00B8599A" w:rsidRPr="00E03A50" w:rsidRDefault="00B8599A" w:rsidP="008B53A8">
            <w:pPr>
              <w:spacing w:line="260" w:lineRule="exact"/>
              <w:rPr>
                <w:rFonts w:asciiTheme="majorHAnsi" w:hAnsiTheme="majorHAnsi" w:cstheme="majorHAnsi"/>
                <w:sz w:val="22"/>
              </w:rPr>
            </w:pPr>
          </w:p>
          <w:p w14:paraId="68392664" w14:textId="77777777" w:rsidR="00B8599A" w:rsidRDefault="00B8599A" w:rsidP="008B53A8">
            <w:pPr>
              <w:spacing w:line="260" w:lineRule="exact"/>
              <w:rPr>
                <w:rFonts w:asciiTheme="majorHAnsi" w:hAnsiTheme="majorHAnsi" w:cstheme="majorHAnsi"/>
                <w:sz w:val="22"/>
              </w:rPr>
            </w:pPr>
          </w:p>
          <w:p w14:paraId="7382BA58" w14:textId="77777777" w:rsidR="00B8599A" w:rsidRDefault="00B8599A" w:rsidP="008B53A8">
            <w:pPr>
              <w:spacing w:line="260" w:lineRule="exact"/>
              <w:rPr>
                <w:rFonts w:asciiTheme="majorHAnsi" w:hAnsiTheme="majorHAnsi" w:cstheme="majorHAnsi"/>
                <w:sz w:val="22"/>
              </w:rPr>
            </w:pPr>
          </w:p>
          <w:p w14:paraId="7933B102" w14:textId="77777777" w:rsidR="00B8599A" w:rsidRDefault="00B8599A" w:rsidP="008B53A8">
            <w:pPr>
              <w:spacing w:line="260" w:lineRule="exact"/>
              <w:rPr>
                <w:rFonts w:asciiTheme="majorHAnsi" w:hAnsiTheme="majorHAnsi" w:cstheme="majorHAnsi"/>
                <w:sz w:val="22"/>
              </w:rPr>
            </w:pPr>
          </w:p>
          <w:p w14:paraId="4F1AA16C" w14:textId="77777777" w:rsidR="00B8599A" w:rsidRDefault="00B8599A" w:rsidP="008B53A8">
            <w:pPr>
              <w:spacing w:line="260" w:lineRule="exact"/>
              <w:rPr>
                <w:rFonts w:asciiTheme="majorHAnsi" w:hAnsiTheme="majorHAnsi" w:cstheme="majorHAnsi"/>
                <w:sz w:val="22"/>
              </w:rPr>
            </w:pPr>
          </w:p>
          <w:p w14:paraId="4BAF8446" w14:textId="77777777" w:rsidR="00B8599A" w:rsidRPr="00E03A50" w:rsidRDefault="00B8599A" w:rsidP="008B53A8">
            <w:pPr>
              <w:spacing w:line="260" w:lineRule="exact"/>
              <w:rPr>
                <w:rFonts w:asciiTheme="majorHAnsi" w:hAnsiTheme="majorHAnsi" w:cstheme="majorHAnsi"/>
                <w:sz w:val="22"/>
              </w:rPr>
            </w:pPr>
          </w:p>
          <w:p w14:paraId="27725BAE" w14:textId="77777777" w:rsidR="00B8599A" w:rsidRPr="00E03A50" w:rsidRDefault="00B8599A" w:rsidP="008B53A8">
            <w:pPr>
              <w:spacing w:line="260" w:lineRule="exact"/>
              <w:rPr>
                <w:rFonts w:asciiTheme="majorHAnsi" w:hAnsiTheme="majorHAnsi" w:cstheme="majorHAnsi"/>
                <w:sz w:val="22"/>
              </w:rPr>
            </w:pPr>
          </w:p>
          <w:p w14:paraId="6933EB6A" w14:textId="77777777" w:rsidR="00B8599A" w:rsidRPr="00E03A50" w:rsidRDefault="00B8599A" w:rsidP="008B53A8">
            <w:pPr>
              <w:spacing w:line="260" w:lineRule="exact"/>
              <w:rPr>
                <w:rFonts w:asciiTheme="majorHAnsi" w:hAnsiTheme="majorHAnsi" w:cstheme="majorHAnsi"/>
                <w:sz w:val="22"/>
              </w:rPr>
            </w:pPr>
          </w:p>
          <w:p w14:paraId="07DB2D1C" w14:textId="77777777" w:rsidR="00B8599A" w:rsidRPr="00E03A50" w:rsidRDefault="00B8599A" w:rsidP="008B53A8">
            <w:pPr>
              <w:spacing w:line="260" w:lineRule="exact"/>
              <w:rPr>
                <w:rFonts w:asciiTheme="majorHAnsi" w:hAnsiTheme="majorHAnsi" w:cstheme="majorHAnsi"/>
                <w:sz w:val="22"/>
              </w:rPr>
            </w:pPr>
          </w:p>
          <w:p w14:paraId="7E5E385A" w14:textId="77777777" w:rsidR="00B8599A" w:rsidRPr="00E03A50" w:rsidRDefault="00B8599A" w:rsidP="008B53A8">
            <w:pPr>
              <w:spacing w:line="260" w:lineRule="exact"/>
              <w:rPr>
                <w:rFonts w:asciiTheme="majorHAnsi" w:hAnsiTheme="majorHAnsi" w:cstheme="majorHAnsi"/>
                <w:sz w:val="22"/>
              </w:rPr>
            </w:pPr>
          </w:p>
          <w:p w14:paraId="7FA4C2D6" w14:textId="77777777" w:rsidR="00B8599A" w:rsidRPr="00E03A50" w:rsidRDefault="00B8599A" w:rsidP="008B53A8">
            <w:pPr>
              <w:spacing w:line="260" w:lineRule="exact"/>
              <w:rPr>
                <w:rFonts w:asciiTheme="majorHAnsi" w:hAnsiTheme="majorHAnsi" w:cstheme="majorHAnsi"/>
                <w:sz w:val="22"/>
              </w:rPr>
            </w:pPr>
          </w:p>
          <w:p w14:paraId="6ED38C8B" w14:textId="77777777" w:rsidR="00B8599A" w:rsidRPr="00E03A50" w:rsidRDefault="00B8599A" w:rsidP="008B53A8">
            <w:pPr>
              <w:spacing w:line="260" w:lineRule="exact"/>
              <w:rPr>
                <w:rFonts w:asciiTheme="majorHAnsi" w:hAnsiTheme="majorHAnsi" w:cstheme="majorHAnsi"/>
                <w:sz w:val="22"/>
              </w:rPr>
            </w:pPr>
          </w:p>
          <w:p w14:paraId="44C393A0" w14:textId="77777777" w:rsidR="00B8599A" w:rsidRPr="00E03A50" w:rsidRDefault="00B8599A" w:rsidP="008B53A8">
            <w:pPr>
              <w:spacing w:line="260" w:lineRule="exact"/>
              <w:rPr>
                <w:rFonts w:asciiTheme="majorHAnsi" w:hAnsiTheme="majorHAnsi" w:cstheme="majorHAnsi"/>
                <w:sz w:val="22"/>
              </w:rPr>
            </w:pPr>
          </w:p>
          <w:p w14:paraId="1E0346F4" w14:textId="77777777" w:rsidR="00B8599A" w:rsidRPr="00E03A50" w:rsidRDefault="00B8599A" w:rsidP="008B53A8">
            <w:pPr>
              <w:spacing w:line="260" w:lineRule="exact"/>
              <w:rPr>
                <w:rFonts w:asciiTheme="majorHAnsi" w:hAnsiTheme="majorHAnsi" w:cstheme="majorHAnsi"/>
                <w:sz w:val="22"/>
              </w:rPr>
            </w:pPr>
          </w:p>
          <w:p w14:paraId="7EC5D2B5" w14:textId="77777777" w:rsidR="00B8599A" w:rsidRPr="00E03A50" w:rsidRDefault="00B8599A" w:rsidP="008B53A8">
            <w:pPr>
              <w:spacing w:line="260" w:lineRule="exact"/>
              <w:rPr>
                <w:rFonts w:asciiTheme="majorHAnsi" w:hAnsiTheme="majorHAnsi" w:cstheme="majorHAnsi"/>
                <w:sz w:val="22"/>
              </w:rPr>
            </w:pPr>
          </w:p>
        </w:tc>
      </w:tr>
    </w:tbl>
    <w:p w14:paraId="0D5656BF" w14:textId="77777777" w:rsidR="00B8599A" w:rsidRDefault="00B8599A" w:rsidP="00085B0D">
      <w:pPr>
        <w:spacing w:after="0" w:line="260" w:lineRule="exact"/>
        <w:rPr>
          <w:rFonts w:asciiTheme="majorHAnsi" w:hAnsiTheme="majorHAnsi" w:cstheme="majorHAnsi"/>
          <w:b/>
          <w:bCs/>
          <w:sz w:val="26"/>
          <w:szCs w:val="26"/>
        </w:rPr>
      </w:pPr>
    </w:p>
    <w:p w14:paraId="07D232CD" w14:textId="77777777" w:rsidR="00B8599A" w:rsidRDefault="00B8599A" w:rsidP="00085B0D">
      <w:pPr>
        <w:spacing w:after="0" w:line="260" w:lineRule="exact"/>
        <w:rPr>
          <w:rFonts w:asciiTheme="majorHAnsi" w:hAnsiTheme="majorHAnsi" w:cstheme="majorHAnsi"/>
          <w:b/>
          <w:bCs/>
          <w:sz w:val="26"/>
          <w:szCs w:val="26"/>
        </w:rPr>
      </w:pPr>
    </w:p>
    <w:tbl>
      <w:tblPr>
        <w:tblStyle w:val="TableGrid"/>
        <w:tblW w:w="0" w:type="auto"/>
        <w:tblLook w:val="04A0" w:firstRow="1" w:lastRow="0" w:firstColumn="1" w:lastColumn="0" w:noHBand="0" w:noVBand="1"/>
      </w:tblPr>
      <w:tblGrid>
        <w:gridCol w:w="1413"/>
        <w:gridCol w:w="1843"/>
        <w:gridCol w:w="2835"/>
        <w:gridCol w:w="3259"/>
      </w:tblGrid>
      <w:tr w:rsidR="00B8599A" w:rsidRPr="00E03A50" w14:paraId="0247BB8C" w14:textId="77777777" w:rsidTr="008B53A8">
        <w:trPr>
          <w:trHeight w:val="397"/>
        </w:trPr>
        <w:tc>
          <w:tcPr>
            <w:tcW w:w="1413" w:type="dxa"/>
            <w:vMerge w:val="restart"/>
            <w:shd w:val="clear" w:color="auto" w:fill="F2F2F2" w:themeFill="background1" w:themeFillShade="F2"/>
            <w:vAlign w:val="center"/>
          </w:tcPr>
          <w:p w14:paraId="1B3C785D" w14:textId="654A168F" w:rsidR="00B8599A" w:rsidRPr="00E03A50" w:rsidRDefault="00B8599A"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 xml:space="preserve">Criterion </w:t>
            </w:r>
            <w:r w:rsidR="00EA7B88">
              <w:rPr>
                <w:rFonts w:asciiTheme="majorHAnsi" w:hAnsiTheme="majorHAnsi" w:cstheme="majorHAnsi"/>
                <w:b/>
                <w:bCs/>
                <w:sz w:val="22"/>
              </w:rPr>
              <w:t>E</w:t>
            </w:r>
          </w:p>
        </w:tc>
        <w:tc>
          <w:tcPr>
            <w:tcW w:w="1843" w:type="dxa"/>
            <w:shd w:val="clear" w:color="auto" w:fill="F2F2F2" w:themeFill="background1" w:themeFillShade="F2"/>
            <w:vAlign w:val="center"/>
          </w:tcPr>
          <w:p w14:paraId="79E258B4" w14:textId="77777777" w:rsidR="00B8599A" w:rsidRPr="00E03A50" w:rsidRDefault="00B8599A" w:rsidP="008B53A8">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Weighting</w:t>
            </w:r>
          </w:p>
        </w:tc>
        <w:tc>
          <w:tcPr>
            <w:tcW w:w="2835" w:type="dxa"/>
            <w:shd w:val="clear" w:color="auto" w:fill="F2F2F2" w:themeFill="background1" w:themeFillShade="F2"/>
            <w:vAlign w:val="center"/>
          </w:tcPr>
          <w:p w14:paraId="7B71F82F" w14:textId="77777777" w:rsidR="00B8599A" w:rsidRPr="00E03A50" w:rsidRDefault="00B8599A" w:rsidP="008B53A8">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Maximum Marks</w:t>
            </w:r>
          </w:p>
        </w:tc>
        <w:tc>
          <w:tcPr>
            <w:tcW w:w="3259" w:type="dxa"/>
            <w:shd w:val="clear" w:color="auto" w:fill="F2F2F2" w:themeFill="background1" w:themeFillShade="F2"/>
            <w:vAlign w:val="center"/>
          </w:tcPr>
          <w:p w14:paraId="5E4B1A95" w14:textId="77777777" w:rsidR="00B8599A" w:rsidRPr="00E03A50" w:rsidRDefault="00B8599A" w:rsidP="008B53A8">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Minimum Marks Required</w:t>
            </w:r>
          </w:p>
        </w:tc>
      </w:tr>
      <w:tr w:rsidR="00B8599A" w:rsidRPr="00E03A50" w14:paraId="1726579B" w14:textId="77777777" w:rsidTr="008B53A8">
        <w:trPr>
          <w:trHeight w:val="397"/>
        </w:trPr>
        <w:tc>
          <w:tcPr>
            <w:tcW w:w="1413" w:type="dxa"/>
            <w:vMerge/>
            <w:shd w:val="clear" w:color="auto" w:fill="F2F2F2" w:themeFill="background1" w:themeFillShade="F2"/>
          </w:tcPr>
          <w:p w14:paraId="14F28F2D" w14:textId="77777777" w:rsidR="00B8599A" w:rsidRPr="00E03A50" w:rsidRDefault="00B8599A" w:rsidP="008B53A8">
            <w:pPr>
              <w:spacing w:line="260" w:lineRule="exact"/>
              <w:rPr>
                <w:rFonts w:asciiTheme="majorHAnsi" w:hAnsiTheme="majorHAnsi" w:cstheme="majorHAnsi"/>
                <w:sz w:val="22"/>
              </w:rPr>
            </w:pPr>
          </w:p>
        </w:tc>
        <w:tc>
          <w:tcPr>
            <w:tcW w:w="1843" w:type="dxa"/>
            <w:shd w:val="clear" w:color="auto" w:fill="F2F2F2" w:themeFill="background1" w:themeFillShade="F2"/>
            <w:vAlign w:val="center"/>
          </w:tcPr>
          <w:p w14:paraId="386B765C" w14:textId="0AFA8423" w:rsidR="00B8599A" w:rsidRPr="00E03A50" w:rsidRDefault="009F1872" w:rsidP="008B53A8">
            <w:pPr>
              <w:spacing w:line="260" w:lineRule="exact"/>
              <w:jc w:val="center"/>
              <w:rPr>
                <w:rFonts w:asciiTheme="majorHAnsi" w:hAnsiTheme="majorHAnsi" w:cstheme="majorHAnsi"/>
                <w:b/>
                <w:bCs/>
                <w:sz w:val="22"/>
              </w:rPr>
            </w:pPr>
            <w:r>
              <w:rPr>
                <w:rFonts w:asciiTheme="majorHAnsi" w:hAnsiTheme="majorHAnsi" w:cstheme="majorHAnsi"/>
                <w:b/>
                <w:bCs/>
                <w:color w:val="EE0000"/>
                <w:sz w:val="22"/>
              </w:rPr>
              <w:t>5</w:t>
            </w:r>
            <w:r w:rsidR="00B8599A" w:rsidRPr="00176212">
              <w:rPr>
                <w:rFonts w:asciiTheme="majorHAnsi" w:hAnsiTheme="majorHAnsi" w:cstheme="majorHAnsi"/>
                <w:b/>
                <w:bCs/>
                <w:color w:val="EE0000"/>
                <w:sz w:val="22"/>
              </w:rPr>
              <w:t>%</w:t>
            </w:r>
          </w:p>
        </w:tc>
        <w:tc>
          <w:tcPr>
            <w:tcW w:w="2835" w:type="dxa"/>
            <w:shd w:val="clear" w:color="auto" w:fill="F2F2F2" w:themeFill="background1" w:themeFillShade="F2"/>
            <w:vAlign w:val="center"/>
          </w:tcPr>
          <w:p w14:paraId="0DA87D11" w14:textId="730FC7C2" w:rsidR="00B8599A" w:rsidRPr="00E03A50" w:rsidRDefault="009F1872" w:rsidP="008B53A8">
            <w:pPr>
              <w:spacing w:line="260" w:lineRule="exact"/>
              <w:jc w:val="center"/>
              <w:rPr>
                <w:rFonts w:asciiTheme="majorHAnsi" w:hAnsiTheme="majorHAnsi" w:cstheme="majorHAnsi"/>
                <w:b/>
                <w:bCs/>
                <w:sz w:val="22"/>
              </w:rPr>
            </w:pPr>
            <w:r>
              <w:rPr>
                <w:rFonts w:asciiTheme="majorHAnsi" w:hAnsiTheme="majorHAnsi" w:cstheme="majorHAnsi"/>
                <w:b/>
                <w:bCs/>
                <w:sz w:val="22"/>
              </w:rPr>
              <w:t>5</w:t>
            </w:r>
            <w:r w:rsidR="00B8599A" w:rsidRPr="00E03A50">
              <w:rPr>
                <w:rFonts w:asciiTheme="majorHAnsi" w:hAnsiTheme="majorHAnsi" w:cstheme="majorHAnsi"/>
                <w:b/>
                <w:bCs/>
                <w:sz w:val="22"/>
              </w:rPr>
              <w:t>00</w:t>
            </w:r>
          </w:p>
        </w:tc>
        <w:tc>
          <w:tcPr>
            <w:tcW w:w="3259" w:type="dxa"/>
            <w:shd w:val="clear" w:color="auto" w:fill="F2F2F2" w:themeFill="background1" w:themeFillShade="F2"/>
            <w:vAlign w:val="center"/>
          </w:tcPr>
          <w:p w14:paraId="13D2C042" w14:textId="2AB7F895" w:rsidR="00B8599A" w:rsidRPr="00E03A50" w:rsidRDefault="009F1872" w:rsidP="008B53A8">
            <w:pPr>
              <w:spacing w:line="260" w:lineRule="exact"/>
              <w:jc w:val="center"/>
              <w:rPr>
                <w:rFonts w:asciiTheme="majorHAnsi" w:hAnsiTheme="majorHAnsi" w:cstheme="majorHAnsi"/>
                <w:b/>
                <w:bCs/>
                <w:sz w:val="22"/>
              </w:rPr>
            </w:pPr>
            <w:r>
              <w:rPr>
                <w:rFonts w:asciiTheme="majorHAnsi" w:hAnsiTheme="majorHAnsi" w:cstheme="majorHAnsi"/>
                <w:b/>
                <w:bCs/>
                <w:sz w:val="22"/>
              </w:rPr>
              <w:t>2</w:t>
            </w:r>
            <w:r w:rsidR="004F40BA">
              <w:rPr>
                <w:rFonts w:asciiTheme="majorHAnsi" w:hAnsiTheme="majorHAnsi" w:cstheme="majorHAnsi"/>
                <w:b/>
                <w:bCs/>
                <w:sz w:val="22"/>
              </w:rPr>
              <w:t>5</w:t>
            </w:r>
            <w:r w:rsidR="00B8599A" w:rsidRPr="00E03A50">
              <w:rPr>
                <w:rFonts w:asciiTheme="majorHAnsi" w:hAnsiTheme="majorHAnsi" w:cstheme="majorHAnsi"/>
                <w:b/>
                <w:bCs/>
                <w:sz w:val="22"/>
              </w:rPr>
              <w:t>0</w:t>
            </w:r>
          </w:p>
        </w:tc>
      </w:tr>
      <w:tr w:rsidR="00B8599A" w:rsidRPr="00E03A50" w14:paraId="49743145" w14:textId="77777777" w:rsidTr="008B53A8">
        <w:trPr>
          <w:trHeight w:val="397"/>
        </w:trPr>
        <w:tc>
          <w:tcPr>
            <w:tcW w:w="1413" w:type="dxa"/>
            <w:shd w:val="clear" w:color="auto" w:fill="F2F2F2" w:themeFill="background1" w:themeFillShade="F2"/>
            <w:vAlign w:val="center"/>
          </w:tcPr>
          <w:p w14:paraId="34FB8E8E" w14:textId="77777777" w:rsidR="00B8599A" w:rsidRPr="00E03A50" w:rsidRDefault="00B8599A"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Title</w:t>
            </w:r>
          </w:p>
        </w:tc>
        <w:tc>
          <w:tcPr>
            <w:tcW w:w="7937" w:type="dxa"/>
            <w:gridSpan w:val="3"/>
            <w:shd w:val="clear" w:color="auto" w:fill="F2F2F2" w:themeFill="background1" w:themeFillShade="F2"/>
            <w:vAlign w:val="center"/>
          </w:tcPr>
          <w:p w14:paraId="3198AEBC" w14:textId="3962ADB5" w:rsidR="00B8599A" w:rsidRPr="00435960" w:rsidRDefault="00B8599A" w:rsidP="008B53A8">
            <w:pPr>
              <w:spacing w:line="260" w:lineRule="exact"/>
              <w:jc w:val="center"/>
              <w:rPr>
                <w:rFonts w:asciiTheme="majorHAnsi" w:hAnsiTheme="majorHAnsi" w:cstheme="majorHAnsi"/>
                <w:b/>
                <w:bCs/>
                <w:i/>
                <w:iCs/>
                <w:sz w:val="22"/>
              </w:rPr>
            </w:pPr>
            <w:r>
              <w:rPr>
                <w:rFonts w:asciiTheme="majorHAnsi" w:hAnsiTheme="majorHAnsi" w:cstheme="majorHAnsi"/>
                <w:b/>
                <w:bCs/>
                <w:i/>
                <w:iCs/>
                <w:sz w:val="22"/>
              </w:rPr>
              <w:t xml:space="preserve">Warranty </w:t>
            </w:r>
          </w:p>
        </w:tc>
      </w:tr>
      <w:tr w:rsidR="00B8599A" w:rsidRPr="00E03A50" w14:paraId="6B0D52E1" w14:textId="77777777" w:rsidTr="002C1F09">
        <w:trPr>
          <w:trHeight w:val="1134"/>
        </w:trPr>
        <w:tc>
          <w:tcPr>
            <w:tcW w:w="1413" w:type="dxa"/>
            <w:shd w:val="clear" w:color="auto" w:fill="F2F2F2" w:themeFill="background1" w:themeFillShade="F2"/>
            <w:vAlign w:val="center"/>
          </w:tcPr>
          <w:p w14:paraId="09930F25" w14:textId="77777777" w:rsidR="00B8599A" w:rsidRPr="00E03A50" w:rsidRDefault="00B8599A"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 xml:space="preserve">Instructions </w:t>
            </w:r>
          </w:p>
        </w:tc>
        <w:tc>
          <w:tcPr>
            <w:tcW w:w="7937" w:type="dxa"/>
            <w:gridSpan w:val="3"/>
            <w:vAlign w:val="center"/>
          </w:tcPr>
          <w:p w14:paraId="69B8A135" w14:textId="6601384E" w:rsidR="00B8599A" w:rsidRPr="002C1F09" w:rsidRDefault="00967328" w:rsidP="008B53A8">
            <w:pPr>
              <w:spacing w:line="260" w:lineRule="exact"/>
              <w:jc w:val="both"/>
              <w:rPr>
                <w:rFonts w:asciiTheme="majorHAnsi" w:hAnsiTheme="majorHAnsi" w:cstheme="majorHAnsi"/>
                <w:iCs/>
                <w:color w:val="000000" w:themeColor="text1"/>
                <w:sz w:val="22"/>
              </w:rPr>
            </w:pPr>
            <w:r w:rsidRPr="002C1F09">
              <w:rPr>
                <w:rFonts w:asciiTheme="majorHAnsi" w:hAnsiTheme="majorHAnsi" w:cstheme="majorHAnsi"/>
                <w:iCs/>
                <w:color w:val="000000" w:themeColor="text1"/>
                <w:sz w:val="22"/>
              </w:rPr>
              <w:t>Tender</w:t>
            </w:r>
            <w:r w:rsidR="004F40BA" w:rsidRPr="002C1F09">
              <w:rPr>
                <w:rFonts w:asciiTheme="majorHAnsi" w:hAnsiTheme="majorHAnsi" w:cstheme="majorHAnsi"/>
                <w:iCs/>
                <w:color w:val="000000" w:themeColor="text1"/>
                <w:sz w:val="22"/>
              </w:rPr>
              <w:t>er</w:t>
            </w:r>
            <w:r w:rsidRPr="002C1F09">
              <w:rPr>
                <w:rFonts w:asciiTheme="majorHAnsi" w:hAnsiTheme="majorHAnsi" w:cstheme="majorHAnsi"/>
                <w:iCs/>
                <w:color w:val="000000" w:themeColor="text1"/>
                <w:sz w:val="22"/>
              </w:rPr>
              <w:t xml:space="preserve">s should set out details of the warranty/warranties for the goods required, together with details of manufacturer’s warranty. Minimum of two-year warranty (parts and </w:t>
            </w:r>
            <w:proofErr w:type="spellStart"/>
            <w:r w:rsidRPr="002C1F09">
              <w:rPr>
                <w:rFonts w:asciiTheme="majorHAnsi" w:hAnsiTheme="majorHAnsi" w:cstheme="majorHAnsi"/>
                <w:iCs/>
                <w:color w:val="000000" w:themeColor="text1"/>
                <w:sz w:val="22"/>
              </w:rPr>
              <w:t>labour</w:t>
            </w:r>
            <w:proofErr w:type="spellEnd"/>
            <w:r w:rsidRPr="002C1F09">
              <w:rPr>
                <w:rFonts w:asciiTheme="majorHAnsi" w:hAnsiTheme="majorHAnsi" w:cstheme="majorHAnsi"/>
                <w:iCs/>
                <w:color w:val="000000" w:themeColor="text1"/>
                <w:sz w:val="22"/>
              </w:rPr>
              <w:t>), please include pricing for years 2-5 as extended warranty.</w:t>
            </w:r>
          </w:p>
        </w:tc>
      </w:tr>
      <w:tr w:rsidR="00B8599A" w:rsidRPr="00E03A50" w14:paraId="015BEF7D" w14:textId="77777777" w:rsidTr="0016261F">
        <w:trPr>
          <w:trHeight w:val="3402"/>
        </w:trPr>
        <w:tc>
          <w:tcPr>
            <w:tcW w:w="1413" w:type="dxa"/>
            <w:shd w:val="clear" w:color="auto" w:fill="F2F2F2" w:themeFill="background1" w:themeFillShade="F2"/>
            <w:vAlign w:val="center"/>
          </w:tcPr>
          <w:p w14:paraId="79317FC4" w14:textId="77777777" w:rsidR="00B8599A" w:rsidRPr="00E03A50" w:rsidRDefault="00B8599A"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 xml:space="preserve">Tenderers Response </w:t>
            </w:r>
          </w:p>
        </w:tc>
        <w:tc>
          <w:tcPr>
            <w:tcW w:w="7937" w:type="dxa"/>
            <w:gridSpan w:val="3"/>
          </w:tcPr>
          <w:p w14:paraId="7AFF701F" w14:textId="77777777" w:rsidR="00B8599A" w:rsidRPr="00E03A50" w:rsidRDefault="00B8599A" w:rsidP="008B53A8">
            <w:pPr>
              <w:spacing w:line="260" w:lineRule="exact"/>
              <w:rPr>
                <w:rFonts w:asciiTheme="majorHAnsi" w:hAnsiTheme="majorHAnsi" w:cstheme="majorHAnsi"/>
                <w:sz w:val="22"/>
              </w:rPr>
            </w:pPr>
          </w:p>
          <w:p w14:paraId="347D4116" w14:textId="77777777" w:rsidR="00B8599A" w:rsidRDefault="00B8599A" w:rsidP="008B53A8">
            <w:pPr>
              <w:spacing w:line="260" w:lineRule="exact"/>
              <w:rPr>
                <w:rFonts w:asciiTheme="majorHAnsi" w:hAnsiTheme="majorHAnsi" w:cstheme="majorHAnsi"/>
                <w:sz w:val="22"/>
              </w:rPr>
            </w:pPr>
          </w:p>
          <w:p w14:paraId="4436AB27" w14:textId="77777777" w:rsidR="00B8599A" w:rsidRDefault="00B8599A" w:rsidP="008B53A8">
            <w:pPr>
              <w:spacing w:line="260" w:lineRule="exact"/>
              <w:rPr>
                <w:rFonts w:asciiTheme="majorHAnsi" w:hAnsiTheme="majorHAnsi" w:cstheme="majorHAnsi"/>
                <w:sz w:val="22"/>
              </w:rPr>
            </w:pPr>
          </w:p>
          <w:p w14:paraId="0050DFEC" w14:textId="77777777" w:rsidR="00B8599A" w:rsidRDefault="00B8599A" w:rsidP="008B53A8">
            <w:pPr>
              <w:spacing w:line="260" w:lineRule="exact"/>
              <w:rPr>
                <w:rFonts w:asciiTheme="majorHAnsi" w:hAnsiTheme="majorHAnsi" w:cstheme="majorHAnsi"/>
                <w:sz w:val="22"/>
              </w:rPr>
            </w:pPr>
          </w:p>
          <w:p w14:paraId="39AB11AA" w14:textId="77777777" w:rsidR="00B8599A" w:rsidRDefault="00B8599A" w:rsidP="008B53A8">
            <w:pPr>
              <w:spacing w:line="260" w:lineRule="exact"/>
              <w:rPr>
                <w:rFonts w:asciiTheme="majorHAnsi" w:hAnsiTheme="majorHAnsi" w:cstheme="majorHAnsi"/>
                <w:sz w:val="22"/>
              </w:rPr>
            </w:pPr>
          </w:p>
          <w:p w14:paraId="72D171AF" w14:textId="77777777" w:rsidR="00B8599A" w:rsidRPr="00E03A50" w:rsidRDefault="00B8599A" w:rsidP="008B53A8">
            <w:pPr>
              <w:spacing w:line="260" w:lineRule="exact"/>
              <w:rPr>
                <w:rFonts w:asciiTheme="majorHAnsi" w:hAnsiTheme="majorHAnsi" w:cstheme="majorHAnsi"/>
                <w:sz w:val="22"/>
              </w:rPr>
            </w:pPr>
          </w:p>
          <w:p w14:paraId="68034760" w14:textId="77777777" w:rsidR="00B8599A" w:rsidRPr="00E03A50" w:rsidRDefault="00B8599A" w:rsidP="008B53A8">
            <w:pPr>
              <w:spacing w:line="260" w:lineRule="exact"/>
              <w:rPr>
                <w:rFonts w:asciiTheme="majorHAnsi" w:hAnsiTheme="majorHAnsi" w:cstheme="majorHAnsi"/>
                <w:sz w:val="22"/>
              </w:rPr>
            </w:pPr>
          </w:p>
          <w:p w14:paraId="60D61101" w14:textId="77777777" w:rsidR="00B8599A" w:rsidRPr="00E03A50" w:rsidRDefault="00B8599A" w:rsidP="008B53A8">
            <w:pPr>
              <w:spacing w:line="260" w:lineRule="exact"/>
              <w:rPr>
                <w:rFonts w:asciiTheme="majorHAnsi" w:hAnsiTheme="majorHAnsi" w:cstheme="majorHAnsi"/>
                <w:sz w:val="22"/>
              </w:rPr>
            </w:pPr>
          </w:p>
          <w:p w14:paraId="0F57391F" w14:textId="77777777" w:rsidR="00B8599A" w:rsidRPr="00E03A50" w:rsidRDefault="00B8599A" w:rsidP="008B53A8">
            <w:pPr>
              <w:spacing w:line="260" w:lineRule="exact"/>
              <w:rPr>
                <w:rFonts w:asciiTheme="majorHAnsi" w:hAnsiTheme="majorHAnsi" w:cstheme="majorHAnsi"/>
                <w:sz w:val="22"/>
              </w:rPr>
            </w:pPr>
          </w:p>
          <w:p w14:paraId="20370100" w14:textId="77777777" w:rsidR="00B8599A" w:rsidRPr="00E03A50" w:rsidRDefault="00B8599A" w:rsidP="008B53A8">
            <w:pPr>
              <w:spacing w:line="260" w:lineRule="exact"/>
              <w:rPr>
                <w:rFonts w:asciiTheme="majorHAnsi" w:hAnsiTheme="majorHAnsi" w:cstheme="majorHAnsi"/>
                <w:sz w:val="22"/>
              </w:rPr>
            </w:pPr>
          </w:p>
          <w:p w14:paraId="792E3350" w14:textId="77777777" w:rsidR="00B8599A" w:rsidRPr="00E03A50" w:rsidRDefault="00B8599A" w:rsidP="008B53A8">
            <w:pPr>
              <w:spacing w:line="260" w:lineRule="exact"/>
              <w:rPr>
                <w:rFonts w:asciiTheme="majorHAnsi" w:hAnsiTheme="majorHAnsi" w:cstheme="majorHAnsi"/>
                <w:sz w:val="22"/>
              </w:rPr>
            </w:pPr>
          </w:p>
          <w:p w14:paraId="7C738DDA" w14:textId="77777777" w:rsidR="00B8599A" w:rsidRPr="00E03A50" w:rsidRDefault="00B8599A" w:rsidP="008B53A8">
            <w:pPr>
              <w:spacing w:line="260" w:lineRule="exact"/>
              <w:rPr>
                <w:rFonts w:asciiTheme="majorHAnsi" w:hAnsiTheme="majorHAnsi" w:cstheme="majorHAnsi"/>
                <w:sz w:val="22"/>
              </w:rPr>
            </w:pPr>
          </w:p>
          <w:p w14:paraId="7815E5E5" w14:textId="77777777" w:rsidR="00B8599A" w:rsidRPr="00E03A50" w:rsidRDefault="00B8599A" w:rsidP="008B53A8">
            <w:pPr>
              <w:spacing w:line="260" w:lineRule="exact"/>
              <w:rPr>
                <w:rFonts w:asciiTheme="majorHAnsi" w:hAnsiTheme="majorHAnsi" w:cstheme="majorHAnsi"/>
                <w:sz w:val="22"/>
              </w:rPr>
            </w:pPr>
          </w:p>
          <w:p w14:paraId="7B216C36" w14:textId="77777777" w:rsidR="00B8599A" w:rsidRPr="00E03A50" w:rsidRDefault="00B8599A" w:rsidP="008B53A8">
            <w:pPr>
              <w:spacing w:line="260" w:lineRule="exact"/>
              <w:rPr>
                <w:rFonts w:asciiTheme="majorHAnsi" w:hAnsiTheme="majorHAnsi" w:cstheme="majorHAnsi"/>
                <w:sz w:val="22"/>
              </w:rPr>
            </w:pPr>
          </w:p>
          <w:p w14:paraId="4C4154B8" w14:textId="77777777" w:rsidR="00B8599A" w:rsidRPr="00E03A50" w:rsidRDefault="00B8599A" w:rsidP="008B53A8">
            <w:pPr>
              <w:spacing w:line="260" w:lineRule="exact"/>
              <w:rPr>
                <w:rFonts w:asciiTheme="majorHAnsi" w:hAnsiTheme="majorHAnsi" w:cstheme="majorHAnsi"/>
                <w:sz w:val="22"/>
              </w:rPr>
            </w:pPr>
          </w:p>
        </w:tc>
      </w:tr>
    </w:tbl>
    <w:p w14:paraId="6A6AD12C" w14:textId="77777777" w:rsidR="00B8599A" w:rsidRDefault="00B8599A" w:rsidP="00085B0D">
      <w:pPr>
        <w:spacing w:after="0" w:line="260" w:lineRule="exact"/>
        <w:rPr>
          <w:rFonts w:asciiTheme="majorHAnsi" w:hAnsiTheme="majorHAnsi" w:cstheme="majorHAnsi"/>
          <w:b/>
          <w:bCs/>
          <w:sz w:val="26"/>
          <w:szCs w:val="26"/>
        </w:rPr>
      </w:pPr>
    </w:p>
    <w:p w14:paraId="0CF6338F" w14:textId="77777777" w:rsidR="0016261F" w:rsidRDefault="0016261F" w:rsidP="00085B0D">
      <w:pPr>
        <w:spacing w:after="0" w:line="260" w:lineRule="exact"/>
        <w:rPr>
          <w:rFonts w:asciiTheme="majorHAnsi" w:hAnsiTheme="majorHAnsi" w:cstheme="majorHAnsi"/>
          <w:b/>
          <w:bCs/>
          <w:sz w:val="26"/>
          <w:szCs w:val="26"/>
        </w:rPr>
      </w:pPr>
    </w:p>
    <w:p w14:paraId="08242F54" w14:textId="77777777" w:rsidR="0016261F" w:rsidRDefault="0016261F" w:rsidP="00085B0D">
      <w:pPr>
        <w:spacing w:after="0" w:line="260" w:lineRule="exact"/>
        <w:rPr>
          <w:rFonts w:asciiTheme="majorHAnsi" w:hAnsiTheme="majorHAnsi" w:cstheme="majorHAnsi"/>
          <w:b/>
          <w:bCs/>
          <w:sz w:val="26"/>
          <w:szCs w:val="26"/>
        </w:rPr>
      </w:pPr>
    </w:p>
    <w:tbl>
      <w:tblPr>
        <w:tblStyle w:val="TableGrid"/>
        <w:tblW w:w="0" w:type="auto"/>
        <w:tblLook w:val="04A0" w:firstRow="1" w:lastRow="0" w:firstColumn="1" w:lastColumn="0" w:noHBand="0" w:noVBand="1"/>
      </w:tblPr>
      <w:tblGrid>
        <w:gridCol w:w="1413"/>
        <w:gridCol w:w="1843"/>
        <w:gridCol w:w="2835"/>
        <w:gridCol w:w="3259"/>
      </w:tblGrid>
      <w:tr w:rsidR="004F40BA" w:rsidRPr="00E03A50" w14:paraId="6A9A02CF" w14:textId="77777777" w:rsidTr="008B53A8">
        <w:trPr>
          <w:trHeight w:val="397"/>
        </w:trPr>
        <w:tc>
          <w:tcPr>
            <w:tcW w:w="1413" w:type="dxa"/>
            <w:vMerge w:val="restart"/>
            <w:shd w:val="clear" w:color="auto" w:fill="F2F2F2" w:themeFill="background1" w:themeFillShade="F2"/>
            <w:vAlign w:val="center"/>
          </w:tcPr>
          <w:p w14:paraId="47BB273E" w14:textId="3230156F" w:rsidR="004F40BA" w:rsidRPr="00E03A50" w:rsidRDefault="004F40BA"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 xml:space="preserve">Criterion </w:t>
            </w:r>
            <w:r w:rsidR="00EA7B88">
              <w:rPr>
                <w:rFonts w:asciiTheme="majorHAnsi" w:hAnsiTheme="majorHAnsi" w:cstheme="majorHAnsi"/>
                <w:b/>
                <w:bCs/>
                <w:sz w:val="22"/>
              </w:rPr>
              <w:t>F</w:t>
            </w:r>
          </w:p>
        </w:tc>
        <w:tc>
          <w:tcPr>
            <w:tcW w:w="1843" w:type="dxa"/>
            <w:shd w:val="clear" w:color="auto" w:fill="F2F2F2" w:themeFill="background1" w:themeFillShade="F2"/>
            <w:vAlign w:val="center"/>
          </w:tcPr>
          <w:p w14:paraId="71DD5641" w14:textId="77777777" w:rsidR="004F40BA" w:rsidRPr="00E03A50" w:rsidRDefault="004F40BA" w:rsidP="008B53A8">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Weighting</w:t>
            </w:r>
          </w:p>
        </w:tc>
        <w:tc>
          <w:tcPr>
            <w:tcW w:w="2835" w:type="dxa"/>
            <w:shd w:val="clear" w:color="auto" w:fill="F2F2F2" w:themeFill="background1" w:themeFillShade="F2"/>
            <w:vAlign w:val="center"/>
          </w:tcPr>
          <w:p w14:paraId="5342E88F" w14:textId="77777777" w:rsidR="004F40BA" w:rsidRPr="00E03A50" w:rsidRDefault="004F40BA" w:rsidP="008B53A8">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Maximum Marks</w:t>
            </w:r>
          </w:p>
        </w:tc>
        <w:tc>
          <w:tcPr>
            <w:tcW w:w="3259" w:type="dxa"/>
            <w:shd w:val="clear" w:color="auto" w:fill="F2F2F2" w:themeFill="background1" w:themeFillShade="F2"/>
            <w:vAlign w:val="center"/>
          </w:tcPr>
          <w:p w14:paraId="48E093FC" w14:textId="77777777" w:rsidR="004F40BA" w:rsidRPr="00E03A50" w:rsidRDefault="004F40BA" w:rsidP="008B53A8">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Minimum Marks Required</w:t>
            </w:r>
          </w:p>
        </w:tc>
      </w:tr>
      <w:tr w:rsidR="004F40BA" w:rsidRPr="00E03A50" w14:paraId="57113B9F" w14:textId="77777777" w:rsidTr="008B53A8">
        <w:trPr>
          <w:trHeight w:val="397"/>
        </w:trPr>
        <w:tc>
          <w:tcPr>
            <w:tcW w:w="1413" w:type="dxa"/>
            <w:vMerge/>
            <w:shd w:val="clear" w:color="auto" w:fill="F2F2F2" w:themeFill="background1" w:themeFillShade="F2"/>
          </w:tcPr>
          <w:p w14:paraId="316ABE5B" w14:textId="77777777" w:rsidR="004F40BA" w:rsidRPr="00E03A50" w:rsidRDefault="004F40BA" w:rsidP="008B53A8">
            <w:pPr>
              <w:spacing w:line="260" w:lineRule="exact"/>
              <w:rPr>
                <w:rFonts w:asciiTheme="majorHAnsi" w:hAnsiTheme="majorHAnsi" w:cstheme="majorHAnsi"/>
                <w:sz w:val="22"/>
              </w:rPr>
            </w:pPr>
          </w:p>
        </w:tc>
        <w:tc>
          <w:tcPr>
            <w:tcW w:w="1843" w:type="dxa"/>
            <w:shd w:val="clear" w:color="auto" w:fill="F2F2F2" w:themeFill="background1" w:themeFillShade="F2"/>
            <w:vAlign w:val="center"/>
          </w:tcPr>
          <w:p w14:paraId="671565E6" w14:textId="40796835" w:rsidR="004F40BA" w:rsidRPr="00E03A50" w:rsidRDefault="005C0BE3" w:rsidP="008B53A8">
            <w:pPr>
              <w:spacing w:line="260" w:lineRule="exact"/>
              <w:jc w:val="center"/>
              <w:rPr>
                <w:rFonts w:asciiTheme="majorHAnsi" w:hAnsiTheme="majorHAnsi" w:cstheme="majorHAnsi"/>
                <w:b/>
                <w:bCs/>
                <w:sz w:val="22"/>
              </w:rPr>
            </w:pPr>
            <w:r>
              <w:rPr>
                <w:rFonts w:asciiTheme="majorHAnsi" w:hAnsiTheme="majorHAnsi" w:cstheme="majorHAnsi"/>
                <w:b/>
                <w:bCs/>
                <w:color w:val="EE0000"/>
                <w:sz w:val="22"/>
              </w:rPr>
              <w:t>5</w:t>
            </w:r>
            <w:r w:rsidR="004F40BA" w:rsidRPr="00176212">
              <w:rPr>
                <w:rFonts w:asciiTheme="majorHAnsi" w:hAnsiTheme="majorHAnsi" w:cstheme="majorHAnsi"/>
                <w:b/>
                <w:bCs/>
                <w:color w:val="EE0000"/>
                <w:sz w:val="22"/>
              </w:rPr>
              <w:t>%</w:t>
            </w:r>
          </w:p>
        </w:tc>
        <w:tc>
          <w:tcPr>
            <w:tcW w:w="2835" w:type="dxa"/>
            <w:shd w:val="clear" w:color="auto" w:fill="F2F2F2" w:themeFill="background1" w:themeFillShade="F2"/>
            <w:vAlign w:val="center"/>
          </w:tcPr>
          <w:p w14:paraId="3AF31547" w14:textId="2BED4509" w:rsidR="004F40BA" w:rsidRPr="00E03A50" w:rsidRDefault="005C0BE3" w:rsidP="008B53A8">
            <w:pPr>
              <w:spacing w:line="260" w:lineRule="exact"/>
              <w:jc w:val="center"/>
              <w:rPr>
                <w:rFonts w:asciiTheme="majorHAnsi" w:hAnsiTheme="majorHAnsi" w:cstheme="majorHAnsi"/>
                <w:b/>
                <w:bCs/>
                <w:sz w:val="22"/>
              </w:rPr>
            </w:pPr>
            <w:r>
              <w:rPr>
                <w:rFonts w:asciiTheme="majorHAnsi" w:hAnsiTheme="majorHAnsi" w:cstheme="majorHAnsi"/>
                <w:b/>
                <w:bCs/>
                <w:sz w:val="22"/>
              </w:rPr>
              <w:t>5</w:t>
            </w:r>
            <w:r w:rsidR="004F40BA" w:rsidRPr="00E03A50">
              <w:rPr>
                <w:rFonts w:asciiTheme="majorHAnsi" w:hAnsiTheme="majorHAnsi" w:cstheme="majorHAnsi"/>
                <w:b/>
                <w:bCs/>
                <w:sz w:val="22"/>
              </w:rPr>
              <w:t>00</w:t>
            </w:r>
          </w:p>
        </w:tc>
        <w:tc>
          <w:tcPr>
            <w:tcW w:w="3259" w:type="dxa"/>
            <w:shd w:val="clear" w:color="auto" w:fill="F2F2F2" w:themeFill="background1" w:themeFillShade="F2"/>
            <w:vAlign w:val="center"/>
          </w:tcPr>
          <w:p w14:paraId="1A840DC7" w14:textId="2A75CC7B" w:rsidR="004F40BA" w:rsidRPr="00E03A50" w:rsidRDefault="005C0BE3" w:rsidP="008B53A8">
            <w:pPr>
              <w:spacing w:line="260" w:lineRule="exact"/>
              <w:jc w:val="center"/>
              <w:rPr>
                <w:rFonts w:asciiTheme="majorHAnsi" w:hAnsiTheme="majorHAnsi" w:cstheme="majorHAnsi"/>
                <w:b/>
                <w:bCs/>
                <w:sz w:val="22"/>
              </w:rPr>
            </w:pPr>
            <w:r>
              <w:rPr>
                <w:rFonts w:asciiTheme="majorHAnsi" w:hAnsiTheme="majorHAnsi" w:cstheme="majorHAnsi"/>
                <w:b/>
                <w:bCs/>
                <w:sz w:val="22"/>
              </w:rPr>
              <w:t>2</w:t>
            </w:r>
            <w:r w:rsidR="004F40BA">
              <w:rPr>
                <w:rFonts w:asciiTheme="majorHAnsi" w:hAnsiTheme="majorHAnsi" w:cstheme="majorHAnsi"/>
                <w:b/>
                <w:bCs/>
                <w:sz w:val="22"/>
              </w:rPr>
              <w:t>50</w:t>
            </w:r>
          </w:p>
        </w:tc>
      </w:tr>
      <w:tr w:rsidR="004F40BA" w:rsidRPr="00E03A50" w14:paraId="706734EE" w14:textId="77777777" w:rsidTr="008B53A8">
        <w:trPr>
          <w:trHeight w:val="397"/>
        </w:trPr>
        <w:tc>
          <w:tcPr>
            <w:tcW w:w="1413" w:type="dxa"/>
            <w:shd w:val="clear" w:color="auto" w:fill="F2F2F2" w:themeFill="background1" w:themeFillShade="F2"/>
            <w:vAlign w:val="center"/>
          </w:tcPr>
          <w:p w14:paraId="4B2922AB" w14:textId="77777777" w:rsidR="004F40BA" w:rsidRPr="00E03A50" w:rsidRDefault="004F40BA"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Title</w:t>
            </w:r>
          </w:p>
        </w:tc>
        <w:tc>
          <w:tcPr>
            <w:tcW w:w="7937" w:type="dxa"/>
            <w:gridSpan w:val="3"/>
            <w:shd w:val="clear" w:color="auto" w:fill="F2F2F2" w:themeFill="background1" w:themeFillShade="F2"/>
            <w:vAlign w:val="center"/>
          </w:tcPr>
          <w:p w14:paraId="0423E725" w14:textId="3CEAA2A9" w:rsidR="004F40BA" w:rsidRPr="00435960" w:rsidRDefault="005C0BE3" w:rsidP="008B53A8">
            <w:pPr>
              <w:spacing w:line="260" w:lineRule="exact"/>
              <w:jc w:val="center"/>
              <w:rPr>
                <w:rFonts w:asciiTheme="majorHAnsi" w:hAnsiTheme="majorHAnsi" w:cstheme="majorHAnsi"/>
                <w:b/>
                <w:bCs/>
                <w:i/>
                <w:iCs/>
                <w:sz w:val="22"/>
              </w:rPr>
            </w:pPr>
            <w:r>
              <w:rPr>
                <w:rFonts w:asciiTheme="majorHAnsi" w:hAnsiTheme="majorHAnsi" w:cstheme="majorHAnsi"/>
                <w:b/>
                <w:bCs/>
                <w:i/>
                <w:iCs/>
                <w:sz w:val="22"/>
              </w:rPr>
              <w:t>Innovation, Added Value</w:t>
            </w:r>
            <w:r w:rsidR="00A04D08">
              <w:rPr>
                <w:rFonts w:asciiTheme="majorHAnsi" w:hAnsiTheme="majorHAnsi" w:cstheme="majorHAnsi"/>
                <w:b/>
                <w:bCs/>
                <w:i/>
                <w:iCs/>
                <w:sz w:val="22"/>
              </w:rPr>
              <w:t>,</w:t>
            </w:r>
            <w:r>
              <w:rPr>
                <w:rFonts w:asciiTheme="majorHAnsi" w:hAnsiTheme="majorHAnsi" w:cstheme="majorHAnsi"/>
                <w:b/>
                <w:bCs/>
                <w:i/>
                <w:iCs/>
                <w:sz w:val="22"/>
              </w:rPr>
              <w:t xml:space="preserve"> Sustainability</w:t>
            </w:r>
            <w:r w:rsidR="00A04D08">
              <w:rPr>
                <w:rFonts w:asciiTheme="majorHAnsi" w:hAnsiTheme="majorHAnsi" w:cstheme="majorHAnsi"/>
                <w:b/>
                <w:bCs/>
                <w:i/>
                <w:iCs/>
                <w:sz w:val="22"/>
              </w:rPr>
              <w:t xml:space="preserve"> &amp; Energy Efficiency</w:t>
            </w:r>
          </w:p>
        </w:tc>
      </w:tr>
      <w:tr w:rsidR="004F40BA" w:rsidRPr="00E03A50" w14:paraId="167692DF" w14:textId="77777777" w:rsidTr="002C1F09">
        <w:trPr>
          <w:trHeight w:val="1701"/>
        </w:trPr>
        <w:tc>
          <w:tcPr>
            <w:tcW w:w="1413" w:type="dxa"/>
            <w:shd w:val="clear" w:color="auto" w:fill="F2F2F2" w:themeFill="background1" w:themeFillShade="F2"/>
            <w:vAlign w:val="center"/>
          </w:tcPr>
          <w:p w14:paraId="42667B08" w14:textId="77777777" w:rsidR="004F40BA" w:rsidRPr="00E03A50" w:rsidRDefault="004F40BA"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 xml:space="preserve">Instructions </w:t>
            </w:r>
          </w:p>
        </w:tc>
        <w:tc>
          <w:tcPr>
            <w:tcW w:w="7937" w:type="dxa"/>
            <w:gridSpan w:val="3"/>
            <w:vAlign w:val="center"/>
          </w:tcPr>
          <w:p w14:paraId="708AC363" w14:textId="3296EFDE" w:rsidR="004F40BA" w:rsidRPr="00D13407" w:rsidRDefault="00D13407" w:rsidP="002C1F09">
            <w:pPr>
              <w:jc w:val="both"/>
              <w:rPr>
                <w:rFonts w:ascii="Calibri" w:hAnsi="Calibri" w:cs="Calibri"/>
                <w:sz w:val="22"/>
                <w:lang w:val="en-GB"/>
              </w:rPr>
            </w:pPr>
            <w:r w:rsidRPr="00BE0B71">
              <w:rPr>
                <w:rFonts w:ascii="Calibri" w:hAnsi="Calibri" w:cs="Calibri"/>
                <w:color w:val="000000" w:themeColor="text1"/>
                <w:sz w:val="22"/>
                <w:lang w:val="en-GB"/>
              </w:rPr>
              <w:t>Tenderers should submit evidence of innovative or added value of the systems</w:t>
            </w:r>
            <w:r>
              <w:rPr>
                <w:rFonts w:ascii="Calibri" w:hAnsi="Calibri" w:cs="Calibri"/>
                <w:color w:val="000000" w:themeColor="text1"/>
                <w:sz w:val="22"/>
                <w:lang w:val="en-GB"/>
              </w:rPr>
              <w:t>.</w:t>
            </w:r>
            <w:r w:rsidRPr="00BE0B71">
              <w:rPr>
                <w:rFonts w:ascii="Calibri" w:hAnsi="Calibri" w:cs="Calibri"/>
                <w:sz w:val="22"/>
                <w:lang w:val="en-GB"/>
              </w:rPr>
              <w:br/>
              <w:t>Provide details of any additional supplies that can be provided to enhance the contract</w:t>
            </w:r>
            <w:r>
              <w:rPr>
                <w:rFonts w:ascii="Calibri" w:hAnsi="Calibri" w:cs="Calibri"/>
                <w:sz w:val="22"/>
                <w:lang w:val="en-GB"/>
              </w:rPr>
              <w:t xml:space="preserve">. </w:t>
            </w:r>
            <w:r w:rsidRPr="00BE0B71">
              <w:rPr>
                <w:rFonts w:ascii="Calibri" w:hAnsi="Calibri" w:cs="Calibri"/>
                <w:sz w:val="22"/>
                <w:lang w:val="en-GB"/>
              </w:rPr>
              <w:t>Repairability, modular replacement and expected component life information required.</w:t>
            </w:r>
            <w:r>
              <w:rPr>
                <w:rFonts w:ascii="Calibri" w:hAnsi="Calibri" w:cs="Calibri"/>
                <w:sz w:val="22"/>
                <w:lang w:val="en-GB"/>
              </w:rPr>
              <w:t xml:space="preserve"> </w:t>
            </w:r>
            <w:r w:rsidRPr="00BE0B71">
              <w:rPr>
                <w:rFonts w:ascii="Calibri" w:hAnsi="Calibri" w:cs="Calibri"/>
                <w:sz w:val="22"/>
                <w:lang w:val="en-GB"/>
              </w:rPr>
              <w:t>Provide details on energy consumption (for all 4 units) and power-management features. Packaging take-back/recycling and end-of-life approach.</w:t>
            </w:r>
          </w:p>
        </w:tc>
      </w:tr>
      <w:tr w:rsidR="004F40BA" w:rsidRPr="00E03A50" w14:paraId="55065E6B" w14:textId="77777777" w:rsidTr="002C1F09">
        <w:trPr>
          <w:trHeight w:val="5386"/>
        </w:trPr>
        <w:tc>
          <w:tcPr>
            <w:tcW w:w="1413" w:type="dxa"/>
            <w:shd w:val="clear" w:color="auto" w:fill="F2F2F2" w:themeFill="background1" w:themeFillShade="F2"/>
            <w:vAlign w:val="center"/>
          </w:tcPr>
          <w:p w14:paraId="5DED29AF" w14:textId="77777777" w:rsidR="004F40BA" w:rsidRPr="00E03A50" w:rsidRDefault="004F40BA"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lastRenderedPageBreak/>
              <w:t xml:space="preserve">Tenderers Response </w:t>
            </w:r>
          </w:p>
        </w:tc>
        <w:tc>
          <w:tcPr>
            <w:tcW w:w="7937" w:type="dxa"/>
            <w:gridSpan w:val="3"/>
          </w:tcPr>
          <w:p w14:paraId="6E651303" w14:textId="77777777" w:rsidR="004F40BA" w:rsidRPr="00E03A50" w:rsidRDefault="004F40BA" w:rsidP="008B53A8">
            <w:pPr>
              <w:spacing w:line="260" w:lineRule="exact"/>
              <w:rPr>
                <w:rFonts w:asciiTheme="majorHAnsi" w:hAnsiTheme="majorHAnsi" w:cstheme="majorHAnsi"/>
                <w:sz w:val="22"/>
              </w:rPr>
            </w:pPr>
          </w:p>
          <w:p w14:paraId="36973E45" w14:textId="77777777" w:rsidR="004F40BA" w:rsidRDefault="004F40BA" w:rsidP="008B53A8">
            <w:pPr>
              <w:spacing w:line="260" w:lineRule="exact"/>
              <w:rPr>
                <w:rFonts w:asciiTheme="majorHAnsi" w:hAnsiTheme="majorHAnsi" w:cstheme="majorHAnsi"/>
                <w:sz w:val="22"/>
              </w:rPr>
            </w:pPr>
          </w:p>
          <w:p w14:paraId="633CB15C" w14:textId="77777777" w:rsidR="004F40BA" w:rsidRDefault="004F40BA" w:rsidP="008B53A8">
            <w:pPr>
              <w:spacing w:line="260" w:lineRule="exact"/>
              <w:rPr>
                <w:rFonts w:asciiTheme="majorHAnsi" w:hAnsiTheme="majorHAnsi" w:cstheme="majorHAnsi"/>
                <w:sz w:val="22"/>
              </w:rPr>
            </w:pPr>
          </w:p>
          <w:p w14:paraId="2A6CFD86" w14:textId="77777777" w:rsidR="004F40BA" w:rsidRDefault="004F40BA" w:rsidP="008B53A8">
            <w:pPr>
              <w:spacing w:line="260" w:lineRule="exact"/>
              <w:rPr>
                <w:rFonts w:asciiTheme="majorHAnsi" w:hAnsiTheme="majorHAnsi" w:cstheme="majorHAnsi"/>
                <w:sz w:val="22"/>
              </w:rPr>
            </w:pPr>
          </w:p>
          <w:p w14:paraId="3246D51F" w14:textId="77777777" w:rsidR="004F40BA" w:rsidRDefault="004F40BA" w:rsidP="008B53A8">
            <w:pPr>
              <w:spacing w:line="260" w:lineRule="exact"/>
              <w:rPr>
                <w:rFonts w:asciiTheme="majorHAnsi" w:hAnsiTheme="majorHAnsi" w:cstheme="majorHAnsi"/>
                <w:sz w:val="22"/>
              </w:rPr>
            </w:pPr>
          </w:p>
          <w:p w14:paraId="626ADF20" w14:textId="77777777" w:rsidR="004F40BA" w:rsidRPr="00E03A50" w:rsidRDefault="004F40BA" w:rsidP="008B53A8">
            <w:pPr>
              <w:spacing w:line="260" w:lineRule="exact"/>
              <w:rPr>
                <w:rFonts w:asciiTheme="majorHAnsi" w:hAnsiTheme="majorHAnsi" w:cstheme="majorHAnsi"/>
                <w:sz w:val="22"/>
              </w:rPr>
            </w:pPr>
          </w:p>
          <w:p w14:paraId="38FEB8CD" w14:textId="77777777" w:rsidR="004F40BA" w:rsidRPr="00E03A50" w:rsidRDefault="004F40BA" w:rsidP="008B53A8">
            <w:pPr>
              <w:spacing w:line="260" w:lineRule="exact"/>
              <w:rPr>
                <w:rFonts w:asciiTheme="majorHAnsi" w:hAnsiTheme="majorHAnsi" w:cstheme="majorHAnsi"/>
                <w:sz w:val="22"/>
              </w:rPr>
            </w:pPr>
          </w:p>
          <w:p w14:paraId="1F0452B6" w14:textId="77777777" w:rsidR="004F40BA" w:rsidRPr="00E03A50" w:rsidRDefault="004F40BA" w:rsidP="008B53A8">
            <w:pPr>
              <w:spacing w:line="260" w:lineRule="exact"/>
              <w:rPr>
                <w:rFonts w:asciiTheme="majorHAnsi" w:hAnsiTheme="majorHAnsi" w:cstheme="majorHAnsi"/>
                <w:sz w:val="22"/>
              </w:rPr>
            </w:pPr>
          </w:p>
          <w:p w14:paraId="03E5D97A" w14:textId="77777777" w:rsidR="004F40BA" w:rsidRPr="00E03A50" w:rsidRDefault="004F40BA" w:rsidP="008B53A8">
            <w:pPr>
              <w:spacing w:line="260" w:lineRule="exact"/>
              <w:rPr>
                <w:rFonts w:asciiTheme="majorHAnsi" w:hAnsiTheme="majorHAnsi" w:cstheme="majorHAnsi"/>
                <w:sz w:val="22"/>
              </w:rPr>
            </w:pPr>
          </w:p>
          <w:p w14:paraId="23D4CA21" w14:textId="77777777" w:rsidR="004F40BA" w:rsidRPr="00E03A50" w:rsidRDefault="004F40BA" w:rsidP="008B53A8">
            <w:pPr>
              <w:spacing w:line="260" w:lineRule="exact"/>
              <w:rPr>
                <w:rFonts w:asciiTheme="majorHAnsi" w:hAnsiTheme="majorHAnsi" w:cstheme="majorHAnsi"/>
                <w:sz w:val="22"/>
              </w:rPr>
            </w:pPr>
          </w:p>
          <w:p w14:paraId="355B1F4B" w14:textId="77777777" w:rsidR="004F40BA" w:rsidRPr="00E03A50" w:rsidRDefault="004F40BA" w:rsidP="008B53A8">
            <w:pPr>
              <w:spacing w:line="260" w:lineRule="exact"/>
              <w:rPr>
                <w:rFonts w:asciiTheme="majorHAnsi" w:hAnsiTheme="majorHAnsi" w:cstheme="majorHAnsi"/>
                <w:sz w:val="22"/>
              </w:rPr>
            </w:pPr>
          </w:p>
          <w:p w14:paraId="03CC48C8" w14:textId="77777777" w:rsidR="004F40BA" w:rsidRPr="00E03A50" w:rsidRDefault="004F40BA" w:rsidP="008B53A8">
            <w:pPr>
              <w:spacing w:line="260" w:lineRule="exact"/>
              <w:rPr>
                <w:rFonts w:asciiTheme="majorHAnsi" w:hAnsiTheme="majorHAnsi" w:cstheme="majorHAnsi"/>
                <w:sz w:val="22"/>
              </w:rPr>
            </w:pPr>
          </w:p>
          <w:p w14:paraId="4F10CD8A" w14:textId="77777777" w:rsidR="004F40BA" w:rsidRPr="00E03A50" w:rsidRDefault="004F40BA" w:rsidP="008B53A8">
            <w:pPr>
              <w:spacing w:line="260" w:lineRule="exact"/>
              <w:rPr>
                <w:rFonts w:asciiTheme="majorHAnsi" w:hAnsiTheme="majorHAnsi" w:cstheme="majorHAnsi"/>
                <w:sz w:val="22"/>
              </w:rPr>
            </w:pPr>
          </w:p>
          <w:p w14:paraId="52A9F967" w14:textId="77777777" w:rsidR="004F40BA" w:rsidRPr="00E03A50" w:rsidRDefault="004F40BA" w:rsidP="008B53A8">
            <w:pPr>
              <w:spacing w:line="260" w:lineRule="exact"/>
              <w:rPr>
                <w:rFonts w:asciiTheme="majorHAnsi" w:hAnsiTheme="majorHAnsi" w:cstheme="majorHAnsi"/>
                <w:sz w:val="22"/>
              </w:rPr>
            </w:pPr>
          </w:p>
          <w:p w14:paraId="5DD1CF30" w14:textId="77777777" w:rsidR="004F40BA" w:rsidRPr="00E03A50" w:rsidRDefault="004F40BA" w:rsidP="008B53A8">
            <w:pPr>
              <w:spacing w:line="260" w:lineRule="exact"/>
              <w:rPr>
                <w:rFonts w:asciiTheme="majorHAnsi" w:hAnsiTheme="majorHAnsi" w:cstheme="majorHAnsi"/>
                <w:sz w:val="22"/>
              </w:rPr>
            </w:pPr>
          </w:p>
        </w:tc>
      </w:tr>
    </w:tbl>
    <w:p w14:paraId="0E91949A" w14:textId="77777777" w:rsidR="00EA7B88" w:rsidRDefault="00EA7B88" w:rsidP="00085B0D">
      <w:pPr>
        <w:spacing w:after="0" w:line="260" w:lineRule="exact"/>
        <w:rPr>
          <w:rFonts w:asciiTheme="majorHAnsi" w:hAnsiTheme="majorHAnsi" w:cstheme="majorHAnsi"/>
          <w:b/>
          <w:bCs/>
          <w:sz w:val="26"/>
          <w:szCs w:val="26"/>
        </w:rPr>
      </w:pPr>
    </w:p>
    <w:p w14:paraId="117C1C35" w14:textId="77777777" w:rsidR="00EA7B88" w:rsidRDefault="00EA7B88" w:rsidP="00085B0D">
      <w:pPr>
        <w:spacing w:after="0" w:line="260" w:lineRule="exact"/>
        <w:rPr>
          <w:rFonts w:asciiTheme="majorHAnsi" w:hAnsiTheme="majorHAnsi" w:cstheme="majorHAnsi"/>
          <w:b/>
          <w:bCs/>
          <w:sz w:val="26"/>
          <w:szCs w:val="26"/>
        </w:rPr>
      </w:pPr>
    </w:p>
    <w:p w14:paraId="37B1FB83" w14:textId="21DDEB78" w:rsidR="00085B0D" w:rsidRPr="00430B0D" w:rsidRDefault="00085B0D" w:rsidP="004D3388">
      <w:pPr>
        <w:pStyle w:val="ListParagraph"/>
        <w:numPr>
          <w:ilvl w:val="0"/>
          <w:numId w:val="10"/>
        </w:numPr>
        <w:spacing w:after="0" w:line="260" w:lineRule="exact"/>
        <w:rPr>
          <w:rFonts w:asciiTheme="majorHAnsi" w:hAnsiTheme="majorHAnsi" w:cstheme="majorHAnsi"/>
          <w:b/>
          <w:bCs/>
          <w:sz w:val="26"/>
          <w:szCs w:val="26"/>
        </w:rPr>
      </w:pPr>
      <w:r w:rsidRPr="00430B0D">
        <w:rPr>
          <w:rFonts w:asciiTheme="majorHAnsi" w:hAnsiTheme="majorHAnsi" w:cstheme="majorHAnsi"/>
          <w:b/>
          <w:bCs/>
          <w:sz w:val="26"/>
          <w:szCs w:val="26"/>
        </w:rPr>
        <w:t xml:space="preserve">Cost Criteria </w:t>
      </w:r>
    </w:p>
    <w:p w14:paraId="420AAB2E" w14:textId="77777777" w:rsidR="00085B0D" w:rsidRPr="002505CD" w:rsidRDefault="00085B0D" w:rsidP="00085B0D">
      <w:pPr>
        <w:pStyle w:val="ListParagraph"/>
        <w:spacing w:after="0" w:line="260" w:lineRule="exact"/>
        <w:ind w:left="1080"/>
        <w:rPr>
          <w:rFonts w:asciiTheme="majorHAnsi" w:hAnsiTheme="majorHAnsi" w:cstheme="majorHAnsi"/>
          <w:sz w:val="26"/>
          <w:szCs w:val="26"/>
        </w:rPr>
      </w:pPr>
      <w:r w:rsidRPr="002505CD">
        <w:rPr>
          <w:rFonts w:asciiTheme="majorHAnsi" w:hAnsiTheme="majorHAnsi" w:cstheme="majorHAnsi"/>
          <w:sz w:val="26"/>
          <w:szCs w:val="26"/>
        </w:rPr>
        <w:t xml:space="preserve">Refer to </w:t>
      </w:r>
      <w:r>
        <w:rPr>
          <w:rFonts w:asciiTheme="majorHAnsi" w:hAnsiTheme="majorHAnsi" w:cstheme="majorHAnsi"/>
          <w:sz w:val="26"/>
          <w:szCs w:val="26"/>
        </w:rPr>
        <w:t xml:space="preserve">Appendix 2. Pricing Schedule of the Request for Tender Document. </w:t>
      </w:r>
    </w:p>
    <w:p w14:paraId="32AF9E9B" w14:textId="77777777" w:rsidR="00FC41C3" w:rsidRDefault="00FC41C3" w:rsidP="00CD44B3">
      <w:pPr>
        <w:pBdr>
          <w:bottom w:val="single" w:sz="12" w:space="1" w:color="auto"/>
        </w:pBdr>
        <w:spacing w:after="0" w:line="260" w:lineRule="exact"/>
        <w:rPr>
          <w:rFonts w:ascii="Arial" w:hAnsi="Arial" w:cs="Arial"/>
          <w:b/>
          <w:bCs/>
          <w:color w:val="548DD4" w:themeColor="text2" w:themeTint="99"/>
          <w:sz w:val="24"/>
          <w:szCs w:val="24"/>
        </w:rPr>
      </w:pPr>
    </w:p>
    <w:p w14:paraId="497B398B" w14:textId="77777777" w:rsidR="00C605CD" w:rsidRDefault="00C605CD" w:rsidP="00CD44B3">
      <w:pPr>
        <w:pBdr>
          <w:bottom w:val="single" w:sz="12" w:space="1" w:color="auto"/>
        </w:pBdr>
        <w:spacing w:after="0" w:line="260" w:lineRule="exact"/>
        <w:rPr>
          <w:rFonts w:ascii="Arial" w:hAnsi="Arial" w:cs="Arial"/>
          <w:b/>
          <w:bCs/>
          <w:color w:val="548DD4" w:themeColor="text2" w:themeTint="99"/>
          <w:sz w:val="24"/>
          <w:szCs w:val="24"/>
        </w:rPr>
      </w:pPr>
    </w:p>
    <w:p w14:paraId="57A1DEC6" w14:textId="77777777" w:rsidR="00C605CD" w:rsidRDefault="00C605CD" w:rsidP="00CD44B3">
      <w:pPr>
        <w:spacing w:after="0" w:line="260" w:lineRule="exact"/>
        <w:rPr>
          <w:rFonts w:asciiTheme="minorHAnsi" w:eastAsia="Times New Roman" w:hAnsiTheme="minorHAnsi" w:cstheme="minorHAnsi"/>
          <w:b/>
          <w:bCs/>
          <w:color w:val="404040"/>
          <w:lang w:eastAsia="ja-JP"/>
        </w:rPr>
      </w:pPr>
    </w:p>
    <w:p w14:paraId="3DAE0756" w14:textId="77777777" w:rsidR="00610896" w:rsidRPr="00FC7ED1" w:rsidRDefault="00610896" w:rsidP="00610896">
      <w:pPr>
        <w:pStyle w:val="DefaultText"/>
        <w:jc w:val="both"/>
        <w:rPr>
          <w:rFonts w:asciiTheme="majorHAnsi" w:hAnsiTheme="majorHAnsi" w:cstheme="majorHAnsi"/>
          <w:b/>
          <w:bCs/>
          <w:sz w:val="22"/>
          <w:szCs w:val="22"/>
          <w:lang w:val="en-GB"/>
        </w:rPr>
      </w:pPr>
      <w:r w:rsidRPr="00FC7ED1">
        <w:rPr>
          <w:rFonts w:asciiTheme="majorHAnsi" w:hAnsiTheme="majorHAnsi" w:cstheme="majorHAnsi"/>
          <w:b/>
          <w:bCs/>
          <w:sz w:val="22"/>
          <w:szCs w:val="22"/>
          <w:lang w:val="en-GB"/>
        </w:rPr>
        <w:t xml:space="preserve">I/We confirm that I/we </w:t>
      </w:r>
    </w:p>
    <w:p w14:paraId="585C472E" w14:textId="77777777" w:rsidR="00610896" w:rsidRPr="00FC7ED1" w:rsidRDefault="00610896" w:rsidP="00610896">
      <w:pPr>
        <w:spacing w:after="0" w:line="240" w:lineRule="auto"/>
        <w:rPr>
          <w:rFonts w:asciiTheme="majorHAnsi" w:hAnsiTheme="majorHAnsi" w:cstheme="majorHAnsi"/>
          <w:sz w:val="22"/>
        </w:rPr>
      </w:pPr>
      <w:r w:rsidRPr="00FC7ED1">
        <w:rPr>
          <w:rFonts w:asciiTheme="majorHAnsi" w:hAnsiTheme="majorHAnsi" w:cstheme="majorHAnsi"/>
          <w:sz w:val="22"/>
        </w:rPr>
        <w:tab/>
      </w:r>
      <w:r w:rsidRPr="00FC7ED1">
        <w:rPr>
          <w:rFonts w:asciiTheme="majorHAnsi" w:hAnsiTheme="majorHAnsi" w:cstheme="majorHAnsi"/>
          <w:sz w:val="22"/>
        </w:rPr>
        <w:tab/>
      </w:r>
    </w:p>
    <w:p w14:paraId="6723A0DA" w14:textId="77777777" w:rsidR="00610896" w:rsidRPr="00FC7ED1" w:rsidRDefault="00610896" w:rsidP="004D3388">
      <w:pPr>
        <w:numPr>
          <w:ilvl w:val="0"/>
          <w:numId w:val="13"/>
        </w:numPr>
        <w:spacing w:after="0"/>
        <w:jc w:val="both"/>
        <w:rPr>
          <w:rFonts w:asciiTheme="majorHAnsi" w:hAnsiTheme="majorHAnsi" w:cstheme="majorHAnsi"/>
          <w:sz w:val="22"/>
        </w:rPr>
      </w:pPr>
      <w:r w:rsidRPr="00FC7ED1">
        <w:rPr>
          <w:rFonts w:asciiTheme="majorHAnsi" w:hAnsiTheme="majorHAnsi" w:cstheme="majorHAnsi"/>
          <w:sz w:val="22"/>
        </w:rPr>
        <w:t>Will keep this offer for the contract open for acceptance by you for the duration of the contract.</w:t>
      </w:r>
    </w:p>
    <w:p w14:paraId="5CDEAFAC" w14:textId="5B7ACF92" w:rsidR="00610896" w:rsidRPr="00FC7ED1" w:rsidRDefault="00610896" w:rsidP="004D3388">
      <w:pPr>
        <w:numPr>
          <w:ilvl w:val="0"/>
          <w:numId w:val="13"/>
        </w:numPr>
        <w:spacing w:after="0"/>
        <w:jc w:val="both"/>
        <w:rPr>
          <w:rFonts w:asciiTheme="majorHAnsi" w:hAnsiTheme="majorHAnsi" w:cstheme="majorHAnsi"/>
          <w:sz w:val="22"/>
        </w:rPr>
      </w:pPr>
      <w:r w:rsidRPr="00FC7ED1">
        <w:rPr>
          <w:rFonts w:asciiTheme="majorHAnsi" w:hAnsiTheme="majorHAnsi" w:cstheme="majorHAnsi"/>
          <w:sz w:val="22"/>
        </w:rPr>
        <w:t>Agree that you are not bound to accept the most economically advantageous or any Tender you may receive</w:t>
      </w:r>
      <w:r w:rsidR="00FC7ED1">
        <w:rPr>
          <w:rFonts w:asciiTheme="majorHAnsi" w:hAnsiTheme="majorHAnsi" w:cstheme="majorHAnsi"/>
          <w:sz w:val="22"/>
        </w:rPr>
        <w:t>.</w:t>
      </w:r>
    </w:p>
    <w:p w14:paraId="66064993" w14:textId="77777777" w:rsidR="00610896" w:rsidRPr="00FC7ED1" w:rsidRDefault="00610896" w:rsidP="004D3388">
      <w:pPr>
        <w:numPr>
          <w:ilvl w:val="0"/>
          <w:numId w:val="13"/>
        </w:numPr>
        <w:spacing w:after="0"/>
        <w:jc w:val="both"/>
        <w:rPr>
          <w:rFonts w:asciiTheme="majorHAnsi" w:hAnsiTheme="majorHAnsi" w:cstheme="majorHAnsi"/>
          <w:sz w:val="22"/>
        </w:rPr>
      </w:pPr>
      <w:r w:rsidRPr="00FC7ED1">
        <w:rPr>
          <w:rFonts w:asciiTheme="majorHAnsi" w:hAnsiTheme="majorHAnsi" w:cstheme="majorHAnsi"/>
          <w:sz w:val="22"/>
        </w:rPr>
        <w:t xml:space="preserve">Agree that the rates stated are maximum prices for the duration of the contract, </w:t>
      </w:r>
    </w:p>
    <w:p w14:paraId="1A41826B" w14:textId="77777777" w:rsidR="00610896" w:rsidRPr="00FC7ED1" w:rsidRDefault="00610896" w:rsidP="004D3388">
      <w:pPr>
        <w:numPr>
          <w:ilvl w:val="0"/>
          <w:numId w:val="13"/>
        </w:numPr>
        <w:spacing w:after="0"/>
        <w:jc w:val="both"/>
        <w:rPr>
          <w:rFonts w:asciiTheme="majorHAnsi" w:hAnsiTheme="majorHAnsi" w:cstheme="majorHAnsi"/>
          <w:sz w:val="22"/>
        </w:rPr>
      </w:pPr>
      <w:r w:rsidRPr="00FC7ED1">
        <w:rPr>
          <w:rFonts w:asciiTheme="majorHAnsi" w:hAnsiTheme="majorHAnsi" w:cstheme="majorHAnsi"/>
          <w:sz w:val="22"/>
        </w:rPr>
        <w:t>Have read and thoroughly examined the Tender Document,</w:t>
      </w:r>
    </w:p>
    <w:p w14:paraId="5E34F991" w14:textId="77777777" w:rsidR="00610896" w:rsidRPr="00FC7ED1" w:rsidRDefault="00610896" w:rsidP="004D3388">
      <w:pPr>
        <w:numPr>
          <w:ilvl w:val="0"/>
          <w:numId w:val="13"/>
        </w:numPr>
        <w:spacing w:after="0"/>
        <w:jc w:val="both"/>
        <w:rPr>
          <w:rFonts w:asciiTheme="majorHAnsi" w:hAnsiTheme="majorHAnsi" w:cstheme="majorHAnsi"/>
          <w:sz w:val="22"/>
        </w:rPr>
      </w:pPr>
      <w:r w:rsidRPr="00FC7ED1">
        <w:rPr>
          <w:rFonts w:asciiTheme="majorHAnsi" w:hAnsiTheme="majorHAnsi" w:cstheme="majorHAnsi"/>
          <w:sz w:val="22"/>
        </w:rPr>
        <w:t>Fully understand the Tender Document and the Client’s requirements,</w:t>
      </w:r>
    </w:p>
    <w:p w14:paraId="31572072" w14:textId="57B9ABA3" w:rsidR="00610896" w:rsidRPr="00FC7ED1" w:rsidRDefault="00610896" w:rsidP="004D3388">
      <w:pPr>
        <w:numPr>
          <w:ilvl w:val="0"/>
          <w:numId w:val="13"/>
        </w:numPr>
        <w:spacing w:after="0"/>
        <w:jc w:val="both"/>
        <w:rPr>
          <w:rFonts w:asciiTheme="majorHAnsi" w:hAnsiTheme="majorHAnsi" w:cstheme="majorHAnsi"/>
          <w:sz w:val="22"/>
        </w:rPr>
      </w:pPr>
      <w:r w:rsidRPr="00FC7ED1">
        <w:rPr>
          <w:rFonts w:asciiTheme="majorHAnsi" w:hAnsiTheme="majorHAnsi" w:cstheme="majorHAnsi"/>
          <w:sz w:val="22"/>
        </w:rPr>
        <w:t>Undertake to treat the details of this Invitation to Tender, its Tender and any subsequent negotiations as private and confidential</w:t>
      </w:r>
      <w:r w:rsidR="00FC7ED1" w:rsidRPr="00FC7ED1">
        <w:rPr>
          <w:rFonts w:asciiTheme="majorHAnsi" w:hAnsiTheme="majorHAnsi" w:cstheme="majorHAnsi"/>
          <w:sz w:val="22"/>
        </w:rPr>
        <w:t>.</w:t>
      </w:r>
    </w:p>
    <w:p w14:paraId="7684770C" w14:textId="114818A4" w:rsidR="00610896" w:rsidRPr="00FC7ED1" w:rsidRDefault="00610896" w:rsidP="004D3388">
      <w:pPr>
        <w:numPr>
          <w:ilvl w:val="0"/>
          <w:numId w:val="13"/>
        </w:numPr>
        <w:spacing w:after="0"/>
        <w:jc w:val="both"/>
        <w:rPr>
          <w:rFonts w:asciiTheme="majorHAnsi" w:hAnsiTheme="majorHAnsi" w:cstheme="majorHAnsi"/>
          <w:sz w:val="22"/>
        </w:rPr>
      </w:pPr>
      <w:r w:rsidRPr="00FC7ED1">
        <w:rPr>
          <w:rFonts w:asciiTheme="majorHAnsi" w:hAnsiTheme="majorHAnsi" w:cstheme="majorHAnsi"/>
          <w:sz w:val="22"/>
        </w:rPr>
        <w:t>Acknowledge that acceptance by the Contracting Authority of this tender will not constitute a binding and enforceable agreement and that a legally enforceable agreement will not exist until and unless the contract is awarded has been established between the Contracting Authority and the Tenderer</w:t>
      </w:r>
      <w:r w:rsidR="00FC7ED1">
        <w:rPr>
          <w:rFonts w:asciiTheme="majorHAnsi" w:hAnsiTheme="majorHAnsi" w:cstheme="majorHAnsi"/>
          <w:sz w:val="22"/>
        </w:rPr>
        <w:t>.</w:t>
      </w:r>
    </w:p>
    <w:p w14:paraId="52D80C0E" w14:textId="3522DA7D" w:rsidR="00610896" w:rsidRPr="00FC7ED1" w:rsidRDefault="00610896" w:rsidP="004D3388">
      <w:pPr>
        <w:numPr>
          <w:ilvl w:val="0"/>
          <w:numId w:val="13"/>
        </w:numPr>
        <w:spacing w:after="0"/>
        <w:jc w:val="both"/>
        <w:rPr>
          <w:rFonts w:asciiTheme="majorHAnsi" w:hAnsiTheme="majorHAnsi" w:cstheme="majorHAnsi"/>
          <w:sz w:val="22"/>
        </w:rPr>
      </w:pPr>
      <w:r w:rsidRPr="00FC7ED1">
        <w:rPr>
          <w:rFonts w:asciiTheme="majorHAnsi" w:hAnsiTheme="majorHAnsi" w:cstheme="majorHAnsi"/>
          <w:sz w:val="22"/>
        </w:rPr>
        <w:t>Have availed of all offers for additional information or have otherwise satisfied myself/ourselves as to conditions that may in any manner affect the performance of the services required under the contract</w:t>
      </w:r>
      <w:r w:rsidR="00FC7ED1">
        <w:rPr>
          <w:rFonts w:asciiTheme="majorHAnsi" w:hAnsiTheme="majorHAnsi" w:cstheme="majorHAnsi"/>
          <w:sz w:val="22"/>
        </w:rPr>
        <w:t>.</w:t>
      </w:r>
    </w:p>
    <w:p w14:paraId="4553694D" w14:textId="5C9A08A6" w:rsidR="00610896" w:rsidRPr="00FC7ED1" w:rsidRDefault="00610896" w:rsidP="004D3388">
      <w:pPr>
        <w:numPr>
          <w:ilvl w:val="0"/>
          <w:numId w:val="13"/>
        </w:numPr>
        <w:spacing w:after="0"/>
        <w:jc w:val="both"/>
        <w:rPr>
          <w:rFonts w:asciiTheme="majorHAnsi" w:hAnsiTheme="majorHAnsi" w:cstheme="majorHAnsi"/>
          <w:sz w:val="22"/>
        </w:rPr>
      </w:pPr>
      <w:r w:rsidRPr="00FC7ED1">
        <w:rPr>
          <w:rFonts w:asciiTheme="majorHAnsi" w:hAnsiTheme="majorHAnsi" w:cstheme="majorHAnsi"/>
          <w:sz w:val="22"/>
        </w:rPr>
        <w:t xml:space="preserve">Have included all elements necessary for the performance of the specified services, which are either expressly stated in the Tender Document or contained in any supplementary </w:t>
      </w:r>
      <w:proofErr w:type="gramStart"/>
      <w:r w:rsidRPr="00FC7ED1">
        <w:rPr>
          <w:rFonts w:asciiTheme="majorHAnsi" w:hAnsiTheme="majorHAnsi" w:cstheme="majorHAnsi"/>
          <w:sz w:val="22"/>
        </w:rPr>
        <w:t>information</w:t>
      </w:r>
      <w:proofErr w:type="gramEnd"/>
      <w:r w:rsidRPr="00FC7ED1">
        <w:rPr>
          <w:rFonts w:asciiTheme="majorHAnsi" w:hAnsiTheme="majorHAnsi" w:cstheme="majorHAnsi"/>
          <w:sz w:val="22"/>
        </w:rPr>
        <w:t xml:space="preserve"> or which could reasonably be inferred therefrom</w:t>
      </w:r>
      <w:r w:rsidR="004D349A">
        <w:rPr>
          <w:rFonts w:asciiTheme="majorHAnsi" w:hAnsiTheme="majorHAnsi" w:cstheme="majorHAnsi"/>
          <w:sz w:val="22"/>
        </w:rPr>
        <w:t>.</w:t>
      </w:r>
    </w:p>
    <w:p w14:paraId="2BFB7E40" w14:textId="79155643" w:rsidR="00610896" w:rsidRPr="00FC7ED1" w:rsidRDefault="00610896" w:rsidP="004D3388">
      <w:pPr>
        <w:numPr>
          <w:ilvl w:val="0"/>
          <w:numId w:val="13"/>
        </w:numPr>
        <w:spacing w:after="0"/>
        <w:jc w:val="both"/>
        <w:rPr>
          <w:rFonts w:asciiTheme="majorHAnsi" w:hAnsiTheme="majorHAnsi" w:cstheme="majorHAnsi"/>
          <w:b/>
          <w:bCs/>
          <w:sz w:val="22"/>
        </w:rPr>
      </w:pPr>
      <w:r w:rsidRPr="00FC7ED1">
        <w:rPr>
          <w:rFonts w:asciiTheme="majorHAnsi" w:hAnsiTheme="majorHAnsi" w:cstheme="majorHAnsi"/>
          <w:sz w:val="22"/>
        </w:rPr>
        <w:lastRenderedPageBreak/>
        <w:t>Have found no errors, omissions, conflicts or ambiguities in the Tender Document except those which I/We have brought to the attention of the Contracting Authority before the latest date for submitting queries</w:t>
      </w:r>
      <w:r w:rsidR="004D349A">
        <w:rPr>
          <w:rFonts w:asciiTheme="majorHAnsi" w:hAnsiTheme="majorHAnsi" w:cstheme="majorHAnsi"/>
          <w:sz w:val="22"/>
        </w:rPr>
        <w:t>.</w:t>
      </w:r>
    </w:p>
    <w:p w14:paraId="6A271778" w14:textId="23382181" w:rsidR="00610896" w:rsidRPr="00FC7ED1" w:rsidRDefault="00610896" w:rsidP="004D3388">
      <w:pPr>
        <w:numPr>
          <w:ilvl w:val="0"/>
          <w:numId w:val="13"/>
        </w:numPr>
        <w:spacing w:after="0"/>
        <w:jc w:val="both"/>
        <w:rPr>
          <w:rFonts w:asciiTheme="majorHAnsi" w:hAnsiTheme="majorHAnsi" w:cstheme="majorHAnsi"/>
          <w:b/>
          <w:bCs/>
          <w:sz w:val="22"/>
        </w:rPr>
      </w:pPr>
      <w:r w:rsidRPr="00FC7ED1">
        <w:rPr>
          <w:rFonts w:asciiTheme="majorHAnsi" w:hAnsiTheme="majorHAnsi" w:cstheme="majorHAnsi"/>
          <w:sz w:val="22"/>
        </w:rPr>
        <w:t>Have included for compliance with all statutory requirements applicable in Ireland and those applicable in any country where parts of the contract may be performed that are in force 7 days prior to the deadline for receipt of Tenders</w:t>
      </w:r>
      <w:r w:rsidR="004D349A">
        <w:rPr>
          <w:rFonts w:asciiTheme="majorHAnsi" w:hAnsiTheme="majorHAnsi" w:cstheme="majorHAnsi"/>
          <w:sz w:val="22"/>
        </w:rPr>
        <w:t>.</w:t>
      </w:r>
    </w:p>
    <w:p w14:paraId="78BC359A" w14:textId="77777777" w:rsidR="00610896" w:rsidRPr="00FC7ED1" w:rsidRDefault="00610896" w:rsidP="004D3388">
      <w:pPr>
        <w:numPr>
          <w:ilvl w:val="0"/>
          <w:numId w:val="13"/>
        </w:numPr>
        <w:spacing w:after="0"/>
        <w:jc w:val="both"/>
        <w:rPr>
          <w:rFonts w:asciiTheme="majorHAnsi" w:hAnsiTheme="majorHAnsi" w:cstheme="majorHAnsi"/>
          <w:b/>
          <w:bCs/>
          <w:sz w:val="22"/>
        </w:rPr>
      </w:pPr>
      <w:r w:rsidRPr="00FC7ED1">
        <w:rPr>
          <w:rFonts w:asciiTheme="majorHAnsi" w:hAnsiTheme="majorHAnsi" w:cstheme="majorHAnsi"/>
          <w:sz w:val="22"/>
        </w:rPr>
        <w:t xml:space="preserve">Will not, if awarded a contract employ </w:t>
      </w:r>
      <w:proofErr w:type="spellStart"/>
      <w:r w:rsidRPr="00FC7ED1">
        <w:rPr>
          <w:rFonts w:asciiTheme="majorHAnsi" w:hAnsiTheme="majorHAnsi" w:cstheme="majorHAnsi"/>
          <w:sz w:val="22"/>
        </w:rPr>
        <w:t>labour</w:t>
      </w:r>
      <w:proofErr w:type="spellEnd"/>
      <w:r w:rsidRPr="00FC7ED1">
        <w:rPr>
          <w:rFonts w:asciiTheme="majorHAnsi" w:hAnsiTheme="majorHAnsi" w:cstheme="majorHAnsi"/>
          <w:sz w:val="22"/>
        </w:rPr>
        <w:t xml:space="preserve"> in a manner that is discriminatory in relation to gender, race, religious beliefs, age etc.</w:t>
      </w:r>
    </w:p>
    <w:p w14:paraId="5C91B132" w14:textId="77777777" w:rsidR="00610896" w:rsidRPr="00FC7ED1" w:rsidRDefault="00610896" w:rsidP="00CD44B3">
      <w:pPr>
        <w:spacing w:after="0" w:line="260" w:lineRule="exact"/>
        <w:rPr>
          <w:rFonts w:asciiTheme="majorHAnsi" w:eastAsia="Times New Roman" w:hAnsiTheme="majorHAnsi" w:cstheme="majorHAnsi"/>
          <w:color w:val="000000" w:themeColor="text1"/>
          <w:sz w:val="22"/>
          <w:lang w:eastAsia="ja-JP"/>
        </w:rPr>
      </w:pPr>
    </w:p>
    <w:p w14:paraId="450A7818" w14:textId="77777777" w:rsidR="00610896" w:rsidRPr="00FC7ED1" w:rsidRDefault="00610896" w:rsidP="00CD44B3">
      <w:pPr>
        <w:spacing w:after="0" w:line="260" w:lineRule="exact"/>
        <w:rPr>
          <w:rFonts w:asciiTheme="majorHAnsi" w:eastAsia="Times New Roman" w:hAnsiTheme="majorHAnsi" w:cstheme="majorHAnsi"/>
          <w:color w:val="000000" w:themeColor="text1"/>
          <w:sz w:val="22"/>
          <w:lang w:eastAsia="ja-JP"/>
        </w:rPr>
      </w:pPr>
    </w:p>
    <w:p w14:paraId="5BB828AE" w14:textId="5C47AED1" w:rsidR="00A605A2" w:rsidRDefault="00563EB1" w:rsidP="00CD44B3">
      <w:pPr>
        <w:spacing w:after="0" w:line="260" w:lineRule="exact"/>
        <w:rPr>
          <w:rFonts w:asciiTheme="majorHAnsi" w:eastAsia="Times New Roman" w:hAnsiTheme="majorHAnsi" w:cstheme="majorHAnsi"/>
          <w:color w:val="000000" w:themeColor="text1"/>
          <w:sz w:val="22"/>
          <w:lang w:eastAsia="ja-JP"/>
        </w:rPr>
      </w:pPr>
      <w:r w:rsidRPr="00FC7ED1">
        <w:rPr>
          <w:rFonts w:asciiTheme="majorHAnsi" w:eastAsia="Times New Roman" w:hAnsiTheme="majorHAnsi" w:cstheme="majorHAnsi"/>
          <w:color w:val="000000" w:themeColor="text1"/>
          <w:sz w:val="22"/>
          <w:lang w:eastAsia="ja-JP"/>
        </w:rPr>
        <w:t xml:space="preserve">I hereby declare </w:t>
      </w:r>
      <w:r w:rsidR="000F07A0" w:rsidRPr="00FC7ED1">
        <w:rPr>
          <w:rFonts w:asciiTheme="majorHAnsi" w:eastAsia="Times New Roman" w:hAnsiTheme="majorHAnsi" w:cstheme="majorHAnsi"/>
          <w:color w:val="000000" w:themeColor="text1"/>
          <w:sz w:val="22"/>
          <w:lang w:eastAsia="ja-JP"/>
        </w:rPr>
        <w:t xml:space="preserve">that all information provided in this Tender </w:t>
      </w:r>
      <w:r w:rsidR="001F06B2" w:rsidRPr="00FC7ED1">
        <w:rPr>
          <w:rFonts w:asciiTheme="majorHAnsi" w:eastAsia="Times New Roman" w:hAnsiTheme="majorHAnsi" w:cstheme="majorHAnsi"/>
          <w:color w:val="000000" w:themeColor="text1"/>
          <w:sz w:val="22"/>
          <w:lang w:eastAsia="ja-JP"/>
        </w:rPr>
        <w:t>Response</w:t>
      </w:r>
      <w:r w:rsidR="000F07A0" w:rsidRPr="00FC7ED1">
        <w:rPr>
          <w:rFonts w:asciiTheme="majorHAnsi" w:eastAsia="Times New Roman" w:hAnsiTheme="majorHAnsi" w:cstheme="majorHAnsi"/>
          <w:color w:val="000000" w:themeColor="text1"/>
          <w:sz w:val="22"/>
          <w:lang w:eastAsia="ja-JP"/>
        </w:rPr>
        <w:t xml:space="preserve"> Form is true, accurate and complete to the best of my knowledge and belief. I confirm that I am duly authorized to submit this tender on behalf of the </w:t>
      </w:r>
      <w:r w:rsidR="001F06B2" w:rsidRPr="00FC7ED1">
        <w:rPr>
          <w:rFonts w:asciiTheme="majorHAnsi" w:eastAsia="Times New Roman" w:hAnsiTheme="majorHAnsi" w:cstheme="majorHAnsi"/>
          <w:color w:val="000000" w:themeColor="text1"/>
          <w:sz w:val="22"/>
          <w:lang w:eastAsia="ja-JP"/>
        </w:rPr>
        <w:t>organization named below:</w:t>
      </w:r>
    </w:p>
    <w:p w14:paraId="6DF6E54B" w14:textId="77777777" w:rsidR="004D349A" w:rsidRPr="00FC7ED1" w:rsidRDefault="004D349A" w:rsidP="00CD44B3">
      <w:pPr>
        <w:spacing w:after="0" w:line="260" w:lineRule="exact"/>
        <w:rPr>
          <w:rFonts w:asciiTheme="majorHAnsi" w:hAnsiTheme="majorHAnsi" w:cstheme="majorHAnsi"/>
          <w:color w:val="000000" w:themeColor="text1"/>
          <w:sz w:val="22"/>
        </w:rPr>
      </w:pPr>
    </w:p>
    <w:p w14:paraId="274FF9BF" w14:textId="77777777" w:rsidR="00FC41C3" w:rsidRDefault="00FC41C3" w:rsidP="00CD44B3">
      <w:pPr>
        <w:spacing w:after="0" w:line="260" w:lineRule="exact"/>
        <w:rPr>
          <w:rFonts w:ascii="Arial" w:hAnsi="Arial" w:cs="Arial"/>
          <w:b/>
          <w:bCs/>
          <w:color w:val="548DD4" w:themeColor="text2" w:themeTint="99"/>
          <w:sz w:val="24"/>
          <w:szCs w:val="24"/>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547"/>
        <w:gridCol w:w="6803"/>
      </w:tblGrid>
      <w:tr w:rsidR="00873AC7" w14:paraId="36ECCCF9" w14:textId="77777777" w:rsidTr="00AA7F87">
        <w:trPr>
          <w:trHeight w:val="454"/>
        </w:trPr>
        <w:tc>
          <w:tcPr>
            <w:tcW w:w="2547" w:type="dxa"/>
            <w:shd w:val="clear" w:color="auto" w:fill="F2F2F2" w:themeFill="background1" w:themeFillShade="F2"/>
            <w:vAlign w:val="center"/>
          </w:tcPr>
          <w:p w14:paraId="12A58DAB" w14:textId="6F3CEF95" w:rsidR="00873AC7" w:rsidRPr="00873AC7" w:rsidRDefault="00873AC7" w:rsidP="00A605A2">
            <w:pPr>
              <w:spacing w:line="260" w:lineRule="exact"/>
              <w:rPr>
                <w:rFonts w:asciiTheme="majorHAnsi" w:hAnsiTheme="majorHAnsi" w:cstheme="majorHAnsi"/>
                <w:b/>
                <w:bCs/>
                <w:color w:val="000000" w:themeColor="text1"/>
                <w:sz w:val="26"/>
                <w:szCs w:val="26"/>
              </w:rPr>
            </w:pPr>
            <w:r w:rsidRPr="00873AC7">
              <w:rPr>
                <w:rFonts w:asciiTheme="majorHAnsi" w:hAnsiTheme="majorHAnsi" w:cstheme="majorHAnsi"/>
                <w:b/>
                <w:bCs/>
                <w:color w:val="000000" w:themeColor="text1"/>
                <w:sz w:val="26"/>
                <w:szCs w:val="26"/>
              </w:rPr>
              <w:t>Signed:</w:t>
            </w:r>
          </w:p>
        </w:tc>
        <w:tc>
          <w:tcPr>
            <w:tcW w:w="6803" w:type="dxa"/>
          </w:tcPr>
          <w:p w14:paraId="74388254" w14:textId="77777777" w:rsidR="00873AC7" w:rsidRDefault="00873AC7" w:rsidP="00CD44B3">
            <w:pPr>
              <w:spacing w:line="260" w:lineRule="exact"/>
              <w:rPr>
                <w:rFonts w:ascii="Arial" w:hAnsi="Arial" w:cs="Arial"/>
                <w:b/>
                <w:bCs/>
                <w:color w:val="548DD4" w:themeColor="text2" w:themeTint="99"/>
                <w:sz w:val="24"/>
                <w:szCs w:val="24"/>
              </w:rPr>
            </w:pPr>
          </w:p>
        </w:tc>
      </w:tr>
      <w:tr w:rsidR="00873AC7" w14:paraId="5CE3CEF2" w14:textId="77777777" w:rsidTr="00AA7F87">
        <w:trPr>
          <w:trHeight w:val="454"/>
        </w:trPr>
        <w:tc>
          <w:tcPr>
            <w:tcW w:w="2547" w:type="dxa"/>
            <w:shd w:val="clear" w:color="auto" w:fill="F2F2F2" w:themeFill="background1" w:themeFillShade="F2"/>
            <w:vAlign w:val="center"/>
          </w:tcPr>
          <w:p w14:paraId="0EDB28F1" w14:textId="56E52BEC" w:rsidR="00A605A2" w:rsidRDefault="00873AC7" w:rsidP="00A605A2">
            <w:pPr>
              <w:spacing w:line="260" w:lineRule="exact"/>
              <w:rPr>
                <w:rFonts w:asciiTheme="majorHAnsi" w:hAnsiTheme="majorHAnsi" w:cstheme="majorHAnsi"/>
                <w:b/>
                <w:bCs/>
                <w:color w:val="000000" w:themeColor="text1"/>
                <w:sz w:val="26"/>
                <w:szCs w:val="26"/>
              </w:rPr>
            </w:pPr>
            <w:r w:rsidRPr="00873AC7">
              <w:rPr>
                <w:rFonts w:asciiTheme="majorHAnsi" w:hAnsiTheme="majorHAnsi" w:cstheme="majorHAnsi"/>
                <w:b/>
                <w:bCs/>
                <w:color w:val="000000" w:themeColor="text1"/>
                <w:sz w:val="26"/>
                <w:szCs w:val="26"/>
              </w:rPr>
              <w:t>Name</w:t>
            </w:r>
            <w:r w:rsidR="00A605A2">
              <w:rPr>
                <w:rFonts w:asciiTheme="majorHAnsi" w:hAnsiTheme="majorHAnsi" w:cstheme="majorHAnsi"/>
                <w:b/>
                <w:bCs/>
                <w:color w:val="000000" w:themeColor="text1"/>
                <w:sz w:val="26"/>
                <w:szCs w:val="26"/>
              </w:rPr>
              <w:t>:</w:t>
            </w:r>
            <w:r w:rsidRPr="00873AC7">
              <w:rPr>
                <w:rFonts w:asciiTheme="majorHAnsi" w:hAnsiTheme="majorHAnsi" w:cstheme="majorHAnsi"/>
                <w:b/>
                <w:bCs/>
                <w:color w:val="000000" w:themeColor="text1"/>
                <w:sz w:val="26"/>
                <w:szCs w:val="26"/>
              </w:rPr>
              <w:t xml:space="preserve"> </w:t>
            </w:r>
          </w:p>
          <w:p w14:paraId="35803B0F" w14:textId="44C1E11A" w:rsidR="00873AC7" w:rsidRPr="00A605A2" w:rsidRDefault="00873AC7" w:rsidP="00A605A2">
            <w:pPr>
              <w:spacing w:line="260" w:lineRule="exact"/>
              <w:rPr>
                <w:rFonts w:asciiTheme="majorHAnsi" w:hAnsiTheme="majorHAnsi" w:cstheme="majorHAnsi"/>
                <w:b/>
                <w:bCs/>
                <w:i/>
                <w:iCs/>
                <w:color w:val="000000" w:themeColor="text1"/>
                <w:sz w:val="18"/>
                <w:szCs w:val="18"/>
              </w:rPr>
            </w:pPr>
            <w:r w:rsidRPr="00A605A2">
              <w:rPr>
                <w:rFonts w:asciiTheme="majorHAnsi" w:hAnsiTheme="majorHAnsi" w:cstheme="majorHAnsi"/>
                <w:b/>
                <w:bCs/>
                <w:i/>
                <w:iCs/>
                <w:color w:val="000000" w:themeColor="text1"/>
                <w:sz w:val="18"/>
                <w:szCs w:val="18"/>
              </w:rPr>
              <w:t>(in Capital Letters)</w:t>
            </w:r>
          </w:p>
        </w:tc>
        <w:tc>
          <w:tcPr>
            <w:tcW w:w="6803" w:type="dxa"/>
          </w:tcPr>
          <w:p w14:paraId="136676AF" w14:textId="77777777" w:rsidR="00873AC7" w:rsidRDefault="00873AC7" w:rsidP="00CD44B3">
            <w:pPr>
              <w:spacing w:line="260" w:lineRule="exact"/>
              <w:rPr>
                <w:rFonts w:ascii="Arial" w:hAnsi="Arial" w:cs="Arial"/>
                <w:b/>
                <w:bCs/>
                <w:color w:val="548DD4" w:themeColor="text2" w:themeTint="99"/>
                <w:sz w:val="24"/>
                <w:szCs w:val="24"/>
              </w:rPr>
            </w:pPr>
          </w:p>
        </w:tc>
      </w:tr>
      <w:tr w:rsidR="00873AC7" w14:paraId="4079A566" w14:textId="77777777" w:rsidTr="00AA7F87">
        <w:trPr>
          <w:trHeight w:val="454"/>
        </w:trPr>
        <w:tc>
          <w:tcPr>
            <w:tcW w:w="2547" w:type="dxa"/>
            <w:shd w:val="clear" w:color="auto" w:fill="F2F2F2" w:themeFill="background1" w:themeFillShade="F2"/>
            <w:vAlign w:val="center"/>
          </w:tcPr>
          <w:p w14:paraId="2A86FCAC" w14:textId="53481F47" w:rsidR="00873AC7" w:rsidRPr="00873AC7" w:rsidRDefault="00873AC7" w:rsidP="00A605A2">
            <w:pPr>
              <w:spacing w:line="260" w:lineRule="exact"/>
              <w:rPr>
                <w:rFonts w:asciiTheme="majorHAnsi" w:hAnsiTheme="majorHAnsi" w:cstheme="majorHAnsi"/>
                <w:b/>
                <w:bCs/>
                <w:color w:val="000000" w:themeColor="text1"/>
                <w:sz w:val="26"/>
                <w:szCs w:val="26"/>
              </w:rPr>
            </w:pPr>
            <w:r w:rsidRPr="00873AC7">
              <w:rPr>
                <w:rFonts w:asciiTheme="majorHAnsi" w:hAnsiTheme="majorHAnsi" w:cstheme="majorHAnsi"/>
                <w:b/>
                <w:bCs/>
                <w:color w:val="000000" w:themeColor="text1"/>
                <w:sz w:val="26"/>
                <w:szCs w:val="26"/>
              </w:rPr>
              <w:t>Date</w:t>
            </w:r>
            <w:r w:rsidR="00A605A2">
              <w:rPr>
                <w:rFonts w:asciiTheme="majorHAnsi" w:hAnsiTheme="majorHAnsi" w:cstheme="majorHAnsi"/>
                <w:b/>
                <w:bCs/>
                <w:color w:val="000000" w:themeColor="text1"/>
                <w:sz w:val="26"/>
                <w:szCs w:val="26"/>
              </w:rPr>
              <w:t xml:space="preserve"> (DD/MM/YY)</w:t>
            </w:r>
            <w:r w:rsidRPr="00873AC7">
              <w:rPr>
                <w:rFonts w:asciiTheme="majorHAnsi" w:hAnsiTheme="majorHAnsi" w:cstheme="majorHAnsi"/>
                <w:b/>
                <w:bCs/>
                <w:color w:val="000000" w:themeColor="text1"/>
                <w:sz w:val="26"/>
                <w:szCs w:val="26"/>
              </w:rPr>
              <w:t>:</w:t>
            </w:r>
          </w:p>
        </w:tc>
        <w:tc>
          <w:tcPr>
            <w:tcW w:w="6803" w:type="dxa"/>
          </w:tcPr>
          <w:p w14:paraId="17981566" w14:textId="77777777" w:rsidR="00873AC7" w:rsidRDefault="00873AC7" w:rsidP="00CD44B3">
            <w:pPr>
              <w:spacing w:line="260" w:lineRule="exact"/>
              <w:rPr>
                <w:rFonts w:ascii="Arial" w:hAnsi="Arial" w:cs="Arial"/>
                <w:b/>
                <w:bCs/>
                <w:color w:val="548DD4" w:themeColor="text2" w:themeTint="99"/>
                <w:sz w:val="24"/>
                <w:szCs w:val="24"/>
              </w:rPr>
            </w:pPr>
          </w:p>
        </w:tc>
      </w:tr>
      <w:tr w:rsidR="00873AC7" w14:paraId="2D04748C" w14:textId="77777777" w:rsidTr="00AA7F87">
        <w:trPr>
          <w:trHeight w:val="454"/>
        </w:trPr>
        <w:tc>
          <w:tcPr>
            <w:tcW w:w="2547" w:type="dxa"/>
            <w:shd w:val="clear" w:color="auto" w:fill="F2F2F2" w:themeFill="background1" w:themeFillShade="F2"/>
            <w:vAlign w:val="center"/>
          </w:tcPr>
          <w:p w14:paraId="15CB0E80" w14:textId="08329885" w:rsidR="00873AC7" w:rsidRPr="00873AC7" w:rsidRDefault="00873AC7" w:rsidP="00A605A2">
            <w:pPr>
              <w:spacing w:line="260" w:lineRule="exact"/>
              <w:rPr>
                <w:rFonts w:asciiTheme="majorHAnsi" w:hAnsiTheme="majorHAnsi" w:cstheme="majorHAnsi"/>
                <w:b/>
                <w:bCs/>
                <w:color w:val="000000" w:themeColor="text1"/>
                <w:sz w:val="26"/>
                <w:szCs w:val="26"/>
              </w:rPr>
            </w:pPr>
            <w:r w:rsidRPr="00873AC7">
              <w:rPr>
                <w:rFonts w:asciiTheme="majorHAnsi" w:hAnsiTheme="majorHAnsi" w:cstheme="majorHAnsi"/>
                <w:b/>
                <w:bCs/>
                <w:color w:val="000000" w:themeColor="text1"/>
                <w:sz w:val="26"/>
                <w:szCs w:val="26"/>
              </w:rPr>
              <w:t xml:space="preserve">On Behalf of: </w:t>
            </w:r>
          </w:p>
        </w:tc>
        <w:tc>
          <w:tcPr>
            <w:tcW w:w="6803" w:type="dxa"/>
          </w:tcPr>
          <w:p w14:paraId="29F8132D" w14:textId="77777777" w:rsidR="00873AC7" w:rsidRDefault="00873AC7" w:rsidP="00CD44B3">
            <w:pPr>
              <w:spacing w:line="260" w:lineRule="exact"/>
              <w:rPr>
                <w:rFonts w:ascii="Arial" w:hAnsi="Arial" w:cs="Arial"/>
                <w:b/>
                <w:bCs/>
                <w:color w:val="548DD4" w:themeColor="text2" w:themeTint="99"/>
                <w:sz w:val="24"/>
                <w:szCs w:val="24"/>
              </w:rPr>
            </w:pPr>
          </w:p>
        </w:tc>
      </w:tr>
      <w:tr w:rsidR="00873AC7" w14:paraId="7ADCBABE" w14:textId="77777777" w:rsidTr="00AA7F87">
        <w:trPr>
          <w:trHeight w:val="1134"/>
        </w:trPr>
        <w:tc>
          <w:tcPr>
            <w:tcW w:w="2547" w:type="dxa"/>
            <w:shd w:val="clear" w:color="auto" w:fill="F2F2F2" w:themeFill="background1" w:themeFillShade="F2"/>
            <w:vAlign w:val="center"/>
          </w:tcPr>
          <w:p w14:paraId="1EF7F87A" w14:textId="72BFAEDA" w:rsidR="00873AC7" w:rsidRPr="00873AC7" w:rsidRDefault="00873AC7" w:rsidP="00A605A2">
            <w:pPr>
              <w:spacing w:line="260" w:lineRule="exact"/>
              <w:rPr>
                <w:rFonts w:asciiTheme="majorHAnsi" w:hAnsiTheme="majorHAnsi" w:cstheme="majorHAnsi"/>
                <w:b/>
                <w:bCs/>
                <w:color w:val="000000" w:themeColor="text1"/>
                <w:sz w:val="26"/>
                <w:szCs w:val="26"/>
              </w:rPr>
            </w:pPr>
            <w:r w:rsidRPr="00873AC7">
              <w:rPr>
                <w:rFonts w:asciiTheme="majorHAnsi" w:hAnsiTheme="majorHAnsi" w:cstheme="majorHAnsi"/>
                <w:b/>
                <w:bCs/>
                <w:color w:val="000000" w:themeColor="text1"/>
                <w:sz w:val="26"/>
                <w:szCs w:val="26"/>
              </w:rPr>
              <w:t>Address</w:t>
            </w:r>
          </w:p>
        </w:tc>
        <w:tc>
          <w:tcPr>
            <w:tcW w:w="6803" w:type="dxa"/>
          </w:tcPr>
          <w:p w14:paraId="2A041D17" w14:textId="77777777" w:rsidR="00873AC7" w:rsidRDefault="00873AC7" w:rsidP="00CD44B3">
            <w:pPr>
              <w:spacing w:line="260" w:lineRule="exact"/>
              <w:rPr>
                <w:rFonts w:ascii="Arial" w:hAnsi="Arial" w:cs="Arial"/>
                <w:b/>
                <w:bCs/>
                <w:color w:val="548DD4" w:themeColor="text2" w:themeTint="99"/>
                <w:sz w:val="24"/>
                <w:szCs w:val="24"/>
              </w:rPr>
            </w:pPr>
          </w:p>
        </w:tc>
      </w:tr>
      <w:tr w:rsidR="00873AC7" w14:paraId="1741F54F" w14:textId="77777777" w:rsidTr="00AA7F87">
        <w:trPr>
          <w:trHeight w:val="454"/>
        </w:trPr>
        <w:tc>
          <w:tcPr>
            <w:tcW w:w="2547" w:type="dxa"/>
            <w:shd w:val="clear" w:color="auto" w:fill="F2F2F2" w:themeFill="background1" w:themeFillShade="F2"/>
            <w:vAlign w:val="center"/>
          </w:tcPr>
          <w:p w14:paraId="13351804" w14:textId="442CD791" w:rsidR="00873AC7" w:rsidRPr="00873AC7" w:rsidRDefault="00873AC7" w:rsidP="00A605A2">
            <w:pPr>
              <w:spacing w:line="260" w:lineRule="exact"/>
              <w:rPr>
                <w:rFonts w:asciiTheme="majorHAnsi" w:hAnsiTheme="majorHAnsi" w:cstheme="majorHAnsi"/>
                <w:b/>
                <w:bCs/>
                <w:color w:val="000000" w:themeColor="text1"/>
                <w:sz w:val="26"/>
                <w:szCs w:val="26"/>
              </w:rPr>
            </w:pPr>
            <w:r w:rsidRPr="00873AC7">
              <w:rPr>
                <w:rFonts w:asciiTheme="majorHAnsi" w:hAnsiTheme="majorHAnsi" w:cstheme="majorHAnsi"/>
                <w:b/>
                <w:bCs/>
                <w:color w:val="000000" w:themeColor="text1"/>
                <w:sz w:val="26"/>
                <w:szCs w:val="26"/>
              </w:rPr>
              <w:t>Telephone</w:t>
            </w:r>
          </w:p>
        </w:tc>
        <w:tc>
          <w:tcPr>
            <w:tcW w:w="6803" w:type="dxa"/>
          </w:tcPr>
          <w:p w14:paraId="76E701EE" w14:textId="77777777" w:rsidR="00873AC7" w:rsidRDefault="00873AC7" w:rsidP="00CD44B3">
            <w:pPr>
              <w:spacing w:line="260" w:lineRule="exact"/>
              <w:rPr>
                <w:rFonts w:ascii="Arial" w:hAnsi="Arial" w:cs="Arial"/>
                <w:b/>
                <w:bCs/>
                <w:color w:val="548DD4" w:themeColor="text2" w:themeTint="99"/>
                <w:sz w:val="24"/>
                <w:szCs w:val="24"/>
              </w:rPr>
            </w:pPr>
          </w:p>
        </w:tc>
      </w:tr>
      <w:tr w:rsidR="00873AC7" w14:paraId="5E164406" w14:textId="77777777" w:rsidTr="00AA7F87">
        <w:trPr>
          <w:trHeight w:val="454"/>
        </w:trPr>
        <w:tc>
          <w:tcPr>
            <w:tcW w:w="2547" w:type="dxa"/>
            <w:shd w:val="clear" w:color="auto" w:fill="F2F2F2" w:themeFill="background1" w:themeFillShade="F2"/>
            <w:vAlign w:val="center"/>
          </w:tcPr>
          <w:p w14:paraId="586C9643" w14:textId="50FCAE7A" w:rsidR="00873AC7" w:rsidRPr="00873AC7" w:rsidRDefault="00873AC7" w:rsidP="00A605A2">
            <w:pPr>
              <w:spacing w:line="260" w:lineRule="exact"/>
              <w:rPr>
                <w:rFonts w:asciiTheme="majorHAnsi" w:hAnsiTheme="majorHAnsi" w:cstheme="majorHAnsi"/>
                <w:b/>
                <w:bCs/>
                <w:color w:val="000000" w:themeColor="text1"/>
                <w:sz w:val="26"/>
                <w:szCs w:val="26"/>
              </w:rPr>
            </w:pPr>
            <w:r w:rsidRPr="00873AC7">
              <w:rPr>
                <w:rFonts w:asciiTheme="majorHAnsi" w:hAnsiTheme="majorHAnsi" w:cstheme="majorHAnsi"/>
                <w:b/>
                <w:bCs/>
                <w:color w:val="000000" w:themeColor="text1"/>
                <w:sz w:val="26"/>
                <w:szCs w:val="26"/>
              </w:rPr>
              <w:t xml:space="preserve">Email: </w:t>
            </w:r>
          </w:p>
        </w:tc>
        <w:tc>
          <w:tcPr>
            <w:tcW w:w="6803" w:type="dxa"/>
          </w:tcPr>
          <w:p w14:paraId="58CD7BE1" w14:textId="77777777" w:rsidR="00873AC7" w:rsidRDefault="00873AC7" w:rsidP="00CD44B3">
            <w:pPr>
              <w:spacing w:line="260" w:lineRule="exact"/>
              <w:rPr>
                <w:rFonts w:ascii="Arial" w:hAnsi="Arial" w:cs="Arial"/>
                <w:b/>
                <w:bCs/>
                <w:color w:val="548DD4" w:themeColor="text2" w:themeTint="99"/>
                <w:sz w:val="24"/>
                <w:szCs w:val="24"/>
              </w:rPr>
            </w:pPr>
          </w:p>
        </w:tc>
      </w:tr>
    </w:tbl>
    <w:p w14:paraId="2E58F986" w14:textId="77777777" w:rsidR="004D349A" w:rsidRDefault="004D349A" w:rsidP="00141E40">
      <w:pPr>
        <w:spacing w:after="0" w:line="260" w:lineRule="exact"/>
        <w:rPr>
          <w:rFonts w:ascii="Arial" w:hAnsi="Arial" w:cs="Arial"/>
          <w:szCs w:val="21"/>
        </w:rPr>
      </w:pPr>
    </w:p>
    <w:p w14:paraId="316424AC" w14:textId="77777777" w:rsidR="004D349A" w:rsidRDefault="004D349A" w:rsidP="00141E40">
      <w:pPr>
        <w:spacing w:after="0" w:line="260" w:lineRule="exact"/>
        <w:rPr>
          <w:rFonts w:ascii="Arial" w:hAnsi="Arial" w:cs="Arial"/>
          <w:szCs w:val="21"/>
        </w:rPr>
      </w:pPr>
    </w:p>
    <w:p w14:paraId="4546AF23" w14:textId="77777777" w:rsidR="004D349A" w:rsidRDefault="004D349A" w:rsidP="00141E40">
      <w:pPr>
        <w:spacing w:after="0" w:line="260" w:lineRule="exact"/>
        <w:rPr>
          <w:rFonts w:ascii="Arial" w:hAnsi="Arial" w:cs="Arial"/>
          <w:szCs w:val="21"/>
        </w:rPr>
      </w:pPr>
    </w:p>
    <w:p w14:paraId="435F0A9F" w14:textId="77777777" w:rsidR="004D349A" w:rsidRDefault="004D349A" w:rsidP="00141E40">
      <w:pPr>
        <w:spacing w:after="0" w:line="260" w:lineRule="exact"/>
        <w:rPr>
          <w:rFonts w:ascii="Arial" w:hAnsi="Arial" w:cs="Arial"/>
          <w:szCs w:val="21"/>
        </w:rPr>
      </w:pPr>
    </w:p>
    <w:p w14:paraId="708A0894" w14:textId="77777777" w:rsidR="004D349A" w:rsidRDefault="004D349A" w:rsidP="00141E40">
      <w:pPr>
        <w:spacing w:after="0" w:line="260" w:lineRule="exact"/>
        <w:rPr>
          <w:rFonts w:ascii="Arial" w:hAnsi="Arial" w:cs="Arial"/>
          <w:szCs w:val="21"/>
        </w:rPr>
      </w:pPr>
    </w:p>
    <w:p w14:paraId="6A06F2D3" w14:textId="77777777" w:rsidR="004D349A" w:rsidRDefault="004D349A" w:rsidP="00141E40">
      <w:pPr>
        <w:spacing w:after="0" w:line="260" w:lineRule="exact"/>
        <w:rPr>
          <w:rFonts w:ascii="Arial" w:hAnsi="Arial" w:cs="Arial"/>
          <w:szCs w:val="21"/>
        </w:rPr>
      </w:pPr>
    </w:p>
    <w:p w14:paraId="04B370BD" w14:textId="77777777" w:rsidR="004D349A" w:rsidRDefault="004D349A" w:rsidP="00141E40">
      <w:pPr>
        <w:spacing w:after="0" w:line="260" w:lineRule="exact"/>
        <w:rPr>
          <w:rFonts w:ascii="Arial" w:hAnsi="Arial" w:cs="Arial"/>
          <w:szCs w:val="21"/>
        </w:rPr>
      </w:pPr>
    </w:p>
    <w:p w14:paraId="4B3F2513" w14:textId="77777777" w:rsidR="004D349A" w:rsidRDefault="004D349A" w:rsidP="00141E40">
      <w:pPr>
        <w:spacing w:after="0" w:line="260" w:lineRule="exact"/>
        <w:rPr>
          <w:rFonts w:ascii="Arial" w:hAnsi="Arial" w:cs="Arial"/>
          <w:szCs w:val="21"/>
        </w:rPr>
      </w:pPr>
    </w:p>
    <w:p w14:paraId="13A970A1" w14:textId="77777777" w:rsidR="004D349A" w:rsidRDefault="004D349A" w:rsidP="00141E40">
      <w:pPr>
        <w:spacing w:after="0" w:line="260" w:lineRule="exact"/>
        <w:rPr>
          <w:rFonts w:ascii="Arial" w:hAnsi="Arial" w:cs="Arial"/>
          <w:szCs w:val="21"/>
        </w:rPr>
      </w:pPr>
    </w:p>
    <w:p w14:paraId="0583B915" w14:textId="77777777" w:rsidR="004D349A" w:rsidRDefault="004D349A" w:rsidP="00141E40">
      <w:pPr>
        <w:spacing w:after="0" w:line="260" w:lineRule="exact"/>
        <w:rPr>
          <w:rFonts w:ascii="Arial" w:hAnsi="Arial" w:cs="Arial"/>
          <w:szCs w:val="21"/>
        </w:rPr>
      </w:pPr>
    </w:p>
    <w:p w14:paraId="6241138D" w14:textId="77777777" w:rsidR="004D349A" w:rsidRDefault="004D349A" w:rsidP="00141E40">
      <w:pPr>
        <w:spacing w:after="0" w:line="260" w:lineRule="exact"/>
        <w:rPr>
          <w:rFonts w:ascii="Arial" w:hAnsi="Arial" w:cs="Arial"/>
          <w:szCs w:val="21"/>
        </w:rPr>
      </w:pPr>
    </w:p>
    <w:p w14:paraId="6265E7D7" w14:textId="77777777" w:rsidR="004D349A" w:rsidRDefault="004D349A" w:rsidP="00141E40">
      <w:pPr>
        <w:spacing w:after="0" w:line="260" w:lineRule="exact"/>
        <w:rPr>
          <w:rFonts w:ascii="Arial" w:hAnsi="Arial" w:cs="Arial"/>
          <w:szCs w:val="21"/>
        </w:rPr>
      </w:pPr>
    </w:p>
    <w:p w14:paraId="03EE0735" w14:textId="77777777" w:rsidR="004D349A" w:rsidRDefault="004D349A" w:rsidP="00141E40">
      <w:pPr>
        <w:spacing w:after="0" w:line="260" w:lineRule="exact"/>
        <w:rPr>
          <w:rFonts w:ascii="Arial" w:hAnsi="Arial" w:cs="Arial"/>
          <w:szCs w:val="21"/>
        </w:rPr>
      </w:pPr>
    </w:p>
    <w:p w14:paraId="0C81E570" w14:textId="77777777" w:rsidR="004D349A" w:rsidRDefault="004D349A" w:rsidP="00141E40">
      <w:pPr>
        <w:spacing w:after="0" w:line="260" w:lineRule="exact"/>
        <w:rPr>
          <w:rFonts w:ascii="Arial" w:hAnsi="Arial" w:cs="Arial"/>
          <w:szCs w:val="21"/>
        </w:rPr>
      </w:pPr>
    </w:p>
    <w:p w14:paraId="6678CA5C" w14:textId="77777777" w:rsidR="004D349A" w:rsidRDefault="004D349A" w:rsidP="00141E40">
      <w:pPr>
        <w:spacing w:after="0" w:line="260" w:lineRule="exact"/>
        <w:rPr>
          <w:rFonts w:ascii="Arial" w:hAnsi="Arial" w:cs="Arial"/>
          <w:szCs w:val="21"/>
        </w:rPr>
      </w:pPr>
    </w:p>
    <w:p w14:paraId="4574ED62" w14:textId="77777777" w:rsidR="004D349A" w:rsidRDefault="004D349A" w:rsidP="00141E40">
      <w:pPr>
        <w:spacing w:after="0" w:line="260" w:lineRule="exact"/>
        <w:rPr>
          <w:rFonts w:ascii="Arial" w:hAnsi="Arial" w:cs="Arial"/>
          <w:szCs w:val="21"/>
        </w:rPr>
      </w:pPr>
    </w:p>
    <w:p w14:paraId="3A04D1AC" w14:textId="77777777" w:rsidR="004D349A" w:rsidRDefault="004D349A" w:rsidP="00141E40">
      <w:pPr>
        <w:spacing w:after="0" w:line="260" w:lineRule="exact"/>
        <w:rPr>
          <w:rFonts w:ascii="Arial" w:hAnsi="Arial" w:cs="Arial"/>
          <w:szCs w:val="21"/>
        </w:rPr>
      </w:pPr>
    </w:p>
    <w:p w14:paraId="5F9B1E59" w14:textId="31C3A7B0" w:rsidR="004018E9" w:rsidRPr="004D349A" w:rsidRDefault="00141E40" w:rsidP="00141E40">
      <w:pPr>
        <w:spacing w:after="0" w:line="260" w:lineRule="exact"/>
        <w:rPr>
          <w:rFonts w:ascii="Arial" w:hAnsi="Arial" w:cs="Arial"/>
          <w:sz w:val="32"/>
          <w:szCs w:val="32"/>
        </w:rPr>
      </w:pPr>
      <w:r w:rsidRPr="004D349A">
        <w:rPr>
          <w:rFonts w:asciiTheme="majorHAnsi" w:hAnsiTheme="majorHAnsi" w:cstheme="majorHAnsi"/>
          <w:b/>
          <w:bCs/>
          <w:sz w:val="32"/>
          <w:szCs w:val="32"/>
        </w:rPr>
        <w:lastRenderedPageBreak/>
        <w:t>5.</w:t>
      </w:r>
      <w:r w:rsidR="00832A25" w:rsidRPr="004D349A">
        <w:rPr>
          <w:rFonts w:asciiTheme="majorHAnsi" w:hAnsiTheme="majorHAnsi" w:cstheme="majorHAnsi"/>
          <w:b/>
          <w:bCs/>
          <w:sz w:val="32"/>
          <w:szCs w:val="32"/>
        </w:rPr>
        <w:t xml:space="preserve"> Evaluation Record </w:t>
      </w:r>
    </w:p>
    <w:p w14:paraId="531C9450" w14:textId="77777777" w:rsidR="004018E9" w:rsidRPr="00954FFD" w:rsidRDefault="004018E9" w:rsidP="004018E9">
      <w:pPr>
        <w:spacing w:after="0" w:line="260" w:lineRule="exact"/>
        <w:jc w:val="center"/>
        <w:rPr>
          <w:rFonts w:asciiTheme="majorHAnsi" w:hAnsiTheme="majorHAnsi" w:cstheme="majorHAnsi"/>
          <w:b/>
          <w:bCs/>
          <w:i/>
          <w:iCs/>
          <w:sz w:val="28"/>
          <w:szCs w:val="28"/>
          <w:u w:val="single"/>
        </w:rPr>
      </w:pPr>
    </w:p>
    <w:p w14:paraId="42911F77" w14:textId="16564742" w:rsidR="00141E40" w:rsidRPr="00387B51" w:rsidRDefault="00832A25" w:rsidP="00387B51">
      <w:pPr>
        <w:spacing w:after="0" w:line="340" w:lineRule="exact"/>
        <w:jc w:val="center"/>
        <w:rPr>
          <w:rFonts w:asciiTheme="majorHAnsi" w:hAnsiTheme="majorHAnsi" w:cstheme="majorHAnsi"/>
          <w:b/>
          <w:bCs/>
          <w:i/>
          <w:iCs/>
          <w:color w:val="EE0000"/>
          <w:sz w:val="28"/>
          <w:szCs w:val="28"/>
          <w:u w:val="single"/>
        </w:rPr>
      </w:pPr>
      <w:r w:rsidRPr="00387B51">
        <w:rPr>
          <w:rFonts w:asciiTheme="majorHAnsi" w:hAnsiTheme="majorHAnsi" w:cstheme="majorHAnsi"/>
          <w:b/>
          <w:bCs/>
          <w:i/>
          <w:iCs/>
          <w:color w:val="EE0000"/>
          <w:sz w:val="26"/>
          <w:szCs w:val="26"/>
          <w:u w:val="single"/>
        </w:rPr>
        <w:t>(I</w:t>
      </w:r>
      <w:r w:rsidR="00050121" w:rsidRPr="00387B51">
        <w:rPr>
          <w:rFonts w:asciiTheme="majorHAnsi" w:hAnsiTheme="majorHAnsi" w:cstheme="majorHAnsi"/>
          <w:b/>
          <w:bCs/>
          <w:i/>
          <w:iCs/>
          <w:color w:val="EE0000"/>
          <w:sz w:val="26"/>
          <w:szCs w:val="26"/>
          <w:u w:val="single"/>
        </w:rPr>
        <w:t>NTERNAL USE ONLY)</w:t>
      </w:r>
      <w:r w:rsidR="00141E40" w:rsidRPr="00387B51">
        <w:rPr>
          <w:rFonts w:asciiTheme="majorHAnsi" w:hAnsiTheme="majorHAnsi" w:cstheme="majorHAnsi"/>
          <w:b/>
          <w:bCs/>
          <w:i/>
          <w:iCs/>
          <w:color w:val="EE0000"/>
          <w:sz w:val="28"/>
          <w:szCs w:val="28"/>
          <w:u w:val="single"/>
        </w:rPr>
        <w:t xml:space="preserve"> </w:t>
      </w:r>
    </w:p>
    <w:p w14:paraId="1C4AC153" w14:textId="3ABB67FD" w:rsidR="00A96B7C" w:rsidRPr="00387B51" w:rsidRDefault="00141E40" w:rsidP="00387B51">
      <w:pPr>
        <w:spacing w:after="0" w:line="340" w:lineRule="exact"/>
        <w:jc w:val="center"/>
        <w:rPr>
          <w:rFonts w:asciiTheme="majorHAnsi" w:hAnsiTheme="majorHAnsi" w:cstheme="majorHAnsi"/>
          <w:b/>
          <w:bCs/>
          <w:i/>
          <w:iCs/>
          <w:sz w:val="26"/>
          <w:szCs w:val="26"/>
          <w:u w:val="single"/>
        </w:rPr>
      </w:pPr>
      <w:r w:rsidRPr="00387B51">
        <w:rPr>
          <w:rFonts w:asciiTheme="majorHAnsi" w:hAnsiTheme="majorHAnsi" w:cstheme="majorHAnsi"/>
          <w:b/>
          <w:bCs/>
          <w:i/>
          <w:iCs/>
          <w:sz w:val="26"/>
          <w:szCs w:val="26"/>
          <w:u w:val="single"/>
        </w:rPr>
        <w:t>NOT TO BE COMPLETED BY TENDERER</w:t>
      </w:r>
    </w:p>
    <w:p w14:paraId="077D6C44" w14:textId="77777777" w:rsidR="004F2FB2" w:rsidRPr="002E6258" w:rsidRDefault="004F2FB2" w:rsidP="00CD44B3">
      <w:pPr>
        <w:spacing w:after="0" w:line="260" w:lineRule="exact"/>
        <w:rPr>
          <w:rFonts w:asciiTheme="majorHAnsi" w:hAnsiTheme="majorHAnsi" w:cstheme="majorHAnsi"/>
          <w:szCs w:val="21"/>
        </w:rPr>
      </w:pPr>
    </w:p>
    <w:p w14:paraId="7AE7450C" w14:textId="75E5DCC7" w:rsidR="00A96B7C" w:rsidRPr="002E6258" w:rsidRDefault="00832A25" w:rsidP="00CD44B3">
      <w:pPr>
        <w:spacing w:after="0" w:line="260" w:lineRule="exact"/>
        <w:jc w:val="both"/>
        <w:rPr>
          <w:rFonts w:asciiTheme="majorHAnsi" w:hAnsiTheme="majorHAnsi" w:cstheme="majorHAnsi"/>
          <w:szCs w:val="21"/>
        </w:rPr>
      </w:pPr>
      <w:r w:rsidRPr="002E6258">
        <w:rPr>
          <w:rFonts w:asciiTheme="majorHAnsi" w:hAnsiTheme="majorHAnsi" w:cstheme="majorHAnsi"/>
          <w:szCs w:val="21"/>
        </w:rPr>
        <w:t>Evaluators should record evidence-based reasons for each score and declare any conflict of interest.</w:t>
      </w:r>
    </w:p>
    <w:p w14:paraId="3900B8C2" w14:textId="77777777" w:rsidR="004D3C9D" w:rsidRPr="002E6258" w:rsidRDefault="004D3C9D" w:rsidP="00CD44B3">
      <w:pPr>
        <w:spacing w:after="0" w:line="260" w:lineRule="exact"/>
        <w:jc w:val="both"/>
        <w:rPr>
          <w:rFonts w:asciiTheme="majorHAnsi" w:hAnsiTheme="majorHAnsi" w:cstheme="majorHAnsi"/>
          <w:szCs w:val="21"/>
        </w:rPr>
      </w:pPr>
    </w:p>
    <w:tbl>
      <w:tblPr>
        <w:tblStyle w:val="TableGrid"/>
        <w:tblW w:w="0" w:type="auto"/>
        <w:tblLook w:val="04A0" w:firstRow="1" w:lastRow="0" w:firstColumn="1" w:lastColumn="0" w:noHBand="0" w:noVBand="1"/>
      </w:tblPr>
      <w:tblGrid>
        <w:gridCol w:w="3256"/>
        <w:gridCol w:w="6094"/>
      </w:tblGrid>
      <w:tr w:rsidR="004D3C9D" w:rsidRPr="002E6258" w14:paraId="0044B38E" w14:textId="77777777" w:rsidTr="004D3C9D">
        <w:trPr>
          <w:trHeight w:val="340"/>
        </w:trPr>
        <w:tc>
          <w:tcPr>
            <w:tcW w:w="3256" w:type="dxa"/>
            <w:shd w:val="clear" w:color="auto" w:fill="F2F2F2" w:themeFill="background1" w:themeFillShade="F2"/>
            <w:vAlign w:val="center"/>
          </w:tcPr>
          <w:p w14:paraId="78ADEDB9" w14:textId="375B1939" w:rsidR="004D3C9D" w:rsidRPr="002E6258" w:rsidRDefault="00FE7DAF" w:rsidP="004D3C9D">
            <w:pPr>
              <w:spacing w:line="260" w:lineRule="exact"/>
              <w:rPr>
                <w:rFonts w:asciiTheme="majorHAnsi" w:hAnsiTheme="majorHAnsi" w:cstheme="majorHAnsi"/>
                <w:b/>
                <w:bCs/>
                <w:sz w:val="22"/>
              </w:rPr>
            </w:pPr>
            <w:r w:rsidRPr="002E6258">
              <w:rPr>
                <w:rFonts w:asciiTheme="majorHAnsi" w:hAnsiTheme="majorHAnsi" w:cstheme="majorHAnsi"/>
                <w:b/>
                <w:bCs/>
                <w:sz w:val="22"/>
              </w:rPr>
              <w:t>INFORMATION</w:t>
            </w:r>
          </w:p>
        </w:tc>
        <w:tc>
          <w:tcPr>
            <w:tcW w:w="6094" w:type="dxa"/>
            <w:shd w:val="clear" w:color="auto" w:fill="F2F2F2" w:themeFill="background1" w:themeFillShade="F2"/>
            <w:vAlign w:val="center"/>
          </w:tcPr>
          <w:p w14:paraId="4385D4E2" w14:textId="233870DD" w:rsidR="004D3C9D" w:rsidRPr="002E6258" w:rsidRDefault="00FE7DAF" w:rsidP="004D3C9D">
            <w:pPr>
              <w:spacing w:line="260" w:lineRule="exact"/>
              <w:rPr>
                <w:rFonts w:asciiTheme="majorHAnsi" w:hAnsiTheme="majorHAnsi" w:cstheme="majorHAnsi"/>
                <w:b/>
                <w:bCs/>
                <w:sz w:val="22"/>
              </w:rPr>
            </w:pPr>
            <w:r w:rsidRPr="002E6258">
              <w:rPr>
                <w:rFonts w:asciiTheme="majorHAnsi" w:hAnsiTheme="majorHAnsi" w:cstheme="majorHAnsi"/>
                <w:b/>
                <w:bCs/>
                <w:sz w:val="22"/>
              </w:rPr>
              <w:t>DETAILS</w:t>
            </w:r>
          </w:p>
        </w:tc>
      </w:tr>
      <w:tr w:rsidR="004D3C9D" w:rsidRPr="002E6258" w14:paraId="4C9926FC" w14:textId="77777777" w:rsidTr="004D3C9D">
        <w:trPr>
          <w:trHeight w:val="340"/>
        </w:trPr>
        <w:tc>
          <w:tcPr>
            <w:tcW w:w="3256" w:type="dxa"/>
            <w:shd w:val="clear" w:color="auto" w:fill="F2F2F2" w:themeFill="background1" w:themeFillShade="F2"/>
            <w:vAlign w:val="center"/>
          </w:tcPr>
          <w:p w14:paraId="66A8ECB5" w14:textId="5EC963E5" w:rsidR="004D3C9D" w:rsidRPr="002E6258" w:rsidRDefault="004D3C9D" w:rsidP="004D3C9D">
            <w:pPr>
              <w:spacing w:line="260" w:lineRule="exact"/>
              <w:rPr>
                <w:rFonts w:asciiTheme="majorHAnsi" w:hAnsiTheme="majorHAnsi" w:cstheme="majorHAnsi"/>
                <w:sz w:val="22"/>
              </w:rPr>
            </w:pPr>
            <w:r w:rsidRPr="002E6258">
              <w:rPr>
                <w:rFonts w:asciiTheme="majorHAnsi" w:hAnsiTheme="majorHAnsi" w:cstheme="majorHAnsi"/>
                <w:sz w:val="22"/>
              </w:rPr>
              <w:t xml:space="preserve">Tenderer Name </w:t>
            </w:r>
          </w:p>
        </w:tc>
        <w:tc>
          <w:tcPr>
            <w:tcW w:w="6094" w:type="dxa"/>
            <w:vAlign w:val="center"/>
          </w:tcPr>
          <w:p w14:paraId="798DB657" w14:textId="77777777" w:rsidR="004D3C9D" w:rsidRPr="002E6258" w:rsidRDefault="004D3C9D" w:rsidP="004D3C9D">
            <w:pPr>
              <w:spacing w:line="260" w:lineRule="exact"/>
              <w:rPr>
                <w:rFonts w:asciiTheme="majorHAnsi" w:hAnsiTheme="majorHAnsi" w:cstheme="majorHAnsi"/>
                <w:sz w:val="22"/>
              </w:rPr>
            </w:pPr>
          </w:p>
        </w:tc>
      </w:tr>
      <w:tr w:rsidR="004D3C9D" w:rsidRPr="002E6258" w14:paraId="1CFB4D52" w14:textId="77777777" w:rsidTr="004D3C9D">
        <w:trPr>
          <w:trHeight w:val="340"/>
        </w:trPr>
        <w:tc>
          <w:tcPr>
            <w:tcW w:w="3256" w:type="dxa"/>
            <w:shd w:val="clear" w:color="auto" w:fill="F2F2F2" w:themeFill="background1" w:themeFillShade="F2"/>
            <w:vAlign w:val="center"/>
          </w:tcPr>
          <w:p w14:paraId="7F40B1B3" w14:textId="713AEE28" w:rsidR="004D3C9D" w:rsidRPr="002E6258" w:rsidRDefault="004D3C9D" w:rsidP="004D3C9D">
            <w:pPr>
              <w:spacing w:line="260" w:lineRule="exact"/>
              <w:rPr>
                <w:rFonts w:asciiTheme="majorHAnsi" w:hAnsiTheme="majorHAnsi" w:cstheme="majorHAnsi"/>
                <w:sz w:val="22"/>
              </w:rPr>
            </w:pPr>
            <w:r w:rsidRPr="002E6258">
              <w:rPr>
                <w:rFonts w:asciiTheme="majorHAnsi" w:hAnsiTheme="majorHAnsi" w:cstheme="majorHAnsi"/>
                <w:sz w:val="22"/>
              </w:rPr>
              <w:t>Tenderer Reference No:</w:t>
            </w:r>
          </w:p>
        </w:tc>
        <w:tc>
          <w:tcPr>
            <w:tcW w:w="6094" w:type="dxa"/>
            <w:vAlign w:val="center"/>
          </w:tcPr>
          <w:p w14:paraId="6FEE1DD4" w14:textId="77777777" w:rsidR="004D3C9D" w:rsidRPr="002E6258" w:rsidRDefault="004D3C9D" w:rsidP="004D3C9D">
            <w:pPr>
              <w:spacing w:line="260" w:lineRule="exact"/>
              <w:rPr>
                <w:rFonts w:asciiTheme="majorHAnsi" w:hAnsiTheme="majorHAnsi" w:cstheme="majorHAnsi"/>
                <w:sz w:val="22"/>
              </w:rPr>
            </w:pPr>
          </w:p>
        </w:tc>
      </w:tr>
      <w:tr w:rsidR="004D3C9D" w:rsidRPr="002E6258" w14:paraId="5B9A4869" w14:textId="77777777" w:rsidTr="004D3C9D">
        <w:trPr>
          <w:trHeight w:val="340"/>
        </w:trPr>
        <w:tc>
          <w:tcPr>
            <w:tcW w:w="3256" w:type="dxa"/>
            <w:shd w:val="clear" w:color="auto" w:fill="F2F2F2" w:themeFill="background1" w:themeFillShade="F2"/>
            <w:vAlign w:val="center"/>
          </w:tcPr>
          <w:p w14:paraId="2A79634C" w14:textId="743CA880" w:rsidR="004D3C9D" w:rsidRPr="002E6258" w:rsidRDefault="004D3C9D" w:rsidP="004D3C9D">
            <w:pPr>
              <w:spacing w:line="260" w:lineRule="exact"/>
              <w:rPr>
                <w:rFonts w:asciiTheme="majorHAnsi" w:hAnsiTheme="majorHAnsi" w:cstheme="majorHAnsi"/>
                <w:sz w:val="22"/>
              </w:rPr>
            </w:pPr>
            <w:r w:rsidRPr="002E6258">
              <w:rPr>
                <w:rFonts w:asciiTheme="majorHAnsi" w:hAnsiTheme="majorHAnsi" w:cstheme="majorHAnsi"/>
                <w:sz w:val="22"/>
              </w:rPr>
              <w:t>Evaluation Complete by:</w:t>
            </w:r>
          </w:p>
        </w:tc>
        <w:tc>
          <w:tcPr>
            <w:tcW w:w="6094" w:type="dxa"/>
            <w:vAlign w:val="center"/>
          </w:tcPr>
          <w:p w14:paraId="0DE3149B" w14:textId="77777777" w:rsidR="004D3C9D" w:rsidRPr="002E6258" w:rsidRDefault="004D3C9D" w:rsidP="004D3C9D">
            <w:pPr>
              <w:spacing w:line="260" w:lineRule="exact"/>
              <w:rPr>
                <w:rFonts w:asciiTheme="majorHAnsi" w:hAnsiTheme="majorHAnsi" w:cstheme="majorHAnsi"/>
                <w:sz w:val="22"/>
              </w:rPr>
            </w:pPr>
          </w:p>
        </w:tc>
      </w:tr>
      <w:tr w:rsidR="004D3C9D" w:rsidRPr="002E6258" w14:paraId="6FC6D9C2" w14:textId="77777777" w:rsidTr="004D3C9D">
        <w:trPr>
          <w:trHeight w:val="340"/>
        </w:trPr>
        <w:tc>
          <w:tcPr>
            <w:tcW w:w="3256" w:type="dxa"/>
            <w:shd w:val="clear" w:color="auto" w:fill="F2F2F2" w:themeFill="background1" w:themeFillShade="F2"/>
            <w:vAlign w:val="center"/>
          </w:tcPr>
          <w:p w14:paraId="48D8D6A2" w14:textId="0818CB7C" w:rsidR="004D3C9D" w:rsidRPr="002E6258" w:rsidRDefault="004D3C9D" w:rsidP="004D3C9D">
            <w:pPr>
              <w:spacing w:line="260" w:lineRule="exact"/>
              <w:rPr>
                <w:rFonts w:asciiTheme="majorHAnsi" w:hAnsiTheme="majorHAnsi" w:cstheme="majorHAnsi"/>
                <w:sz w:val="22"/>
              </w:rPr>
            </w:pPr>
            <w:r w:rsidRPr="002E6258">
              <w:rPr>
                <w:rFonts w:asciiTheme="majorHAnsi" w:hAnsiTheme="majorHAnsi" w:cstheme="majorHAnsi"/>
                <w:sz w:val="22"/>
              </w:rPr>
              <w:t>Date evaluation completed on:</w:t>
            </w:r>
          </w:p>
        </w:tc>
        <w:tc>
          <w:tcPr>
            <w:tcW w:w="6094" w:type="dxa"/>
            <w:vAlign w:val="center"/>
          </w:tcPr>
          <w:p w14:paraId="41AEF3AC" w14:textId="77777777" w:rsidR="004D3C9D" w:rsidRPr="002E6258" w:rsidRDefault="004D3C9D" w:rsidP="004D3C9D">
            <w:pPr>
              <w:spacing w:line="260" w:lineRule="exact"/>
              <w:rPr>
                <w:rFonts w:asciiTheme="majorHAnsi" w:hAnsiTheme="majorHAnsi" w:cstheme="majorHAnsi"/>
                <w:sz w:val="22"/>
              </w:rPr>
            </w:pPr>
          </w:p>
        </w:tc>
      </w:tr>
    </w:tbl>
    <w:p w14:paraId="59060E54" w14:textId="77777777" w:rsidR="008C7885" w:rsidRPr="002E6258" w:rsidRDefault="008C7885" w:rsidP="00CD44B3">
      <w:pPr>
        <w:spacing w:after="0" w:line="260" w:lineRule="exact"/>
        <w:jc w:val="both"/>
        <w:rPr>
          <w:rFonts w:asciiTheme="majorHAnsi" w:hAnsiTheme="majorHAnsi" w:cstheme="majorHAnsi"/>
          <w:szCs w:val="21"/>
        </w:rPr>
      </w:pPr>
    </w:p>
    <w:p w14:paraId="0E1CD40C" w14:textId="77777777" w:rsidR="008C7885" w:rsidRPr="002E6258" w:rsidRDefault="008C7885" w:rsidP="00CD44B3">
      <w:pPr>
        <w:spacing w:after="0" w:line="260" w:lineRule="exact"/>
        <w:jc w:val="both"/>
        <w:rPr>
          <w:rFonts w:asciiTheme="majorHAnsi" w:hAnsiTheme="majorHAnsi" w:cstheme="majorHAnsi"/>
          <w:szCs w:val="21"/>
        </w:rPr>
      </w:pPr>
    </w:p>
    <w:p w14:paraId="5AD01AB3" w14:textId="0337A4E5" w:rsidR="008C7885" w:rsidRPr="00527FC9" w:rsidRDefault="008C7885" w:rsidP="004D3388">
      <w:pPr>
        <w:pStyle w:val="ListParagraph"/>
        <w:numPr>
          <w:ilvl w:val="0"/>
          <w:numId w:val="12"/>
        </w:numPr>
        <w:spacing w:after="0" w:line="260" w:lineRule="exact"/>
        <w:rPr>
          <w:rFonts w:asciiTheme="majorHAnsi" w:hAnsiTheme="majorHAnsi" w:cstheme="majorHAnsi"/>
          <w:b/>
          <w:bCs/>
          <w:sz w:val="26"/>
          <w:szCs w:val="26"/>
        </w:rPr>
      </w:pPr>
      <w:r w:rsidRPr="00527FC9">
        <w:rPr>
          <w:rFonts w:asciiTheme="majorHAnsi" w:hAnsiTheme="majorHAnsi" w:cstheme="majorHAnsi"/>
          <w:b/>
          <w:bCs/>
          <w:sz w:val="26"/>
          <w:szCs w:val="26"/>
        </w:rPr>
        <w:t>Selection and Pass/Fail Requirements</w:t>
      </w:r>
    </w:p>
    <w:p w14:paraId="7C9D356B" w14:textId="77777777" w:rsidR="008C7885" w:rsidRPr="002E6258" w:rsidRDefault="008C7885" w:rsidP="008C7885">
      <w:pPr>
        <w:spacing w:after="0" w:line="260" w:lineRule="exact"/>
        <w:rPr>
          <w:rFonts w:asciiTheme="majorHAnsi" w:hAnsiTheme="majorHAnsi" w:cstheme="majorHAnsi"/>
          <w:szCs w:val="21"/>
        </w:rPr>
      </w:pPr>
    </w:p>
    <w:p w14:paraId="36173565" w14:textId="77777777" w:rsidR="008C7885" w:rsidRPr="002E6258" w:rsidRDefault="008C7885" w:rsidP="008C7885">
      <w:pPr>
        <w:spacing w:after="0" w:line="260" w:lineRule="exact"/>
        <w:rPr>
          <w:rFonts w:asciiTheme="majorHAnsi" w:hAnsiTheme="majorHAnsi" w:cstheme="majorHAnsi"/>
          <w:szCs w:val="21"/>
        </w:rPr>
      </w:pPr>
      <w:r w:rsidRPr="002E6258">
        <w:rPr>
          <w:rFonts w:asciiTheme="majorHAnsi" w:hAnsiTheme="majorHAnsi" w:cstheme="majorHAnsi"/>
          <w:szCs w:val="21"/>
        </w:rPr>
        <w:t>Failure to satisfy a mandatory/pass-fail requirement may result in exclusion, subject to applicable procurement rules and any lawful clarification process. Selection requirements will be applied proportionately to the subject matter and value of the contract.</w:t>
      </w:r>
    </w:p>
    <w:p w14:paraId="33683058" w14:textId="77777777" w:rsidR="008C7885" w:rsidRPr="002E6258" w:rsidRDefault="008C7885" w:rsidP="008C7885">
      <w:pPr>
        <w:spacing w:after="0" w:line="260" w:lineRule="exact"/>
        <w:rPr>
          <w:rFonts w:asciiTheme="majorHAnsi" w:hAnsiTheme="majorHAnsi" w:cstheme="majorHAnsi"/>
          <w:szCs w:val="21"/>
        </w:rPr>
      </w:pPr>
    </w:p>
    <w:tbl>
      <w:tblPr>
        <w:tblStyle w:val="TableGrid"/>
        <w:tblW w:w="9745" w:type="dxa"/>
        <w:jc w:val="center"/>
        <w:tblLook w:val="04A0" w:firstRow="1" w:lastRow="0" w:firstColumn="1" w:lastColumn="0" w:noHBand="0" w:noVBand="1"/>
      </w:tblPr>
      <w:tblGrid>
        <w:gridCol w:w="1195"/>
        <w:gridCol w:w="6313"/>
        <w:gridCol w:w="1134"/>
        <w:gridCol w:w="1103"/>
      </w:tblGrid>
      <w:tr w:rsidR="00283E72" w:rsidRPr="002E6258" w14:paraId="162ECC61" w14:textId="0B803A41" w:rsidTr="00283E72">
        <w:trPr>
          <w:trHeight w:val="567"/>
          <w:jc w:val="center"/>
        </w:trPr>
        <w:tc>
          <w:tcPr>
            <w:tcW w:w="1195" w:type="dxa"/>
            <w:shd w:val="clear" w:color="auto" w:fill="F2F2F2" w:themeFill="background1" w:themeFillShade="F2"/>
            <w:vAlign w:val="center"/>
          </w:tcPr>
          <w:p w14:paraId="682977E5" w14:textId="77777777" w:rsidR="00283E72" w:rsidRPr="002E6258" w:rsidRDefault="00283E72" w:rsidP="008B53A8">
            <w:pPr>
              <w:spacing w:line="260" w:lineRule="exact"/>
              <w:rPr>
                <w:rFonts w:asciiTheme="majorHAnsi" w:hAnsiTheme="majorHAnsi" w:cstheme="majorHAnsi"/>
                <w:szCs w:val="21"/>
              </w:rPr>
            </w:pPr>
            <w:r w:rsidRPr="002E6258">
              <w:rPr>
                <w:rFonts w:asciiTheme="majorHAnsi" w:hAnsiTheme="majorHAnsi" w:cstheme="majorHAnsi"/>
                <w:b/>
                <w:szCs w:val="21"/>
              </w:rPr>
              <w:t>Criterion</w:t>
            </w:r>
          </w:p>
        </w:tc>
        <w:tc>
          <w:tcPr>
            <w:tcW w:w="6313" w:type="dxa"/>
            <w:shd w:val="clear" w:color="auto" w:fill="F2F2F2" w:themeFill="background1" w:themeFillShade="F2"/>
            <w:vAlign w:val="center"/>
          </w:tcPr>
          <w:p w14:paraId="19E98B92" w14:textId="77777777" w:rsidR="00283E72" w:rsidRPr="002E6258" w:rsidRDefault="00283E72" w:rsidP="008B53A8">
            <w:pPr>
              <w:spacing w:line="260" w:lineRule="exact"/>
              <w:rPr>
                <w:rFonts w:asciiTheme="majorHAnsi" w:hAnsiTheme="majorHAnsi" w:cstheme="majorHAnsi"/>
                <w:szCs w:val="21"/>
              </w:rPr>
            </w:pPr>
            <w:r w:rsidRPr="002E6258">
              <w:rPr>
                <w:rFonts w:asciiTheme="majorHAnsi" w:hAnsiTheme="majorHAnsi" w:cstheme="majorHAnsi"/>
                <w:b/>
                <w:szCs w:val="21"/>
              </w:rPr>
              <w:t>Evidence / requirement</w:t>
            </w:r>
          </w:p>
        </w:tc>
        <w:tc>
          <w:tcPr>
            <w:tcW w:w="2237" w:type="dxa"/>
            <w:gridSpan w:val="2"/>
            <w:shd w:val="clear" w:color="auto" w:fill="F2F2F2" w:themeFill="background1" w:themeFillShade="F2"/>
            <w:vAlign w:val="center"/>
          </w:tcPr>
          <w:p w14:paraId="51478796" w14:textId="3D0FF587" w:rsidR="00283E72" w:rsidRPr="002E6258" w:rsidRDefault="00283E72" w:rsidP="00CB7DBC">
            <w:pPr>
              <w:spacing w:line="260" w:lineRule="exact"/>
              <w:jc w:val="center"/>
              <w:rPr>
                <w:rFonts w:asciiTheme="majorHAnsi" w:hAnsiTheme="majorHAnsi" w:cstheme="majorHAnsi"/>
                <w:b/>
                <w:szCs w:val="21"/>
              </w:rPr>
            </w:pPr>
            <w:r w:rsidRPr="002E6258">
              <w:rPr>
                <w:rFonts w:asciiTheme="majorHAnsi" w:hAnsiTheme="majorHAnsi" w:cstheme="majorHAnsi"/>
                <w:b/>
                <w:szCs w:val="21"/>
              </w:rPr>
              <w:t>Assessment</w:t>
            </w:r>
            <w:r>
              <w:rPr>
                <w:rFonts w:asciiTheme="majorHAnsi" w:hAnsiTheme="majorHAnsi" w:cstheme="majorHAnsi"/>
                <w:b/>
                <w:szCs w:val="21"/>
              </w:rPr>
              <w:t xml:space="preserve"> (CIRCLE)</w:t>
            </w:r>
          </w:p>
        </w:tc>
      </w:tr>
      <w:tr w:rsidR="00DF3F94" w:rsidRPr="002E6258" w14:paraId="6CFB872C" w14:textId="30D48F37" w:rsidTr="00283E72">
        <w:trPr>
          <w:trHeight w:val="680"/>
          <w:jc w:val="center"/>
        </w:trPr>
        <w:tc>
          <w:tcPr>
            <w:tcW w:w="1195" w:type="dxa"/>
            <w:shd w:val="clear" w:color="auto" w:fill="F2F2F2" w:themeFill="background1" w:themeFillShade="F2"/>
            <w:vAlign w:val="center"/>
          </w:tcPr>
          <w:p w14:paraId="2AE4F6E8" w14:textId="119F0BF6" w:rsidR="00DF3F94" w:rsidRPr="002E6258" w:rsidRDefault="00DF3F94" w:rsidP="008B53A8">
            <w:pPr>
              <w:spacing w:line="260" w:lineRule="exact"/>
              <w:rPr>
                <w:rFonts w:asciiTheme="majorHAnsi" w:hAnsiTheme="majorHAnsi" w:cstheme="majorHAnsi"/>
                <w:szCs w:val="21"/>
              </w:rPr>
            </w:pPr>
            <w:r w:rsidRPr="002E6258">
              <w:rPr>
                <w:rFonts w:asciiTheme="majorHAnsi" w:hAnsiTheme="majorHAnsi" w:cstheme="majorHAnsi"/>
                <w:szCs w:val="21"/>
              </w:rPr>
              <w:t>Legal standing</w:t>
            </w:r>
          </w:p>
        </w:tc>
        <w:tc>
          <w:tcPr>
            <w:tcW w:w="6313" w:type="dxa"/>
            <w:vAlign w:val="center"/>
          </w:tcPr>
          <w:p w14:paraId="2CE0EC63" w14:textId="546AC6DE" w:rsidR="00DF3F94" w:rsidRPr="002E6258" w:rsidRDefault="00DF3F94" w:rsidP="008B53A8">
            <w:pPr>
              <w:spacing w:line="260" w:lineRule="exact"/>
              <w:rPr>
                <w:rFonts w:asciiTheme="majorHAnsi" w:hAnsiTheme="majorHAnsi" w:cstheme="majorHAnsi"/>
                <w:szCs w:val="21"/>
              </w:rPr>
            </w:pPr>
            <w:r w:rsidRPr="002E6258">
              <w:rPr>
                <w:rFonts w:asciiTheme="majorHAnsi" w:hAnsiTheme="majorHAnsi" w:cstheme="majorHAnsi"/>
                <w:szCs w:val="21"/>
              </w:rPr>
              <w:t xml:space="preserve">Tenderer is legally entitled to </w:t>
            </w:r>
            <w:proofErr w:type="gramStart"/>
            <w:r w:rsidRPr="002E6258">
              <w:rPr>
                <w:rFonts w:asciiTheme="majorHAnsi" w:hAnsiTheme="majorHAnsi" w:cstheme="majorHAnsi"/>
                <w:szCs w:val="21"/>
              </w:rPr>
              <w:t>enter</w:t>
            </w:r>
            <w:proofErr w:type="gramEnd"/>
            <w:r w:rsidRPr="002E6258">
              <w:rPr>
                <w:rFonts w:asciiTheme="majorHAnsi" w:hAnsiTheme="majorHAnsi" w:cstheme="majorHAnsi"/>
                <w:szCs w:val="21"/>
              </w:rPr>
              <w:t xml:space="preserve"> the contract and is not subject to applicable exclusion grounds.</w:t>
            </w:r>
          </w:p>
        </w:tc>
        <w:tc>
          <w:tcPr>
            <w:tcW w:w="1134" w:type="dxa"/>
            <w:vAlign w:val="center"/>
          </w:tcPr>
          <w:p w14:paraId="4BD95E17" w14:textId="11C757A2" w:rsidR="00DF3F94" w:rsidRPr="002E6258" w:rsidRDefault="00DF3F94" w:rsidP="00283E72">
            <w:pPr>
              <w:spacing w:line="260" w:lineRule="exact"/>
              <w:jc w:val="center"/>
              <w:rPr>
                <w:rFonts w:asciiTheme="majorHAnsi" w:hAnsiTheme="majorHAnsi" w:cstheme="majorHAnsi"/>
                <w:szCs w:val="21"/>
              </w:rPr>
            </w:pPr>
            <w:r>
              <w:rPr>
                <w:rFonts w:asciiTheme="majorHAnsi" w:hAnsiTheme="majorHAnsi" w:cstheme="majorHAnsi"/>
                <w:szCs w:val="21"/>
              </w:rPr>
              <w:t>PASS</w:t>
            </w:r>
          </w:p>
        </w:tc>
        <w:tc>
          <w:tcPr>
            <w:tcW w:w="1103" w:type="dxa"/>
            <w:vAlign w:val="center"/>
          </w:tcPr>
          <w:p w14:paraId="65870F9D" w14:textId="65853995" w:rsidR="00DF3F94" w:rsidRPr="002E6258" w:rsidRDefault="00DF3F94" w:rsidP="00283E72">
            <w:pPr>
              <w:spacing w:line="260" w:lineRule="exact"/>
              <w:jc w:val="center"/>
              <w:rPr>
                <w:rFonts w:asciiTheme="majorHAnsi" w:hAnsiTheme="majorHAnsi" w:cstheme="majorHAnsi"/>
                <w:szCs w:val="21"/>
              </w:rPr>
            </w:pPr>
            <w:r>
              <w:rPr>
                <w:rFonts w:asciiTheme="majorHAnsi" w:hAnsiTheme="majorHAnsi" w:cstheme="majorHAnsi"/>
                <w:szCs w:val="21"/>
              </w:rPr>
              <w:t>FAIL</w:t>
            </w:r>
          </w:p>
        </w:tc>
      </w:tr>
      <w:tr w:rsidR="00DF3F94" w:rsidRPr="002E6258" w14:paraId="1608EBA1" w14:textId="294BD974" w:rsidTr="00283E72">
        <w:trPr>
          <w:trHeight w:val="680"/>
          <w:jc w:val="center"/>
        </w:trPr>
        <w:tc>
          <w:tcPr>
            <w:tcW w:w="1195" w:type="dxa"/>
            <w:shd w:val="clear" w:color="auto" w:fill="F2F2F2" w:themeFill="background1" w:themeFillShade="F2"/>
            <w:vAlign w:val="center"/>
          </w:tcPr>
          <w:p w14:paraId="70470A9E" w14:textId="4EFB70E8" w:rsidR="00DF3F94" w:rsidRPr="002E6258" w:rsidRDefault="00DF3F94" w:rsidP="002E5FFA">
            <w:pPr>
              <w:spacing w:line="260" w:lineRule="exact"/>
              <w:rPr>
                <w:rFonts w:asciiTheme="majorHAnsi" w:hAnsiTheme="majorHAnsi" w:cstheme="majorHAnsi"/>
                <w:szCs w:val="21"/>
              </w:rPr>
            </w:pPr>
            <w:r w:rsidRPr="002E6258">
              <w:rPr>
                <w:rFonts w:asciiTheme="majorHAnsi" w:hAnsiTheme="majorHAnsi" w:cstheme="majorHAnsi"/>
                <w:szCs w:val="21"/>
              </w:rPr>
              <w:t>Tax compliance</w:t>
            </w:r>
          </w:p>
        </w:tc>
        <w:tc>
          <w:tcPr>
            <w:tcW w:w="6313" w:type="dxa"/>
            <w:vAlign w:val="center"/>
          </w:tcPr>
          <w:p w14:paraId="706F3393" w14:textId="1F2743EF" w:rsidR="00DF3F94" w:rsidRPr="002E6258" w:rsidRDefault="00DF3F94" w:rsidP="002E5FFA">
            <w:pPr>
              <w:spacing w:line="260" w:lineRule="exact"/>
              <w:rPr>
                <w:rFonts w:asciiTheme="majorHAnsi" w:hAnsiTheme="majorHAnsi" w:cstheme="majorHAnsi"/>
                <w:szCs w:val="21"/>
              </w:rPr>
            </w:pPr>
            <w:r w:rsidRPr="002E6258">
              <w:rPr>
                <w:rFonts w:asciiTheme="majorHAnsi" w:hAnsiTheme="majorHAnsi" w:cstheme="majorHAnsi"/>
                <w:szCs w:val="21"/>
              </w:rPr>
              <w:t>Irish Tax Clearance Access Number/details or equivalent evidence where applicable.</w:t>
            </w:r>
          </w:p>
        </w:tc>
        <w:tc>
          <w:tcPr>
            <w:tcW w:w="1134" w:type="dxa"/>
            <w:vAlign w:val="center"/>
          </w:tcPr>
          <w:p w14:paraId="751A890F" w14:textId="1DC3E265" w:rsidR="00DF3F94" w:rsidRPr="002E6258" w:rsidRDefault="00DF3F94" w:rsidP="00283E72">
            <w:pPr>
              <w:spacing w:line="260" w:lineRule="exact"/>
              <w:jc w:val="center"/>
              <w:rPr>
                <w:rFonts w:asciiTheme="majorHAnsi" w:hAnsiTheme="majorHAnsi" w:cstheme="majorHAnsi"/>
                <w:szCs w:val="21"/>
              </w:rPr>
            </w:pPr>
            <w:r>
              <w:rPr>
                <w:rFonts w:asciiTheme="majorHAnsi" w:hAnsiTheme="majorHAnsi" w:cstheme="majorHAnsi"/>
                <w:szCs w:val="21"/>
              </w:rPr>
              <w:t>PASS</w:t>
            </w:r>
          </w:p>
        </w:tc>
        <w:tc>
          <w:tcPr>
            <w:tcW w:w="1103" w:type="dxa"/>
            <w:vAlign w:val="center"/>
          </w:tcPr>
          <w:p w14:paraId="5DE20956" w14:textId="487DEE8E" w:rsidR="00DF3F94" w:rsidRPr="002E6258" w:rsidRDefault="00DF3F94" w:rsidP="00283E72">
            <w:pPr>
              <w:spacing w:line="260" w:lineRule="exact"/>
              <w:jc w:val="center"/>
              <w:rPr>
                <w:rFonts w:asciiTheme="majorHAnsi" w:hAnsiTheme="majorHAnsi" w:cstheme="majorHAnsi"/>
                <w:szCs w:val="21"/>
              </w:rPr>
            </w:pPr>
            <w:r>
              <w:rPr>
                <w:rFonts w:asciiTheme="majorHAnsi" w:hAnsiTheme="majorHAnsi" w:cstheme="majorHAnsi"/>
                <w:szCs w:val="21"/>
              </w:rPr>
              <w:t>FAIL</w:t>
            </w:r>
          </w:p>
        </w:tc>
      </w:tr>
      <w:tr w:rsidR="00DF3F94" w:rsidRPr="002E6258" w14:paraId="62A7A7FB" w14:textId="18FA20D8" w:rsidTr="00283E72">
        <w:trPr>
          <w:trHeight w:val="1134"/>
          <w:jc w:val="center"/>
        </w:trPr>
        <w:tc>
          <w:tcPr>
            <w:tcW w:w="1195" w:type="dxa"/>
            <w:shd w:val="clear" w:color="auto" w:fill="F2F2F2" w:themeFill="background1" w:themeFillShade="F2"/>
            <w:vAlign w:val="center"/>
          </w:tcPr>
          <w:p w14:paraId="0E143587" w14:textId="69890C54" w:rsidR="00DF3F94" w:rsidRPr="002E6258" w:rsidRDefault="00DF3F94" w:rsidP="002E5FFA">
            <w:pPr>
              <w:spacing w:line="260" w:lineRule="exact"/>
              <w:rPr>
                <w:rFonts w:asciiTheme="majorHAnsi" w:hAnsiTheme="majorHAnsi" w:cstheme="majorHAnsi"/>
                <w:szCs w:val="21"/>
              </w:rPr>
            </w:pPr>
            <w:r w:rsidRPr="002E6258">
              <w:rPr>
                <w:rFonts w:asciiTheme="majorHAnsi" w:hAnsiTheme="majorHAnsi" w:cstheme="majorHAnsi"/>
                <w:szCs w:val="21"/>
              </w:rPr>
              <w:t>Insurance</w:t>
            </w:r>
          </w:p>
        </w:tc>
        <w:tc>
          <w:tcPr>
            <w:tcW w:w="6313" w:type="dxa"/>
            <w:vAlign w:val="center"/>
          </w:tcPr>
          <w:p w14:paraId="385647B9" w14:textId="2A2E064B" w:rsidR="00DF3F94" w:rsidRPr="002E6258" w:rsidRDefault="00DF3F94" w:rsidP="002E5FFA">
            <w:pPr>
              <w:spacing w:line="260" w:lineRule="exact"/>
              <w:rPr>
                <w:rFonts w:asciiTheme="majorHAnsi" w:hAnsiTheme="majorHAnsi" w:cstheme="majorHAnsi"/>
                <w:szCs w:val="21"/>
              </w:rPr>
            </w:pPr>
            <w:r w:rsidRPr="002E6258">
              <w:rPr>
                <w:rFonts w:asciiTheme="majorHAnsi" w:hAnsiTheme="majorHAnsi" w:cstheme="majorHAnsi"/>
                <w:szCs w:val="21"/>
              </w:rPr>
              <w:t>Tenderer must confirm that, if awarded the contract, it will maintain insurance appropriate to the risks of supply, installation, product liability and on-site activities. Evidence and final limits may be requested before contract signature.</w:t>
            </w:r>
          </w:p>
        </w:tc>
        <w:tc>
          <w:tcPr>
            <w:tcW w:w="1134" w:type="dxa"/>
            <w:vAlign w:val="center"/>
          </w:tcPr>
          <w:p w14:paraId="610A4937" w14:textId="1346C2DC" w:rsidR="00DF3F94" w:rsidRPr="002E6258" w:rsidRDefault="00DF3F94" w:rsidP="00283E72">
            <w:pPr>
              <w:spacing w:line="260" w:lineRule="exact"/>
              <w:jc w:val="center"/>
              <w:rPr>
                <w:rFonts w:asciiTheme="majorHAnsi" w:hAnsiTheme="majorHAnsi" w:cstheme="majorHAnsi"/>
                <w:szCs w:val="21"/>
              </w:rPr>
            </w:pPr>
            <w:r>
              <w:rPr>
                <w:rFonts w:asciiTheme="majorHAnsi" w:hAnsiTheme="majorHAnsi" w:cstheme="majorHAnsi"/>
                <w:szCs w:val="21"/>
              </w:rPr>
              <w:t>PASS</w:t>
            </w:r>
          </w:p>
        </w:tc>
        <w:tc>
          <w:tcPr>
            <w:tcW w:w="1103" w:type="dxa"/>
            <w:vAlign w:val="center"/>
          </w:tcPr>
          <w:p w14:paraId="4ECAAAE7" w14:textId="5E99568F" w:rsidR="00DF3F94" w:rsidRPr="002E6258" w:rsidRDefault="00DF3F94" w:rsidP="00283E72">
            <w:pPr>
              <w:spacing w:line="260" w:lineRule="exact"/>
              <w:jc w:val="center"/>
              <w:rPr>
                <w:rFonts w:asciiTheme="majorHAnsi" w:hAnsiTheme="majorHAnsi" w:cstheme="majorHAnsi"/>
                <w:szCs w:val="21"/>
              </w:rPr>
            </w:pPr>
            <w:r>
              <w:rPr>
                <w:rFonts w:asciiTheme="majorHAnsi" w:hAnsiTheme="majorHAnsi" w:cstheme="majorHAnsi"/>
                <w:szCs w:val="21"/>
              </w:rPr>
              <w:t>FAIL</w:t>
            </w:r>
          </w:p>
        </w:tc>
      </w:tr>
      <w:tr w:rsidR="00DF3F94" w:rsidRPr="002E6258" w14:paraId="7B8D911D" w14:textId="08B8F590" w:rsidTr="00283E72">
        <w:trPr>
          <w:trHeight w:val="907"/>
          <w:jc w:val="center"/>
        </w:trPr>
        <w:tc>
          <w:tcPr>
            <w:tcW w:w="1195" w:type="dxa"/>
            <w:shd w:val="clear" w:color="auto" w:fill="F2F2F2" w:themeFill="background1" w:themeFillShade="F2"/>
            <w:vAlign w:val="center"/>
          </w:tcPr>
          <w:p w14:paraId="6A8038B0" w14:textId="1CCEF3CA" w:rsidR="00DF3F94" w:rsidRPr="002E6258" w:rsidRDefault="00DF3F94" w:rsidP="002E5FFA">
            <w:pPr>
              <w:spacing w:line="260" w:lineRule="exact"/>
              <w:rPr>
                <w:rFonts w:asciiTheme="majorHAnsi" w:hAnsiTheme="majorHAnsi" w:cstheme="majorHAnsi"/>
                <w:szCs w:val="21"/>
              </w:rPr>
            </w:pPr>
            <w:r w:rsidRPr="002E6258">
              <w:rPr>
                <w:rFonts w:asciiTheme="majorHAnsi" w:hAnsiTheme="majorHAnsi" w:cstheme="majorHAnsi"/>
                <w:szCs w:val="21"/>
              </w:rPr>
              <w:t>Relevant experience</w:t>
            </w:r>
          </w:p>
        </w:tc>
        <w:tc>
          <w:tcPr>
            <w:tcW w:w="6313" w:type="dxa"/>
            <w:vAlign w:val="center"/>
          </w:tcPr>
          <w:p w14:paraId="540BA914" w14:textId="2CD0D512" w:rsidR="00DF3F94" w:rsidRPr="002E6258" w:rsidRDefault="00DF3F94" w:rsidP="002E5FFA">
            <w:pPr>
              <w:spacing w:line="260" w:lineRule="exact"/>
              <w:rPr>
                <w:rFonts w:asciiTheme="majorHAnsi" w:hAnsiTheme="majorHAnsi" w:cstheme="majorHAnsi"/>
                <w:szCs w:val="21"/>
              </w:rPr>
            </w:pPr>
            <w:r w:rsidRPr="002E6258">
              <w:rPr>
                <w:rFonts w:asciiTheme="majorHAnsi" w:hAnsiTheme="majorHAnsi" w:cstheme="majorHAnsi"/>
                <w:szCs w:val="21"/>
              </w:rPr>
              <w:t>At least two relevant professional simulator supply/installation projects completed within the previous five years, or equivalent evidence for a newer market entrant.</w:t>
            </w:r>
          </w:p>
        </w:tc>
        <w:tc>
          <w:tcPr>
            <w:tcW w:w="1134" w:type="dxa"/>
            <w:vAlign w:val="center"/>
          </w:tcPr>
          <w:p w14:paraId="5E6248BE" w14:textId="2A8137AC" w:rsidR="00DF3F94" w:rsidRPr="002E6258" w:rsidRDefault="00DF3F94" w:rsidP="00283E72">
            <w:pPr>
              <w:spacing w:line="260" w:lineRule="exact"/>
              <w:jc w:val="center"/>
              <w:rPr>
                <w:rFonts w:asciiTheme="majorHAnsi" w:hAnsiTheme="majorHAnsi" w:cstheme="majorHAnsi"/>
                <w:szCs w:val="21"/>
              </w:rPr>
            </w:pPr>
            <w:r>
              <w:rPr>
                <w:rFonts w:asciiTheme="majorHAnsi" w:hAnsiTheme="majorHAnsi" w:cstheme="majorHAnsi"/>
                <w:szCs w:val="21"/>
              </w:rPr>
              <w:t>PASS</w:t>
            </w:r>
          </w:p>
        </w:tc>
        <w:tc>
          <w:tcPr>
            <w:tcW w:w="1103" w:type="dxa"/>
            <w:vAlign w:val="center"/>
          </w:tcPr>
          <w:p w14:paraId="3AB15C7F" w14:textId="376FA0C6" w:rsidR="00DF3F94" w:rsidRPr="002E6258" w:rsidRDefault="00DF3F94" w:rsidP="00283E72">
            <w:pPr>
              <w:spacing w:line="260" w:lineRule="exact"/>
              <w:jc w:val="center"/>
              <w:rPr>
                <w:rFonts w:asciiTheme="majorHAnsi" w:hAnsiTheme="majorHAnsi" w:cstheme="majorHAnsi"/>
                <w:szCs w:val="21"/>
              </w:rPr>
            </w:pPr>
            <w:r>
              <w:rPr>
                <w:rFonts w:asciiTheme="majorHAnsi" w:hAnsiTheme="majorHAnsi" w:cstheme="majorHAnsi"/>
                <w:szCs w:val="21"/>
              </w:rPr>
              <w:t>FAIL</w:t>
            </w:r>
          </w:p>
        </w:tc>
      </w:tr>
      <w:tr w:rsidR="00DF3F94" w:rsidRPr="002E6258" w14:paraId="7B665B9C" w14:textId="77777777" w:rsidTr="00283E72">
        <w:trPr>
          <w:trHeight w:val="680"/>
          <w:jc w:val="center"/>
        </w:trPr>
        <w:tc>
          <w:tcPr>
            <w:tcW w:w="1195" w:type="dxa"/>
            <w:shd w:val="clear" w:color="auto" w:fill="F2F2F2" w:themeFill="background1" w:themeFillShade="F2"/>
            <w:vAlign w:val="center"/>
          </w:tcPr>
          <w:p w14:paraId="00F0A66C" w14:textId="12E57480" w:rsidR="00DF3F94" w:rsidRPr="002E6258" w:rsidRDefault="00DF3F94" w:rsidP="002E5FFA">
            <w:pPr>
              <w:spacing w:line="260" w:lineRule="exact"/>
              <w:rPr>
                <w:rFonts w:asciiTheme="majorHAnsi" w:hAnsiTheme="majorHAnsi" w:cstheme="majorHAnsi"/>
                <w:szCs w:val="21"/>
              </w:rPr>
            </w:pPr>
            <w:r w:rsidRPr="002E6258">
              <w:rPr>
                <w:rFonts w:asciiTheme="majorHAnsi" w:hAnsiTheme="majorHAnsi" w:cstheme="majorHAnsi"/>
                <w:szCs w:val="21"/>
              </w:rPr>
              <w:t>Support capability</w:t>
            </w:r>
          </w:p>
        </w:tc>
        <w:tc>
          <w:tcPr>
            <w:tcW w:w="6313" w:type="dxa"/>
            <w:vAlign w:val="center"/>
          </w:tcPr>
          <w:p w14:paraId="2B2D1E35" w14:textId="5E47D721" w:rsidR="00DF3F94" w:rsidRPr="002E6258" w:rsidRDefault="00DF3F94" w:rsidP="002E5FFA">
            <w:pPr>
              <w:spacing w:line="260" w:lineRule="exact"/>
              <w:rPr>
                <w:rFonts w:asciiTheme="majorHAnsi" w:hAnsiTheme="majorHAnsi" w:cstheme="majorHAnsi"/>
                <w:szCs w:val="21"/>
              </w:rPr>
            </w:pPr>
            <w:r w:rsidRPr="002E6258">
              <w:rPr>
                <w:rFonts w:asciiTheme="majorHAnsi" w:hAnsiTheme="majorHAnsi" w:cstheme="majorHAnsi"/>
                <w:szCs w:val="21"/>
              </w:rPr>
              <w:t>Demonstrated capability to support the systems in Ireland for the warranty/support period.</w:t>
            </w:r>
          </w:p>
        </w:tc>
        <w:tc>
          <w:tcPr>
            <w:tcW w:w="1134" w:type="dxa"/>
            <w:vAlign w:val="center"/>
          </w:tcPr>
          <w:p w14:paraId="7CEC9562" w14:textId="48EC9CFA" w:rsidR="00DF3F94" w:rsidRPr="002E6258" w:rsidRDefault="00DF3F94" w:rsidP="00283E72">
            <w:pPr>
              <w:spacing w:line="260" w:lineRule="exact"/>
              <w:jc w:val="center"/>
              <w:rPr>
                <w:rFonts w:asciiTheme="majorHAnsi" w:hAnsiTheme="majorHAnsi" w:cstheme="majorHAnsi"/>
                <w:szCs w:val="21"/>
              </w:rPr>
            </w:pPr>
            <w:r>
              <w:rPr>
                <w:rFonts w:asciiTheme="majorHAnsi" w:hAnsiTheme="majorHAnsi" w:cstheme="majorHAnsi"/>
                <w:szCs w:val="21"/>
              </w:rPr>
              <w:t>PASS</w:t>
            </w:r>
          </w:p>
        </w:tc>
        <w:tc>
          <w:tcPr>
            <w:tcW w:w="1103" w:type="dxa"/>
            <w:vAlign w:val="center"/>
          </w:tcPr>
          <w:p w14:paraId="1B2BD3BB" w14:textId="16F36592" w:rsidR="00DF3F94" w:rsidRPr="002E6258" w:rsidRDefault="00DF3F94" w:rsidP="00283E72">
            <w:pPr>
              <w:spacing w:line="260" w:lineRule="exact"/>
              <w:jc w:val="center"/>
              <w:rPr>
                <w:rFonts w:asciiTheme="majorHAnsi" w:hAnsiTheme="majorHAnsi" w:cstheme="majorHAnsi"/>
                <w:szCs w:val="21"/>
              </w:rPr>
            </w:pPr>
            <w:r>
              <w:rPr>
                <w:rFonts w:asciiTheme="majorHAnsi" w:hAnsiTheme="majorHAnsi" w:cstheme="majorHAnsi"/>
                <w:szCs w:val="21"/>
              </w:rPr>
              <w:t>FAIL</w:t>
            </w:r>
          </w:p>
        </w:tc>
      </w:tr>
      <w:tr w:rsidR="00DF3F94" w:rsidRPr="002E6258" w14:paraId="2BCEBB1C" w14:textId="77777777" w:rsidTr="00283E72">
        <w:trPr>
          <w:trHeight w:val="1134"/>
          <w:jc w:val="center"/>
        </w:trPr>
        <w:tc>
          <w:tcPr>
            <w:tcW w:w="1195" w:type="dxa"/>
            <w:shd w:val="clear" w:color="auto" w:fill="F2F2F2" w:themeFill="background1" w:themeFillShade="F2"/>
            <w:vAlign w:val="center"/>
          </w:tcPr>
          <w:p w14:paraId="6756389A" w14:textId="1396C2DB" w:rsidR="00DF3F94" w:rsidRPr="002E6258" w:rsidRDefault="00DF3F94" w:rsidP="002E5FFA">
            <w:pPr>
              <w:spacing w:line="260" w:lineRule="exact"/>
              <w:rPr>
                <w:rFonts w:asciiTheme="majorHAnsi" w:hAnsiTheme="majorHAnsi" w:cstheme="majorHAnsi"/>
                <w:szCs w:val="21"/>
              </w:rPr>
            </w:pPr>
            <w:r w:rsidRPr="002E6258">
              <w:rPr>
                <w:rFonts w:asciiTheme="majorHAnsi" w:hAnsiTheme="majorHAnsi" w:cstheme="majorHAnsi"/>
                <w:szCs w:val="21"/>
              </w:rPr>
              <w:t>Financial capacity</w:t>
            </w:r>
          </w:p>
        </w:tc>
        <w:tc>
          <w:tcPr>
            <w:tcW w:w="6313" w:type="dxa"/>
            <w:vAlign w:val="center"/>
          </w:tcPr>
          <w:p w14:paraId="71C66759" w14:textId="655849AF" w:rsidR="00DF3F94" w:rsidRPr="002E6258" w:rsidRDefault="00DF3F94" w:rsidP="002E5FFA">
            <w:pPr>
              <w:spacing w:line="260" w:lineRule="exact"/>
              <w:rPr>
                <w:rFonts w:asciiTheme="majorHAnsi" w:hAnsiTheme="majorHAnsi" w:cstheme="majorHAnsi"/>
                <w:szCs w:val="21"/>
              </w:rPr>
            </w:pPr>
            <w:r w:rsidRPr="002E6258">
              <w:rPr>
                <w:rFonts w:asciiTheme="majorHAnsi" w:hAnsiTheme="majorHAnsi" w:cstheme="majorHAnsi"/>
                <w:szCs w:val="21"/>
              </w:rPr>
              <w:t xml:space="preserve">Tenderer must demonstrate sufficient economic and financial standing to perform the contract. The Contracting </w:t>
            </w:r>
            <w:proofErr w:type="spellStart"/>
            <w:r w:rsidRPr="002E6258">
              <w:rPr>
                <w:rFonts w:asciiTheme="majorHAnsi" w:hAnsiTheme="majorHAnsi" w:cstheme="majorHAnsi"/>
                <w:szCs w:val="21"/>
              </w:rPr>
              <w:t>Organisation</w:t>
            </w:r>
            <w:proofErr w:type="spellEnd"/>
            <w:r w:rsidRPr="002E6258">
              <w:rPr>
                <w:rFonts w:asciiTheme="majorHAnsi" w:hAnsiTheme="majorHAnsi" w:cstheme="majorHAnsi"/>
                <w:szCs w:val="21"/>
              </w:rPr>
              <w:t xml:space="preserve"> may request accounts or equivalent evidence before award; requirements will be applied proportionately.</w:t>
            </w:r>
          </w:p>
        </w:tc>
        <w:tc>
          <w:tcPr>
            <w:tcW w:w="1134" w:type="dxa"/>
            <w:vAlign w:val="center"/>
          </w:tcPr>
          <w:p w14:paraId="6377C7C0" w14:textId="2D7B78C1" w:rsidR="00DF3F94" w:rsidRPr="002E6258" w:rsidRDefault="00DF3F94" w:rsidP="00283E72">
            <w:pPr>
              <w:spacing w:line="260" w:lineRule="exact"/>
              <w:jc w:val="center"/>
              <w:rPr>
                <w:rFonts w:asciiTheme="majorHAnsi" w:hAnsiTheme="majorHAnsi" w:cstheme="majorHAnsi"/>
                <w:szCs w:val="21"/>
              </w:rPr>
            </w:pPr>
            <w:r>
              <w:rPr>
                <w:rFonts w:asciiTheme="majorHAnsi" w:hAnsiTheme="majorHAnsi" w:cstheme="majorHAnsi"/>
                <w:szCs w:val="21"/>
              </w:rPr>
              <w:t>PASS</w:t>
            </w:r>
          </w:p>
        </w:tc>
        <w:tc>
          <w:tcPr>
            <w:tcW w:w="1103" w:type="dxa"/>
            <w:vAlign w:val="center"/>
          </w:tcPr>
          <w:p w14:paraId="05370BDC" w14:textId="0AA0ADCF" w:rsidR="00DF3F94" w:rsidRPr="002E6258" w:rsidRDefault="00DF3F94" w:rsidP="00283E72">
            <w:pPr>
              <w:spacing w:line="260" w:lineRule="exact"/>
              <w:jc w:val="center"/>
              <w:rPr>
                <w:rFonts w:asciiTheme="majorHAnsi" w:hAnsiTheme="majorHAnsi" w:cstheme="majorHAnsi"/>
                <w:szCs w:val="21"/>
              </w:rPr>
            </w:pPr>
            <w:r>
              <w:rPr>
                <w:rFonts w:asciiTheme="majorHAnsi" w:hAnsiTheme="majorHAnsi" w:cstheme="majorHAnsi"/>
                <w:szCs w:val="21"/>
              </w:rPr>
              <w:t>FAIL</w:t>
            </w:r>
          </w:p>
        </w:tc>
      </w:tr>
    </w:tbl>
    <w:p w14:paraId="42C49502" w14:textId="77777777" w:rsidR="00B02F02" w:rsidRDefault="00B02F02" w:rsidP="00CD44B3">
      <w:pPr>
        <w:spacing w:after="0" w:line="260" w:lineRule="exact"/>
        <w:rPr>
          <w:rFonts w:asciiTheme="majorHAnsi" w:hAnsiTheme="majorHAnsi" w:cstheme="majorHAnsi"/>
          <w:b/>
          <w:bCs/>
          <w:color w:val="548DD4" w:themeColor="text2" w:themeTint="99"/>
          <w:szCs w:val="24"/>
        </w:rPr>
      </w:pPr>
    </w:p>
    <w:p w14:paraId="12612003" w14:textId="77777777" w:rsidR="00283E72" w:rsidRDefault="00283E72" w:rsidP="00CD44B3">
      <w:pPr>
        <w:spacing w:after="0" w:line="260" w:lineRule="exact"/>
        <w:rPr>
          <w:rFonts w:asciiTheme="majorHAnsi" w:hAnsiTheme="majorHAnsi" w:cstheme="majorHAnsi"/>
          <w:b/>
          <w:bCs/>
          <w:color w:val="548DD4" w:themeColor="text2" w:themeTint="99"/>
          <w:szCs w:val="24"/>
        </w:rPr>
      </w:pPr>
    </w:p>
    <w:p w14:paraId="76A97970" w14:textId="77777777" w:rsidR="00283E72" w:rsidRDefault="00283E72" w:rsidP="00CD44B3">
      <w:pPr>
        <w:spacing w:after="0" w:line="260" w:lineRule="exact"/>
        <w:rPr>
          <w:rFonts w:asciiTheme="majorHAnsi" w:hAnsiTheme="majorHAnsi" w:cstheme="majorHAnsi"/>
          <w:b/>
          <w:bCs/>
          <w:color w:val="548DD4" w:themeColor="text2" w:themeTint="99"/>
          <w:szCs w:val="24"/>
        </w:rPr>
      </w:pPr>
    </w:p>
    <w:p w14:paraId="5A9FF600" w14:textId="77777777" w:rsidR="00283E72" w:rsidRPr="002E6258" w:rsidRDefault="00283E72" w:rsidP="00CD44B3">
      <w:pPr>
        <w:spacing w:after="0" w:line="260" w:lineRule="exact"/>
        <w:rPr>
          <w:rFonts w:asciiTheme="majorHAnsi" w:hAnsiTheme="majorHAnsi" w:cstheme="majorHAnsi"/>
          <w:b/>
          <w:bCs/>
          <w:color w:val="548DD4" w:themeColor="text2" w:themeTint="99"/>
          <w:szCs w:val="24"/>
        </w:rPr>
      </w:pPr>
    </w:p>
    <w:p w14:paraId="6338DA33" w14:textId="1DB2A913" w:rsidR="00A96B7C" w:rsidRPr="00527FC9" w:rsidRDefault="00527FC9" w:rsidP="00527FC9">
      <w:pPr>
        <w:spacing w:after="0" w:line="260" w:lineRule="exact"/>
        <w:ind w:firstLine="720"/>
        <w:rPr>
          <w:rFonts w:asciiTheme="majorHAnsi" w:hAnsiTheme="majorHAnsi" w:cstheme="majorHAnsi"/>
          <w:b/>
          <w:bCs/>
          <w:sz w:val="26"/>
          <w:szCs w:val="26"/>
        </w:rPr>
      </w:pPr>
      <w:r w:rsidRPr="00527FC9">
        <w:rPr>
          <w:rFonts w:asciiTheme="majorHAnsi" w:hAnsiTheme="majorHAnsi" w:cstheme="majorHAnsi"/>
          <w:b/>
          <w:bCs/>
          <w:sz w:val="26"/>
          <w:szCs w:val="26"/>
        </w:rPr>
        <w:lastRenderedPageBreak/>
        <w:t xml:space="preserve">B. </w:t>
      </w:r>
      <w:r w:rsidR="00832A25" w:rsidRPr="00527FC9">
        <w:rPr>
          <w:rFonts w:asciiTheme="majorHAnsi" w:hAnsiTheme="majorHAnsi" w:cstheme="majorHAnsi"/>
          <w:b/>
          <w:bCs/>
          <w:sz w:val="26"/>
          <w:szCs w:val="26"/>
        </w:rPr>
        <w:t xml:space="preserve">Evaluation </w:t>
      </w:r>
      <w:r w:rsidR="00A149A5" w:rsidRPr="00527FC9">
        <w:rPr>
          <w:rFonts w:asciiTheme="majorHAnsi" w:hAnsiTheme="majorHAnsi" w:cstheme="majorHAnsi"/>
          <w:b/>
          <w:bCs/>
          <w:sz w:val="26"/>
          <w:szCs w:val="26"/>
        </w:rPr>
        <w:t>N</w:t>
      </w:r>
      <w:r w:rsidR="00832A25" w:rsidRPr="00527FC9">
        <w:rPr>
          <w:rFonts w:asciiTheme="majorHAnsi" w:hAnsiTheme="majorHAnsi" w:cstheme="majorHAnsi"/>
          <w:b/>
          <w:bCs/>
          <w:sz w:val="26"/>
          <w:szCs w:val="26"/>
        </w:rPr>
        <w:t>otes</w:t>
      </w:r>
    </w:p>
    <w:p w14:paraId="00F804EF" w14:textId="77777777" w:rsidR="004F2FB2" w:rsidRPr="002E6258" w:rsidRDefault="004F2FB2" w:rsidP="00CD44B3">
      <w:pPr>
        <w:spacing w:after="0" w:line="260" w:lineRule="exact"/>
        <w:rPr>
          <w:rFonts w:asciiTheme="majorHAnsi" w:hAnsiTheme="majorHAnsi" w:cstheme="majorHAnsi"/>
          <w:szCs w:val="21"/>
        </w:rPr>
      </w:pPr>
    </w:p>
    <w:tbl>
      <w:tblPr>
        <w:tblStyle w:val="TableGrid"/>
        <w:tblW w:w="0" w:type="auto"/>
        <w:jc w:val="center"/>
        <w:tblLook w:val="04A0" w:firstRow="1" w:lastRow="0" w:firstColumn="1" w:lastColumn="0" w:noHBand="0" w:noVBand="1"/>
      </w:tblPr>
      <w:tblGrid>
        <w:gridCol w:w="1241"/>
        <w:gridCol w:w="4080"/>
        <w:gridCol w:w="1520"/>
        <w:gridCol w:w="1376"/>
        <w:gridCol w:w="1133"/>
      </w:tblGrid>
      <w:tr w:rsidR="006C5882" w:rsidRPr="002E6258" w14:paraId="63B00241" w14:textId="77777777" w:rsidTr="00867D57">
        <w:trPr>
          <w:trHeight w:val="624"/>
          <w:jc w:val="center"/>
        </w:trPr>
        <w:tc>
          <w:tcPr>
            <w:tcW w:w="1241" w:type="dxa"/>
            <w:shd w:val="clear" w:color="auto" w:fill="F2F2F2" w:themeFill="background1" w:themeFillShade="F2"/>
            <w:vAlign w:val="center"/>
          </w:tcPr>
          <w:p w14:paraId="1717C87F" w14:textId="77777777" w:rsidR="006C5882" w:rsidRPr="00527FC9" w:rsidRDefault="006C5882" w:rsidP="00CD44B3">
            <w:pPr>
              <w:spacing w:line="260" w:lineRule="exact"/>
              <w:rPr>
                <w:rFonts w:asciiTheme="majorHAnsi" w:hAnsiTheme="majorHAnsi" w:cstheme="majorHAnsi"/>
                <w:sz w:val="24"/>
                <w:szCs w:val="24"/>
              </w:rPr>
            </w:pPr>
            <w:r w:rsidRPr="00527FC9">
              <w:rPr>
                <w:rFonts w:asciiTheme="majorHAnsi" w:hAnsiTheme="majorHAnsi" w:cstheme="majorHAnsi"/>
                <w:b/>
                <w:sz w:val="24"/>
                <w:szCs w:val="24"/>
              </w:rPr>
              <w:t>Criterion</w:t>
            </w:r>
          </w:p>
        </w:tc>
        <w:tc>
          <w:tcPr>
            <w:tcW w:w="4080" w:type="dxa"/>
            <w:shd w:val="clear" w:color="auto" w:fill="F2F2F2" w:themeFill="background1" w:themeFillShade="F2"/>
            <w:vAlign w:val="center"/>
          </w:tcPr>
          <w:p w14:paraId="06736E2E" w14:textId="77777777" w:rsidR="006C5882" w:rsidRPr="00527FC9" w:rsidRDefault="006C5882" w:rsidP="00CB7DBC">
            <w:pPr>
              <w:spacing w:line="260" w:lineRule="exact"/>
              <w:rPr>
                <w:rFonts w:asciiTheme="majorHAnsi" w:hAnsiTheme="majorHAnsi" w:cstheme="majorHAnsi"/>
                <w:sz w:val="24"/>
                <w:szCs w:val="24"/>
              </w:rPr>
            </w:pPr>
            <w:r w:rsidRPr="00527FC9">
              <w:rPr>
                <w:rFonts w:asciiTheme="majorHAnsi" w:hAnsiTheme="majorHAnsi" w:cstheme="majorHAnsi"/>
                <w:b/>
                <w:sz w:val="24"/>
                <w:szCs w:val="24"/>
              </w:rPr>
              <w:t>Evidence / strengths / weaknesses</w:t>
            </w:r>
          </w:p>
        </w:tc>
        <w:tc>
          <w:tcPr>
            <w:tcW w:w="1520" w:type="dxa"/>
            <w:shd w:val="clear" w:color="auto" w:fill="F2F2F2" w:themeFill="background1" w:themeFillShade="F2"/>
          </w:tcPr>
          <w:p w14:paraId="5E95AC93" w14:textId="076A8ED6" w:rsidR="006C5882" w:rsidRPr="00527FC9" w:rsidRDefault="005116EA" w:rsidP="00CB7DBC">
            <w:pPr>
              <w:spacing w:line="260" w:lineRule="exact"/>
              <w:jc w:val="center"/>
              <w:rPr>
                <w:rFonts w:asciiTheme="majorHAnsi" w:hAnsiTheme="majorHAnsi" w:cstheme="majorHAnsi"/>
                <w:b/>
                <w:sz w:val="24"/>
                <w:szCs w:val="24"/>
              </w:rPr>
            </w:pPr>
            <w:proofErr w:type="gramStart"/>
            <w:r w:rsidRPr="00527FC9">
              <w:rPr>
                <w:rFonts w:asciiTheme="majorHAnsi" w:hAnsiTheme="majorHAnsi" w:cstheme="majorHAnsi"/>
                <w:b/>
                <w:sz w:val="24"/>
                <w:szCs w:val="24"/>
              </w:rPr>
              <w:t>Overall</w:t>
            </w:r>
            <w:proofErr w:type="gramEnd"/>
            <w:r w:rsidRPr="00527FC9">
              <w:rPr>
                <w:rFonts w:asciiTheme="majorHAnsi" w:hAnsiTheme="majorHAnsi" w:cstheme="majorHAnsi"/>
                <w:b/>
                <w:sz w:val="24"/>
                <w:szCs w:val="24"/>
              </w:rPr>
              <w:t xml:space="preserve"> Weight (%)</w:t>
            </w:r>
          </w:p>
        </w:tc>
        <w:tc>
          <w:tcPr>
            <w:tcW w:w="1376" w:type="dxa"/>
            <w:shd w:val="clear" w:color="auto" w:fill="F2F2F2" w:themeFill="background1" w:themeFillShade="F2"/>
            <w:vAlign w:val="center"/>
          </w:tcPr>
          <w:p w14:paraId="15569D7A" w14:textId="74684115" w:rsidR="006C5882" w:rsidRPr="00527FC9" w:rsidRDefault="006C5882" w:rsidP="00CB7DBC">
            <w:pPr>
              <w:spacing w:line="260" w:lineRule="exact"/>
              <w:jc w:val="center"/>
              <w:rPr>
                <w:rFonts w:asciiTheme="majorHAnsi" w:hAnsiTheme="majorHAnsi" w:cstheme="majorHAnsi"/>
                <w:sz w:val="24"/>
                <w:szCs w:val="24"/>
              </w:rPr>
            </w:pPr>
            <w:r w:rsidRPr="00527FC9">
              <w:rPr>
                <w:rFonts w:asciiTheme="majorHAnsi" w:hAnsiTheme="majorHAnsi" w:cstheme="majorHAnsi"/>
                <w:b/>
                <w:sz w:val="24"/>
                <w:szCs w:val="24"/>
              </w:rPr>
              <w:t>Weighted score (%)</w:t>
            </w:r>
          </w:p>
        </w:tc>
        <w:tc>
          <w:tcPr>
            <w:tcW w:w="1133" w:type="dxa"/>
            <w:shd w:val="clear" w:color="auto" w:fill="F2F2F2" w:themeFill="background1" w:themeFillShade="F2"/>
            <w:vAlign w:val="center"/>
          </w:tcPr>
          <w:p w14:paraId="36E3FEBA" w14:textId="67E14F77" w:rsidR="006C5882" w:rsidRPr="00527FC9" w:rsidRDefault="006C5882" w:rsidP="00CB7DBC">
            <w:pPr>
              <w:spacing w:line="260" w:lineRule="exact"/>
              <w:jc w:val="center"/>
              <w:rPr>
                <w:rFonts w:asciiTheme="majorHAnsi" w:hAnsiTheme="majorHAnsi" w:cstheme="majorHAnsi"/>
                <w:sz w:val="24"/>
                <w:szCs w:val="24"/>
              </w:rPr>
            </w:pPr>
            <w:r w:rsidRPr="00527FC9">
              <w:rPr>
                <w:rFonts w:asciiTheme="majorHAnsi" w:hAnsiTheme="majorHAnsi" w:cstheme="majorHAnsi"/>
                <w:b/>
                <w:sz w:val="24"/>
                <w:szCs w:val="24"/>
              </w:rPr>
              <w:t>Raw score</w:t>
            </w:r>
          </w:p>
        </w:tc>
      </w:tr>
      <w:tr w:rsidR="006C5882" w:rsidRPr="002E6258" w14:paraId="56AEDD8C" w14:textId="77777777" w:rsidTr="00867D57">
        <w:trPr>
          <w:trHeight w:val="624"/>
          <w:jc w:val="center"/>
        </w:trPr>
        <w:tc>
          <w:tcPr>
            <w:tcW w:w="1241" w:type="dxa"/>
            <w:shd w:val="clear" w:color="auto" w:fill="F2F2F2" w:themeFill="background1" w:themeFillShade="F2"/>
            <w:vAlign w:val="center"/>
          </w:tcPr>
          <w:p w14:paraId="72536BE6" w14:textId="290EFA3B" w:rsidR="006C5882" w:rsidRPr="00527FC9" w:rsidRDefault="006C5882" w:rsidP="00CB7DBC">
            <w:pPr>
              <w:spacing w:line="260" w:lineRule="exact"/>
              <w:jc w:val="center"/>
              <w:rPr>
                <w:rFonts w:asciiTheme="majorHAnsi" w:hAnsiTheme="majorHAnsi" w:cstheme="majorHAnsi"/>
                <w:b/>
                <w:bCs/>
                <w:sz w:val="24"/>
                <w:szCs w:val="24"/>
              </w:rPr>
            </w:pPr>
            <w:r w:rsidRPr="00527FC9">
              <w:rPr>
                <w:rFonts w:asciiTheme="majorHAnsi" w:hAnsiTheme="majorHAnsi" w:cstheme="majorHAnsi"/>
                <w:b/>
                <w:bCs/>
                <w:sz w:val="24"/>
                <w:szCs w:val="24"/>
              </w:rPr>
              <w:t>A.</w:t>
            </w:r>
          </w:p>
        </w:tc>
        <w:tc>
          <w:tcPr>
            <w:tcW w:w="4080" w:type="dxa"/>
            <w:vAlign w:val="center"/>
          </w:tcPr>
          <w:p w14:paraId="055F532A" w14:textId="77777777" w:rsidR="006C5882" w:rsidRPr="002E6258" w:rsidRDefault="006C5882" w:rsidP="0087045B">
            <w:pPr>
              <w:spacing w:line="260" w:lineRule="exact"/>
              <w:rPr>
                <w:rFonts w:asciiTheme="majorHAnsi" w:hAnsiTheme="majorHAnsi" w:cstheme="majorHAnsi"/>
                <w:sz w:val="22"/>
              </w:rPr>
            </w:pPr>
          </w:p>
        </w:tc>
        <w:tc>
          <w:tcPr>
            <w:tcW w:w="1520" w:type="dxa"/>
            <w:vAlign w:val="center"/>
          </w:tcPr>
          <w:p w14:paraId="2D1AD568" w14:textId="1D3DF132" w:rsidR="006C5882" w:rsidRPr="00867D57" w:rsidRDefault="005116EA" w:rsidP="00867D57">
            <w:pPr>
              <w:spacing w:line="260" w:lineRule="exact"/>
              <w:jc w:val="center"/>
              <w:rPr>
                <w:rFonts w:asciiTheme="majorHAnsi" w:hAnsiTheme="majorHAnsi" w:cstheme="majorHAnsi"/>
                <w:b/>
                <w:bCs/>
                <w:color w:val="EE0000"/>
                <w:sz w:val="22"/>
              </w:rPr>
            </w:pPr>
            <w:r w:rsidRPr="00867D57">
              <w:rPr>
                <w:rFonts w:asciiTheme="majorHAnsi" w:hAnsiTheme="majorHAnsi" w:cstheme="majorHAnsi"/>
                <w:b/>
                <w:bCs/>
                <w:color w:val="EE0000"/>
                <w:sz w:val="22"/>
              </w:rPr>
              <w:t>25%</w:t>
            </w:r>
          </w:p>
        </w:tc>
        <w:tc>
          <w:tcPr>
            <w:tcW w:w="1376" w:type="dxa"/>
            <w:vAlign w:val="center"/>
          </w:tcPr>
          <w:p w14:paraId="3506286F" w14:textId="49E33952" w:rsidR="006C5882" w:rsidRPr="002E6258" w:rsidRDefault="006C5882" w:rsidP="0087045B">
            <w:pPr>
              <w:spacing w:line="260" w:lineRule="exact"/>
              <w:rPr>
                <w:rFonts w:asciiTheme="majorHAnsi" w:hAnsiTheme="majorHAnsi" w:cstheme="majorHAnsi"/>
                <w:sz w:val="22"/>
              </w:rPr>
            </w:pPr>
          </w:p>
        </w:tc>
        <w:tc>
          <w:tcPr>
            <w:tcW w:w="1133" w:type="dxa"/>
            <w:vAlign w:val="center"/>
          </w:tcPr>
          <w:p w14:paraId="4849EA50" w14:textId="52C1A9E1" w:rsidR="006C5882" w:rsidRPr="002E6258" w:rsidRDefault="006C5882" w:rsidP="0087045B">
            <w:pPr>
              <w:spacing w:line="260" w:lineRule="exact"/>
              <w:rPr>
                <w:rFonts w:asciiTheme="majorHAnsi" w:hAnsiTheme="majorHAnsi" w:cstheme="majorHAnsi"/>
                <w:sz w:val="22"/>
              </w:rPr>
            </w:pPr>
          </w:p>
        </w:tc>
      </w:tr>
      <w:tr w:rsidR="006C5882" w:rsidRPr="002E6258" w14:paraId="214A9B10" w14:textId="77777777" w:rsidTr="00867D57">
        <w:trPr>
          <w:trHeight w:val="624"/>
          <w:jc w:val="center"/>
        </w:trPr>
        <w:tc>
          <w:tcPr>
            <w:tcW w:w="1241" w:type="dxa"/>
            <w:shd w:val="clear" w:color="auto" w:fill="F2F2F2" w:themeFill="background1" w:themeFillShade="F2"/>
            <w:vAlign w:val="center"/>
          </w:tcPr>
          <w:p w14:paraId="0D761F93" w14:textId="3B32DB2C" w:rsidR="006C5882" w:rsidRPr="00527FC9" w:rsidRDefault="006C5882" w:rsidP="00CB7DBC">
            <w:pPr>
              <w:spacing w:line="260" w:lineRule="exact"/>
              <w:jc w:val="center"/>
              <w:rPr>
                <w:rFonts w:asciiTheme="majorHAnsi" w:hAnsiTheme="majorHAnsi" w:cstheme="majorHAnsi"/>
                <w:b/>
                <w:bCs/>
                <w:sz w:val="24"/>
                <w:szCs w:val="24"/>
              </w:rPr>
            </w:pPr>
            <w:r w:rsidRPr="00527FC9">
              <w:rPr>
                <w:rFonts w:asciiTheme="majorHAnsi" w:hAnsiTheme="majorHAnsi" w:cstheme="majorHAnsi"/>
                <w:b/>
                <w:bCs/>
                <w:sz w:val="24"/>
                <w:szCs w:val="24"/>
              </w:rPr>
              <w:t>B.</w:t>
            </w:r>
          </w:p>
        </w:tc>
        <w:tc>
          <w:tcPr>
            <w:tcW w:w="4080" w:type="dxa"/>
            <w:vAlign w:val="center"/>
          </w:tcPr>
          <w:p w14:paraId="07A60A78" w14:textId="77777777" w:rsidR="006C5882" w:rsidRPr="002E6258" w:rsidRDefault="006C5882" w:rsidP="0087045B">
            <w:pPr>
              <w:spacing w:line="260" w:lineRule="exact"/>
              <w:rPr>
                <w:rFonts w:asciiTheme="majorHAnsi" w:hAnsiTheme="majorHAnsi" w:cstheme="majorHAnsi"/>
                <w:sz w:val="22"/>
              </w:rPr>
            </w:pPr>
          </w:p>
        </w:tc>
        <w:tc>
          <w:tcPr>
            <w:tcW w:w="1520" w:type="dxa"/>
            <w:vAlign w:val="center"/>
          </w:tcPr>
          <w:p w14:paraId="20098404" w14:textId="04189771" w:rsidR="006C5882" w:rsidRPr="00867D57" w:rsidRDefault="009E5DAA" w:rsidP="00867D57">
            <w:pPr>
              <w:spacing w:line="260" w:lineRule="exact"/>
              <w:jc w:val="center"/>
              <w:rPr>
                <w:rFonts w:asciiTheme="majorHAnsi" w:hAnsiTheme="majorHAnsi" w:cstheme="majorHAnsi"/>
                <w:b/>
                <w:bCs/>
                <w:color w:val="EE0000"/>
                <w:sz w:val="22"/>
              </w:rPr>
            </w:pPr>
            <w:r w:rsidRPr="00867D57">
              <w:rPr>
                <w:rFonts w:asciiTheme="majorHAnsi" w:hAnsiTheme="majorHAnsi" w:cstheme="majorHAnsi"/>
                <w:b/>
                <w:bCs/>
                <w:color w:val="EE0000"/>
                <w:sz w:val="22"/>
              </w:rPr>
              <w:t>10%</w:t>
            </w:r>
          </w:p>
        </w:tc>
        <w:tc>
          <w:tcPr>
            <w:tcW w:w="1376" w:type="dxa"/>
            <w:vAlign w:val="center"/>
          </w:tcPr>
          <w:p w14:paraId="07EC5CB0" w14:textId="3BD2C62D" w:rsidR="006C5882" w:rsidRPr="002E6258" w:rsidRDefault="006C5882" w:rsidP="0087045B">
            <w:pPr>
              <w:spacing w:line="260" w:lineRule="exact"/>
              <w:rPr>
                <w:rFonts w:asciiTheme="majorHAnsi" w:hAnsiTheme="majorHAnsi" w:cstheme="majorHAnsi"/>
                <w:sz w:val="22"/>
              </w:rPr>
            </w:pPr>
          </w:p>
        </w:tc>
        <w:tc>
          <w:tcPr>
            <w:tcW w:w="1133" w:type="dxa"/>
            <w:vAlign w:val="center"/>
          </w:tcPr>
          <w:p w14:paraId="11AC7D2B" w14:textId="77777777" w:rsidR="006C5882" w:rsidRPr="002E6258" w:rsidRDefault="006C5882" w:rsidP="0087045B">
            <w:pPr>
              <w:spacing w:line="260" w:lineRule="exact"/>
              <w:rPr>
                <w:rFonts w:asciiTheme="majorHAnsi" w:hAnsiTheme="majorHAnsi" w:cstheme="majorHAnsi"/>
                <w:sz w:val="22"/>
              </w:rPr>
            </w:pPr>
          </w:p>
        </w:tc>
      </w:tr>
      <w:tr w:rsidR="006C5882" w:rsidRPr="002E6258" w14:paraId="4AD514F7" w14:textId="77777777" w:rsidTr="00867D57">
        <w:trPr>
          <w:trHeight w:val="624"/>
          <w:jc w:val="center"/>
        </w:trPr>
        <w:tc>
          <w:tcPr>
            <w:tcW w:w="1241" w:type="dxa"/>
            <w:shd w:val="clear" w:color="auto" w:fill="F2F2F2" w:themeFill="background1" w:themeFillShade="F2"/>
            <w:vAlign w:val="center"/>
          </w:tcPr>
          <w:p w14:paraId="462B7061" w14:textId="30AB6AF4" w:rsidR="006C5882" w:rsidRPr="00527FC9" w:rsidRDefault="006C5882" w:rsidP="00CB7DBC">
            <w:pPr>
              <w:spacing w:line="260" w:lineRule="exact"/>
              <w:jc w:val="center"/>
              <w:rPr>
                <w:rFonts w:asciiTheme="majorHAnsi" w:hAnsiTheme="majorHAnsi" w:cstheme="majorHAnsi"/>
                <w:b/>
                <w:bCs/>
                <w:sz w:val="24"/>
                <w:szCs w:val="24"/>
              </w:rPr>
            </w:pPr>
            <w:r w:rsidRPr="00527FC9">
              <w:rPr>
                <w:rFonts w:asciiTheme="majorHAnsi" w:hAnsiTheme="majorHAnsi" w:cstheme="majorHAnsi"/>
                <w:b/>
                <w:bCs/>
                <w:sz w:val="24"/>
                <w:szCs w:val="24"/>
              </w:rPr>
              <w:t>C.</w:t>
            </w:r>
          </w:p>
        </w:tc>
        <w:tc>
          <w:tcPr>
            <w:tcW w:w="4080" w:type="dxa"/>
            <w:vAlign w:val="center"/>
          </w:tcPr>
          <w:p w14:paraId="0B832297" w14:textId="77777777" w:rsidR="006C5882" w:rsidRPr="002E6258" w:rsidRDefault="006C5882" w:rsidP="00CB7DBC">
            <w:pPr>
              <w:spacing w:line="260" w:lineRule="exact"/>
              <w:rPr>
                <w:rFonts w:asciiTheme="majorHAnsi" w:hAnsiTheme="majorHAnsi" w:cstheme="majorHAnsi"/>
                <w:sz w:val="22"/>
              </w:rPr>
            </w:pPr>
          </w:p>
        </w:tc>
        <w:tc>
          <w:tcPr>
            <w:tcW w:w="1520" w:type="dxa"/>
            <w:vAlign w:val="center"/>
          </w:tcPr>
          <w:p w14:paraId="3ADFC62F" w14:textId="5740D0AB" w:rsidR="006C5882" w:rsidRPr="00867D57" w:rsidRDefault="00DF61DE" w:rsidP="00867D57">
            <w:pPr>
              <w:spacing w:line="260" w:lineRule="exact"/>
              <w:jc w:val="center"/>
              <w:rPr>
                <w:rFonts w:asciiTheme="majorHAnsi" w:hAnsiTheme="majorHAnsi" w:cstheme="majorHAnsi"/>
                <w:b/>
                <w:bCs/>
                <w:color w:val="EE0000"/>
                <w:sz w:val="22"/>
              </w:rPr>
            </w:pPr>
            <w:r w:rsidRPr="00867D57">
              <w:rPr>
                <w:rFonts w:asciiTheme="majorHAnsi" w:hAnsiTheme="majorHAnsi" w:cstheme="majorHAnsi"/>
                <w:b/>
                <w:bCs/>
                <w:color w:val="EE0000"/>
                <w:sz w:val="22"/>
              </w:rPr>
              <w:t>20%</w:t>
            </w:r>
          </w:p>
        </w:tc>
        <w:tc>
          <w:tcPr>
            <w:tcW w:w="1376" w:type="dxa"/>
            <w:vAlign w:val="center"/>
          </w:tcPr>
          <w:p w14:paraId="40D2BD2B" w14:textId="611D44A8" w:rsidR="006C5882" w:rsidRPr="002E6258" w:rsidRDefault="006C5882" w:rsidP="00CB7DBC">
            <w:pPr>
              <w:spacing w:line="260" w:lineRule="exact"/>
              <w:rPr>
                <w:rFonts w:asciiTheme="majorHAnsi" w:hAnsiTheme="majorHAnsi" w:cstheme="majorHAnsi"/>
                <w:sz w:val="22"/>
              </w:rPr>
            </w:pPr>
          </w:p>
        </w:tc>
        <w:tc>
          <w:tcPr>
            <w:tcW w:w="1133" w:type="dxa"/>
            <w:vAlign w:val="center"/>
          </w:tcPr>
          <w:p w14:paraId="6FAFEAF1" w14:textId="77777777" w:rsidR="006C5882" w:rsidRPr="002E6258" w:rsidRDefault="006C5882" w:rsidP="00CB7DBC">
            <w:pPr>
              <w:spacing w:line="260" w:lineRule="exact"/>
              <w:rPr>
                <w:rFonts w:asciiTheme="majorHAnsi" w:hAnsiTheme="majorHAnsi" w:cstheme="majorHAnsi"/>
                <w:sz w:val="22"/>
              </w:rPr>
            </w:pPr>
          </w:p>
        </w:tc>
      </w:tr>
      <w:tr w:rsidR="006C5882" w:rsidRPr="002E6258" w14:paraId="67D21F4D" w14:textId="77777777" w:rsidTr="00867D57">
        <w:trPr>
          <w:trHeight w:val="624"/>
          <w:jc w:val="center"/>
        </w:trPr>
        <w:tc>
          <w:tcPr>
            <w:tcW w:w="1241" w:type="dxa"/>
            <w:shd w:val="clear" w:color="auto" w:fill="F2F2F2" w:themeFill="background1" w:themeFillShade="F2"/>
            <w:vAlign w:val="center"/>
          </w:tcPr>
          <w:p w14:paraId="6B92137B" w14:textId="438717DE" w:rsidR="006C5882" w:rsidRPr="00527FC9" w:rsidRDefault="006C5882" w:rsidP="00CB7DBC">
            <w:pPr>
              <w:spacing w:line="260" w:lineRule="exact"/>
              <w:jc w:val="center"/>
              <w:rPr>
                <w:rFonts w:asciiTheme="majorHAnsi" w:hAnsiTheme="majorHAnsi" w:cstheme="majorHAnsi"/>
                <w:b/>
                <w:bCs/>
                <w:sz w:val="24"/>
                <w:szCs w:val="24"/>
              </w:rPr>
            </w:pPr>
            <w:r w:rsidRPr="00527FC9">
              <w:rPr>
                <w:rFonts w:asciiTheme="majorHAnsi" w:hAnsiTheme="majorHAnsi" w:cstheme="majorHAnsi"/>
                <w:b/>
                <w:bCs/>
                <w:sz w:val="24"/>
                <w:szCs w:val="24"/>
              </w:rPr>
              <w:t>D.</w:t>
            </w:r>
          </w:p>
        </w:tc>
        <w:tc>
          <w:tcPr>
            <w:tcW w:w="4080" w:type="dxa"/>
            <w:vAlign w:val="center"/>
          </w:tcPr>
          <w:p w14:paraId="5E024806" w14:textId="77777777" w:rsidR="006C5882" w:rsidRPr="002E6258" w:rsidRDefault="006C5882" w:rsidP="00CB7DBC">
            <w:pPr>
              <w:spacing w:line="260" w:lineRule="exact"/>
              <w:rPr>
                <w:rFonts w:asciiTheme="majorHAnsi" w:hAnsiTheme="majorHAnsi" w:cstheme="majorHAnsi"/>
                <w:sz w:val="22"/>
              </w:rPr>
            </w:pPr>
          </w:p>
        </w:tc>
        <w:tc>
          <w:tcPr>
            <w:tcW w:w="1520" w:type="dxa"/>
            <w:vAlign w:val="center"/>
          </w:tcPr>
          <w:p w14:paraId="516AA079" w14:textId="55CE8FB3" w:rsidR="006C5882" w:rsidRPr="00867D57" w:rsidRDefault="00D7090A" w:rsidP="00867D57">
            <w:pPr>
              <w:spacing w:line="260" w:lineRule="exact"/>
              <w:jc w:val="center"/>
              <w:rPr>
                <w:rFonts w:asciiTheme="majorHAnsi" w:hAnsiTheme="majorHAnsi" w:cstheme="majorHAnsi"/>
                <w:b/>
                <w:bCs/>
                <w:color w:val="EE0000"/>
                <w:sz w:val="22"/>
              </w:rPr>
            </w:pPr>
            <w:r w:rsidRPr="00867D57">
              <w:rPr>
                <w:rFonts w:asciiTheme="majorHAnsi" w:hAnsiTheme="majorHAnsi" w:cstheme="majorHAnsi"/>
                <w:b/>
                <w:bCs/>
                <w:color w:val="EE0000"/>
                <w:sz w:val="22"/>
              </w:rPr>
              <w:t>10%</w:t>
            </w:r>
          </w:p>
        </w:tc>
        <w:tc>
          <w:tcPr>
            <w:tcW w:w="1376" w:type="dxa"/>
            <w:vAlign w:val="center"/>
          </w:tcPr>
          <w:p w14:paraId="1891EF37" w14:textId="325A6893" w:rsidR="006C5882" w:rsidRPr="002E6258" w:rsidRDefault="006C5882" w:rsidP="00CB7DBC">
            <w:pPr>
              <w:spacing w:line="260" w:lineRule="exact"/>
              <w:rPr>
                <w:rFonts w:asciiTheme="majorHAnsi" w:hAnsiTheme="majorHAnsi" w:cstheme="majorHAnsi"/>
                <w:sz w:val="22"/>
              </w:rPr>
            </w:pPr>
          </w:p>
        </w:tc>
        <w:tc>
          <w:tcPr>
            <w:tcW w:w="1133" w:type="dxa"/>
            <w:vAlign w:val="center"/>
          </w:tcPr>
          <w:p w14:paraId="3192CD13" w14:textId="77777777" w:rsidR="006C5882" w:rsidRPr="002E6258" w:rsidRDefault="006C5882" w:rsidP="00CB7DBC">
            <w:pPr>
              <w:spacing w:line="260" w:lineRule="exact"/>
              <w:rPr>
                <w:rFonts w:asciiTheme="majorHAnsi" w:hAnsiTheme="majorHAnsi" w:cstheme="majorHAnsi"/>
                <w:sz w:val="22"/>
              </w:rPr>
            </w:pPr>
          </w:p>
        </w:tc>
      </w:tr>
      <w:tr w:rsidR="006C5882" w:rsidRPr="002E6258" w14:paraId="5D5511BB" w14:textId="77777777" w:rsidTr="00867D57">
        <w:trPr>
          <w:trHeight w:val="624"/>
          <w:jc w:val="center"/>
        </w:trPr>
        <w:tc>
          <w:tcPr>
            <w:tcW w:w="1241" w:type="dxa"/>
            <w:shd w:val="clear" w:color="auto" w:fill="F2F2F2" w:themeFill="background1" w:themeFillShade="F2"/>
            <w:vAlign w:val="center"/>
          </w:tcPr>
          <w:p w14:paraId="0307BF2B" w14:textId="60C36859" w:rsidR="006C5882" w:rsidRPr="00527FC9" w:rsidRDefault="006C5882" w:rsidP="00CB7DBC">
            <w:pPr>
              <w:spacing w:line="260" w:lineRule="exact"/>
              <w:jc w:val="center"/>
              <w:rPr>
                <w:rFonts w:asciiTheme="majorHAnsi" w:hAnsiTheme="majorHAnsi" w:cstheme="majorHAnsi"/>
                <w:b/>
                <w:bCs/>
                <w:sz w:val="24"/>
                <w:szCs w:val="24"/>
              </w:rPr>
            </w:pPr>
            <w:r w:rsidRPr="00527FC9">
              <w:rPr>
                <w:rFonts w:asciiTheme="majorHAnsi" w:hAnsiTheme="majorHAnsi" w:cstheme="majorHAnsi"/>
                <w:b/>
                <w:bCs/>
                <w:sz w:val="24"/>
                <w:szCs w:val="24"/>
              </w:rPr>
              <w:t>E.</w:t>
            </w:r>
          </w:p>
        </w:tc>
        <w:tc>
          <w:tcPr>
            <w:tcW w:w="4080" w:type="dxa"/>
            <w:vAlign w:val="center"/>
          </w:tcPr>
          <w:p w14:paraId="5B3D8134" w14:textId="77777777" w:rsidR="006C5882" w:rsidRPr="002E6258" w:rsidRDefault="006C5882" w:rsidP="00CB7DBC">
            <w:pPr>
              <w:spacing w:line="260" w:lineRule="exact"/>
              <w:rPr>
                <w:rFonts w:asciiTheme="majorHAnsi" w:hAnsiTheme="majorHAnsi" w:cstheme="majorHAnsi"/>
                <w:sz w:val="22"/>
              </w:rPr>
            </w:pPr>
          </w:p>
        </w:tc>
        <w:tc>
          <w:tcPr>
            <w:tcW w:w="1520" w:type="dxa"/>
            <w:vAlign w:val="center"/>
          </w:tcPr>
          <w:p w14:paraId="11BE1526" w14:textId="4F2951CF" w:rsidR="006C5882" w:rsidRPr="00867D57" w:rsidRDefault="00F45F06" w:rsidP="00867D57">
            <w:pPr>
              <w:spacing w:line="260" w:lineRule="exact"/>
              <w:jc w:val="center"/>
              <w:rPr>
                <w:rFonts w:asciiTheme="majorHAnsi" w:hAnsiTheme="majorHAnsi" w:cstheme="majorHAnsi"/>
                <w:b/>
                <w:bCs/>
                <w:color w:val="EE0000"/>
                <w:sz w:val="22"/>
              </w:rPr>
            </w:pPr>
            <w:r w:rsidRPr="00867D57">
              <w:rPr>
                <w:rFonts w:asciiTheme="majorHAnsi" w:hAnsiTheme="majorHAnsi" w:cstheme="majorHAnsi"/>
                <w:b/>
                <w:bCs/>
                <w:color w:val="EE0000"/>
                <w:sz w:val="22"/>
              </w:rPr>
              <w:t>5%</w:t>
            </w:r>
          </w:p>
        </w:tc>
        <w:tc>
          <w:tcPr>
            <w:tcW w:w="1376" w:type="dxa"/>
            <w:vAlign w:val="center"/>
          </w:tcPr>
          <w:p w14:paraId="619284A7" w14:textId="25B45217" w:rsidR="006C5882" w:rsidRPr="002E6258" w:rsidRDefault="006C5882" w:rsidP="00CB7DBC">
            <w:pPr>
              <w:spacing w:line="260" w:lineRule="exact"/>
              <w:rPr>
                <w:rFonts w:asciiTheme="majorHAnsi" w:hAnsiTheme="majorHAnsi" w:cstheme="majorHAnsi"/>
                <w:sz w:val="22"/>
              </w:rPr>
            </w:pPr>
          </w:p>
        </w:tc>
        <w:tc>
          <w:tcPr>
            <w:tcW w:w="1133" w:type="dxa"/>
            <w:vAlign w:val="center"/>
          </w:tcPr>
          <w:p w14:paraId="4CF7E690" w14:textId="77777777" w:rsidR="006C5882" w:rsidRPr="002E6258" w:rsidRDefault="006C5882" w:rsidP="00CB7DBC">
            <w:pPr>
              <w:spacing w:line="260" w:lineRule="exact"/>
              <w:rPr>
                <w:rFonts w:asciiTheme="majorHAnsi" w:hAnsiTheme="majorHAnsi" w:cstheme="majorHAnsi"/>
                <w:sz w:val="22"/>
              </w:rPr>
            </w:pPr>
          </w:p>
        </w:tc>
      </w:tr>
      <w:tr w:rsidR="006C5882" w:rsidRPr="002E6258" w14:paraId="7D77E4DE" w14:textId="77777777" w:rsidTr="00867D57">
        <w:trPr>
          <w:trHeight w:val="624"/>
          <w:jc w:val="center"/>
        </w:trPr>
        <w:tc>
          <w:tcPr>
            <w:tcW w:w="1241" w:type="dxa"/>
            <w:shd w:val="clear" w:color="auto" w:fill="F2F2F2" w:themeFill="background1" w:themeFillShade="F2"/>
            <w:vAlign w:val="center"/>
          </w:tcPr>
          <w:p w14:paraId="34531B7F" w14:textId="4A274D0A" w:rsidR="006C5882" w:rsidRPr="00527FC9" w:rsidRDefault="006C5882" w:rsidP="00CB7DBC">
            <w:pPr>
              <w:spacing w:line="260" w:lineRule="exact"/>
              <w:jc w:val="center"/>
              <w:rPr>
                <w:rFonts w:asciiTheme="majorHAnsi" w:hAnsiTheme="majorHAnsi" w:cstheme="majorHAnsi"/>
                <w:b/>
                <w:bCs/>
                <w:sz w:val="24"/>
                <w:szCs w:val="24"/>
              </w:rPr>
            </w:pPr>
            <w:r w:rsidRPr="00527FC9">
              <w:rPr>
                <w:rFonts w:asciiTheme="majorHAnsi" w:hAnsiTheme="majorHAnsi" w:cstheme="majorHAnsi"/>
                <w:b/>
                <w:bCs/>
                <w:sz w:val="24"/>
                <w:szCs w:val="24"/>
              </w:rPr>
              <w:t>F.</w:t>
            </w:r>
          </w:p>
        </w:tc>
        <w:tc>
          <w:tcPr>
            <w:tcW w:w="4080" w:type="dxa"/>
            <w:vAlign w:val="center"/>
          </w:tcPr>
          <w:p w14:paraId="73529AF2" w14:textId="77777777" w:rsidR="006C5882" w:rsidRPr="002E6258" w:rsidRDefault="006C5882" w:rsidP="00CB7DBC">
            <w:pPr>
              <w:spacing w:line="260" w:lineRule="exact"/>
              <w:rPr>
                <w:rFonts w:asciiTheme="majorHAnsi" w:hAnsiTheme="majorHAnsi" w:cstheme="majorHAnsi"/>
                <w:sz w:val="22"/>
              </w:rPr>
            </w:pPr>
          </w:p>
        </w:tc>
        <w:tc>
          <w:tcPr>
            <w:tcW w:w="1520" w:type="dxa"/>
            <w:vAlign w:val="center"/>
          </w:tcPr>
          <w:p w14:paraId="49E6C45A" w14:textId="14C8E822" w:rsidR="006C5882" w:rsidRPr="00867D57" w:rsidRDefault="00F45F06" w:rsidP="00867D57">
            <w:pPr>
              <w:spacing w:line="260" w:lineRule="exact"/>
              <w:jc w:val="center"/>
              <w:rPr>
                <w:rFonts w:asciiTheme="majorHAnsi" w:hAnsiTheme="majorHAnsi" w:cstheme="majorHAnsi"/>
                <w:b/>
                <w:bCs/>
                <w:color w:val="EE0000"/>
                <w:sz w:val="22"/>
              </w:rPr>
            </w:pPr>
            <w:r w:rsidRPr="00867D57">
              <w:rPr>
                <w:rFonts w:asciiTheme="majorHAnsi" w:hAnsiTheme="majorHAnsi" w:cstheme="majorHAnsi"/>
                <w:b/>
                <w:bCs/>
                <w:color w:val="EE0000"/>
                <w:sz w:val="22"/>
              </w:rPr>
              <w:t>5%</w:t>
            </w:r>
          </w:p>
        </w:tc>
        <w:tc>
          <w:tcPr>
            <w:tcW w:w="1376" w:type="dxa"/>
            <w:vAlign w:val="center"/>
          </w:tcPr>
          <w:p w14:paraId="430F1E84" w14:textId="254457BD" w:rsidR="006C5882" w:rsidRPr="002E6258" w:rsidRDefault="006C5882" w:rsidP="00CB7DBC">
            <w:pPr>
              <w:spacing w:line="260" w:lineRule="exact"/>
              <w:rPr>
                <w:rFonts w:asciiTheme="majorHAnsi" w:hAnsiTheme="majorHAnsi" w:cstheme="majorHAnsi"/>
                <w:sz w:val="22"/>
              </w:rPr>
            </w:pPr>
          </w:p>
        </w:tc>
        <w:tc>
          <w:tcPr>
            <w:tcW w:w="1133" w:type="dxa"/>
            <w:vAlign w:val="center"/>
          </w:tcPr>
          <w:p w14:paraId="3612774F" w14:textId="77777777" w:rsidR="006C5882" w:rsidRPr="002E6258" w:rsidRDefault="006C5882" w:rsidP="00CB7DBC">
            <w:pPr>
              <w:spacing w:line="260" w:lineRule="exact"/>
              <w:rPr>
                <w:rFonts w:asciiTheme="majorHAnsi" w:hAnsiTheme="majorHAnsi" w:cstheme="majorHAnsi"/>
                <w:sz w:val="22"/>
              </w:rPr>
            </w:pPr>
          </w:p>
        </w:tc>
      </w:tr>
      <w:tr w:rsidR="00867D57" w:rsidRPr="002E6258" w14:paraId="186CED77" w14:textId="77777777" w:rsidTr="00867D57">
        <w:trPr>
          <w:trHeight w:val="624"/>
          <w:jc w:val="center"/>
        </w:trPr>
        <w:tc>
          <w:tcPr>
            <w:tcW w:w="1241" w:type="dxa"/>
            <w:shd w:val="clear" w:color="auto" w:fill="F2F2F2" w:themeFill="background1" w:themeFillShade="F2"/>
            <w:vAlign w:val="center"/>
          </w:tcPr>
          <w:p w14:paraId="7DF79AA8" w14:textId="6A94FB6A" w:rsidR="00867D57" w:rsidRPr="00527FC9" w:rsidRDefault="00867D57" w:rsidP="00CB7DBC">
            <w:pPr>
              <w:spacing w:line="260" w:lineRule="exact"/>
              <w:jc w:val="center"/>
              <w:rPr>
                <w:rFonts w:asciiTheme="majorHAnsi" w:hAnsiTheme="majorHAnsi" w:cstheme="majorHAnsi"/>
                <w:b/>
                <w:bCs/>
                <w:sz w:val="24"/>
                <w:szCs w:val="24"/>
              </w:rPr>
            </w:pPr>
            <w:r w:rsidRPr="00527FC9">
              <w:rPr>
                <w:rFonts w:asciiTheme="majorHAnsi" w:hAnsiTheme="majorHAnsi" w:cstheme="majorHAnsi"/>
                <w:b/>
                <w:bCs/>
                <w:sz w:val="24"/>
                <w:szCs w:val="24"/>
              </w:rPr>
              <w:t>G.</w:t>
            </w:r>
          </w:p>
        </w:tc>
        <w:tc>
          <w:tcPr>
            <w:tcW w:w="4080" w:type="dxa"/>
            <w:vAlign w:val="center"/>
          </w:tcPr>
          <w:p w14:paraId="1EF51C17" w14:textId="77777777" w:rsidR="00867D57" w:rsidRPr="002E6258" w:rsidRDefault="00867D57" w:rsidP="00CB7DBC">
            <w:pPr>
              <w:spacing w:line="260" w:lineRule="exact"/>
              <w:rPr>
                <w:rFonts w:asciiTheme="majorHAnsi" w:hAnsiTheme="majorHAnsi" w:cstheme="majorHAnsi"/>
                <w:sz w:val="22"/>
              </w:rPr>
            </w:pPr>
          </w:p>
        </w:tc>
        <w:tc>
          <w:tcPr>
            <w:tcW w:w="1520" w:type="dxa"/>
            <w:vAlign w:val="center"/>
          </w:tcPr>
          <w:p w14:paraId="3C4357FA" w14:textId="75A1D1C8" w:rsidR="00867D57" w:rsidRPr="00867D57" w:rsidRDefault="00867D57" w:rsidP="00867D57">
            <w:pPr>
              <w:spacing w:line="260" w:lineRule="exact"/>
              <w:jc w:val="center"/>
              <w:rPr>
                <w:rFonts w:asciiTheme="majorHAnsi" w:hAnsiTheme="majorHAnsi" w:cstheme="majorHAnsi"/>
                <w:b/>
                <w:bCs/>
                <w:color w:val="EE0000"/>
                <w:sz w:val="22"/>
              </w:rPr>
            </w:pPr>
            <w:r w:rsidRPr="00867D57">
              <w:rPr>
                <w:rFonts w:asciiTheme="majorHAnsi" w:hAnsiTheme="majorHAnsi" w:cstheme="majorHAnsi"/>
                <w:b/>
                <w:bCs/>
                <w:color w:val="EE0000"/>
                <w:sz w:val="22"/>
              </w:rPr>
              <w:t>25%</w:t>
            </w:r>
          </w:p>
        </w:tc>
        <w:tc>
          <w:tcPr>
            <w:tcW w:w="1376" w:type="dxa"/>
            <w:vAlign w:val="center"/>
          </w:tcPr>
          <w:p w14:paraId="7E92DF71" w14:textId="77777777" w:rsidR="00867D57" w:rsidRPr="002E6258" w:rsidRDefault="00867D57" w:rsidP="00CB7DBC">
            <w:pPr>
              <w:spacing w:line="260" w:lineRule="exact"/>
              <w:rPr>
                <w:rFonts w:asciiTheme="majorHAnsi" w:hAnsiTheme="majorHAnsi" w:cstheme="majorHAnsi"/>
                <w:sz w:val="22"/>
              </w:rPr>
            </w:pPr>
          </w:p>
        </w:tc>
        <w:tc>
          <w:tcPr>
            <w:tcW w:w="1133" w:type="dxa"/>
            <w:vAlign w:val="center"/>
          </w:tcPr>
          <w:p w14:paraId="6392F925" w14:textId="77777777" w:rsidR="00867D57" w:rsidRPr="002E6258" w:rsidRDefault="00867D57" w:rsidP="00CB7DBC">
            <w:pPr>
              <w:spacing w:line="260" w:lineRule="exact"/>
              <w:rPr>
                <w:rFonts w:asciiTheme="majorHAnsi" w:hAnsiTheme="majorHAnsi" w:cstheme="majorHAnsi"/>
                <w:sz w:val="22"/>
              </w:rPr>
            </w:pPr>
          </w:p>
        </w:tc>
      </w:tr>
      <w:tr w:rsidR="006C5882" w:rsidRPr="002E6258" w14:paraId="14D90F93" w14:textId="77777777" w:rsidTr="00867D57">
        <w:trPr>
          <w:trHeight w:val="624"/>
          <w:jc w:val="center"/>
        </w:trPr>
        <w:tc>
          <w:tcPr>
            <w:tcW w:w="5321" w:type="dxa"/>
            <w:gridSpan w:val="2"/>
            <w:shd w:val="clear" w:color="auto" w:fill="F2F2F2" w:themeFill="background1" w:themeFillShade="F2"/>
            <w:vAlign w:val="center"/>
          </w:tcPr>
          <w:p w14:paraId="7AD18F0E" w14:textId="4473D50D" w:rsidR="006C5882" w:rsidRPr="002E6258" w:rsidRDefault="006C5882" w:rsidP="00252B37">
            <w:pPr>
              <w:spacing w:line="260" w:lineRule="exact"/>
              <w:jc w:val="right"/>
              <w:rPr>
                <w:rFonts w:asciiTheme="majorHAnsi" w:hAnsiTheme="majorHAnsi" w:cstheme="majorHAnsi"/>
                <w:b/>
                <w:bCs/>
                <w:sz w:val="26"/>
                <w:szCs w:val="26"/>
              </w:rPr>
            </w:pPr>
            <w:r w:rsidRPr="002E6258">
              <w:rPr>
                <w:rFonts w:asciiTheme="majorHAnsi" w:hAnsiTheme="majorHAnsi" w:cstheme="majorHAnsi"/>
                <w:b/>
                <w:bCs/>
                <w:sz w:val="26"/>
                <w:szCs w:val="26"/>
              </w:rPr>
              <w:t>TOTAL</w:t>
            </w:r>
          </w:p>
        </w:tc>
        <w:tc>
          <w:tcPr>
            <w:tcW w:w="1520" w:type="dxa"/>
          </w:tcPr>
          <w:p w14:paraId="699E58D9" w14:textId="77777777" w:rsidR="006C5882" w:rsidRPr="002E6258" w:rsidRDefault="006C5882" w:rsidP="00CB7DBC">
            <w:pPr>
              <w:spacing w:line="260" w:lineRule="exact"/>
              <w:rPr>
                <w:rFonts w:asciiTheme="majorHAnsi" w:hAnsiTheme="majorHAnsi" w:cstheme="majorHAnsi"/>
                <w:sz w:val="22"/>
              </w:rPr>
            </w:pPr>
          </w:p>
        </w:tc>
        <w:tc>
          <w:tcPr>
            <w:tcW w:w="1376" w:type="dxa"/>
            <w:vAlign w:val="center"/>
          </w:tcPr>
          <w:p w14:paraId="546A1820" w14:textId="7785F895" w:rsidR="006C5882" w:rsidRPr="002E6258" w:rsidRDefault="006C5882" w:rsidP="00CB7DBC">
            <w:pPr>
              <w:spacing w:line="260" w:lineRule="exact"/>
              <w:rPr>
                <w:rFonts w:asciiTheme="majorHAnsi" w:hAnsiTheme="majorHAnsi" w:cstheme="majorHAnsi"/>
                <w:sz w:val="22"/>
              </w:rPr>
            </w:pPr>
          </w:p>
        </w:tc>
        <w:tc>
          <w:tcPr>
            <w:tcW w:w="1133" w:type="dxa"/>
            <w:vAlign w:val="center"/>
          </w:tcPr>
          <w:p w14:paraId="052C7033" w14:textId="77777777" w:rsidR="006C5882" w:rsidRPr="002E6258" w:rsidRDefault="006C5882" w:rsidP="00CB7DBC">
            <w:pPr>
              <w:spacing w:line="260" w:lineRule="exact"/>
              <w:rPr>
                <w:rFonts w:asciiTheme="majorHAnsi" w:hAnsiTheme="majorHAnsi" w:cstheme="majorHAnsi"/>
                <w:sz w:val="22"/>
              </w:rPr>
            </w:pPr>
          </w:p>
        </w:tc>
      </w:tr>
    </w:tbl>
    <w:p w14:paraId="594D9F29" w14:textId="77777777" w:rsidR="004F2FB2" w:rsidRPr="002E6258" w:rsidRDefault="004F2FB2" w:rsidP="00CD44B3">
      <w:pPr>
        <w:spacing w:after="0" w:line="260" w:lineRule="exact"/>
        <w:rPr>
          <w:rFonts w:asciiTheme="majorHAnsi" w:hAnsiTheme="majorHAnsi" w:cstheme="majorHAnsi"/>
          <w:szCs w:val="21"/>
        </w:rPr>
      </w:pPr>
    </w:p>
    <w:p w14:paraId="1EFCBAF3" w14:textId="77777777" w:rsidR="00954FFD" w:rsidRDefault="00954FFD" w:rsidP="00CD44B3">
      <w:pPr>
        <w:spacing w:after="0" w:line="260" w:lineRule="exact"/>
        <w:rPr>
          <w:rFonts w:asciiTheme="majorHAnsi" w:hAnsiTheme="majorHAnsi" w:cstheme="majorHAnsi"/>
          <w:b/>
          <w:bCs/>
          <w:color w:val="548DD4" w:themeColor="text2" w:themeTint="99"/>
          <w:sz w:val="24"/>
          <w:szCs w:val="24"/>
        </w:rPr>
      </w:pPr>
    </w:p>
    <w:p w14:paraId="7A90086C" w14:textId="62236D8B" w:rsidR="00954FFD" w:rsidRPr="00527FC9" w:rsidRDefault="00F61602" w:rsidP="00527FC9">
      <w:pPr>
        <w:spacing w:after="0" w:line="260" w:lineRule="exact"/>
        <w:rPr>
          <w:rFonts w:asciiTheme="majorHAnsi" w:hAnsiTheme="majorHAnsi" w:cstheme="majorHAnsi"/>
          <w:b/>
          <w:bCs/>
          <w:color w:val="000000" w:themeColor="text1"/>
          <w:sz w:val="26"/>
          <w:szCs w:val="26"/>
        </w:rPr>
      </w:pPr>
      <w:r w:rsidRPr="00527FC9">
        <w:rPr>
          <w:rFonts w:asciiTheme="majorHAnsi" w:hAnsiTheme="majorHAnsi" w:cstheme="majorHAnsi"/>
          <w:b/>
          <w:bCs/>
          <w:color w:val="000000" w:themeColor="text1"/>
          <w:sz w:val="26"/>
          <w:szCs w:val="26"/>
        </w:rPr>
        <w:t xml:space="preserve">Pricing Score </w:t>
      </w:r>
      <w:r w:rsidR="009273B9" w:rsidRPr="00527FC9">
        <w:rPr>
          <w:rFonts w:asciiTheme="majorHAnsi" w:hAnsiTheme="majorHAnsi" w:cstheme="majorHAnsi"/>
          <w:b/>
          <w:bCs/>
          <w:color w:val="000000" w:themeColor="text1"/>
          <w:sz w:val="26"/>
          <w:szCs w:val="26"/>
        </w:rPr>
        <w:t>Calculation</w:t>
      </w:r>
    </w:p>
    <w:p w14:paraId="4F61914B" w14:textId="77777777" w:rsidR="009273B9" w:rsidRDefault="009273B9" w:rsidP="009273B9">
      <w:pPr>
        <w:spacing w:after="0" w:line="260" w:lineRule="exact"/>
        <w:rPr>
          <w:rFonts w:asciiTheme="majorHAnsi" w:hAnsiTheme="majorHAnsi" w:cstheme="majorHAnsi"/>
          <w:b/>
          <w:bCs/>
          <w:color w:val="548DD4" w:themeColor="text2" w:themeTint="99"/>
          <w:sz w:val="24"/>
          <w:szCs w:val="24"/>
        </w:rPr>
      </w:pPr>
    </w:p>
    <w:p w14:paraId="367CECA0" w14:textId="77777777" w:rsidR="00F61602" w:rsidRPr="00BE0B71" w:rsidRDefault="00F61602" w:rsidP="00F61602">
      <w:pPr>
        <w:spacing w:line="260" w:lineRule="exact"/>
        <w:rPr>
          <w:rFonts w:ascii="Calibri" w:hAnsi="Calibri" w:cs="Calibri"/>
          <w:sz w:val="22"/>
          <w:lang w:val="en-GB"/>
        </w:rPr>
      </w:pPr>
      <w:proofErr w:type="gramStart"/>
      <w:r w:rsidRPr="00BE0B71">
        <w:rPr>
          <w:rFonts w:ascii="Calibri" w:hAnsi="Calibri" w:cs="Calibri"/>
          <w:sz w:val="22"/>
          <w:lang w:val="en-GB"/>
        </w:rPr>
        <w:t>Pricing  Score</w:t>
      </w:r>
      <w:proofErr w:type="gramEnd"/>
      <w:r w:rsidRPr="00BE0B71">
        <w:rPr>
          <w:rFonts w:ascii="Calibri" w:hAnsi="Calibri" w:cs="Calibri"/>
          <w:sz w:val="22"/>
          <w:lang w:val="en-GB"/>
        </w:rPr>
        <w:t xml:space="preserve"> = </w:t>
      </w:r>
      <w:r w:rsidRPr="00BE0B71">
        <w:rPr>
          <w:rFonts w:ascii="Calibri" w:hAnsi="Calibri" w:cs="Calibri"/>
          <w:sz w:val="22"/>
          <w:lang w:val="en-GB"/>
        </w:rPr>
        <w:tab/>
      </w:r>
      <w:r w:rsidRPr="00BE0B71">
        <w:rPr>
          <w:rFonts w:ascii="Calibri" w:hAnsi="Calibri" w:cs="Calibri"/>
          <w:sz w:val="22"/>
          <w:lang w:val="en-GB"/>
        </w:rPr>
        <w:tab/>
      </w:r>
      <w:r w:rsidRPr="00BE0B71">
        <w:rPr>
          <w:rFonts w:ascii="Calibri" w:hAnsi="Calibri" w:cs="Calibri"/>
          <w:sz w:val="22"/>
          <w:u w:val="single"/>
          <w:lang w:val="en-GB"/>
        </w:rPr>
        <w:t>Lowest Tendered Price x Max Points</w:t>
      </w:r>
      <w:r w:rsidRPr="00BE0B71">
        <w:rPr>
          <w:rFonts w:ascii="Calibri" w:hAnsi="Calibri" w:cs="Calibri"/>
          <w:sz w:val="22"/>
          <w:lang w:val="en-GB"/>
        </w:rPr>
        <w:t xml:space="preserve"> </w:t>
      </w:r>
    </w:p>
    <w:p w14:paraId="45897F6F" w14:textId="3DD08D16" w:rsidR="00E06EAE" w:rsidRDefault="00F61602" w:rsidP="00F61602">
      <w:pPr>
        <w:spacing w:line="260" w:lineRule="exact"/>
        <w:rPr>
          <w:rFonts w:ascii="Calibri" w:hAnsi="Calibri" w:cs="Calibri"/>
          <w:sz w:val="22"/>
          <w:lang w:val="en-GB"/>
        </w:rPr>
      </w:pPr>
      <w:r w:rsidRPr="00BE0B71">
        <w:rPr>
          <w:rFonts w:ascii="Calibri" w:hAnsi="Calibri" w:cs="Calibri"/>
          <w:sz w:val="22"/>
          <w:lang w:val="en-GB"/>
        </w:rPr>
        <w:tab/>
        <w:t xml:space="preserve">       </w:t>
      </w:r>
      <w:r w:rsidRPr="00BE0B71">
        <w:rPr>
          <w:rFonts w:ascii="Calibri" w:hAnsi="Calibri" w:cs="Calibri"/>
          <w:sz w:val="22"/>
          <w:lang w:val="en-GB"/>
        </w:rPr>
        <w:tab/>
      </w:r>
      <w:r w:rsidRPr="00BE0B71">
        <w:rPr>
          <w:rFonts w:ascii="Calibri" w:hAnsi="Calibri" w:cs="Calibri"/>
          <w:sz w:val="22"/>
          <w:lang w:val="en-GB"/>
        </w:rPr>
        <w:tab/>
        <w:t>Price of bid being evaluated</w:t>
      </w:r>
      <w:r w:rsidRPr="00BE0B71">
        <w:rPr>
          <w:rFonts w:ascii="Calibri" w:hAnsi="Calibri" w:cs="Calibri"/>
          <w:sz w:val="22"/>
          <w:lang w:val="en-GB"/>
        </w:rPr>
        <w:tab/>
      </w:r>
    </w:p>
    <w:tbl>
      <w:tblPr>
        <w:tblStyle w:val="TableGrid"/>
        <w:tblW w:w="0" w:type="auto"/>
        <w:tblLook w:val="04A0" w:firstRow="1" w:lastRow="0" w:firstColumn="1" w:lastColumn="0" w:noHBand="0" w:noVBand="1"/>
      </w:tblPr>
      <w:tblGrid>
        <w:gridCol w:w="2405"/>
        <w:gridCol w:w="1701"/>
        <w:gridCol w:w="2268"/>
        <w:gridCol w:w="1340"/>
        <w:gridCol w:w="1636"/>
      </w:tblGrid>
      <w:tr w:rsidR="00FC70A6" w14:paraId="70A9EAAB" w14:textId="4B0E03CB" w:rsidTr="00E6600E">
        <w:trPr>
          <w:trHeight w:val="850"/>
        </w:trPr>
        <w:tc>
          <w:tcPr>
            <w:tcW w:w="2405" w:type="dxa"/>
            <w:vAlign w:val="center"/>
          </w:tcPr>
          <w:p w14:paraId="2EE86F09" w14:textId="5213B168" w:rsidR="00FC70A6" w:rsidRPr="00E6600E" w:rsidRDefault="00FC70A6" w:rsidP="00951C2B">
            <w:pPr>
              <w:spacing w:line="260" w:lineRule="exact"/>
              <w:rPr>
                <w:rFonts w:ascii="Calibri" w:hAnsi="Calibri" w:cs="Calibri"/>
                <w:b/>
                <w:bCs/>
                <w:sz w:val="22"/>
                <w:lang w:val="en-GB"/>
              </w:rPr>
            </w:pPr>
            <w:r w:rsidRPr="00E6600E">
              <w:rPr>
                <w:rFonts w:ascii="Calibri" w:hAnsi="Calibri" w:cs="Calibri"/>
                <w:b/>
                <w:bCs/>
                <w:sz w:val="22"/>
                <w:lang w:val="en-GB"/>
              </w:rPr>
              <w:t>Tenderer</w:t>
            </w:r>
          </w:p>
          <w:p w14:paraId="58461055" w14:textId="5C7FD3AD" w:rsidR="00FC70A6" w:rsidRPr="00E6600E" w:rsidRDefault="00FC70A6" w:rsidP="00951C2B">
            <w:pPr>
              <w:spacing w:line="260" w:lineRule="exact"/>
              <w:rPr>
                <w:rFonts w:ascii="Calibri" w:hAnsi="Calibri" w:cs="Calibri"/>
                <w:b/>
                <w:bCs/>
                <w:sz w:val="22"/>
                <w:lang w:val="en-GB"/>
              </w:rPr>
            </w:pPr>
            <w:r w:rsidRPr="00E6600E">
              <w:rPr>
                <w:rFonts w:ascii="Calibri" w:hAnsi="Calibri" w:cs="Calibri"/>
                <w:b/>
                <w:bCs/>
                <w:sz w:val="22"/>
                <w:lang w:val="en-GB"/>
              </w:rPr>
              <w:t>(Enter Company Name)</w:t>
            </w:r>
          </w:p>
        </w:tc>
        <w:tc>
          <w:tcPr>
            <w:tcW w:w="1701" w:type="dxa"/>
            <w:vAlign w:val="center"/>
          </w:tcPr>
          <w:p w14:paraId="0A803C5D" w14:textId="3D5E8547" w:rsidR="00FC70A6" w:rsidRPr="00E6600E" w:rsidRDefault="00FC70A6" w:rsidP="00951C2B">
            <w:pPr>
              <w:spacing w:line="260" w:lineRule="exact"/>
              <w:jc w:val="center"/>
              <w:rPr>
                <w:rFonts w:ascii="Calibri" w:hAnsi="Calibri" w:cs="Calibri"/>
                <w:b/>
                <w:bCs/>
                <w:sz w:val="22"/>
                <w:lang w:val="en-GB"/>
              </w:rPr>
            </w:pPr>
            <w:r w:rsidRPr="00E6600E">
              <w:rPr>
                <w:rFonts w:ascii="Calibri" w:hAnsi="Calibri" w:cs="Calibri"/>
                <w:b/>
                <w:bCs/>
                <w:sz w:val="22"/>
                <w:lang w:val="en-GB"/>
              </w:rPr>
              <w:t>Lowest Tender Price</w:t>
            </w:r>
            <w:r w:rsidR="00951C2B" w:rsidRPr="00E6600E">
              <w:rPr>
                <w:rFonts w:ascii="Calibri" w:hAnsi="Calibri" w:cs="Calibri"/>
                <w:b/>
                <w:bCs/>
                <w:sz w:val="22"/>
                <w:lang w:val="en-GB"/>
              </w:rPr>
              <w:t xml:space="preserve"> (</w:t>
            </w:r>
            <w:r w:rsidR="00E6600E" w:rsidRPr="00E6600E">
              <w:rPr>
                <w:rFonts w:ascii="Calibri" w:hAnsi="Calibri" w:cs="Calibri"/>
                <w:b/>
                <w:bCs/>
                <w:sz w:val="22"/>
                <w:lang w:val="en-GB"/>
              </w:rPr>
              <w:t>€)</w:t>
            </w:r>
          </w:p>
        </w:tc>
        <w:tc>
          <w:tcPr>
            <w:tcW w:w="2268" w:type="dxa"/>
            <w:vAlign w:val="center"/>
          </w:tcPr>
          <w:p w14:paraId="12ED8298" w14:textId="70016A54" w:rsidR="00FC70A6" w:rsidRPr="00E6600E" w:rsidRDefault="00FC70A6" w:rsidP="00951C2B">
            <w:pPr>
              <w:spacing w:line="260" w:lineRule="exact"/>
              <w:jc w:val="center"/>
              <w:rPr>
                <w:rFonts w:ascii="Calibri" w:hAnsi="Calibri" w:cs="Calibri"/>
                <w:b/>
                <w:bCs/>
                <w:sz w:val="22"/>
                <w:lang w:val="en-GB"/>
              </w:rPr>
            </w:pPr>
            <w:r w:rsidRPr="00E6600E">
              <w:rPr>
                <w:rFonts w:ascii="Calibri" w:hAnsi="Calibri" w:cs="Calibri"/>
                <w:b/>
                <w:bCs/>
                <w:sz w:val="22"/>
                <w:lang w:val="en-GB"/>
              </w:rPr>
              <w:t>Price of the Bid being Evaluated</w:t>
            </w:r>
            <w:r w:rsidR="00E6600E" w:rsidRPr="00E6600E">
              <w:rPr>
                <w:rFonts w:ascii="Calibri" w:hAnsi="Calibri" w:cs="Calibri"/>
                <w:b/>
                <w:bCs/>
                <w:sz w:val="22"/>
                <w:lang w:val="en-GB"/>
              </w:rPr>
              <w:t xml:space="preserve"> (€)</w:t>
            </w:r>
          </w:p>
        </w:tc>
        <w:tc>
          <w:tcPr>
            <w:tcW w:w="1340" w:type="dxa"/>
            <w:vAlign w:val="center"/>
          </w:tcPr>
          <w:p w14:paraId="3CB7C268" w14:textId="0ACF699F" w:rsidR="00FC70A6" w:rsidRPr="00E6600E" w:rsidRDefault="00FC70A6" w:rsidP="00951C2B">
            <w:pPr>
              <w:spacing w:line="260" w:lineRule="exact"/>
              <w:jc w:val="center"/>
              <w:rPr>
                <w:rFonts w:ascii="Calibri" w:hAnsi="Calibri" w:cs="Calibri"/>
                <w:b/>
                <w:bCs/>
                <w:sz w:val="22"/>
                <w:lang w:val="en-GB"/>
              </w:rPr>
            </w:pPr>
            <w:r w:rsidRPr="00E6600E">
              <w:rPr>
                <w:rFonts w:ascii="Calibri" w:hAnsi="Calibri" w:cs="Calibri"/>
                <w:b/>
                <w:bCs/>
                <w:sz w:val="22"/>
                <w:lang w:val="en-GB"/>
              </w:rPr>
              <w:t>Max Points</w:t>
            </w:r>
          </w:p>
        </w:tc>
        <w:tc>
          <w:tcPr>
            <w:tcW w:w="1636" w:type="dxa"/>
            <w:vAlign w:val="center"/>
          </w:tcPr>
          <w:p w14:paraId="73B4698B" w14:textId="5889C8E8" w:rsidR="00FC70A6" w:rsidRPr="00E6600E" w:rsidRDefault="00FC70A6" w:rsidP="00951C2B">
            <w:pPr>
              <w:spacing w:line="260" w:lineRule="exact"/>
              <w:jc w:val="center"/>
              <w:rPr>
                <w:rFonts w:ascii="Calibri" w:hAnsi="Calibri" w:cs="Calibri"/>
                <w:b/>
                <w:bCs/>
                <w:sz w:val="22"/>
                <w:lang w:val="en-GB"/>
              </w:rPr>
            </w:pPr>
            <w:r w:rsidRPr="00E6600E">
              <w:rPr>
                <w:rFonts w:ascii="Calibri" w:hAnsi="Calibri" w:cs="Calibri"/>
                <w:b/>
                <w:bCs/>
                <w:sz w:val="22"/>
                <w:lang w:val="en-GB"/>
              </w:rPr>
              <w:t>Price Score</w:t>
            </w:r>
          </w:p>
        </w:tc>
      </w:tr>
      <w:tr w:rsidR="00951C2B" w14:paraId="4036C9AC" w14:textId="133F4D8F" w:rsidTr="00E6600E">
        <w:trPr>
          <w:trHeight w:val="454"/>
        </w:trPr>
        <w:tc>
          <w:tcPr>
            <w:tcW w:w="2405" w:type="dxa"/>
            <w:vAlign w:val="center"/>
          </w:tcPr>
          <w:p w14:paraId="419C88A0" w14:textId="0D7D4FE8" w:rsidR="00951C2B" w:rsidRPr="00E6600E" w:rsidRDefault="00951C2B" w:rsidP="00E6600E">
            <w:pPr>
              <w:spacing w:line="260" w:lineRule="exact"/>
              <w:rPr>
                <w:rFonts w:ascii="Calibri" w:hAnsi="Calibri" w:cs="Calibri"/>
                <w:b/>
                <w:bCs/>
                <w:sz w:val="22"/>
                <w:lang w:val="en-GB"/>
              </w:rPr>
            </w:pPr>
            <w:r w:rsidRPr="00E6600E">
              <w:rPr>
                <w:rFonts w:ascii="Calibri" w:hAnsi="Calibri" w:cs="Calibri"/>
                <w:b/>
                <w:bCs/>
                <w:sz w:val="22"/>
                <w:lang w:val="en-GB"/>
              </w:rPr>
              <w:t>Company Name A</w:t>
            </w:r>
          </w:p>
        </w:tc>
        <w:tc>
          <w:tcPr>
            <w:tcW w:w="1701" w:type="dxa"/>
            <w:vMerge w:val="restart"/>
            <w:vAlign w:val="center"/>
          </w:tcPr>
          <w:p w14:paraId="750E35B2" w14:textId="17F3C50A" w:rsidR="00951C2B" w:rsidRDefault="00951C2B" w:rsidP="00951C2B">
            <w:pPr>
              <w:spacing w:line="260" w:lineRule="exact"/>
              <w:jc w:val="center"/>
              <w:rPr>
                <w:rFonts w:ascii="Calibri" w:hAnsi="Calibri" w:cs="Calibri"/>
                <w:sz w:val="22"/>
                <w:lang w:val="en-GB"/>
              </w:rPr>
            </w:pPr>
          </w:p>
        </w:tc>
        <w:tc>
          <w:tcPr>
            <w:tcW w:w="2268" w:type="dxa"/>
            <w:vAlign w:val="center"/>
          </w:tcPr>
          <w:p w14:paraId="2D32282F" w14:textId="4B14B91C" w:rsidR="00951C2B" w:rsidRDefault="00951C2B" w:rsidP="00951C2B">
            <w:pPr>
              <w:spacing w:line="260" w:lineRule="exact"/>
              <w:jc w:val="center"/>
              <w:rPr>
                <w:rFonts w:ascii="Calibri" w:hAnsi="Calibri" w:cs="Calibri"/>
                <w:sz w:val="22"/>
                <w:lang w:val="en-GB"/>
              </w:rPr>
            </w:pPr>
          </w:p>
        </w:tc>
        <w:tc>
          <w:tcPr>
            <w:tcW w:w="1340" w:type="dxa"/>
            <w:vMerge w:val="restart"/>
            <w:vAlign w:val="center"/>
          </w:tcPr>
          <w:p w14:paraId="783C668B" w14:textId="7DDAD244" w:rsidR="00951C2B" w:rsidRDefault="00951C2B" w:rsidP="00951C2B">
            <w:pPr>
              <w:spacing w:line="260" w:lineRule="exact"/>
              <w:jc w:val="center"/>
              <w:rPr>
                <w:rFonts w:ascii="Calibri" w:hAnsi="Calibri" w:cs="Calibri"/>
                <w:sz w:val="22"/>
                <w:lang w:val="en-GB"/>
              </w:rPr>
            </w:pPr>
          </w:p>
        </w:tc>
        <w:tc>
          <w:tcPr>
            <w:tcW w:w="1636" w:type="dxa"/>
          </w:tcPr>
          <w:p w14:paraId="7E8F13C1" w14:textId="77777777" w:rsidR="00951C2B" w:rsidRDefault="00951C2B" w:rsidP="00F61602">
            <w:pPr>
              <w:spacing w:line="260" w:lineRule="exact"/>
              <w:rPr>
                <w:rFonts w:ascii="Calibri" w:hAnsi="Calibri" w:cs="Calibri"/>
                <w:sz w:val="22"/>
                <w:lang w:val="en-GB"/>
              </w:rPr>
            </w:pPr>
          </w:p>
        </w:tc>
      </w:tr>
      <w:tr w:rsidR="00951C2B" w14:paraId="77ACBACA" w14:textId="59EFE58D" w:rsidTr="00E6600E">
        <w:trPr>
          <w:trHeight w:val="454"/>
        </w:trPr>
        <w:tc>
          <w:tcPr>
            <w:tcW w:w="2405" w:type="dxa"/>
            <w:vAlign w:val="center"/>
          </w:tcPr>
          <w:p w14:paraId="10E3A9F9" w14:textId="71F7F332" w:rsidR="00951C2B" w:rsidRPr="00E6600E" w:rsidRDefault="00951C2B" w:rsidP="00E6600E">
            <w:pPr>
              <w:spacing w:line="260" w:lineRule="exact"/>
              <w:rPr>
                <w:rFonts w:ascii="Calibri" w:hAnsi="Calibri" w:cs="Calibri"/>
                <w:b/>
                <w:bCs/>
                <w:sz w:val="22"/>
                <w:lang w:val="en-GB"/>
              </w:rPr>
            </w:pPr>
            <w:r w:rsidRPr="00E6600E">
              <w:rPr>
                <w:rFonts w:ascii="Calibri" w:hAnsi="Calibri" w:cs="Calibri"/>
                <w:b/>
                <w:bCs/>
                <w:sz w:val="22"/>
                <w:lang w:val="en-GB"/>
              </w:rPr>
              <w:t>Company Name B</w:t>
            </w:r>
          </w:p>
        </w:tc>
        <w:tc>
          <w:tcPr>
            <w:tcW w:w="1701" w:type="dxa"/>
            <w:vMerge/>
          </w:tcPr>
          <w:p w14:paraId="5C66F851" w14:textId="77777777" w:rsidR="00951C2B" w:rsidRDefault="00951C2B" w:rsidP="00F61602">
            <w:pPr>
              <w:spacing w:line="260" w:lineRule="exact"/>
              <w:rPr>
                <w:rFonts w:ascii="Calibri" w:hAnsi="Calibri" w:cs="Calibri"/>
                <w:sz w:val="22"/>
                <w:lang w:val="en-GB"/>
              </w:rPr>
            </w:pPr>
          </w:p>
        </w:tc>
        <w:tc>
          <w:tcPr>
            <w:tcW w:w="2268" w:type="dxa"/>
          </w:tcPr>
          <w:p w14:paraId="08FC6ACF" w14:textId="09B769EA" w:rsidR="00951C2B" w:rsidRDefault="00951C2B" w:rsidP="00F61602">
            <w:pPr>
              <w:spacing w:line="260" w:lineRule="exact"/>
              <w:rPr>
                <w:rFonts w:ascii="Calibri" w:hAnsi="Calibri" w:cs="Calibri"/>
                <w:sz w:val="22"/>
                <w:lang w:val="en-GB"/>
              </w:rPr>
            </w:pPr>
          </w:p>
        </w:tc>
        <w:tc>
          <w:tcPr>
            <w:tcW w:w="1340" w:type="dxa"/>
            <w:vMerge/>
          </w:tcPr>
          <w:p w14:paraId="569A4743" w14:textId="77777777" w:rsidR="00951C2B" w:rsidRDefault="00951C2B" w:rsidP="00F61602">
            <w:pPr>
              <w:spacing w:line="260" w:lineRule="exact"/>
              <w:rPr>
                <w:rFonts w:ascii="Calibri" w:hAnsi="Calibri" w:cs="Calibri"/>
                <w:sz w:val="22"/>
                <w:lang w:val="en-GB"/>
              </w:rPr>
            </w:pPr>
          </w:p>
        </w:tc>
        <w:tc>
          <w:tcPr>
            <w:tcW w:w="1636" w:type="dxa"/>
          </w:tcPr>
          <w:p w14:paraId="634646BC" w14:textId="77777777" w:rsidR="00951C2B" w:rsidRDefault="00951C2B" w:rsidP="00F61602">
            <w:pPr>
              <w:spacing w:line="260" w:lineRule="exact"/>
              <w:rPr>
                <w:rFonts w:ascii="Calibri" w:hAnsi="Calibri" w:cs="Calibri"/>
                <w:sz w:val="22"/>
                <w:lang w:val="en-GB"/>
              </w:rPr>
            </w:pPr>
          </w:p>
        </w:tc>
      </w:tr>
      <w:tr w:rsidR="00951C2B" w14:paraId="0D33A557" w14:textId="40482019" w:rsidTr="00E6600E">
        <w:trPr>
          <w:trHeight w:val="454"/>
        </w:trPr>
        <w:tc>
          <w:tcPr>
            <w:tcW w:w="2405" w:type="dxa"/>
            <w:vAlign w:val="center"/>
          </w:tcPr>
          <w:p w14:paraId="3886D557" w14:textId="512D91BA" w:rsidR="00951C2B" w:rsidRPr="00E6600E" w:rsidRDefault="00951C2B" w:rsidP="00E6600E">
            <w:pPr>
              <w:spacing w:line="260" w:lineRule="exact"/>
              <w:rPr>
                <w:rFonts w:ascii="Calibri" w:hAnsi="Calibri" w:cs="Calibri"/>
                <w:b/>
                <w:bCs/>
                <w:sz w:val="22"/>
                <w:lang w:val="en-GB"/>
              </w:rPr>
            </w:pPr>
            <w:r w:rsidRPr="00E6600E">
              <w:rPr>
                <w:rFonts w:ascii="Calibri" w:hAnsi="Calibri" w:cs="Calibri"/>
                <w:b/>
                <w:bCs/>
                <w:sz w:val="22"/>
                <w:lang w:val="en-GB"/>
              </w:rPr>
              <w:t>Company Name C</w:t>
            </w:r>
          </w:p>
        </w:tc>
        <w:tc>
          <w:tcPr>
            <w:tcW w:w="1701" w:type="dxa"/>
            <w:vMerge/>
          </w:tcPr>
          <w:p w14:paraId="263343DE" w14:textId="77777777" w:rsidR="00951C2B" w:rsidRDefault="00951C2B" w:rsidP="00F61602">
            <w:pPr>
              <w:spacing w:line="260" w:lineRule="exact"/>
              <w:rPr>
                <w:rFonts w:ascii="Calibri" w:hAnsi="Calibri" w:cs="Calibri"/>
                <w:sz w:val="22"/>
                <w:lang w:val="en-GB"/>
              </w:rPr>
            </w:pPr>
          </w:p>
        </w:tc>
        <w:tc>
          <w:tcPr>
            <w:tcW w:w="2268" w:type="dxa"/>
          </w:tcPr>
          <w:p w14:paraId="27B32B1F" w14:textId="58D2B33E" w:rsidR="00951C2B" w:rsidRDefault="00951C2B" w:rsidP="00F61602">
            <w:pPr>
              <w:spacing w:line="260" w:lineRule="exact"/>
              <w:rPr>
                <w:rFonts w:ascii="Calibri" w:hAnsi="Calibri" w:cs="Calibri"/>
                <w:sz w:val="22"/>
                <w:lang w:val="en-GB"/>
              </w:rPr>
            </w:pPr>
          </w:p>
        </w:tc>
        <w:tc>
          <w:tcPr>
            <w:tcW w:w="1340" w:type="dxa"/>
            <w:vMerge/>
          </w:tcPr>
          <w:p w14:paraId="1F8A06CD" w14:textId="77777777" w:rsidR="00951C2B" w:rsidRDefault="00951C2B" w:rsidP="00F61602">
            <w:pPr>
              <w:spacing w:line="260" w:lineRule="exact"/>
              <w:rPr>
                <w:rFonts w:ascii="Calibri" w:hAnsi="Calibri" w:cs="Calibri"/>
                <w:sz w:val="22"/>
                <w:lang w:val="en-GB"/>
              </w:rPr>
            </w:pPr>
          </w:p>
        </w:tc>
        <w:tc>
          <w:tcPr>
            <w:tcW w:w="1636" w:type="dxa"/>
          </w:tcPr>
          <w:p w14:paraId="2A043720" w14:textId="77777777" w:rsidR="00951C2B" w:rsidRDefault="00951C2B" w:rsidP="00F61602">
            <w:pPr>
              <w:spacing w:line="260" w:lineRule="exact"/>
              <w:rPr>
                <w:rFonts w:ascii="Calibri" w:hAnsi="Calibri" w:cs="Calibri"/>
                <w:sz w:val="22"/>
                <w:lang w:val="en-GB"/>
              </w:rPr>
            </w:pPr>
          </w:p>
        </w:tc>
      </w:tr>
      <w:tr w:rsidR="00951C2B" w14:paraId="0595E91D" w14:textId="2017336C" w:rsidTr="00E6600E">
        <w:trPr>
          <w:trHeight w:val="454"/>
        </w:trPr>
        <w:tc>
          <w:tcPr>
            <w:tcW w:w="2405" w:type="dxa"/>
            <w:vAlign w:val="center"/>
          </w:tcPr>
          <w:p w14:paraId="34CEBB58" w14:textId="1303C966" w:rsidR="00951C2B" w:rsidRPr="00E6600E" w:rsidRDefault="00951C2B" w:rsidP="00E6600E">
            <w:pPr>
              <w:spacing w:line="260" w:lineRule="exact"/>
              <w:rPr>
                <w:rFonts w:ascii="Calibri" w:hAnsi="Calibri" w:cs="Calibri"/>
                <w:b/>
                <w:bCs/>
                <w:sz w:val="22"/>
                <w:lang w:val="en-GB"/>
              </w:rPr>
            </w:pPr>
            <w:r w:rsidRPr="00E6600E">
              <w:rPr>
                <w:rFonts w:ascii="Calibri" w:hAnsi="Calibri" w:cs="Calibri"/>
                <w:b/>
                <w:bCs/>
                <w:sz w:val="22"/>
                <w:lang w:val="en-GB"/>
              </w:rPr>
              <w:t>Company Name D</w:t>
            </w:r>
          </w:p>
        </w:tc>
        <w:tc>
          <w:tcPr>
            <w:tcW w:w="1701" w:type="dxa"/>
            <w:vMerge/>
          </w:tcPr>
          <w:p w14:paraId="30203A49" w14:textId="77777777" w:rsidR="00951C2B" w:rsidRDefault="00951C2B" w:rsidP="00F61602">
            <w:pPr>
              <w:spacing w:line="260" w:lineRule="exact"/>
              <w:rPr>
                <w:rFonts w:ascii="Calibri" w:hAnsi="Calibri" w:cs="Calibri"/>
                <w:sz w:val="22"/>
                <w:lang w:val="en-GB"/>
              </w:rPr>
            </w:pPr>
          </w:p>
        </w:tc>
        <w:tc>
          <w:tcPr>
            <w:tcW w:w="2268" w:type="dxa"/>
          </w:tcPr>
          <w:p w14:paraId="79F5F44F" w14:textId="5F2F2EB8" w:rsidR="00951C2B" w:rsidRDefault="00951C2B" w:rsidP="00F61602">
            <w:pPr>
              <w:spacing w:line="260" w:lineRule="exact"/>
              <w:rPr>
                <w:rFonts w:ascii="Calibri" w:hAnsi="Calibri" w:cs="Calibri"/>
                <w:sz w:val="22"/>
                <w:lang w:val="en-GB"/>
              </w:rPr>
            </w:pPr>
          </w:p>
        </w:tc>
        <w:tc>
          <w:tcPr>
            <w:tcW w:w="1340" w:type="dxa"/>
            <w:vMerge/>
          </w:tcPr>
          <w:p w14:paraId="6BAA76A1" w14:textId="77777777" w:rsidR="00951C2B" w:rsidRDefault="00951C2B" w:rsidP="00F61602">
            <w:pPr>
              <w:spacing w:line="260" w:lineRule="exact"/>
              <w:rPr>
                <w:rFonts w:ascii="Calibri" w:hAnsi="Calibri" w:cs="Calibri"/>
                <w:sz w:val="22"/>
                <w:lang w:val="en-GB"/>
              </w:rPr>
            </w:pPr>
          </w:p>
        </w:tc>
        <w:tc>
          <w:tcPr>
            <w:tcW w:w="1636" w:type="dxa"/>
          </w:tcPr>
          <w:p w14:paraId="351C6A63" w14:textId="77777777" w:rsidR="00951C2B" w:rsidRDefault="00951C2B" w:rsidP="00F61602">
            <w:pPr>
              <w:spacing w:line="260" w:lineRule="exact"/>
              <w:rPr>
                <w:rFonts w:ascii="Calibri" w:hAnsi="Calibri" w:cs="Calibri"/>
                <w:sz w:val="22"/>
                <w:lang w:val="en-GB"/>
              </w:rPr>
            </w:pPr>
          </w:p>
        </w:tc>
      </w:tr>
      <w:tr w:rsidR="00951C2B" w14:paraId="5E3C7A22" w14:textId="59024DFB" w:rsidTr="00E6600E">
        <w:trPr>
          <w:trHeight w:val="454"/>
        </w:trPr>
        <w:tc>
          <w:tcPr>
            <w:tcW w:w="2405" w:type="dxa"/>
            <w:vAlign w:val="center"/>
          </w:tcPr>
          <w:p w14:paraId="631CC34B" w14:textId="4D9B5E5C" w:rsidR="00951C2B" w:rsidRPr="00E6600E" w:rsidRDefault="00951C2B" w:rsidP="00E6600E">
            <w:pPr>
              <w:spacing w:line="260" w:lineRule="exact"/>
              <w:rPr>
                <w:rFonts w:ascii="Calibri" w:hAnsi="Calibri" w:cs="Calibri"/>
                <w:b/>
                <w:bCs/>
                <w:sz w:val="22"/>
                <w:lang w:val="en-GB"/>
              </w:rPr>
            </w:pPr>
            <w:r w:rsidRPr="00E6600E">
              <w:rPr>
                <w:rFonts w:ascii="Calibri" w:hAnsi="Calibri" w:cs="Calibri"/>
                <w:b/>
                <w:bCs/>
                <w:sz w:val="22"/>
                <w:lang w:val="en-GB"/>
              </w:rPr>
              <w:t>Company Name E</w:t>
            </w:r>
          </w:p>
        </w:tc>
        <w:tc>
          <w:tcPr>
            <w:tcW w:w="1701" w:type="dxa"/>
            <w:vMerge/>
          </w:tcPr>
          <w:p w14:paraId="15CE09CE" w14:textId="77777777" w:rsidR="00951C2B" w:rsidRDefault="00951C2B" w:rsidP="00F61602">
            <w:pPr>
              <w:spacing w:line="260" w:lineRule="exact"/>
              <w:rPr>
                <w:rFonts w:ascii="Calibri" w:hAnsi="Calibri" w:cs="Calibri"/>
                <w:sz w:val="22"/>
                <w:lang w:val="en-GB"/>
              </w:rPr>
            </w:pPr>
          </w:p>
        </w:tc>
        <w:tc>
          <w:tcPr>
            <w:tcW w:w="2268" w:type="dxa"/>
          </w:tcPr>
          <w:p w14:paraId="617CF234" w14:textId="3B0A50E4" w:rsidR="00951C2B" w:rsidRDefault="00951C2B" w:rsidP="00F61602">
            <w:pPr>
              <w:spacing w:line="260" w:lineRule="exact"/>
              <w:rPr>
                <w:rFonts w:ascii="Calibri" w:hAnsi="Calibri" w:cs="Calibri"/>
                <w:sz w:val="22"/>
                <w:lang w:val="en-GB"/>
              </w:rPr>
            </w:pPr>
          </w:p>
        </w:tc>
        <w:tc>
          <w:tcPr>
            <w:tcW w:w="1340" w:type="dxa"/>
            <w:vMerge/>
          </w:tcPr>
          <w:p w14:paraId="1164AC8E" w14:textId="77777777" w:rsidR="00951C2B" w:rsidRDefault="00951C2B" w:rsidP="00F61602">
            <w:pPr>
              <w:spacing w:line="260" w:lineRule="exact"/>
              <w:rPr>
                <w:rFonts w:ascii="Calibri" w:hAnsi="Calibri" w:cs="Calibri"/>
                <w:sz w:val="22"/>
                <w:lang w:val="en-GB"/>
              </w:rPr>
            </w:pPr>
          </w:p>
        </w:tc>
        <w:tc>
          <w:tcPr>
            <w:tcW w:w="1636" w:type="dxa"/>
          </w:tcPr>
          <w:p w14:paraId="4876689B" w14:textId="77777777" w:rsidR="00951C2B" w:rsidRDefault="00951C2B" w:rsidP="00F61602">
            <w:pPr>
              <w:spacing w:line="260" w:lineRule="exact"/>
              <w:rPr>
                <w:rFonts w:ascii="Calibri" w:hAnsi="Calibri" w:cs="Calibri"/>
                <w:sz w:val="22"/>
                <w:lang w:val="en-GB"/>
              </w:rPr>
            </w:pPr>
          </w:p>
        </w:tc>
      </w:tr>
    </w:tbl>
    <w:p w14:paraId="05DE2262" w14:textId="77777777" w:rsidR="00AE2BAC" w:rsidRDefault="00AE2BAC" w:rsidP="00F61602">
      <w:pPr>
        <w:spacing w:line="260" w:lineRule="exact"/>
        <w:rPr>
          <w:rFonts w:ascii="Calibri" w:hAnsi="Calibri" w:cs="Calibri"/>
          <w:sz w:val="22"/>
          <w:lang w:val="en-GB"/>
        </w:rPr>
      </w:pPr>
    </w:p>
    <w:p w14:paraId="09FCA6F5" w14:textId="02AF38DD" w:rsidR="00145183" w:rsidRPr="000668F1" w:rsidRDefault="00B02F02" w:rsidP="000668F1">
      <w:pPr>
        <w:spacing w:line="260" w:lineRule="exact"/>
        <w:jc w:val="center"/>
        <w:rPr>
          <w:rFonts w:ascii="Calibri" w:hAnsi="Calibri" w:cs="Calibri"/>
          <w:b/>
          <w:bCs/>
          <w:color w:val="EE0000"/>
          <w:sz w:val="22"/>
          <w:lang w:val="en-GB"/>
        </w:rPr>
      </w:pPr>
      <w:r w:rsidRPr="000668F1">
        <w:rPr>
          <w:rFonts w:ascii="Calibri" w:hAnsi="Calibri" w:cs="Calibri"/>
          <w:b/>
          <w:bCs/>
          <w:color w:val="EE0000"/>
          <w:sz w:val="22"/>
          <w:lang w:val="en-GB"/>
        </w:rPr>
        <w:t>END OF DOCUMENT</w:t>
      </w:r>
    </w:p>
    <w:sectPr w:rsidR="00145183" w:rsidRPr="000668F1" w:rsidSect="0081485A">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28F7A" w14:textId="77777777" w:rsidR="003E3BF3" w:rsidRDefault="003E3BF3">
      <w:pPr>
        <w:spacing w:after="0" w:line="240" w:lineRule="auto"/>
      </w:pPr>
      <w:r>
        <w:separator/>
      </w:r>
    </w:p>
  </w:endnote>
  <w:endnote w:type="continuationSeparator" w:id="0">
    <w:p w14:paraId="23AD7C8E" w14:textId="77777777" w:rsidR="003E3BF3" w:rsidRDefault="003E3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569237814"/>
      <w:docPartObj>
        <w:docPartGallery w:val="Page Numbers (Bottom of Page)"/>
        <w:docPartUnique/>
      </w:docPartObj>
    </w:sdtPr>
    <w:sdtEndPr/>
    <w:sdtContent>
      <w:sdt>
        <w:sdtPr>
          <w:rPr>
            <w:rFonts w:ascii="Arial" w:hAnsi="Arial" w:cs="Arial"/>
          </w:rPr>
          <w:id w:val="-1769616900"/>
          <w:docPartObj>
            <w:docPartGallery w:val="Page Numbers (Top of Page)"/>
            <w:docPartUnique/>
          </w:docPartObj>
        </w:sdtPr>
        <w:sdtEndPr/>
        <w:sdtContent>
          <w:p w14:paraId="6D5CCA30" w14:textId="43403326" w:rsidR="0086559B" w:rsidRPr="0086559B" w:rsidRDefault="0086559B">
            <w:pPr>
              <w:pStyle w:val="Footer"/>
              <w:jc w:val="right"/>
              <w:rPr>
                <w:rFonts w:ascii="Arial" w:hAnsi="Arial" w:cs="Arial"/>
              </w:rPr>
            </w:pPr>
            <w:r w:rsidRPr="0086559B">
              <w:rPr>
                <w:rFonts w:ascii="Arial" w:hAnsi="Arial" w:cs="Arial"/>
              </w:rPr>
              <w:t xml:space="preserve">Page </w:t>
            </w:r>
            <w:r w:rsidRPr="0086559B">
              <w:rPr>
                <w:rFonts w:ascii="Arial" w:hAnsi="Arial" w:cs="Arial"/>
                <w:sz w:val="24"/>
                <w:szCs w:val="24"/>
              </w:rPr>
              <w:fldChar w:fldCharType="begin"/>
            </w:r>
            <w:r w:rsidRPr="0086559B">
              <w:rPr>
                <w:rFonts w:ascii="Arial" w:hAnsi="Arial" w:cs="Arial"/>
              </w:rPr>
              <w:instrText xml:space="preserve"> PAGE </w:instrText>
            </w:r>
            <w:r w:rsidRPr="0086559B">
              <w:rPr>
                <w:rFonts w:ascii="Arial" w:hAnsi="Arial" w:cs="Arial"/>
                <w:sz w:val="24"/>
                <w:szCs w:val="24"/>
              </w:rPr>
              <w:fldChar w:fldCharType="separate"/>
            </w:r>
            <w:r w:rsidRPr="0086559B">
              <w:rPr>
                <w:rFonts w:ascii="Arial" w:hAnsi="Arial" w:cs="Arial"/>
                <w:noProof/>
              </w:rPr>
              <w:t>2</w:t>
            </w:r>
            <w:r w:rsidRPr="0086559B">
              <w:rPr>
                <w:rFonts w:ascii="Arial" w:hAnsi="Arial" w:cs="Arial"/>
                <w:sz w:val="24"/>
                <w:szCs w:val="24"/>
              </w:rPr>
              <w:fldChar w:fldCharType="end"/>
            </w:r>
            <w:r w:rsidRPr="0086559B">
              <w:rPr>
                <w:rFonts w:ascii="Arial" w:hAnsi="Arial" w:cs="Arial"/>
              </w:rPr>
              <w:t xml:space="preserve"> of </w:t>
            </w:r>
            <w:r w:rsidRPr="0086559B">
              <w:rPr>
                <w:rFonts w:ascii="Arial" w:hAnsi="Arial" w:cs="Arial"/>
                <w:sz w:val="24"/>
                <w:szCs w:val="24"/>
              </w:rPr>
              <w:fldChar w:fldCharType="begin"/>
            </w:r>
            <w:r w:rsidRPr="0086559B">
              <w:rPr>
                <w:rFonts w:ascii="Arial" w:hAnsi="Arial" w:cs="Arial"/>
              </w:rPr>
              <w:instrText xml:space="preserve"> NUMPAGES  </w:instrText>
            </w:r>
            <w:r w:rsidRPr="0086559B">
              <w:rPr>
                <w:rFonts w:ascii="Arial" w:hAnsi="Arial" w:cs="Arial"/>
                <w:sz w:val="24"/>
                <w:szCs w:val="24"/>
              </w:rPr>
              <w:fldChar w:fldCharType="separate"/>
            </w:r>
            <w:r w:rsidRPr="0086559B">
              <w:rPr>
                <w:rFonts w:ascii="Arial" w:hAnsi="Arial" w:cs="Arial"/>
                <w:noProof/>
              </w:rPr>
              <w:t>2</w:t>
            </w:r>
            <w:r w:rsidRPr="0086559B">
              <w:rPr>
                <w:rFonts w:ascii="Arial" w:hAnsi="Arial" w:cs="Arial"/>
                <w:sz w:val="24"/>
                <w:szCs w:val="24"/>
              </w:rPr>
              <w:fldChar w:fldCharType="end"/>
            </w:r>
          </w:p>
        </w:sdtContent>
      </w:sdt>
    </w:sdtContent>
  </w:sdt>
  <w:p w14:paraId="0F7C5102" w14:textId="01EFF37E" w:rsidR="00A96B7C" w:rsidRDefault="00A96B7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AB3EB" w14:textId="77777777" w:rsidR="003E3BF3" w:rsidRDefault="003E3BF3">
      <w:pPr>
        <w:spacing w:after="0" w:line="240" w:lineRule="auto"/>
      </w:pPr>
      <w:r>
        <w:separator/>
      </w:r>
    </w:p>
  </w:footnote>
  <w:footnote w:type="continuationSeparator" w:id="0">
    <w:p w14:paraId="565441D2" w14:textId="77777777" w:rsidR="003E3BF3" w:rsidRDefault="003E3B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C52C0" w14:textId="40E13FFB" w:rsidR="00A96B7C" w:rsidRDefault="00832A25">
    <w:pPr>
      <w:pStyle w:val="Header"/>
      <w:jc w:val="right"/>
    </w:pPr>
    <w:r>
      <w:rPr>
        <w:sz w:val="16"/>
      </w:rPr>
      <w:t xml:space="preserve">MIDLAND AGRI </w:t>
    </w:r>
    <w:r w:rsidR="009D30B4">
      <w:rPr>
        <w:sz w:val="16"/>
      </w:rPr>
      <w:t xml:space="preserve">CONSULTANTS | </w:t>
    </w:r>
    <w:r w:rsidR="00072363">
      <w:rPr>
        <w:sz w:val="16"/>
      </w:rPr>
      <w:t>TENDER RESPONSE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FB96B73"/>
    <w:multiLevelType w:val="hybridMultilevel"/>
    <w:tmpl w:val="3948FD48"/>
    <w:lvl w:ilvl="0" w:tplc="18090015">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270C2384"/>
    <w:multiLevelType w:val="hybridMultilevel"/>
    <w:tmpl w:val="5CDE4BF0"/>
    <w:lvl w:ilvl="0" w:tplc="92FAE8E0">
      <w:start w:val="1"/>
      <w:numFmt w:val="decimal"/>
      <w:lvlText w:val="%1."/>
      <w:lvlJc w:val="left"/>
      <w:pPr>
        <w:ind w:left="720" w:hanging="360"/>
      </w:pPr>
      <w:rPr>
        <w:rFonts w:hint="default"/>
        <w:b/>
        <w:bCs/>
        <w:sz w:val="32"/>
        <w:szCs w:val="3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0032811"/>
    <w:multiLevelType w:val="hybridMultilevel"/>
    <w:tmpl w:val="A614FADA"/>
    <w:lvl w:ilvl="0" w:tplc="18090015">
      <w:start w:val="2"/>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0" w15:restartNumberingAfterBreak="0">
    <w:nsid w:val="6BDD4DAB"/>
    <w:multiLevelType w:val="hybridMultilevel"/>
    <w:tmpl w:val="71E4BD2E"/>
    <w:lvl w:ilvl="0" w:tplc="18090015">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79562E12"/>
    <w:multiLevelType w:val="hybridMultilevel"/>
    <w:tmpl w:val="99689D86"/>
    <w:lvl w:ilvl="0" w:tplc="87A433E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7C226767"/>
    <w:multiLevelType w:val="hybridMultilevel"/>
    <w:tmpl w:val="5B16F2BE"/>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745764038">
    <w:abstractNumId w:val="5"/>
  </w:num>
  <w:num w:numId="2" w16cid:durableId="896160749">
    <w:abstractNumId w:val="3"/>
  </w:num>
  <w:num w:numId="3" w16cid:durableId="1038968544">
    <w:abstractNumId w:val="2"/>
  </w:num>
  <w:num w:numId="4" w16cid:durableId="1144083691">
    <w:abstractNumId w:val="4"/>
  </w:num>
  <w:num w:numId="5" w16cid:durableId="1617445968">
    <w:abstractNumId w:val="1"/>
  </w:num>
  <w:num w:numId="6" w16cid:durableId="980185128">
    <w:abstractNumId w:val="0"/>
  </w:num>
  <w:num w:numId="7" w16cid:durableId="202449458">
    <w:abstractNumId w:val="8"/>
  </w:num>
  <w:num w:numId="8" w16cid:durableId="300769598">
    <w:abstractNumId w:val="9"/>
  </w:num>
  <w:num w:numId="9" w16cid:durableId="46270397">
    <w:abstractNumId w:val="6"/>
  </w:num>
  <w:num w:numId="10" w16cid:durableId="1913198811">
    <w:abstractNumId w:val="10"/>
  </w:num>
  <w:num w:numId="11" w16cid:durableId="176775546">
    <w:abstractNumId w:val="11"/>
  </w:num>
  <w:num w:numId="12" w16cid:durableId="128322447">
    <w:abstractNumId w:val="12"/>
  </w:num>
  <w:num w:numId="13" w16cid:durableId="1199781950">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4EE"/>
    <w:rsid w:val="00006087"/>
    <w:rsid w:val="000128B6"/>
    <w:rsid w:val="00014478"/>
    <w:rsid w:val="00024D87"/>
    <w:rsid w:val="00034616"/>
    <w:rsid w:val="0004581B"/>
    <w:rsid w:val="00050121"/>
    <w:rsid w:val="0006063C"/>
    <w:rsid w:val="000617AC"/>
    <w:rsid w:val="000668F1"/>
    <w:rsid w:val="00066B09"/>
    <w:rsid w:val="00072363"/>
    <w:rsid w:val="00073939"/>
    <w:rsid w:val="0007472F"/>
    <w:rsid w:val="00075101"/>
    <w:rsid w:val="00075898"/>
    <w:rsid w:val="000825B8"/>
    <w:rsid w:val="00083A1E"/>
    <w:rsid w:val="00085B0D"/>
    <w:rsid w:val="00086E55"/>
    <w:rsid w:val="0009123B"/>
    <w:rsid w:val="0009277D"/>
    <w:rsid w:val="000A3EE4"/>
    <w:rsid w:val="000A5709"/>
    <w:rsid w:val="000A7196"/>
    <w:rsid w:val="000B6AFE"/>
    <w:rsid w:val="000D0A68"/>
    <w:rsid w:val="000D3CB0"/>
    <w:rsid w:val="000D64A1"/>
    <w:rsid w:val="000E0312"/>
    <w:rsid w:val="000E2803"/>
    <w:rsid w:val="000E6A92"/>
    <w:rsid w:val="000E7E6A"/>
    <w:rsid w:val="000F07A0"/>
    <w:rsid w:val="000F2041"/>
    <w:rsid w:val="000F5049"/>
    <w:rsid w:val="000F77E5"/>
    <w:rsid w:val="0012525E"/>
    <w:rsid w:val="00141E40"/>
    <w:rsid w:val="00145183"/>
    <w:rsid w:val="0015074B"/>
    <w:rsid w:val="0016261F"/>
    <w:rsid w:val="00171274"/>
    <w:rsid w:val="00176212"/>
    <w:rsid w:val="00177173"/>
    <w:rsid w:val="001816B3"/>
    <w:rsid w:val="0018233D"/>
    <w:rsid w:val="00187775"/>
    <w:rsid w:val="001968BE"/>
    <w:rsid w:val="00197081"/>
    <w:rsid w:val="00197CDB"/>
    <w:rsid w:val="001A0AD1"/>
    <w:rsid w:val="001A128C"/>
    <w:rsid w:val="001A3F24"/>
    <w:rsid w:val="001A4377"/>
    <w:rsid w:val="001D77EC"/>
    <w:rsid w:val="001E449E"/>
    <w:rsid w:val="001F06B2"/>
    <w:rsid w:val="001F78A1"/>
    <w:rsid w:val="002101BC"/>
    <w:rsid w:val="00233847"/>
    <w:rsid w:val="002505CD"/>
    <w:rsid w:val="00252B37"/>
    <w:rsid w:val="002547EC"/>
    <w:rsid w:val="00260235"/>
    <w:rsid w:val="0026401E"/>
    <w:rsid w:val="00265114"/>
    <w:rsid w:val="00275701"/>
    <w:rsid w:val="00277A91"/>
    <w:rsid w:val="00281C2B"/>
    <w:rsid w:val="00283E72"/>
    <w:rsid w:val="002878A3"/>
    <w:rsid w:val="00287B25"/>
    <w:rsid w:val="0029639D"/>
    <w:rsid w:val="002A69D1"/>
    <w:rsid w:val="002B47B1"/>
    <w:rsid w:val="002B47ED"/>
    <w:rsid w:val="002B5F06"/>
    <w:rsid w:val="002C04CB"/>
    <w:rsid w:val="002C057A"/>
    <w:rsid w:val="002C1F09"/>
    <w:rsid w:val="002C5229"/>
    <w:rsid w:val="002C69EE"/>
    <w:rsid w:val="002C6C60"/>
    <w:rsid w:val="002D25DD"/>
    <w:rsid w:val="002D3C48"/>
    <w:rsid w:val="002E03F9"/>
    <w:rsid w:val="002E37C0"/>
    <w:rsid w:val="002E5FFA"/>
    <w:rsid w:val="002E6258"/>
    <w:rsid w:val="002F2092"/>
    <w:rsid w:val="0030293F"/>
    <w:rsid w:val="00306EC3"/>
    <w:rsid w:val="00324B89"/>
    <w:rsid w:val="00326BA0"/>
    <w:rsid w:val="00326F90"/>
    <w:rsid w:val="003277CF"/>
    <w:rsid w:val="00327847"/>
    <w:rsid w:val="00342F01"/>
    <w:rsid w:val="00353EFD"/>
    <w:rsid w:val="003540FD"/>
    <w:rsid w:val="00355024"/>
    <w:rsid w:val="00360DDD"/>
    <w:rsid w:val="00361343"/>
    <w:rsid w:val="00364718"/>
    <w:rsid w:val="00387B51"/>
    <w:rsid w:val="00395214"/>
    <w:rsid w:val="003A7E78"/>
    <w:rsid w:val="003C3A28"/>
    <w:rsid w:val="003C5599"/>
    <w:rsid w:val="003C6496"/>
    <w:rsid w:val="003D280F"/>
    <w:rsid w:val="003E2711"/>
    <w:rsid w:val="003E3BF3"/>
    <w:rsid w:val="003E4018"/>
    <w:rsid w:val="003E710D"/>
    <w:rsid w:val="003F1445"/>
    <w:rsid w:val="003F31CE"/>
    <w:rsid w:val="004018E9"/>
    <w:rsid w:val="0040417F"/>
    <w:rsid w:val="004068A4"/>
    <w:rsid w:val="004115B6"/>
    <w:rsid w:val="00413DA1"/>
    <w:rsid w:val="00420CBD"/>
    <w:rsid w:val="00422B95"/>
    <w:rsid w:val="00423650"/>
    <w:rsid w:val="00430B0D"/>
    <w:rsid w:val="00435960"/>
    <w:rsid w:val="00436CA0"/>
    <w:rsid w:val="00444178"/>
    <w:rsid w:val="00451E99"/>
    <w:rsid w:val="00452EFA"/>
    <w:rsid w:val="0045415F"/>
    <w:rsid w:val="004603CB"/>
    <w:rsid w:val="00465D56"/>
    <w:rsid w:val="00471080"/>
    <w:rsid w:val="00471C83"/>
    <w:rsid w:val="004750E5"/>
    <w:rsid w:val="0048198D"/>
    <w:rsid w:val="00492C8E"/>
    <w:rsid w:val="004933B6"/>
    <w:rsid w:val="00495077"/>
    <w:rsid w:val="004C1A9A"/>
    <w:rsid w:val="004C5608"/>
    <w:rsid w:val="004D3388"/>
    <w:rsid w:val="004D349A"/>
    <w:rsid w:val="004D3C9D"/>
    <w:rsid w:val="004D52DD"/>
    <w:rsid w:val="004F2FB2"/>
    <w:rsid w:val="004F40BA"/>
    <w:rsid w:val="005116EA"/>
    <w:rsid w:val="00513E6C"/>
    <w:rsid w:val="00517AAF"/>
    <w:rsid w:val="00520909"/>
    <w:rsid w:val="00527FC9"/>
    <w:rsid w:val="00530BD7"/>
    <w:rsid w:val="00531427"/>
    <w:rsid w:val="00531FED"/>
    <w:rsid w:val="005371BC"/>
    <w:rsid w:val="00537EB6"/>
    <w:rsid w:val="00540620"/>
    <w:rsid w:val="00554389"/>
    <w:rsid w:val="00563EB1"/>
    <w:rsid w:val="00572143"/>
    <w:rsid w:val="005732B9"/>
    <w:rsid w:val="005759EA"/>
    <w:rsid w:val="0058196F"/>
    <w:rsid w:val="00581AC0"/>
    <w:rsid w:val="00594782"/>
    <w:rsid w:val="005A7556"/>
    <w:rsid w:val="005B53CE"/>
    <w:rsid w:val="005B5FCF"/>
    <w:rsid w:val="005C0B20"/>
    <w:rsid w:val="005C0BE3"/>
    <w:rsid w:val="005C0DFC"/>
    <w:rsid w:val="005D6AF6"/>
    <w:rsid w:val="005F6C07"/>
    <w:rsid w:val="005F6F00"/>
    <w:rsid w:val="00610896"/>
    <w:rsid w:val="0063177B"/>
    <w:rsid w:val="00634F7A"/>
    <w:rsid w:val="00646613"/>
    <w:rsid w:val="00654E03"/>
    <w:rsid w:val="00666026"/>
    <w:rsid w:val="00667EFC"/>
    <w:rsid w:val="006725B9"/>
    <w:rsid w:val="00681F8D"/>
    <w:rsid w:val="0068368F"/>
    <w:rsid w:val="00691693"/>
    <w:rsid w:val="00694CAF"/>
    <w:rsid w:val="00697FDA"/>
    <w:rsid w:val="006B4E07"/>
    <w:rsid w:val="006B53BD"/>
    <w:rsid w:val="006B77DF"/>
    <w:rsid w:val="006C5882"/>
    <w:rsid w:val="006D0362"/>
    <w:rsid w:val="006D1439"/>
    <w:rsid w:val="006F0F0E"/>
    <w:rsid w:val="007040A0"/>
    <w:rsid w:val="00705A29"/>
    <w:rsid w:val="00715FC7"/>
    <w:rsid w:val="00730C61"/>
    <w:rsid w:val="00736160"/>
    <w:rsid w:val="0074548F"/>
    <w:rsid w:val="00750265"/>
    <w:rsid w:val="00753563"/>
    <w:rsid w:val="00760B52"/>
    <w:rsid w:val="00763DCD"/>
    <w:rsid w:val="00765A2C"/>
    <w:rsid w:val="007724BB"/>
    <w:rsid w:val="007729EB"/>
    <w:rsid w:val="00776B4E"/>
    <w:rsid w:val="007777A1"/>
    <w:rsid w:val="007847F5"/>
    <w:rsid w:val="0078537D"/>
    <w:rsid w:val="00787C47"/>
    <w:rsid w:val="007A5EEA"/>
    <w:rsid w:val="007B17CF"/>
    <w:rsid w:val="007B1FD6"/>
    <w:rsid w:val="007C57D5"/>
    <w:rsid w:val="007C7A26"/>
    <w:rsid w:val="007E109A"/>
    <w:rsid w:val="00800E8B"/>
    <w:rsid w:val="008128F5"/>
    <w:rsid w:val="00814524"/>
    <w:rsid w:val="0081485A"/>
    <w:rsid w:val="0082072E"/>
    <w:rsid w:val="00821753"/>
    <w:rsid w:val="00822B97"/>
    <w:rsid w:val="00832A25"/>
    <w:rsid w:val="008415CB"/>
    <w:rsid w:val="00842249"/>
    <w:rsid w:val="00844EB5"/>
    <w:rsid w:val="0085255D"/>
    <w:rsid w:val="008649D5"/>
    <w:rsid w:val="0086514D"/>
    <w:rsid w:val="0086559B"/>
    <w:rsid w:val="00867D57"/>
    <w:rsid w:val="0087045B"/>
    <w:rsid w:val="008725B7"/>
    <w:rsid w:val="00872CC0"/>
    <w:rsid w:val="00873AC7"/>
    <w:rsid w:val="008774A2"/>
    <w:rsid w:val="00884063"/>
    <w:rsid w:val="008A609D"/>
    <w:rsid w:val="008C7885"/>
    <w:rsid w:val="008E13BB"/>
    <w:rsid w:val="008E37AA"/>
    <w:rsid w:val="008E7AE9"/>
    <w:rsid w:val="008F4C20"/>
    <w:rsid w:val="009048C3"/>
    <w:rsid w:val="0090588B"/>
    <w:rsid w:val="00916EAB"/>
    <w:rsid w:val="009273B9"/>
    <w:rsid w:val="00930EDE"/>
    <w:rsid w:val="00933D2E"/>
    <w:rsid w:val="009508DA"/>
    <w:rsid w:val="00951C2B"/>
    <w:rsid w:val="0095479E"/>
    <w:rsid w:val="00954FFD"/>
    <w:rsid w:val="00957C6E"/>
    <w:rsid w:val="00962584"/>
    <w:rsid w:val="00967328"/>
    <w:rsid w:val="00967C72"/>
    <w:rsid w:val="00976617"/>
    <w:rsid w:val="009A535F"/>
    <w:rsid w:val="009B01F5"/>
    <w:rsid w:val="009B096A"/>
    <w:rsid w:val="009B287E"/>
    <w:rsid w:val="009B698C"/>
    <w:rsid w:val="009B7F04"/>
    <w:rsid w:val="009C163C"/>
    <w:rsid w:val="009D18CF"/>
    <w:rsid w:val="009D30B4"/>
    <w:rsid w:val="009D4F19"/>
    <w:rsid w:val="009D6013"/>
    <w:rsid w:val="009E5DAA"/>
    <w:rsid w:val="009F1872"/>
    <w:rsid w:val="009F344A"/>
    <w:rsid w:val="009F3BD2"/>
    <w:rsid w:val="00A04D08"/>
    <w:rsid w:val="00A149A5"/>
    <w:rsid w:val="00A25CDC"/>
    <w:rsid w:val="00A30A28"/>
    <w:rsid w:val="00A340B2"/>
    <w:rsid w:val="00A52922"/>
    <w:rsid w:val="00A533CB"/>
    <w:rsid w:val="00A538DD"/>
    <w:rsid w:val="00A605A2"/>
    <w:rsid w:val="00A60BB0"/>
    <w:rsid w:val="00A74205"/>
    <w:rsid w:val="00A8307E"/>
    <w:rsid w:val="00A90A4F"/>
    <w:rsid w:val="00A9495C"/>
    <w:rsid w:val="00A96B7C"/>
    <w:rsid w:val="00AA1D8D"/>
    <w:rsid w:val="00AA7F87"/>
    <w:rsid w:val="00AB4CE5"/>
    <w:rsid w:val="00AC02E8"/>
    <w:rsid w:val="00AE2BAC"/>
    <w:rsid w:val="00B02F02"/>
    <w:rsid w:val="00B03E7B"/>
    <w:rsid w:val="00B21D6F"/>
    <w:rsid w:val="00B25DD1"/>
    <w:rsid w:val="00B271CC"/>
    <w:rsid w:val="00B32D59"/>
    <w:rsid w:val="00B41495"/>
    <w:rsid w:val="00B47730"/>
    <w:rsid w:val="00B51988"/>
    <w:rsid w:val="00B522CB"/>
    <w:rsid w:val="00B533B4"/>
    <w:rsid w:val="00B537E4"/>
    <w:rsid w:val="00B54207"/>
    <w:rsid w:val="00B6415D"/>
    <w:rsid w:val="00B7312A"/>
    <w:rsid w:val="00B81947"/>
    <w:rsid w:val="00B8570C"/>
    <w:rsid w:val="00B8599A"/>
    <w:rsid w:val="00BC5641"/>
    <w:rsid w:val="00BD2170"/>
    <w:rsid w:val="00BD6282"/>
    <w:rsid w:val="00BE21DB"/>
    <w:rsid w:val="00BE25D2"/>
    <w:rsid w:val="00C25036"/>
    <w:rsid w:val="00C43FDD"/>
    <w:rsid w:val="00C46878"/>
    <w:rsid w:val="00C605CD"/>
    <w:rsid w:val="00C643C9"/>
    <w:rsid w:val="00C67000"/>
    <w:rsid w:val="00C76886"/>
    <w:rsid w:val="00C84FE1"/>
    <w:rsid w:val="00C87D6A"/>
    <w:rsid w:val="00C911ED"/>
    <w:rsid w:val="00C9313B"/>
    <w:rsid w:val="00CB0664"/>
    <w:rsid w:val="00CB494B"/>
    <w:rsid w:val="00CB7DBC"/>
    <w:rsid w:val="00CD44B3"/>
    <w:rsid w:val="00CE3BF1"/>
    <w:rsid w:val="00CE707F"/>
    <w:rsid w:val="00D13407"/>
    <w:rsid w:val="00D139E4"/>
    <w:rsid w:val="00D408D4"/>
    <w:rsid w:val="00D4655C"/>
    <w:rsid w:val="00D46C99"/>
    <w:rsid w:val="00D5489B"/>
    <w:rsid w:val="00D65AAF"/>
    <w:rsid w:val="00D67355"/>
    <w:rsid w:val="00D7090A"/>
    <w:rsid w:val="00D81D37"/>
    <w:rsid w:val="00D83A15"/>
    <w:rsid w:val="00D86BAB"/>
    <w:rsid w:val="00D94FA4"/>
    <w:rsid w:val="00D96EEE"/>
    <w:rsid w:val="00DA57A3"/>
    <w:rsid w:val="00DA7863"/>
    <w:rsid w:val="00DC0B3D"/>
    <w:rsid w:val="00DC2C1D"/>
    <w:rsid w:val="00DC652B"/>
    <w:rsid w:val="00DD7B7E"/>
    <w:rsid w:val="00DF3F94"/>
    <w:rsid w:val="00DF61DE"/>
    <w:rsid w:val="00E03A50"/>
    <w:rsid w:val="00E06EAE"/>
    <w:rsid w:val="00E100A5"/>
    <w:rsid w:val="00E31ADC"/>
    <w:rsid w:val="00E31D35"/>
    <w:rsid w:val="00E3375B"/>
    <w:rsid w:val="00E34937"/>
    <w:rsid w:val="00E477B0"/>
    <w:rsid w:val="00E6590D"/>
    <w:rsid w:val="00E6600E"/>
    <w:rsid w:val="00E80F64"/>
    <w:rsid w:val="00E865F2"/>
    <w:rsid w:val="00E92138"/>
    <w:rsid w:val="00EA7B88"/>
    <w:rsid w:val="00EB1200"/>
    <w:rsid w:val="00EC0540"/>
    <w:rsid w:val="00EC15AC"/>
    <w:rsid w:val="00EC5E3B"/>
    <w:rsid w:val="00EE7C8E"/>
    <w:rsid w:val="00EF300E"/>
    <w:rsid w:val="00F03ECB"/>
    <w:rsid w:val="00F05C71"/>
    <w:rsid w:val="00F0685A"/>
    <w:rsid w:val="00F34FB2"/>
    <w:rsid w:val="00F416C5"/>
    <w:rsid w:val="00F4370C"/>
    <w:rsid w:val="00F4571F"/>
    <w:rsid w:val="00F45F06"/>
    <w:rsid w:val="00F541AB"/>
    <w:rsid w:val="00F61602"/>
    <w:rsid w:val="00F61A72"/>
    <w:rsid w:val="00F61BA1"/>
    <w:rsid w:val="00F668C6"/>
    <w:rsid w:val="00F73791"/>
    <w:rsid w:val="00F74F21"/>
    <w:rsid w:val="00F86C21"/>
    <w:rsid w:val="00F87367"/>
    <w:rsid w:val="00FA29DF"/>
    <w:rsid w:val="00FA3F41"/>
    <w:rsid w:val="00FC1781"/>
    <w:rsid w:val="00FC20D7"/>
    <w:rsid w:val="00FC41C3"/>
    <w:rsid w:val="00FC693F"/>
    <w:rsid w:val="00FC70A6"/>
    <w:rsid w:val="00FC7ED1"/>
    <w:rsid w:val="00FD2105"/>
    <w:rsid w:val="00FD556A"/>
    <w:rsid w:val="00FD667D"/>
    <w:rsid w:val="00FE7D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995DF1"/>
  <w14:defaultImageDpi w14:val="300"/>
  <w15:docId w15:val="{F9264692-9721-4721-98E6-8D643E691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C04CB"/>
    <w:rPr>
      <w:color w:val="0000FF" w:themeColor="hyperlink"/>
      <w:u w:val="single"/>
    </w:rPr>
  </w:style>
  <w:style w:type="character" w:styleId="UnresolvedMention">
    <w:name w:val="Unresolved Mention"/>
    <w:basedOn w:val="DefaultParagraphFont"/>
    <w:uiPriority w:val="99"/>
    <w:semiHidden/>
    <w:unhideWhenUsed/>
    <w:rsid w:val="002C04CB"/>
    <w:rPr>
      <w:color w:val="605E5C"/>
      <w:shd w:val="clear" w:color="auto" w:fill="E1DFDD"/>
    </w:rPr>
  </w:style>
  <w:style w:type="character" w:styleId="PlaceholderText">
    <w:name w:val="Placeholder Text"/>
    <w:basedOn w:val="DefaultParagraphFont"/>
    <w:uiPriority w:val="99"/>
    <w:rsid w:val="00471C83"/>
    <w:rPr>
      <w:color w:val="666666"/>
    </w:rPr>
  </w:style>
  <w:style w:type="character" w:customStyle="1" w:styleId="DefaultTextChar">
    <w:name w:val="Default Text Char"/>
    <w:link w:val="DefaultText"/>
    <w:locked/>
    <w:rsid w:val="00610896"/>
    <w:rPr>
      <w:sz w:val="24"/>
      <w:szCs w:val="24"/>
    </w:rPr>
  </w:style>
  <w:style w:type="paragraph" w:customStyle="1" w:styleId="DefaultText">
    <w:name w:val="Default Text"/>
    <w:basedOn w:val="Normal"/>
    <w:link w:val="DefaultTextChar"/>
    <w:rsid w:val="00610896"/>
    <w:pPr>
      <w:spacing w:after="0" w:line="240" w:lineRule="auto"/>
    </w:pPr>
    <w:rPr>
      <w:rFonts w:asciiTheme="minorHAnsi" w:hAnsi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1661</Words>
  <Characters>9471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RFT – Three Multi-Purpose Machinery Training Simulator Systems</vt:lpstr>
    </vt:vector>
  </TitlesOfParts>
  <Manager/>
  <Company/>
  <LinksUpToDate>false</LinksUpToDate>
  <CharactersWithSpaces>11110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RFT – Three Multi-Purpose Machinery Training Simulator Systems</dc:title>
  <dc:subject>LEADER 2023–2027 Category 1 procurement</dc:subject>
  <dc:creator>Midland Agri Consultants</dc:creator>
  <cp:keywords/>
  <dc:description>Final issue prepared for eTenders publication; estimated value/notice route must be completed in eTenders before release.</dc:description>
  <cp:lastModifiedBy>Paul Belton</cp:lastModifiedBy>
  <cp:revision>5</cp:revision>
  <cp:lastPrinted>2026-10-08T13:26:00Z</cp:lastPrinted>
  <dcterms:created xsi:type="dcterms:W3CDTF">2026-10-27T21:22:00Z</dcterms:created>
  <dcterms:modified xsi:type="dcterms:W3CDTF">2026-10-27T21:29:00Z</dcterms:modified>
  <cp:category/>
</cp:coreProperties>
</file>