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6520F" w14:textId="77777777" w:rsidR="004D349A" w:rsidRPr="007B1FD6" w:rsidRDefault="004D349A" w:rsidP="00CD44B3">
      <w:pPr>
        <w:spacing w:after="0" w:line="260" w:lineRule="exact"/>
        <w:rPr>
          <w:rFonts w:asciiTheme="majorHAnsi" w:hAnsiTheme="majorHAnsi" w:cstheme="majorHAnsi"/>
          <w:b/>
          <w:bCs/>
          <w:color w:val="365F91" w:themeColor="accent1" w:themeShade="BF"/>
          <w:sz w:val="32"/>
          <w:szCs w:val="32"/>
        </w:rPr>
      </w:pPr>
    </w:p>
    <w:p w14:paraId="5641CD61" w14:textId="6AC1B193" w:rsidR="00A96B7C" w:rsidRPr="007B1FD6" w:rsidRDefault="000E6A92" w:rsidP="00CD44B3">
      <w:pPr>
        <w:spacing w:after="0" w:line="260" w:lineRule="exact"/>
        <w:rPr>
          <w:rFonts w:asciiTheme="majorHAnsi" w:hAnsiTheme="majorHAnsi" w:cstheme="majorHAnsi"/>
          <w:b/>
          <w:bCs/>
          <w:color w:val="365F91" w:themeColor="accent1" w:themeShade="BF"/>
          <w:sz w:val="32"/>
          <w:szCs w:val="32"/>
        </w:rPr>
      </w:pPr>
      <w:r w:rsidRPr="007B1FD6">
        <w:rPr>
          <w:rFonts w:asciiTheme="majorHAnsi" w:hAnsiTheme="majorHAnsi" w:cstheme="majorHAnsi"/>
          <w:b/>
          <w:bCs/>
          <w:color w:val="365F91" w:themeColor="accent1" w:themeShade="BF"/>
          <w:sz w:val="32"/>
          <w:szCs w:val="32"/>
        </w:rPr>
        <w:t xml:space="preserve">Appendix </w:t>
      </w:r>
      <w:r w:rsidR="00451E99" w:rsidRPr="007B1FD6">
        <w:rPr>
          <w:rFonts w:asciiTheme="majorHAnsi" w:hAnsiTheme="majorHAnsi" w:cstheme="majorHAnsi"/>
          <w:b/>
          <w:bCs/>
          <w:color w:val="365F91" w:themeColor="accent1" w:themeShade="BF"/>
          <w:sz w:val="32"/>
          <w:szCs w:val="32"/>
        </w:rPr>
        <w:t xml:space="preserve">8 - </w:t>
      </w:r>
      <w:r w:rsidR="00832A25" w:rsidRPr="007B1FD6">
        <w:rPr>
          <w:rFonts w:asciiTheme="majorHAnsi" w:hAnsiTheme="majorHAnsi" w:cstheme="majorHAnsi"/>
          <w:b/>
          <w:bCs/>
          <w:color w:val="365F91" w:themeColor="accent1" w:themeShade="BF"/>
          <w:sz w:val="32"/>
          <w:szCs w:val="32"/>
        </w:rPr>
        <w:t>Tenderer Response Form</w:t>
      </w:r>
    </w:p>
    <w:p w14:paraId="4F6B3C4F" w14:textId="77777777" w:rsidR="0085255D" w:rsidRPr="007B1FD6" w:rsidRDefault="0085255D" w:rsidP="00CD44B3">
      <w:pPr>
        <w:spacing w:after="0" w:line="260" w:lineRule="exact"/>
        <w:rPr>
          <w:rFonts w:asciiTheme="majorHAnsi" w:hAnsiTheme="majorHAnsi" w:cstheme="majorHAnsi"/>
          <w:szCs w:val="21"/>
        </w:rPr>
      </w:pPr>
    </w:p>
    <w:p w14:paraId="0F397195" w14:textId="77777777" w:rsidR="009F3BD2" w:rsidRPr="007B1FD6" w:rsidRDefault="009F3BD2" w:rsidP="00072363">
      <w:pPr>
        <w:spacing w:after="0" w:line="260" w:lineRule="exact"/>
        <w:jc w:val="both"/>
        <w:rPr>
          <w:rFonts w:asciiTheme="majorHAnsi" w:hAnsiTheme="majorHAnsi" w:cstheme="majorHAnsi"/>
          <w:b/>
          <w:bCs/>
          <w:sz w:val="26"/>
          <w:szCs w:val="26"/>
        </w:rPr>
      </w:pPr>
      <w:r w:rsidRPr="007B1FD6">
        <w:rPr>
          <w:rFonts w:asciiTheme="majorHAnsi" w:hAnsiTheme="majorHAnsi" w:cstheme="majorHAnsi"/>
          <w:b/>
          <w:bCs/>
          <w:sz w:val="26"/>
          <w:szCs w:val="26"/>
        </w:rPr>
        <w:t>INSTRUCTIONS FOR COMPLETION</w:t>
      </w:r>
    </w:p>
    <w:p w14:paraId="29C70CE4" w14:textId="77777777" w:rsidR="009F3BD2" w:rsidRPr="007B1FD6" w:rsidRDefault="009F3BD2" w:rsidP="00072363">
      <w:pPr>
        <w:spacing w:after="0" w:line="260" w:lineRule="exact"/>
        <w:jc w:val="both"/>
        <w:rPr>
          <w:rFonts w:asciiTheme="majorHAnsi" w:hAnsiTheme="majorHAnsi" w:cstheme="majorHAnsi"/>
          <w:sz w:val="24"/>
          <w:szCs w:val="24"/>
        </w:rPr>
      </w:pPr>
    </w:p>
    <w:p w14:paraId="54463D4D"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 xml:space="preserve">Tenderers must ensure they complete this document in full.  </w:t>
      </w:r>
    </w:p>
    <w:p w14:paraId="25AA8ED6" w14:textId="77777777" w:rsidR="009F3BD2" w:rsidRPr="007B1FD6" w:rsidRDefault="009F3BD2" w:rsidP="00072363">
      <w:pPr>
        <w:spacing w:after="0" w:line="260" w:lineRule="exact"/>
        <w:jc w:val="both"/>
        <w:rPr>
          <w:rFonts w:asciiTheme="majorHAnsi" w:hAnsiTheme="majorHAnsi" w:cstheme="majorHAnsi"/>
          <w:sz w:val="22"/>
        </w:rPr>
      </w:pPr>
    </w:p>
    <w:p w14:paraId="1B3675BF"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 xml:space="preserve">Where there is a discrepancy between the contents / instructions in this document and the Invitation to Tender, the Invitation to Tender will take precedence.  Please ensure you contact the Contracting Authority, and they may decide to issue an updated Tender Response Document. </w:t>
      </w:r>
    </w:p>
    <w:p w14:paraId="134FD73D" w14:textId="77777777" w:rsidR="009F3BD2" w:rsidRPr="007B1FD6" w:rsidRDefault="009F3BD2" w:rsidP="00072363">
      <w:pPr>
        <w:spacing w:after="0" w:line="260" w:lineRule="exact"/>
        <w:jc w:val="both"/>
        <w:rPr>
          <w:rFonts w:asciiTheme="majorHAnsi" w:hAnsiTheme="majorHAnsi" w:cstheme="majorHAnsi"/>
          <w:sz w:val="22"/>
        </w:rPr>
      </w:pPr>
    </w:p>
    <w:p w14:paraId="7900F122"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 xml:space="preserve">Tenderers must follow the instructions contained in this document in relation to attachments, word limits, etc. </w:t>
      </w:r>
    </w:p>
    <w:p w14:paraId="342FAB79" w14:textId="77777777" w:rsidR="009F3BD2" w:rsidRPr="007B1FD6" w:rsidRDefault="009F3BD2" w:rsidP="00072363">
      <w:pPr>
        <w:spacing w:after="0" w:line="260" w:lineRule="exact"/>
        <w:jc w:val="both"/>
        <w:rPr>
          <w:rFonts w:asciiTheme="majorHAnsi" w:hAnsiTheme="majorHAnsi" w:cstheme="majorHAnsi"/>
          <w:sz w:val="22"/>
        </w:rPr>
      </w:pPr>
    </w:p>
    <w:p w14:paraId="23D22031" w14:textId="77777777" w:rsidR="009F3BD2" w:rsidRPr="007B1FD6" w:rsidRDefault="009F3BD2" w:rsidP="00072363">
      <w:pPr>
        <w:spacing w:after="0" w:line="260" w:lineRule="exact"/>
        <w:jc w:val="both"/>
        <w:rPr>
          <w:rFonts w:asciiTheme="majorHAnsi" w:hAnsiTheme="majorHAnsi" w:cstheme="majorHAnsi"/>
          <w:sz w:val="22"/>
        </w:rPr>
      </w:pPr>
      <w:r w:rsidRPr="007B1FD6">
        <w:rPr>
          <w:rFonts w:asciiTheme="majorHAnsi" w:hAnsiTheme="majorHAnsi" w:cstheme="majorHAnsi"/>
          <w:sz w:val="22"/>
        </w:rPr>
        <w:t>In relation to self-declared information, the tenderer must, when requested by the Contracting Authority, furnish the evidence of compliance within seven (7) days of the request.</w:t>
      </w:r>
    </w:p>
    <w:p w14:paraId="621AA18C" w14:textId="77777777" w:rsidR="009F3BD2" w:rsidRPr="007B1FD6" w:rsidRDefault="009F3BD2" w:rsidP="00CD44B3">
      <w:pPr>
        <w:spacing w:after="0" w:line="260" w:lineRule="exact"/>
        <w:rPr>
          <w:rFonts w:asciiTheme="majorHAnsi" w:hAnsiTheme="majorHAnsi" w:cstheme="majorHAnsi"/>
          <w:sz w:val="22"/>
        </w:rPr>
      </w:pPr>
    </w:p>
    <w:p w14:paraId="4B6149AE" w14:textId="77777777" w:rsidR="009F3BD2" w:rsidRDefault="009F3BD2" w:rsidP="00CD44B3">
      <w:pPr>
        <w:spacing w:after="0" w:line="260" w:lineRule="exact"/>
        <w:rPr>
          <w:rFonts w:ascii="Arial" w:hAnsi="Arial" w:cs="Arial"/>
          <w:szCs w:val="21"/>
        </w:rPr>
      </w:pPr>
    </w:p>
    <w:p w14:paraId="444421E9" w14:textId="77777777" w:rsidR="002B47B1" w:rsidRDefault="002B47B1" w:rsidP="00CD44B3">
      <w:pPr>
        <w:spacing w:after="0" w:line="260" w:lineRule="exact"/>
        <w:rPr>
          <w:rFonts w:ascii="Arial" w:hAnsi="Arial" w:cs="Arial"/>
          <w:szCs w:val="21"/>
        </w:rPr>
      </w:pPr>
    </w:p>
    <w:p w14:paraId="1716479A" w14:textId="77777777" w:rsidR="002B47B1" w:rsidRDefault="002B47B1" w:rsidP="00CD44B3">
      <w:pPr>
        <w:spacing w:after="0" w:line="260" w:lineRule="exact"/>
        <w:rPr>
          <w:rFonts w:ascii="Arial" w:hAnsi="Arial" w:cs="Arial"/>
          <w:szCs w:val="21"/>
        </w:rPr>
      </w:pPr>
    </w:p>
    <w:p w14:paraId="53C57CF0" w14:textId="77777777" w:rsidR="002B47B1" w:rsidRDefault="002B47B1" w:rsidP="00CD44B3">
      <w:pPr>
        <w:spacing w:after="0" w:line="260" w:lineRule="exact"/>
        <w:rPr>
          <w:rFonts w:ascii="Arial" w:hAnsi="Arial" w:cs="Arial"/>
          <w:szCs w:val="21"/>
        </w:rPr>
      </w:pPr>
    </w:p>
    <w:p w14:paraId="53A34D9B" w14:textId="77777777" w:rsidR="002B47B1" w:rsidRDefault="002B47B1" w:rsidP="00CD44B3">
      <w:pPr>
        <w:spacing w:after="0" w:line="260" w:lineRule="exact"/>
        <w:rPr>
          <w:rFonts w:ascii="Arial" w:hAnsi="Arial" w:cs="Arial"/>
          <w:szCs w:val="21"/>
        </w:rPr>
      </w:pPr>
    </w:p>
    <w:p w14:paraId="04580CE3" w14:textId="77777777" w:rsidR="002B47B1" w:rsidRDefault="002B47B1" w:rsidP="00CD44B3">
      <w:pPr>
        <w:spacing w:after="0" w:line="260" w:lineRule="exact"/>
        <w:rPr>
          <w:rFonts w:ascii="Arial" w:hAnsi="Arial" w:cs="Arial"/>
          <w:szCs w:val="21"/>
        </w:rPr>
      </w:pPr>
    </w:p>
    <w:p w14:paraId="4AF177F6" w14:textId="77777777" w:rsidR="002B47B1" w:rsidRDefault="002B47B1" w:rsidP="00CD44B3">
      <w:pPr>
        <w:spacing w:after="0" w:line="260" w:lineRule="exact"/>
        <w:rPr>
          <w:rFonts w:ascii="Arial" w:hAnsi="Arial" w:cs="Arial"/>
          <w:szCs w:val="21"/>
        </w:rPr>
      </w:pPr>
    </w:p>
    <w:p w14:paraId="41E536C1" w14:textId="77777777" w:rsidR="002B47B1" w:rsidRDefault="002B47B1" w:rsidP="00CD44B3">
      <w:pPr>
        <w:spacing w:after="0" w:line="260" w:lineRule="exact"/>
        <w:rPr>
          <w:rFonts w:ascii="Arial" w:hAnsi="Arial" w:cs="Arial"/>
          <w:szCs w:val="21"/>
        </w:rPr>
      </w:pPr>
    </w:p>
    <w:p w14:paraId="6D518F39" w14:textId="77777777" w:rsidR="002B47B1" w:rsidRDefault="002B47B1" w:rsidP="00CD44B3">
      <w:pPr>
        <w:spacing w:after="0" w:line="260" w:lineRule="exact"/>
        <w:rPr>
          <w:rFonts w:ascii="Arial" w:hAnsi="Arial" w:cs="Arial"/>
          <w:szCs w:val="21"/>
        </w:rPr>
      </w:pPr>
    </w:p>
    <w:p w14:paraId="5EDC3F41" w14:textId="77777777" w:rsidR="002B47B1" w:rsidRDefault="002B47B1" w:rsidP="00CD44B3">
      <w:pPr>
        <w:spacing w:after="0" w:line="260" w:lineRule="exact"/>
        <w:rPr>
          <w:rFonts w:ascii="Arial" w:hAnsi="Arial" w:cs="Arial"/>
          <w:szCs w:val="21"/>
        </w:rPr>
      </w:pPr>
    </w:p>
    <w:p w14:paraId="66F35A5B" w14:textId="77777777" w:rsidR="002B47B1" w:rsidRDefault="002B47B1" w:rsidP="00CD44B3">
      <w:pPr>
        <w:spacing w:after="0" w:line="260" w:lineRule="exact"/>
        <w:rPr>
          <w:rFonts w:ascii="Arial" w:hAnsi="Arial" w:cs="Arial"/>
          <w:szCs w:val="21"/>
        </w:rPr>
      </w:pPr>
    </w:p>
    <w:p w14:paraId="0BDE8400" w14:textId="77777777" w:rsidR="002B47B1" w:rsidRDefault="002B47B1" w:rsidP="00CD44B3">
      <w:pPr>
        <w:spacing w:after="0" w:line="260" w:lineRule="exact"/>
        <w:rPr>
          <w:rFonts w:ascii="Arial" w:hAnsi="Arial" w:cs="Arial"/>
          <w:szCs w:val="21"/>
        </w:rPr>
      </w:pPr>
    </w:p>
    <w:p w14:paraId="654152F5" w14:textId="77777777" w:rsidR="002B47B1" w:rsidRDefault="002B47B1" w:rsidP="00CD44B3">
      <w:pPr>
        <w:spacing w:after="0" w:line="260" w:lineRule="exact"/>
        <w:rPr>
          <w:rFonts w:ascii="Arial" w:hAnsi="Arial" w:cs="Arial"/>
          <w:szCs w:val="21"/>
        </w:rPr>
      </w:pPr>
    </w:p>
    <w:p w14:paraId="42CBBAD3" w14:textId="77777777" w:rsidR="002B47B1" w:rsidRDefault="002B47B1" w:rsidP="00CD44B3">
      <w:pPr>
        <w:spacing w:after="0" w:line="260" w:lineRule="exact"/>
        <w:rPr>
          <w:rFonts w:ascii="Arial" w:hAnsi="Arial" w:cs="Arial"/>
          <w:szCs w:val="21"/>
        </w:rPr>
      </w:pPr>
    </w:p>
    <w:p w14:paraId="3646FF76" w14:textId="77777777" w:rsidR="002B47B1" w:rsidRDefault="002B47B1" w:rsidP="00CD44B3">
      <w:pPr>
        <w:spacing w:after="0" w:line="260" w:lineRule="exact"/>
        <w:rPr>
          <w:rFonts w:ascii="Arial" w:hAnsi="Arial" w:cs="Arial"/>
          <w:szCs w:val="21"/>
        </w:rPr>
      </w:pPr>
    </w:p>
    <w:p w14:paraId="44DE2288" w14:textId="77777777" w:rsidR="002B47B1" w:rsidRDefault="002B47B1" w:rsidP="00CD44B3">
      <w:pPr>
        <w:spacing w:after="0" w:line="260" w:lineRule="exact"/>
        <w:rPr>
          <w:rFonts w:ascii="Arial" w:hAnsi="Arial" w:cs="Arial"/>
          <w:szCs w:val="21"/>
        </w:rPr>
      </w:pPr>
    </w:p>
    <w:p w14:paraId="5495A1BF" w14:textId="77777777" w:rsidR="002B47B1" w:rsidRDefault="002B47B1" w:rsidP="00CD44B3">
      <w:pPr>
        <w:spacing w:after="0" w:line="260" w:lineRule="exact"/>
        <w:rPr>
          <w:rFonts w:ascii="Arial" w:hAnsi="Arial" w:cs="Arial"/>
          <w:szCs w:val="21"/>
        </w:rPr>
      </w:pPr>
    </w:p>
    <w:p w14:paraId="243DC0AC" w14:textId="77777777" w:rsidR="002B47B1" w:rsidRDefault="002B47B1" w:rsidP="00CD44B3">
      <w:pPr>
        <w:spacing w:after="0" w:line="260" w:lineRule="exact"/>
        <w:rPr>
          <w:rFonts w:ascii="Arial" w:hAnsi="Arial" w:cs="Arial"/>
          <w:szCs w:val="21"/>
        </w:rPr>
      </w:pPr>
    </w:p>
    <w:p w14:paraId="7B5D0D04" w14:textId="77777777" w:rsidR="002B47B1" w:rsidRDefault="002B47B1" w:rsidP="00CD44B3">
      <w:pPr>
        <w:spacing w:after="0" w:line="260" w:lineRule="exact"/>
        <w:rPr>
          <w:rFonts w:ascii="Arial" w:hAnsi="Arial" w:cs="Arial"/>
          <w:szCs w:val="21"/>
        </w:rPr>
      </w:pPr>
    </w:p>
    <w:p w14:paraId="34B15193" w14:textId="77777777" w:rsidR="002B47B1" w:rsidRDefault="002B47B1" w:rsidP="00CD44B3">
      <w:pPr>
        <w:spacing w:after="0" w:line="260" w:lineRule="exact"/>
        <w:rPr>
          <w:rFonts w:ascii="Arial" w:hAnsi="Arial" w:cs="Arial"/>
          <w:szCs w:val="21"/>
        </w:rPr>
      </w:pPr>
    </w:p>
    <w:p w14:paraId="582834FC" w14:textId="77777777" w:rsidR="002B47B1" w:rsidRDefault="002B47B1" w:rsidP="00CD44B3">
      <w:pPr>
        <w:spacing w:after="0" w:line="260" w:lineRule="exact"/>
        <w:rPr>
          <w:rFonts w:ascii="Arial" w:hAnsi="Arial" w:cs="Arial"/>
          <w:szCs w:val="21"/>
        </w:rPr>
      </w:pPr>
    </w:p>
    <w:p w14:paraId="3117EC45" w14:textId="77777777" w:rsidR="002B47B1" w:rsidRDefault="002B47B1" w:rsidP="00CD44B3">
      <w:pPr>
        <w:spacing w:after="0" w:line="260" w:lineRule="exact"/>
        <w:rPr>
          <w:rFonts w:ascii="Arial" w:hAnsi="Arial" w:cs="Arial"/>
          <w:szCs w:val="21"/>
        </w:rPr>
      </w:pPr>
    </w:p>
    <w:p w14:paraId="28E09E92" w14:textId="77777777" w:rsidR="002B47B1" w:rsidRDefault="002B47B1" w:rsidP="00CD44B3">
      <w:pPr>
        <w:spacing w:after="0" w:line="260" w:lineRule="exact"/>
        <w:rPr>
          <w:rFonts w:ascii="Arial" w:hAnsi="Arial" w:cs="Arial"/>
          <w:szCs w:val="21"/>
        </w:rPr>
      </w:pPr>
    </w:p>
    <w:p w14:paraId="6DB4E60C" w14:textId="77777777" w:rsidR="002B47B1" w:rsidRDefault="002B47B1" w:rsidP="00CD44B3">
      <w:pPr>
        <w:spacing w:after="0" w:line="260" w:lineRule="exact"/>
        <w:rPr>
          <w:rFonts w:ascii="Arial" w:hAnsi="Arial" w:cs="Arial"/>
          <w:szCs w:val="21"/>
        </w:rPr>
      </w:pPr>
    </w:p>
    <w:p w14:paraId="6800CD57" w14:textId="77777777" w:rsidR="002B47B1" w:rsidRDefault="002B47B1" w:rsidP="00CD44B3">
      <w:pPr>
        <w:spacing w:after="0" w:line="260" w:lineRule="exact"/>
        <w:rPr>
          <w:rFonts w:ascii="Arial" w:hAnsi="Arial" w:cs="Arial"/>
          <w:szCs w:val="21"/>
        </w:rPr>
      </w:pPr>
    </w:p>
    <w:p w14:paraId="00A6D6C5" w14:textId="77777777" w:rsidR="002B47B1" w:rsidRDefault="002B47B1" w:rsidP="00CD44B3">
      <w:pPr>
        <w:spacing w:after="0" w:line="260" w:lineRule="exact"/>
        <w:rPr>
          <w:rFonts w:ascii="Arial" w:hAnsi="Arial" w:cs="Arial"/>
          <w:szCs w:val="21"/>
        </w:rPr>
      </w:pPr>
    </w:p>
    <w:p w14:paraId="13C0CD3C" w14:textId="77777777" w:rsidR="002B47B1" w:rsidRDefault="002B47B1" w:rsidP="00CD44B3">
      <w:pPr>
        <w:spacing w:after="0" w:line="260" w:lineRule="exact"/>
        <w:rPr>
          <w:rFonts w:ascii="Arial" w:hAnsi="Arial" w:cs="Arial"/>
          <w:szCs w:val="21"/>
        </w:rPr>
      </w:pPr>
    </w:p>
    <w:p w14:paraId="75C94EBE" w14:textId="77777777" w:rsidR="002B47B1" w:rsidRDefault="002B47B1" w:rsidP="00CD44B3">
      <w:pPr>
        <w:spacing w:after="0" w:line="260" w:lineRule="exact"/>
        <w:rPr>
          <w:rFonts w:ascii="Arial" w:hAnsi="Arial" w:cs="Arial"/>
          <w:szCs w:val="21"/>
        </w:rPr>
      </w:pPr>
    </w:p>
    <w:p w14:paraId="6BBB2182" w14:textId="77777777" w:rsidR="002B47B1" w:rsidRDefault="002B47B1" w:rsidP="00CD44B3">
      <w:pPr>
        <w:spacing w:after="0" w:line="260" w:lineRule="exact"/>
        <w:rPr>
          <w:rFonts w:ascii="Arial" w:hAnsi="Arial" w:cs="Arial"/>
          <w:szCs w:val="21"/>
        </w:rPr>
      </w:pPr>
    </w:p>
    <w:p w14:paraId="231A156F" w14:textId="77777777" w:rsidR="002B47B1" w:rsidRDefault="002B47B1" w:rsidP="00CD44B3">
      <w:pPr>
        <w:spacing w:after="0" w:line="260" w:lineRule="exact"/>
        <w:rPr>
          <w:rFonts w:ascii="Arial" w:hAnsi="Arial" w:cs="Arial"/>
          <w:szCs w:val="21"/>
        </w:rPr>
      </w:pPr>
    </w:p>
    <w:p w14:paraId="4D6F70FF" w14:textId="77777777" w:rsidR="002B47B1" w:rsidRDefault="002B47B1" w:rsidP="00CD44B3">
      <w:pPr>
        <w:spacing w:after="0" w:line="260" w:lineRule="exact"/>
        <w:rPr>
          <w:rFonts w:ascii="Arial" w:hAnsi="Arial" w:cs="Arial"/>
          <w:szCs w:val="21"/>
        </w:rPr>
      </w:pPr>
    </w:p>
    <w:p w14:paraId="31D949E7" w14:textId="77777777" w:rsidR="002B47B1" w:rsidRDefault="002B47B1" w:rsidP="00CD44B3">
      <w:pPr>
        <w:spacing w:after="0" w:line="260" w:lineRule="exact"/>
        <w:rPr>
          <w:rFonts w:ascii="Arial" w:hAnsi="Arial" w:cs="Arial"/>
          <w:szCs w:val="21"/>
        </w:rPr>
      </w:pPr>
    </w:p>
    <w:p w14:paraId="07F9C50C" w14:textId="77777777" w:rsidR="002B47B1" w:rsidRDefault="002B47B1" w:rsidP="00CD44B3">
      <w:pPr>
        <w:spacing w:after="0" w:line="260" w:lineRule="exact"/>
        <w:rPr>
          <w:rFonts w:ascii="Arial" w:hAnsi="Arial" w:cs="Arial"/>
          <w:szCs w:val="21"/>
        </w:rPr>
      </w:pPr>
    </w:p>
    <w:p w14:paraId="3A6A7854" w14:textId="7D219BF0" w:rsidR="002B47B1" w:rsidRPr="004D349A" w:rsidRDefault="00413DA1" w:rsidP="004D3388">
      <w:pPr>
        <w:pStyle w:val="ListParagraph"/>
        <w:numPr>
          <w:ilvl w:val="0"/>
          <w:numId w:val="7"/>
        </w:numPr>
        <w:spacing w:after="0" w:line="260" w:lineRule="exact"/>
        <w:rPr>
          <w:rFonts w:asciiTheme="majorHAnsi" w:hAnsiTheme="majorHAnsi" w:cstheme="majorHAnsi"/>
          <w:b/>
          <w:bCs/>
          <w:sz w:val="32"/>
          <w:szCs w:val="32"/>
        </w:rPr>
      </w:pPr>
      <w:r w:rsidRPr="004D349A">
        <w:rPr>
          <w:rFonts w:asciiTheme="majorHAnsi" w:hAnsiTheme="majorHAnsi" w:cstheme="majorHAnsi"/>
          <w:b/>
          <w:bCs/>
          <w:sz w:val="32"/>
          <w:szCs w:val="32"/>
        </w:rPr>
        <w:t xml:space="preserve">Tenderer Information </w:t>
      </w:r>
    </w:p>
    <w:p w14:paraId="511B80B5" w14:textId="77777777" w:rsidR="00413DA1" w:rsidRPr="00072363" w:rsidRDefault="00413DA1" w:rsidP="00CD44B3">
      <w:pPr>
        <w:spacing w:after="0" w:line="260" w:lineRule="exact"/>
        <w:rPr>
          <w:rFonts w:asciiTheme="majorHAnsi" w:hAnsiTheme="majorHAnsi" w:cstheme="majorHAnsi"/>
          <w:szCs w:val="21"/>
        </w:rPr>
      </w:pPr>
    </w:p>
    <w:tbl>
      <w:tblPr>
        <w:tblStyle w:val="TableGrid"/>
        <w:tblW w:w="0" w:type="auto"/>
        <w:jc w:val="center"/>
        <w:tblLook w:val="04A0" w:firstRow="1" w:lastRow="0" w:firstColumn="1" w:lastColumn="0" w:noHBand="0" w:noVBand="1"/>
      </w:tblPr>
      <w:tblGrid>
        <w:gridCol w:w="3539"/>
        <w:gridCol w:w="5811"/>
      </w:tblGrid>
      <w:tr w:rsidR="00A96B7C" w:rsidRPr="00072363" w14:paraId="03B75C98" w14:textId="77777777" w:rsidTr="00072363">
        <w:trPr>
          <w:trHeight w:val="567"/>
          <w:jc w:val="center"/>
        </w:trPr>
        <w:tc>
          <w:tcPr>
            <w:tcW w:w="3539" w:type="dxa"/>
            <w:vAlign w:val="center"/>
          </w:tcPr>
          <w:p w14:paraId="3570D7F5" w14:textId="77777777" w:rsidR="00A96B7C" w:rsidRPr="00072363" w:rsidRDefault="00832A25" w:rsidP="00CD44B3">
            <w:pPr>
              <w:spacing w:line="260" w:lineRule="exact"/>
              <w:rPr>
                <w:rFonts w:asciiTheme="majorHAnsi" w:hAnsiTheme="majorHAnsi" w:cstheme="majorHAnsi"/>
                <w:sz w:val="26"/>
                <w:szCs w:val="26"/>
              </w:rPr>
            </w:pPr>
            <w:r w:rsidRPr="00072363">
              <w:rPr>
                <w:rFonts w:asciiTheme="majorHAnsi" w:hAnsiTheme="majorHAnsi" w:cstheme="majorHAnsi"/>
                <w:b/>
                <w:sz w:val="26"/>
                <w:szCs w:val="26"/>
              </w:rPr>
              <w:t>Information requested</w:t>
            </w:r>
          </w:p>
        </w:tc>
        <w:tc>
          <w:tcPr>
            <w:tcW w:w="5811" w:type="dxa"/>
            <w:vAlign w:val="center"/>
          </w:tcPr>
          <w:p w14:paraId="4519A40D" w14:textId="77777777" w:rsidR="00A96B7C" w:rsidRPr="00072363" w:rsidRDefault="00832A25" w:rsidP="00CD44B3">
            <w:pPr>
              <w:spacing w:line="260" w:lineRule="exact"/>
              <w:rPr>
                <w:rFonts w:asciiTheme="majorHAnsi" w:hAnsiTheme="majorHAnsi" w:cstheme="majorHAnsi"/>
                <w:sz w:val="26"/>
                <w:szCs w:val="26"/>
              </w:rPr>
            </w:pPr>
            <w:r w:rsidRPr="00072363">
              <w:rPr>
                <w:rFonts w:asciiTheme="majorHAnsi" w:hAnsiTheme="majorHAnsi" w:cstheme="majorHAnsi"/>
                <w:b/>
                <w:sz w:val="26"/>
                <w:szCs w:val="26"/>
              </w:rPr>
              <w:t>Tenderer response</w:t>
            </w:r>
          </w:p>
        </w:tc>
      </w:tr>
      <w:tr w:rsidR="00A96B7C" w:rsidRPr="00072363" w14:paraId="541603AA" w14:textId="77777777" w:rsidTr="00072363">
        <w:trPr>
          <w:trHeight w:val="567"/>
          <w:jc w:val="center"/>
        </w:trPr>
        <w:tc>
          <w:tcPr>
            <w:tcW w:w="3539" w:type="dxa"/>
            <w:vAlign w:val="center"/>
          </w:tcPr>
          <w:p w14:paraId="2C67ECD7"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Legal name</w:t>
            </w:r>
          </w:p>
        </w:tc>
        <w:tc>
          <w:tcPr>
            <w:tcW w:w="5811" w:type="dxa"/>
            <w:vAlign w:val="center"/>
          </w:tcPr>
          <w:p w14:paraId="29F5C1BC"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76B4AE32" w14:textId="77777777" w:rsidTr="00072363">
        <w:trPr>
          <w:trHeight w:val="567"/>
          <w:jc w:val="center"/>
        </w:trPr>
        <w:tc>
          <w:tcPr>
            <w:tcW w:w="3539" w:type="dxa"/>
            <w:vAlign w:val="center"/>
          </w:tcPr>
          <w:p w14:paraId="6B977DB4"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Trading name (if different)</w:t>
            </w:r>
          </w:p>
        </w:tc>
        <w:tc>
          <w:tcPr>
            <w:tcW w:w="5811" w:type="dxa"/>
            <w:vAlign w:val="center"/>
          </w:tcPr>
          <w:p w14:paraId="2DBE4047"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18F8F5FF" w14:textId="77777777" w:rsidTr="00072363">
        <w:trPr>
          <w:trHeight w:val="567"/>
          <w:jc w:val="center"/>
        </w:trPr>
        <w:tc>
          <w:tcPr>
            <w:tcW w:w="3539" w:type="dxa"/>
            <w:vAlign w:val="center"/>
          </w:tcPr>
          <w:p w14:paraId="0C8B9C2B"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Registered address</w:t>
            </w:r>
          </w:p>
        </w:tc>
        <w:tc>
          <w:tcPr>
            <w:tcW w:w="5811" w:type="dxa"/>
            <w:vAlign w:val="center"/>
          </w:tcPr>
          <w:p w14:paraId="62F2D597"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0048D40" w14:textId="77777777" w:rsidTr="00072363">
        <w:trPr>
          <w:trHeight w:val="567"/>
          <w:jc w:val="center"/>
        </w:trPr>
        <w:tc>
          <w:tcPr>
            <w:tcW w:w="3539" w:type="dxa"/>
            <w:vAlign w:val="center"/>
          </w:tcPr>
          <w:p w14:paraId="2201FFF2"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Company registration / equivalent</w:t>
            </w:r>
          </w:p>
        </w:tc>
        <w:tc>
          <w:tcPr>
            <w:tcW w:w="5811" w:type="dxa"/>
            <w:vAlign w:val="center"/>
          </w:tcPr>
          <w:p w14:paraId="41C4A541"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0B8E92D9" w14:textId="77777777" w:rsidTr="00072363">
        <w:trPr>
          <w:trHeight w:val="567"/>
          <w:jc w:val="center"/>
        </w:trPr>
        <w:tc>
          <w:tcPr>
            <w:tcW w:w="3539" w:type="dxa"/>
            <w:vAlign w:val="center"/>
          </w:tcPr>
          <w:p w14:paraId="39AB9389"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VAT number</w:t>
            </w:r>
          </w:p>
        </w:tc>
        <w:tc>
          <w:tcPr>
            <w:tcW w:w="5811" w:type="dxa"/>
            <w:vAlign w:val="center"/>
          </w:tcPr>
          <w:p w14:paraId="0647CCF5"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2496A59C" w14:textId="77777777" w:rsidTr="00072363">
        <w:trPr>
          <w:trHeight w:val="567"/>
          <w:jc w:val="center"/>
        </w:trPr>
        <w:tc>
          <w:tcPr>
            <w:tcW w:w="3539" w:type="dxa"/>
            <w:vAlign w:val="center"/>
          </w:tcPr>
          <w:p w14:paraId="77A43903"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Primary contact</w:t>
            </w:r>
          </w:p>
        </w:tc>
        <w:tc>
          <w:tcPr>
            <w:tcW w:w="5811" w:type="dxa"/>
            <w:vAlign w:val="center"/>
          </w:tcPr>
          <w:p w14:paraId="722C3268"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4527FE0A" w14:textId="77777777" w:rsidTr="00072363">
        <w:trPr>
          <w:trHeight w:val="567"/>
          <w:jc w:val="center"/>
        </w:trPr>
        <w:tc>
          <w:tcPr>
            <w:tcW w:w="3539" w:type="dxa"/>
            <w:vAlign w:val="center"/>
          </w:tcPr>
          <w:p w14:paraId="425C25D1"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Email / telephone</w:t>
            </w:r>
          </w:p>
        </w:tc>
        <w:tc>
          <w:tcPr>
            <w:tcW w:w="5811" w:type="dxa"/>
            <w:vAlign w:val="center"/>
          </w:tcPr>
          <w:p w14:paraId="64239C17"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54529464" w14:textId="77777777" w:rsidTr="00072363">
        <w:trPr>
          <w:trHeight w:val="567"/>
          <w:jc w:val="center"/>
        </w:trPr>
        <w:tc>
          <w:tcPr>
            <w:tcW w:w="3539" w:type="dxa"/>
            <w:vAlign w:val="center"/>
          </w:tcPr>
          <w:p w14:paraId="2A499DC0"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Manufacturer(s) represented</w:t>
            </w:r>
          </w:p>
        </w:tc>
        <w:tc>
          <w:tcPr>
            <w:tcW w:w="5811" w:type="dxa"/>
            <w:vAlign w:val="center"/>
          </w:tcPr>
          <w:p w14:paraId="6535999A"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0AF712D" w14:textId="77777777" w:rsidTr="00072363">
        <w:trPr>
          <w:trHeight w:val="567"/>
          <w:jc w:val="center"/>
        </w:trPr>
        <w:tc>
          <w:tcPr>
            <w:tcW w:w="3539" w:type="dxa"/>
            <w:vAlign w:val="center"/>
          </w:tcPr>
          <w:p w14:paraId="7F13AC4C"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 xml:space="preserve">Proposed </w:t>
            </w:r>
            <w:proofErr w:type="gramStart"/>
            <w:r w:rsidRPr="00072363">
              <w:rPr>
                <w:rFonts w:asciiTheme="majorHAnsi" w:hAnsiTheme="majorHAnsi" w:cstheme="majorHAnsi"/>
                <w:sz w:val="22"/>
              </w:rPr>
              <w:t>simulator</w:t>
            </w:r>
            <w:proofErr w:type="gramEnd"/>
            <w:r w:rsidRPr="00072363">
              <w:rPr>
                <w:rFonts w:asciiTheme="majorHAnsi" w:hAnsiTheme="majorHAnsi" w:cstheme="majorHAnsi"/>
                <w:sz w:val="22"/>
              </w:rPr>
              <w:t xml:space="preserve"> make/model</w:t>
            </w:r>
          </w:p>
        </w:tc>
        <w:tc>
          <w:tcPr>
            <w:tcW w:w="5811" w:type="dxa"/>
            <w:vAlign w:val="center"/>
          </w:tcPr>
          <w:p w14:paraId="30C5D5FF"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0C9E822D" w14:textId="77777777" w:rsidTr="00072363">
        <w:trPr>
          <w:trHeight w:val="567"/>
          <w:jc w:val="center"/>
        </w:trPr>
        <w:tc>
          <w:tcPr>
            <w:tcW w:w="3539" w:type="dxa"/>
            <w:vAlign w:val="center"/>
          </w:tcPr>
          <w:p w14:paraId="5595A782"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Country of manufacture</w:t>
            </w:r>
          </w:p>
        </w:tc>
        <w:tc>
          <w:tcPr>
            <w:tcW w:w="5811" w:type="dxa"/>
            <w:vAlign w:val="center"/>
          </w:tcPr>
          <w:p w14:paraId="69481019"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9373C8B" w14:textId="77777777" w:rsidTr="00072363">
        <w:trPr>
          <w:trHeight w:val="567"/>
          <w:jc w:val="center"/>
        </w:trPr>
        <w:tc>
          <w:tcPr>
            <w:tcW w:w="3539" w:type="dxa"/>
            <w:vAlign w:val="center"/>
          </w:tcPr>
          <w:p w14:paraId="37F4ABD3"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Irish/EU support location</w:t>
            </w:r>
          </w:p>
        </w:tc>
        <w:tc>
          <w:tcPr>
            <w:tcW w:w="5811" w:type="dxa"/>
            <w:vAlign w:val="center"/>
          </w:tcPr>
          <w:p w14:paraId="40708F53"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577FB58" w14:textId="77777777" w:rsidTr="00072363">
        <w:trPr>
          <w:trHeight w:val="567"/>
          <w:jc w:val="center"/>
        </w:trPr>
        <w:tc>
          <w:tcPr>
            <w:tcW w:w="3539" w:type="dxa"/>
            <w:vAlign w:val="center"/>
          </w:tcPr>
          <w:p w14:paraId="171A6EB9" w14:textId="1AA7CFFD"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Proposed delivery lead time</w:t>
            </w:r>
            <w:r w:rsidR="002B47B1" w:rsidRPr="00072363">
              <w:rPr>
                <w:rFonts w:asciiTheme="majorHAnsi" w:hAnsiTheme="majorHAnsi" w:cstheme="majorHAnsi"/>
                <w:sz w:val="22"/>
              </w:rPr>
              <w:t>:</w:t>
            </w:r>
          </w:p>
        </w:tc>
        <w:tc>
          <w:tcPr>
            <w:tcW w:w="5811" w:type="dxa"/>
            <w:vAlign w:val="center"/>
          </w:tcPr>
          <w:p w14:paraId="6C167AF5"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35CCAFE8" w14:textId="77777777" w:rsidTr="00072363">
        <w:trPr>
          <w:trHeight w:val="567"/>
          <w:jc w:val="center"/>
        </w:trPr>
        <w:tc>
          <w:tcPr>
            <w:tcW w:w="3539" w:type="dxa"/>
            <w:vAlign w:val="center"/>
          </w:tcPr>
          <w:p w14:paraId="56F24000"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Standard warranty</w:t>
            </w:r>
          </w:p>
        </w:tc>
        <w:tc>
          <w:tcPr>
            <w:tcW w:w="5811" w:type="dxa"/>
            <w:vAlign w:val="center"/>
          </w:tcPr>
          <w:p w14:paraId="268E2275" w14:textId="77777777" w:rsidR="00A96B7C" w:rsidRPr="00072363" w:rsidRDefault="00A96B7C" w:rsidP="00CD44B3">
            <w:pPr>
              <w:spacing w:line="260" w:lineRule="exact"/>
              <w:rPr>
                <w:rFonts w:asciiTheme="majorHAnsi" w:hAnsiTheme="majorHAnsi" w:cstheme="majorHAnsi"/>
                <w:szCs w:val="21"/>
              </w:rPr>
            </w:pPr>
          </w:p>
        </w:tc>
      </w:tr>
      <w:tr w:rsidR="00A96B7C" w:rsidRPr="00072363" w14:paraId="0F5DA7AA" w14:textId="77777777" w:rsidTr="00072363">
        <w:trPr>
          <w:trHeight w:val="567"/>
          <w:jc w:val="center"/>
        </w:trPr>
        <w:tc>
          <w:tcPr>
            <w:tcW w:w="3539" w:type="dxa"/>
            <w:vAlign w:val="center"/>
          </w:tcPr>
          <w:p w14:paraId="0885231D" w14:textId="77777777" w:rsidR="00A96B7C" w:rsidRPr="00072363" w:rsidRDefault="00832A25" w:rsidP="00CD44B3">
            <w:pPr>
              <w:spacing w:line="260" w:lineRule="exact"/>
              <w:rPr>
                <w:rFonts w:asciiTheme="majorHAnsi" w:hAnsiTheme="majorHAnsi" w:cstheme="majorHAnsi"/>
                <w:sz w:val="22"/>
              </w:rPr>
            </w:pPr>
            <w:r w:rsidRPr="00072363">
              <w:rPr>
                <w:rFonts w:asciiTheme="majorHAnsi" w:hAnsiTheme="majorHAnsi" w:cstheme="majorHAnsi"/>
                <w:sz w:val="22"/>
              </w:rPr>
              <w:t>Tender validity confirmation</w:t>
            </w:r>
          </w:p>
        </w:tc>
        <w:tc>
          <w:tcPr>
            <w:tcW w:w="5811" w:type="dxa"/>
            <w:vAlign w:val="center"/>
          </w:tcPr>
          <w:p w14:paraId="76A0BC1D" w14:textId="77777777" w:rsidR="00A96B7C" w:rsidRPr="00072363" w:rsidRDefault="00A96B7C" w:rsidP="00CD44B3">
            <w:pPr>
              <w:spacing w:line="260" w:lineRule="exact"/>
              <w:rPr>
                <w:rFonts w:asciiTheme="majorHAnsi" w:hAnsiTheme="majorHAnsi" w:cstheme="majorHAnsi"/>
                <w:szCs w:val="21"/>
              </w:rPr>
            </w:pPr>
          </w:p>
        </w:tc>
      </w:tr>
    </w:tbl>
    <w:p w14:paraId="7057DBC9" w14:textId="77777777" w:rsidR="00420CBD" w:rsidRPr="00072363" w:rsidRDefault="00420CBD" w:rsidP="00CD44B3">
      <w:pPr>
        <w:spacing w:after="0" w:line="260" w:lineRule="exact"/>
        <w:rPr>
          <w:rFonts w:asciiTheme="majorHAnsi" w:hAnsiTheme="majorHAnsi" w:cstheme="majorHAnsi"/>
          <w:szCs w:val="21"/>
        </w:rPr>
      </w:pPr>
    </w:p>
    <w:p w14:paraId="4CE6988E" w14:textId="77777777" w:rsidR="00326BA0" w:rsidRPr="00072363" w:rsidRDefault="00326BA0" w:rsidP="00CD44B3">
      <w:pPr>
        <w:spacing w:after="0" w:line="260" w:lineRule="exact"/>
        <w:rPr>
          <w:rFonts w:asciiTheme="majorHAnsi" w:hAnsiTheme="majorHAnsi" w:cstheme="majorHAnsi"/>
          <w:b/>
          <w:bCs/>
          <w:color w:val="548DD4" w:themeColor="text2" w:themeTint="99"/>
          <w:sz w:val="24"/>
          <w:szCs w:val="24"/>
        </w:rPr>
      </w:pPr>
    </w:p>
    <w:p w14:paraId="0F71F37B" w14:textId="77777777" w:rsidR="00326BA0" w:rsidRPr="00072363" w:rsidRDefault="00326BA0" w:rsidP="00CD44B3">
      <w:pPr>
        <w:spacing w:after="0" w:line="260" w:lineRule="exact"/>
        <w:rPr>
          <w:rFonts w:asciiTheme="majorHAnsi" w:hAnsiTheme="majorHAnsi" w:cstheme="majorHAnsi"/>
          <w:sz w:val="24"/>
          <w:szCs w:val="24"/>
        </w:rPr>
      </w:pPr>
    </w:p>
    <w:p w14:paraId="02C5908F" w14:textId="77777777" w:rsidR="00326BA0" w:rsidRPr="00072363" w:rsidRDefault="00326BA0" w:rsidP="00CD44B3">
      <w:pPr>
        <w:spacing w:after="0" w:line="260" w:lineRule="exact"/>
        <w:rPr>
          <w:rFonts w:asciiTheme="majorHAnsi" w:hAnsiTheme="majorHAnsi" w:cstheme="majorHAnsi"/>
          <w:b/>
          <w:bCs/>
          <w:color w:val="548DD4" w:themeColor="text2" w:themeTint="99"/>
          <w:sz w:val="24"/>
          <w:szCs w:val="24"/>
        </w:rPr>
      </w:pPr>
    </w:p>
    <w:p w14:paraId="6C341C8B" w14:textId="77777777" w:rsidR="009F3BD2" w:rsidRPr="00072363" w:rsidRDefault="009F3BD2" w:rsidP="00CD44B3">
      <w:pPr>
        <w:spacing w:after="0" w:line="260" w:lineRule="exact"/>
        <w:rPr>
          <w:rFonts w:asciiTheme="majorHAnsi" w:hAnsiTheme="majorHAnsi" w:cstheme="majorHAnsi"/>
          <w:b/>
          <w:bCs/>
          <w:color w:val="548DD4" w:themeColor="text2" w:themeTint="99"/>
          <w:sz w:val="24"/>
          <w:szCs w:val="24"/>
        </w:rPr>
      </w:pPr>
    </w:p>
    <w:p w14:paraId="3A8FD813"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1A63C4AE"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578CEDE2"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059C4E92"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17FA7B80"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35F74062"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313523FC"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7B14235B"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06434697" w14:textId="77777777" w:rsidR="002B47B1" w:rsidRPr="00072363" w:rsidRDefault="002B47B1" w:rsidP="00CD44B3">
      <w:pPr>
        <w:spacing w:after="0" w:line="260" w:lineRule="exact"/>
        <w:rPr>
          <w:rFonts w:asciiTheme="majorHAnsi" w:hAnsiTheme="majorHAnsi" w:cstheme="majorHAnsi"/>
          <w:b/>
          <w:bCs/>
          <w:color w:val="548DD4" w:themeColor="text2" w:themeTint="99"/>
          <w:sz w:val="24"/>
          <w:szCs w:val="24"/>
        </w:rPr>
      </w:pPr>
    </w:p>
    <w:p w14:paraId="73802F1D" w14:textId="27E05CA9" w:rsidR="001968BE" w:rsidRPr="004D349A" w:rsidRDefault="00A533CB" w:rsidP="004D3388">
      <w:pPr>
        <w:pStyle w:val="ListParagraph"/>
        <w:numPr>
          <w:ilvl w:val="0"/>
          <w:numId w:val="7"/>
        </w:numPr>
        <w:spacing w:after="0" w:line="260" w:lineRule="exact"/>
        <w:rPr>
          <w:rFonts w:asciiTheme="majorHAnsi" w:hAnsiTheme="majorHAnsi" w:cstheme="majorHAnsi"/>
          <w:sz w:val="32"/>
          <w:szCs w:val="32"/>
        </w:rPr>
      </w:pPr>
      <w:r w:rsidRPr="004D349A">
        <w:rPr>
          <w:rFonts w:asciiTheme="majorHAnsi" w:hAnsiTheme="majorHAnsi" w:cstheme="majorHAnsi"/>
          <w:noProof/>
          <w:sz w:val="32"/>
          <w:szCs w:val="32"/>
        </w:rPr>
        <mc:AlternateContent>
          <mc:Choice Requires="wps">
            <w:drawing>
              <wp:anchor distT="45720" distB="45720" distL="114300" distR="114300" simplePos="0" relativeHeight="251659264" behindDoc="0" locked="0" layoutInCell="1" allowOverlap="1" wp14:anchorId="55A2B448" wp14:editId="6110DCA4">
                <wp:simplePos x="0" y="0"/>
                <wp:positionH relativeFrom="margin">
                  <wp:align>right</wp:align>
                </wp:positionH>
                <wp:positionV relativeFrom="paragraph">
                  <wp:posOffset>342900</wp:posOffset>
                </wp:positionV>
                <wp:extent cx="5915025" cy="4448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448175"/>
                        </a:xfrm>
                        <a:prstGeom prst="rect">
                          <a:avLst/>
                        </a:prstGeom>
                        <a:solidFill>
                          <a:srgbClr val="FFFFFF"/>
                        </a:solidFill>
                        <a:ln w="9525">
                          <a:solidFill>
                            <a:srgbClr val="000000"/>
                          </a:solidFill>
                          <a:miter lim="800000"/>
                          <a:headEnd/>
                          <a:tailEnd/>
                        </a:ln>
                      </wps:spPr>
                      <wps:txbx>
                        <w:txbxContent>
                          <w:p w14:paraId="00F43BD5" w14:textId="31C15CE1" w:rsidR="00A533CB" w:rsidRPr="00072363" w:rsidRDefault="00A533CB" w:rsidP="00A533CB">
                            <w:pPr>
                              <w:spacing w:after="0" w:line="260" w:lineRule="exact"/>
                              <w:rPr>
                                <w:rFonts w:asciiTheme="majorHAnsi" w:hAnsiTheme="majorHAnsi" w:cstheme="majorHAnsi"/>
                                <w:sz w:val="22"/>
                              </w:rPr>
                            </w:pPr>
                            <w:r w:rsidRPr="00072363">
                              <w:rPr>
                                <w:rFonts w:asciiTheme="majorHAnsi" w:hAnsiTheme="majorHAnsi" w:cstheme="majorHAnsi"/>
                                <w:sz w:val="22"/>
                              </w:rPr>
                              <w:t xml:space="preserve">Tenderer: maximum </w:t>
                            </w:r>
                            <w:r w:rsidR="006D1439">
                              <w:rPr>
                                <w:rFonts w:asciiTheme="majorHAnsi" w:hAnsiTheme="majorHAnsi" w:cstheme="majorHAnsi"/>
                                <w:sz w:val="22"/>
                              </w:rPr>
                              <w:t>2</w:t>
                            </w:r>
                            <w:r w:rsidRPr="00072363">
                              <w:rPr>
                                <w:rFonts w:asciiTheme="majorHAnsi" w:hAnsiTheme="majorHAnsi" w:cstheme="majorHAnsi"/>
                                <w:sz w:val="22"/>
                              </w:rPr>
                              <w:t xml:space="preserve"> pages describing the proposed four-station solution and why it meets the </w:t>
                            </w:r>
                            <w:r w:rsidR="006D1439">
                              <w:rPr>
                                <w:rFonts w:asciiTheme="majorHAnsi" w:hAnsiTheme="majorHAnsi" w:cstheme="majorHAnsi"/>
                                <w:sz w:val="22"/>
                              </w:rPr>
                              <w:t xml:space="preserve">specification and requirements. </w:t>
                            </w:r>
                          </w:p>
                          <w:p w14:paraId="4F307E75" w14:textId="0C67308D" w:rsidR="00A533CB" w:rsidRDefault="00A533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A2B448" id="_x0000_t202" coordsize="21600,21600" o:spt="202" path="m,l,21600r21600,l21600,xe">
                <v:stroke joinstyle="miter"/>
                <v:path gradientshapeok="t" o:connecttype="rect"/>
              </v:shapetype>
              <v:shape id="Text Box 2" o:spid="_x0000_s1026" type="#_x0000_t202" style="position:absolute;left:0;text-align:left;margin-left:414.55pt;margin-top:27pt;width:465.75pt;height:350.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">
                <v:textbox>
                  <w:txbxContent>
                    <w:p w14:paraId="00F43BD5" w14:textId="31C15CE1" w:rsidR="00A533CB" w:rsidRPr="00072363" w:rsidRDefault="00A533CB" w:rsidP="00A533CB">
                      <w:pPr>
                        <w:spacing w:after="0" w:line="260" w:lineRule="exact"/>
                        <w:rPr>
                          <w:rFonts w:asciiTheme="majorHAnsi" w:hAnsiTheme="majorHAnsi" w:cstheme="majorHAnsi"/>
                          <w:sz w:val="22"/>
                        </w:rPr>
                      </w:pPr>
                      <w:r w:rsidRPr="00072363">
                        <w:rPr>
                          <w:rFonts w:asciiTheme="majorHAnsi" w:hAnsiTheme="majorHAnsi" w:cstheme="majorHAnsi"/>
                          <w:sz w:val="22"/>
                        </w:rPr>
                        <w:t xml:space="preserve">Tenderer: maximum </w:t>
                      </w:r>
                      <w:r w:rsidR="006D1439">
                        <w:rPr>
                          <w:rFonts w:asciiTheme="majorHAnsi" w:hAnsiTheme="majorHAnsi" w:cstheme="majorHAnsi"/>
                          <w:sz w:val="22"/>
                        </w:rPr>
                        <w:t>2</w:t>
                      </w:r>
                      <w:r w:rsidRPr="00072363">
                        <w:rPr>
                          <w:rFonts w:asciiTheme="majorHAnsi" w:hAnsiTheme="majorHAnsi" w:cstheme="majorHAnsi"/>
                          <w:sz w:val="22"/>
                        </w:rPr>
                        <w:t xml:space="preserve"> pages describing the proposed four-station solution and why it meets the </w:t>
                      </w:r>
                      <w:r w:rsidR="006D1439">
                        <w:rPr>
                          <w:rFonts w:asciiTheme="majorHAnsi" w:hAnsiTheme="majorHAnsi" w:cstheme="majorHAnsi"/>
                          <w:sz w:val="22"/>
                        </w:rPr>
                        <w:t xml:space="preserve">specification and requirements. </w:t>
                      </w:r>
                    </w:p>
                    <w:p w14:paraId="4F307E75" w14:textId="0C67308D" w:rsidR="00A533CB" w:rsidRDefault="00A533CB"/>
                  </w:txbxContent>
                </v:textbox>
                <w10:wrap type="square" anchorx="margin"/>
              </v:shape>
            </w:pict>
          </mc:Fallback>
        </mc:AlternateContent>
      </w:r>
      <w:r w:rsidR="00832A25" w:rsidRPr="004D349A">
        <w:rPr>
          <w:rFonts w:asciiTheme="majorHAnsi" w:hAnsiTheme="majorHAnsi" w:cstheme="majorHAnsi"/>
          <w:b/>
          <w:bCs/>
          <w:sz w:val="32"/>
          <w:szCs w:val="32"/>
        </w:rPr>
        <w:t>E</w:t>
      </w:r>
      <w:r w:rsidR="00072363" w:rsidRPr="004D349A">
        <w:rPr>
          <w:rFonts w:asciiTheme="majorHAnsi" w:hAnsiTheme="majorHAnsi" w:cstheme="majorHAnsi"/>
          <w:b/>
          <w:bCs/>
          <w:sz w:val="32"/>
          <w:szCs w:val="32"/>
        </w:rPr>
        <w:t>xec</w:t>
      </w:r>
      <w:r w:rsidR="00B25DD1" w:rsidRPr="004D349A">
        <w:rPr>
          <w:rFonts w:asciiTheme="majorHAnsi" w:hAnsiTheme="majorHAnsi" w:cstheme="majorHAnsi"/>
          <w:b/>
          <w:bCs/>
          <w:sz w:val="32"/>
          <w:szCs w:val="32"/>
        </w:rPr>
        <w:t xml:space="preserve">utive Solution Summary </w:t>
      </w:r>
    </w:p>
    <w:p w14:paraId="2AE8024A" w14:textId="77777777" w:rsidR="00BD6282" w:rsidRPr="00072363" w:rsidRDefault="00BD6282" w:rsidP="00CD44B3">
      <w:pPr>
        <w:spacing w:after="0" w:line="260" w:lineRule="exact"/>
        <w:rPr>
          <w:rFonts w:asciiTheme="majorHAnsi" w:hAnsiTheme="majorHAnsi" w:cstheme="majorHAnsi"/>
          <w:sz w:val="22"/>
        </w:rPr>
      </w:pPr>
    </w:p>
    <w:p w14:paraId="752A4EE3" w14:textId="77777777" w:rsidR="00BD6282" w:rsidRPr="00072363" w:rsidRDefault="00BD6282" w:rsidP="00CD44B3">
      <w:pPr>
        <w:spacing w:after="0" w:line="260" w:lineRule="exact"/>
        <w:rPr>
          <w:rFonts w:asciiTheme="majorHAnsi" w:hAnsiTheme="majorHAnsi" w:cstheme="majorHAnsi"/>
          <w:sz w:val="22"/>
        </w:rPr>
      </w:pPr>
    </w:p>
    <w:p w14:paraId="6301B409" w14:textId="77777777" w:rsidR="00BD6282" w:rsidRPr="00072363" w:rsidRDefault="00BD6282" w:rsidP="00CD44B3">
      <w:pPr>
        <w:spacing w:after="0" w:line="260" w:lineRule="exact"/>
        <w:rPr>
          <w:rFonts w:asciiTheme="majorHAnsi" w:hAnsiTheme="majorHAnsi" w:cstheme="majorHAnsi"/>
          <w:sz w:val="22"/>
        </w:rPr>
      </w:pPr>
    </w:p>
    <w:p w14:paraId="55D4D588" w14:textId="77777777" w:rsidR="00BD6282" w:rsidRPr="00072363" w:rsidRDefault="00BD6282" w:rsidP="00CD44B3">
      <w:pPr>
        <w:spacing w:after="0" w:line="260" w:lineRule="exact"/>
        <w:rPr>
          <w:rFonts w:asciiTheme="majorHAnsi" w:hAnsiTheme="majorHAnsi" w:cstheme="majorHAnsi"/>
          <w:sz w:val="22"/>
        </w:rPr>
      </w:pPr>
    </w:p>
    <w:p w14:paraId="56BC9DBF" w14:textId="77777777" w:rsidR="00BD6282" w:rsidRPr="00072363" w:rsidRDefault="00BD6282" w:rsidP="00CD44B3">
      <w:pPr>
        <w:spacing w:after="0" w:line="260" w:lineRule="exact"/>
        <w:rPr>
          <w:rFonts w:asciiTheme="majorHAnsi" w:hAnsiTheme="majorHAnsi" w:cstheme="majorHAnsi"/>
          <w:sz w:val="22"/>
        </w:rPr>
      </w:pPr>
    </w:p>
    <w:p w14:paraId="1E3F3B31" w14:textId="77777777" w:rsidR="00BD6282" w:rsidRPr="00072363" w:rsidRDefault="00BD6282" w:rsidP="00CD44B3">
      <w:pPr>
        <w:spacing w:after="0" w:line="260" w:lineRule="exact"/>
        <w:rPr>
          <w:rFonts w:asciiTheme="majorHAnsi" w:hAnsiTheme="majorHAnsi" w:cstheme="majorHAnsi"/>
          <w:sz w:val="22"/>
        </w:rPr>
      </w:pPr>
    </w:p>
    <w:p w14:paraId="623AD92A" w14:textId="77777777" w:rsidR="00BD6282" w:rsidRPr="00072363" w:rsidRDefault="00BD6282" w:rsidP="00CD44B3">
      <w:pPr>
        <w:spacing w:after="0" w:line="260" w:lineRule="exact"/>
        <w:rPr>
          <w:rFonts w:asciiTheme="majorHAnsi" w:hAnsiTheme="majorHAnsi" w:cstheme="majorHAnsi"/>
          <w:sz w:val="22"/>
        </w:rPr>
      </w:pPr>
    </w:p>
    <w:p w14:paraId="44FA3F94" w14:textId="77777777" w:rsidR="00BD6282" w:rsidRPr="00072363" w:rsidRDefault="00BD6282" w:rsidP="00CD44B3">
      <w:pPr>
        <w:spacing w:after="0" w:line="260" w:lineRule="exact"/>
        <w:rPr>
          <w:rFonts w:asciiTheme="majorHAnsi" w:hAnsiTheme="majorHAnsi" w:cstheme="majorHAnsi"/>
          <w:sz w:val="22"/>
        </w:rPr>
      </w:pPr>
    </w:p>
    <w:p w14:paraId="7E984A50" w14:textId="77777777" w:rsidR="00BD6282" w:rsidRPr="00072363" w:rsidRDefault="00BD6282" w:rsidP="00CD44B3">
      <w:pPr>
        <w:spacing w:after="0" w:line="260" w:lineRule="exact"/>
        <w:rPr>
          <w:rFonts w:asciiTheme="majorHAnsi" w:hAnsiTheme="majorHAnsi" w:cstheme="majorHAnsi"/>
          <w:sz w:val="22"/>
        </w:rPr>
      </w:pPr>
    </w:p>
    <w:p w14:paraId="65B3B15E" w14:textId="77777777" w:rsidR="00BD6282" w:rsidRPr="00072363" w:rsidRDefault="00BD6282" w:rsidP="00CD44B3">
      <w:pPr>
        <w:spacing w:after="0" w:line="260" w:lineRule="exact"/>
        <w:rPr>
          <w:rFonts w:asciiTheme="majorHAnsi" w:hAnsiTheme="majorHAnsi" w:cstheme="majorHAnsi"/>
          <w:sz w:val="22"/>
        </w:rPr>
      </w:pPr>
    </w:p>
    <w:p w14:paraId="3191352D" w14:textId="77777777" w:rsidR="00BD6282" w:rsidRPr="00072363" w:rsidRDefault="00BD6282" w:rsidP="00CD44B3">
      <w:pPr>
        <w:spacing w:after="0" w:line="260" w:lineRule="exact"/>
        <w:rPr>
          <w:rFonts w:asciiTheme="majorHAnsi" w:hAnsiTheme="majorHAnsi" w:cstheme="majorHAnsi"/>
          <w:sz w:val="22"/>
        </w:rPr>
      </w:pPr>
    </w:p>
    <w:p w14:paraId="0028A32E" w14:textId="77777777" w:rsidR="00BD6282" w:rsidRPr="00072363" w:rsidRDefault="00BD6282" w:rsidP="00CD44B3">
      <w:pPr>
        <w:spacing w:after="0" w:line="260" w:lineRule="exact"/>
        <w:rPr>
          <w:rFonts w:asciiTheme="majorHAnsi" w:hAnsiTheme="majorHAnsi" w:cstheme="majorHAnsi"/>
          <w:sz w:val="22"/>
        </w:rPr>
      </w:pPr>
    </w:p>
    <w:p w14:paraId="159FA605" w14:textId="77777777" w:rsidR="00BD6282" w:rsidRPr="00072363" w:rsidRDefault="00BD6282" w:rsidP="00CD44B3">
      <w:pPr>
        <w:spacing w:after="0" w:line="260" w:lineRule="exact"/>
        <w:rPr>
          <w:rFonts w:asciiTheme="majorHAnsi" w:hAnsiTheme="majorHAnsi" w:cstheme="majorHAnsi"/>
          <w:sz w:val="22"/>
        </w:rPr>
      </w:pPr>
    </w:p>
    <w:p w14:paraId="234425C5" w14:textId="77777777" w:rsidR="00BD6282" w:rsidRPr="00072363" w:rsidRDefault="00BD6282" w:rsidP="00CD44B3">
      <w:pPr>
        <w:spacing w:after="0" w:line="260" w:lineRule="exact"/>
        <w:rPr>
          <w:rFonts w:asciiTheme="majorHAnsi" w:hAnsiTheme="majorHAnsi" w:cstheme="majorHAnsi"/>
          <w:sz w:val="22"/>
        </w:rPr>
      </w:pPr>
    </w:p>
    <w:p w14:paraId="5A6505E1" w14:textId="77777777" w:rsidR="00BD6282" w:rsidRPr="00072363" w:rsidRDefault="00BD6282" w:rsidP="00CD44B3">
      <w:pPr>
        <w:spacing w:after="0" w:line="260" w:lineRule="exact"/>
        <w:rPr>
          <w:rFonts w:asciiTheme="majorHAnsi" w:hAnsiTheme="majorHAnsi" w:cstheme="majorHAnsi"/>
          <w:sz w:val="22"/>
        </w:rPr>
      </w:pPr>
    </w:p>
    <w:p w14:paraId="30C314D7" w14:textId="77777777" w:rsidR="00BD6282" w:rsidRDefault="00BD6282" w:rsidP="00CD44B3">
      <w:pPr>
        <w:spacing w:after="0" w:line="260" w:lineRule="exact"/>
        <w:rPr>
          <w:rFonts w:asciiTheme="majorHAnsi" w:hAnsiTheme="majorHAnsi" w:cstheme="majorHAnsi"/>
          <w:sz w:val="22"/>
        </w:rPr>
      </w:pPr>
    </w:p>
    <w:p w14:paraId="6D6978AD" w14:textId="77777777" w:rsidR="00B25DD1" w:rsidRDefault="00B25DD1" w:rsidP="00CD44B3">
      <w:pPr>
        <w:spacing w:after="0" w:line="260" w:lineRule="exact"/>
        <w:rPr>
          <w:rFonts w:asciiTheme="majorHAnsi" w:hAnsiTheme="majorHAnsi" w:cstheme="majorHAnsi"/>
          <w:sz w:val="22"/>
        </w:rPr>
      </w:pPr>
    </w:p>
    <w:p w14:paraId="0DB3E1D2" w14:textId="77777777" w:rsidR="006D1439" w:rsidRDefault="006D1439" w:rsidP="00CD44B3">
      <w:pPr>
        <w:spacing w:after="0" w:line="260" w:lineRule="exact"/>
        <w:rPr>
          <w:rFonts w:asciiTheme="majorHAnsi" w:hAnsiTheme="majorHAnsi" w:cstheme="majorHAnsi"/>
          <w:sz w:val="22"/>
        </w:rPr>
      </w:pPr>
    </w:p>
    <w:p w14:paraId="0A7AD00F" w14:textId="77777777" w:rsidR="00B25DD1" w:rsidRPr="00072363" w:rsidRDefault="00B25DD1" w:rsidP="00CD44B3">
      <w:pPr>
        <w:spacing w:after="0" w:line="260" w:lineRule="exact"/>
        <w:rPr>
          <w:rFonts w:asciiTheme="majorHAnsi" w:hAnsiTheme="majorHAnsi" w:cstheme="majorHAnsi"/>
          <w:sz w:val="22"/>
        </w:rPr>
      </w:pPr>
    </w:p>
    <w:p w14:paraId="63A951BE" w14:textId="77777777" w:rsidR="00BD6282" w:rsidRPr="00072363" w:rsidRDefault="00BD6282" w:rsidP="00CD44B3">
      <w:pPr>
        <w:spacing w:after="0" w:line="260" w:lineRule="exact"/>
        <w:rPr>
          <w:rFonts w:asciiTheme="majorHAnsi" w:hAnsiTheme="majorHAnsi" w:cstheme="majorHAnsi"/>
          <w:sz w:val="22"/>
        </w:rPr>
      </w:pPr>
    </w:p>
    <w:p w14:paraId="7968FA27" w14:textId="528DCD67" w:rsidR="001968BE" w:rsidRPr="004D349A" w:rsidRDefault="001968BE" w:rsidP="004D3388">
      <w:pPr>
        <w:pStyle w:val="ListParagraph"/>
        <w:numPr>
          <w:ilvl w:val="0"/>
          <w:numId w:val="7"/>
        </w:numPr>
        <w:spacing w:after="0" w:line="260" w:lineRule="exact"/>
        <w:rPr>
          <w:rFonts w:asciiTheme="majorHAnsi" w:hAnsiTheme="majorHAnsi" w:cstheme="majorHAnsi"/>
          <w:b/>
          <w:bCs/>
          <w:sz w:val="32"/>
          <w:szCs w:val="32"/>
        </w:rPr>
      </w:pPr>
      <w:r w:rsidRPr="004D349A">
        <w:rPr>
          <w:rFonts w:asciiTheme="majorHAnsi" w:hAnsiTheme="majorHAnsi" w:cstheme="majorHAnsi"/>
          <w:b/>
          <w:bCs/>
          <w:sz w:val="32"/>
          <w:szCs w:val="32"/>
        </w:rPr>
        <w:t>S</w:t>
      </w:r>
      <w:r w:rsidR="00B25DD1" w:rsidRPr="004D349A">
        <w:rPr>
          <w:rFonts w:asciiTheme="majorHAnsi" w:hAnsiTheme="majorHAnsi" w:cstheme="majorHAnsi"/>
          <w:b/>
          <w:bCs/>
          <w:sz w:val="32"/>
          <w:szCs w:val="32"/>
        </w:rPr>
        <w:t xml:space="preserve">election Criteria </w:t>
      </w:r>
      <w:r w:rsidRPr="004D349A">
        <w:rPr>
          <w:rFonts w:asciiTheme="majorHAnsi" w:hAnsiTheme="majorHAnsi" w:cstheme="majorHAnsi"/>
          <w:b/>
          <w:bCs/>
          <w:sz w:val="32"/>
          <w:szCs w:val="32"/>
        </w:rPr>
        <w:t xml:space="preserve"> </w:t>
      </w:r>
    </w:p>
    <w:p w14:paraId="08AC42EC" w14:textId="77777777" w:rsidR="001968BE" w:rsidRPr="00072363" w:rsidRDefault="001968BE" w:rsidP="00CD44B3">
      <w:pPr>
        <w:spacing w:after="0" w:line="260" w:lineRule="exact"/>
        <w:rPr>
          <w:rFonts w:asciiTheme="majorHAnsi" w:hAnsiTheme="majorHAnsi" w:cstheme="majorHAnsi"/>
          <w:sz w:val="22"/>
        </w:rPr>
      </w:pPr>
    </w:p>
    <w:p w14:paraId="35304C57" w14:textId="0C06A6E3" w:rsidR="00654E03" w:rsidRPr="00072363" w:rsidRDefault="00654E03" w:rsidP="004D3388">
      <w:pPr>
        <w:pStyle w:val="ListParagraph"/>
        <w:numPr>
          <w:ilvl w:val="0"/>
          <w:numId w:val="9"/>
        </w:numPr>
        <w:spacing w:after="0" w:line="260" w:lineRule="exact"/>
        <w:rPr>
          <w:rFonts w:asciiTheme="majorHAnsi" w:hAnsiTheme="majorHAnsi" w:cstheme="majorHAnsi"/>
          <w:b/>
          <w:bCs/>
          <w:sz w:val="26"/>
          <w:szCs w:val="26"/>
        </w:rPr>
      </w:pPr>
      <w:r w:rsidRPr="00072363">
        <w:rPr>
          <w:rFonts w:asciiTheme="majorHAnsi" w:hAnsiTheme="majorHAnsi" w:cstheme="majorHAnsi"/>
          <w:b/>
          <w:bCs/>
          <w:sz w:val="26"/>
          <w:szCs w:val="26"/>
        </w:rPr>
        <w:t xml:space="preserve">Economic and Financial Standing </w:t>
      </w:r>
    </w:p>
    <w:p w14:paraId="13218F59" w14:textId="77777777" w:rsidR="00BD6282" w:rsidRPr="00072363" w:rsidRDefault="00BD6282" w:rsidP="00CD44B3">
      <w:pPr>
        <w:spacing w:after="0" w:line="260" w:lineRule="exact"/>
        <w:rPr>
          <w:rFonts w:asciiTheme="majorHAnsi" w:hAnsiTheme="majorHAnsi" w:cstheme="majorHAnsi"/>
          <w:sz w:val="22"/>
        </w:rPr>
      </w:pPr>
    </w:p>
    <w:p w14:paraId="1487525D" w14:textId="3C653EA8" w:rsidR="007B17CF" w:rsidRPr="00072363" w:rsidRDefault="00654E03" w:rsidP="00CD44B3">
      <w:pPr>
        <w:spacing w:after="0" w:line="260" w:lineRule="exact"/>
        <w:rPr>
          <w:rFonts w:asciiTheme="majorHAnsi" w:hAnsiTheme="majorHAnsi" w:cstheme="majorHAnsi"/>
          <w:sz w:val="22"/>
        </w:rPr>
      </w:pPr>
      <w:r w:rsidRPr="00072363">
        <w:rPr>
          <w:rFonts w:asciiTheme="majorHAnsi" w:hAnsiTheme="majorHAnsi" w:cstheme="majorHAnsi"/>
          <w:sz w:val="22"/>
        </w:rPr>
        <w:t xml:space="preserve">Please refer to section 3.2 of the RFT for more information. </w:t>
      </w:r>
    </w:p>
    <w:p w14:paraId="53C9123F" w14:textId="77777777" w:rsidR="00654E03" w:rsidRPr="00072363" w:rsidRDefault="00654E03" w:rsidP="00CD44B3">
      <w:pPr>
        <w:spacing w:after="0" w:line="260" w:lineRule="exact"/>
        <w:rPr>
          <w:rFonts w:asciiTheme="majorHAnsi" w:hAnsiTheme="majorHAnsi" w:cstheme="majorHAnsi"/>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6616"/>
        <w:gridCol w:w="1133"/>
        <w:gridCol w:w="991"/>
      </w:tblGrid>
      <w:tr w:rsidR="0026401E" w:rsidRPr="00072363" w14:paraId="21BB075C" w14:textId="77777777" w:rsidTr="004750E5">
        <w:trPr>
          <w:trHeight w:val="20"/>
        </w:trPr>
        <w:tc>
          <w:tcPr>
            <w:tcW w:w="3864" w:type="pct"/>
            <w:gridSpan w:val="2"/>
            <w:vAlign w:val="center"/>
          </w:tcPr>
          <w:p w14:paraId="061DE7E3" w14:textId="2215DE51" w:rsidR="0026401E" w:rsidRPr="00072363" w:rsidRDefault="0026401E" w:rsidP="00F03ECB">
            <w:pPr>
              <w:spacing w:after="0" w:line="260" w:lineRule="exact"/>
              <w:rPr>
                <w:rFonts w:asciiTheme="majorHAnsi" w:hAnsiTheme="majorHAnsi" w:cstheme="majorHAnsi"/>
                <w:b/>
                <w:bCs/>
                <w:sz w:val="26"/>
                <w:szCs w:val="26"/>
              </w:rPr>
            </w:pPr>
            <w:r w:rsidRPr="00072363">
              <w:rPr>
                <w:rFonts w:asciiTheme="majorHAnsi" w:eastAsia="Times New Roman" w:hAnsiTheme="majorHAnsi" w:cstheme="majorHAnsi"/>
                <w:sz w:val="22"/>
                <w:lang w:eastAsia="ja-JP"/>
              </w:rPr>
              <w:br w:type="page"/>
            </w:r>
            <w:r w:rsidRPr="00072363">
              <w:rPr>
                <w:rFonts w:asciiTheme="majorHAnsi" w:hAnsiTheme="majorHAnsi" w:cstheme="majorHAnsi"/>
                <w:b/>
                <w:bCs/>
                <w:sz w:val="26"/>
                <w:szCs w:val="26"/>
              </w:rPr>
              <w:t>Economic and Financial Standing</w:t>
            </w:r>
          </w:p>
        </w:tc>
        <w:tc>
          <w:tcPr>
            <w:tcW w:w="1136" w:type="pct"/>
            <w:gridSpan w:val="2"/>
          </w:tcPr>
          <w:p w14:paraId="4455917B" w14:textId="77777777" w:rsidR="0026401E" w:rsidRPr="00072363" w:rsidRDefault="0026401E" w:rsidP="008B53A8">
            <w:pPr>
              <w:spacing w:after="0"/>
              <w:jc w:val="center"/>
              <w:rPr>
                <w:rFonts w:asciiTheme="majorHAnsi" w:eastAsia="Times New Roman" w:hAnsiTheme="majorHAnsi" w:cstheme="majorHAnsi"/>
                <w:b/>
                <w:sz w:val="26"/>
                <w:szCs w:val="26"/>
                <w:lang w:eastAsia="ja-JP"/>
              </w:rPr>
            </w:pPr>
            <w:r w:rsidRPr="00072363">
              <w:rPr>
                <w:rFonts w:asciiTheme="majorHAnsi" w:eastAsia="Times New Roman" w:hAnsiTheme="majorHAnsi" w:cstheme="majorHAnsi"/>
                <w:b/>
                <w:sz w:val="26"/>
                <w:szCs w:val="26"/>
                <w:lang w:eastAsia="ja-JP"/>
              </w:rPr>
              <w:t>Please confirm YES/NO</w:t>
            </w:r>
          </w:p>
        </w:tc>
      </w:tr>
      <w:tr w:rsidR="00F03ECB" w:rsidRPr="00072363" w14:paraId="5D311771" w14:textId="77777777" w:rsidTr="00BD6282">
        <w:trPr>
          <w:trHeight w:val="20"/>
        </w:trPr>
        <w:tc>
          <w:tcPr>
            <w:tcW w:w="326" w:type="pct"/>
            <w:vMerge w:val="restart"/>
            <w:shd w:val="clear" w:color="auto" w:fill="D9D9D9" w:themeFill="background1" w:themeFillShade="D9"/>
            <w:vAlign w:val="center"/>
          </w:tcPr>
          <w:p w14:paraId="78BB39A0" w14:textId="1458762B" w:rsidR="00F03ECB" w:rsidRPr="00072363" w:rsidRDefault="00F03ECB" w:rsidP="00BD6282">
            <w:pPr>
              <w:spacing w:after="0"/>
              <w:jc w:val="center"/>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A.</w:t>
            </w:r>
          </w:p>
        </w:tc>
        <w:tc>
          <w:tcPr>
            <w:tcW w:w="4674" w:type="pct"/>
            <w:gridSpan w:val="3"/>
            <w:shd w:val="clear" w:color="auto" w:fill="D9D9D9" w:themeFill="background1" w:themeFillShade="D9"/>
            <w:vAlign w:val="center"/>
          </w:tcPr>
          <w:p w14:paraId="6892A782" w14:textId="5CA6A289" w:rsidR="00F03ECB" w:rsidRPr="00072363" w:rsidRDefault="00F03ECB" w:rsidP="00F03ECB">
            <w:pPr>
              <w:spacing w:after="0"/>
              <w:jc w:val="both"/>
              <w:rPr>
                <w:rFonts w:asciiTheme="majorHAnsi" w:eastAsia="Times New Roman" w:hAnsiTheme="majorHAnsi" w:cstheme="majorHAnsi"/>
                <w:sz w:val="22"/>
                <w:lang w:eastAsia="ja-JP"/>
              </w:rPr>
            </w:pPr>
            <w:r w:rsidRPr="00072363">
              <w:rPr>
                <w:rFonts w:asciiTheme="majorHAnsi" w:eastAsia="Times New Roman" w:hAnsiTheme="majorHAnsi" w:cstheme="majorHAnsi"/>
                <w:b/>
                <w:sz w:val="22"/>
                <w:lang w:eastAsia="ja-JP"/>
              </w:rPr>
              <w:t>TAX CLEARANCE</w:t>
            </w:r>
          </w:p>
        </w:tc>
      </w:tr>
      <w:tr w:rsidR="003E710D" w:rsidRPr="00072363" w14:paraId="797B5D10" w14:textId="77777777" w:rsidTr="00BD6282">
        <w:trPr>
          <w:trHeight w:val="20"/>
        </w:trPr>
        <w:tc>
          <w:tcPr>
            <w:tcW w:w="326" w:type="pct"/>
            <w:vMerge/>
            <w:shd w:val="clear" w:color="auto" w:fill="D9D9D9" w:themeFill="background1" w:themeFillShade="D9"/>
            <w:vAlign w:val="center"/>
          </w:tcPr>
          <w:p w14:paraId="35896E4B" w14:textId="77777777" w:rsidR="003E710D" w:rsidRPr="00072363" w:rsidRDefault="003E710D" w:rsidP="00BD6282">
            <w:pPr>
              <w:spacing w:after="0"/>
              <w:jc w:val="center"/>
              <w:rPr>
                <w:rFonts w:asciiTheme="majorHAnsi" w:eastAsia="Calibri" w:hAnsiTheme="majorHAnsi" w:cstheme="majorHAnsi"/>
                <w:sz w:val="22"/>
                <w:lang w:eastAsia="ja-JP"/>
              </w:rPr>
            </w:pPr>
          </w:p>
        </w:tc>
        <w:tc>
          <w:tcPr>
            <w:tcW w:w="3538" w:type="pct"/>
            <w:vMerge w:val="restart"/>
            <w:vAlign w:val="center"/>
          </w:tcPr>
          <w:p w14:paraId="74590152" w14:textId="21442B46" w:rsidR="003E710D" w:rsidRPr="00072363" w:rsidRDefault="003E710D" w:rsidP="00FC1781">
            <w:pPr>
              <w:spacing w:after="0"/>
              <w:rPr>
                <w:rFonts w:asciiTheme="majorHAnsi" w:eastAsia="Calibri" w:hAnsiTheme="majorHAnsi" w:cstheme="majorHAnsi"/>
                <w:sz w:val="22"/>
                <w:lang w:eastAsia="ja-JP"/>
              </w:rPr>
            </w:pPr>
            <w:r w:rsidRPr="00072363">
              <w:rPr>
                <w:rFonts w:asciiTheme="majorHAnsi" w:eastAsia="Calibri" w:hAnsiTheme="majorHAnsi" w:cstheme="majorHAnsi"/>
                <w:sz w:val="22"/>
                <w:lang w:eastAsia="ja-JP"/>
              </w:rPr>
              <w:t xml:space="preserve">I confirm and </w:t>
            </w:r>
            <w:proofErr w:type="gramStart"/>
            <w:r w:rsidRPr="00072363">
              <w:rPr>
                <w:rFonts w:asciiTheme="majorHAnsi" w:eastAsia="Calibri" w:hAnsiTheme="majorHAnsi" w:cstheme="majorHAnsi"/>
                <w:sz w:val="22"/>
                <w:lang w:eastAsia="ja-JP"/>
              </w:rPr>
              <w:t>declare being</w:t>
            </w:r>
            <w:proofErr w:type="gramEnd"/>
            <w:r w:rsidRPr="00072363">
              <w:rPr>
                <w:rFonts w:asciiTheme="majorHAnsi" w:eastAsia="Calibri" w:hAnsiTheme="majorHAnsi" w:cstheme="majorHAnsi"/>
                <w:sz w:val="22"/>
                <w:lang w:eastAsia="ja-JP"/>
              </w:rPr>
              <w:t xml:space="preserve"> tax compliant.  </w:t>
            </w:r>
          </w:p>
        </w:tc>
        <w:tc>
          <w:tcPr>
            <w:tcW w:w="606" w:type="pct"/>
            <w:vAlign w:val="center"/>
          </w:tcPr>
          <w:p w14:paraId="15948AF9" w14:textId="22472232"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1058393077"/>
            <w14:checkbox>
              <w14:checked w14:val="0"/>
              <w14:checkedState w14:val="2612" w14:font="MS Gothic"/>
              <w14:uncheckedState w14:val="2610" w14:font="MS Gothic"/>
            </w14:checkbox>
          </w:sdtPr>
          <w:sdtEndPr/>
          <w:sdtContent>
            <w:tc>
              <w:tcPr>
                <w:tcW w:w="530" w:type="pct"/>
                <w:vAlign w:val="center"/>
              </w:tcPr>
              <w:p w14:paraId="7EA42062" w14:textId="1DF7AC03"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74D3557D" w14:textId="77777777" w:rsidTr="00BD6282">
        <w:trPr>
          <w:trHeight w:val="20"/>
        </w:trPr>
        <w:tc>
          <w:tcPr>
            <w:tcW w:w="326" w:type="pct"/>
            <w:vMerge/>
            <w:shd w:val="clear" w:color="auto" w:fill="D9D9D9" w:themeFill="background1" w:themeFillShade="D9"/>
            <w:vAlign w:val="center"/>
          </w:tcPr>
          <w:p w14:paraId="0124B15D" w14:textId="77777777" w:rsidR="003E710D" w:rsidRPr="00072363" w:rsidRDefault="003E710D" w:rsidP="00BD6282">
            <w:pPr>
              <w:spacing w:after="0"/>
              <w:jc w:val="center"/>
              <w:rPr>
                <w:rFonts w:asciiTheme="majorHAnsi" w:eastAsia="Calibri" w:hAnsiTheme="majorHAnsi" w:cstheme="majorHAnsi"/>
                <w:sz w:val="22"/>
                <w:lang w:eastAsia="ja-JP"/>
              </w:rPr>
            </w:pPr>
          </w:p>
        </w:tc>
        <w:tc>
          <w:tcPr>
            <w:tcW w:w="3538" w:type="pct"/>
            <w:vMerge/>
            <w:vAlign w:val="center"/>
          </w:tcPr>
          <w:p w14:paraId="77B4E611" w14:textId="77777777" w:rsidR="003E710D" w:rsidRPr="00072363" w:rsidRDefault="003E710D" w:rsidP="00FC1781">
            <w:pPr>
              <w:spacing w:after="0"/>
              <w:rPr>
                <w:rFonts w:asciiTheme="majorHAnsi" w:eastAsia="Calibri" w:hAnsiTheme="majorHAnsi" w:cstheme="majorHAnsi"/>
                <w:sz w:val="22"/>
                <w:lang w:eastAsia="ja-JP"/>
              </w:rPr>
            </w:pPr>
          </w:p>
        </w:tc>
        <w:tc>
          <w:tcPr>
            <w:tcW w:w="606" w:type="pct"/>
            <w:vAlign w:val="center"/>
          </w:tcPr>
          <w:p w14:paraId="71EB1D99" w14:textId="201D936B"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923799479"/>
            <w14:checkbox>
              <w14:checked w14:val="0"/>
              <w14:checkedState w14:val="2612" w14:font="MS Gothic"/>
              <w14:uncheckedState w14:val="2610" w14:font="MS Gothic"/>
            </w14:checkbox>
          </w:sdtPr>
          <w:sdtEndPr/>
          <w:sdtContent>
            <w:tc>
              <w:tcPr>
                <w:tcW w:w="530" w:type="pct"/>
                <w:vAlign w:val="center"/>
              </w:tcPr>
              <w:p w14:paraId="63DB72E3" w14:textId="29AD2DFD"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0F68865D" w14:textId="77777777" w:rsidTr="00BD6282">
        <w:trPr>
          <w:trHeight w:val="20"/>
        </w:trPr>
        <w:tc>
          <w:tcPr>
            <w:tcW w:w="326" w:type="pct"/>
            <w:vMerge/>
            <w:shd w:val="clear" w:color="auto" w:fill="D9D9D9" w:themeFill="background1" w:themeFillShade="D9"/>
            <w:vAlign w:val="center"/>
          </w:tcPr>
          <w:p w14:paraId="72B27E71" w14:textId="77777777" w:rsidR="003E710D" w:rsidRPr="00072363" w:rsidRDefault="003E710D" w:rsidP="00BD6282">
            <w:pPr>
              <w:spacing w:after="0"/>
              <w:jc w:val="center"/>
              <w:rPr>
                <w:rFonts w:asciiTheme="majorHAnsi" w:eastAsia="Calibri" w:hAnsiTheme="majorHAnsi" w:cstheme="majorHAnsi"/>
                <w:sz w:val="22"/>
                <w:lang w:eastAsia="ja-JP"/>
              </w:rPr>
            </w:pPr>
          </w:p>
        </w:tc>
        <w:tc>
          <w:tcPr>
            <w:tcW w:w="3538" w:type="pct"/>
            <w:vMerge/>
            <w:vAlign w:val="center"/>
          </w:tcPr>
          <w:p w14:paraId="44A9BAA6" w14:textId="77777777" w:rsidR="003E710D" w:rsidRPr="00072363" w:rsidRDefault="003E710D" w:rsidP="00FC1781">
            <w:pPr>
              <w:spacing w:after="0"/>
              <w:rPr>
                <w:rFonts w:asciiTheme="majorHAnsi" w:eastAsia="Calibri" w:hAnsiTheme="majorHAnsi" w:cstheme="majorHAnsi"/>
                <w:sz w:val="22"/>
                <w:lang w:eastAsia="ja-JP"/>
              </w:rPr>
            </w:pPr>
          </w:p>
        </w:tc>
        <w:tc>
          <w:tcPr>
            <w:tcW w:w="606" w:type="pct"/>
            <w:vAlign w:val="center"/>
          </w:tcPr>
          <w:p w14:paraId="3E6A470D" w14:textId="5D302A6A"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583567413"/>
            <w14:checkbox>
              <w14:checked w14:val="0"/>
              <w14:checkedState w14:val="2612" w14:font="MS Gothic"/>
              <w14:uncheckedState w14:val="2610" w14:font="MS Gothic"/>
            </w14:checkbox>
          </w:sdtPr>
          <w:sdtEndPr/>
          <w:sdtContent>
            <w:tc>
              <w:tcPr>
                <w:tcW w:w="530" w:type="pct"/>
                <w:vAlign w:val="center"/>
              </w:tcPr>
              <w:p w14:paraId="0E3481E9" w14:textId="11E23BF1" w:rsidR="003E710D" w:rsidRPr="00072363" w:rsidRDefault="003E710D" w:rsidP="007040A0">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124D21B0" w14:textId="77777777" w:rsidTr="00BD6282">
        <w:trPr>
          <w:trHeight w:val="20"/>
        </w:trPr>
        <w:tc>
          <w:tcPr>
            <w:tcW w:w="326" w:type="pct"/>
            <w:vMerge/>
            <w:shd w:val="clear" w:color="auto" w:fill="D9D9D9" w:themeFill="background1" w:themeFillShade="D9"/>
            <w:vAlign w:val="center"/>
          </w:tcPr>
          <w:p w14:paraId="5BB6DB63" w14:textId="77777777" w:rsidR="003E710D" w:rsidRPr="00072363" w:rsidRDefault="003E710D" w:rsidP="00BD6282">
            <w:pPr>
              <w:spacing w:after="0" w:line="288" w:lineRule="auto"/>
              <w:ind w:left="720"/>
              <w:contextualSpacing/>
              <w:jc w:val="center"/>
              <w:rPr>
                <w:rFonts w:asciiTheme="majorHAnsi" w:eastAsia="Calibri" w:hAnsiTheme="majorHAnsi" w:cstheme="majorHAnsi"/>
                <w:sz w:val="22"/>
              </w:rPr>
            </w:pPr>
          </w:p>
        </w:tc>
        <w:tc>
          <w:tcPr>
            <w:tcW w:w="4674" w:type="pct"/>
            <w:gridSpan w:val="3"/>
            <w:vAlign w:val="center"/>
          </w:tcPr>
          <w:p w14:paraId="45817408" w14:textId="37845851" w:rsidR="003E710D" w:rsidRPr="00072363" w:rsidRDefault="003E710D" w:rsidP="00FC1781">
            <w:pPr>
              <w:spacing w:after="0"/>
              <w:rPr>
                <w:rFonts w:asciiTheme="majorHAnsi" w:eastAsia="Times New Roman" w:hAnsiTheme="majorHAnsi" w:cstheme="majorHAnsi"/>
                <w:i/>
                <w:iCs/>
                <w:sz w:val="22"/>
                <w:u w:val="single"/>
                <w:lang w:eastAsia="ja-JP"/>
              </w:rPr>
            </w:pPr>
            <w:r w:rsidRPr="00072363">
              <w:rPr>
                <w:rFonts w:asciiTheme="majorHAnsi" w:eastAsia="Calibri" w:hAnsiTheme="majorHAnsi" w:cstheme="majorHAnsi"/>
                <w:i/>
                <w:iCs/>
                <w:sz w:val="22"/>
                <w:u w:val="single"/>
              </w:rPr>
              <w:t>OR</w:t>
            </w:r>
          </w:p>
        </w:tc>
      </w:tr>
      <w:tr w:rsidR="003E710D" w:rsidRPr="00072363" w14:paraId="7282B6AB" w14:textId="77777777" w:rsidTr="00BD6282">
        <w:trPr>
          <w:trHeight w:val="20"/>
        </w:trPr>
        <w:tc>
          <w:tcPr>
            <w:tcW w:w="326" w:type="pct"/>
            <w:vMerge/>
            <w:shd w:val="clear" w:color="auto" w:fill="D9D9D9" w:themeFill="background1" w:themeFillShade="D9"/>
            <w:vAlign w:val="center"/>
          </w:tcPr>
          <w:p w14:paraId="49CA6C30" w14:textId="77777777" w:rsidR="003E710D" w:rsidRPr="00072363" w:rsidRDefault="003E710D" w:rsidP="00BD6282">
            <w:pPr>
              <w:spacing w:after="0" w:line="288" w:lineRule="auto"/>
              <w:contextualSpacing/>
              <w:jc w:val="center"/>
              <w:rPr>
                <w:rFonts w:asciiTheme="majorHAnsi" w:eastAsia="Calibri" w:hAnsiTheme="majorHAnsi" w:cstheme="majorHAnsi"/>
                <w:sz w:val="22"/>
              </w:rPr>
            </w:pPr>
          </w:p>
        </w:tc>
        <w:tc>
          <w:tcPr>
            <w:tcW w:w="3538" w:type="pct"/>
            <w:vMerge w:val="restart"/>
            <w:vAlign w:val="center"/>
          </w:tcPr>
          <w:p w14:paraId="6D748CD1" w14:textId="13BDE8DD" w:rsidR="003E710D" w:rsidRPr="00072363" w:rsidRDefault="003E710D" w:rsidP="00FC1781">
            <w:pPr>
              <w:spacing w:after="0" w:line="288" w:lineRule="auto"/>
              <w:contextualSpacing/>
              <w:rPr>
                <w:rFonts w:asciiTheme="majorHAnsi" w:eastAsia="Calibri" w:hAnsiTheme="majorHAnsi" w:cstheme="majorHAnsi"/>
                <w:sz w:val="22"/>
              </w:rPr>
            </w:pPr>
            <w:r w:rsidRPr="00072363">
              <w:rPr>
                <w:rFonts w:asciiTheme="majorHAnsi" w:eastAsia="Calibri" w:hAnsiTheme="majorHAnsi" w:cstheme="majorHAnsi"/>
                <w:sz w:val="22"/>
              </w:rPr>
              <w:t>I confirm that I hold a current valid paper Tax Clearance Certificate (generally relates to non-residents)</w:t>
            </w:r>
            <w:r w:rsidR="004750E5" w:rsidRPr="00072363">
              <w:rPr>
                <w:rFonts w:asciiTheme="majorHAnsi" w:eastAsia="Calibri" w:hAnsiTheme="majorHAnsi" w:cstheme="majorHAnsi"/>
                <w:sz w:val="22"/>
              </w:rPr>
              <w:t>.</w:t>
            </w:r>
          </w:p>
        </w:tc>
        <w:tc>
          <w:tcPr>
            <w:tcW w:w="606" w:type="pct"/>
            <w:vAlign w:val="center"/>
          </w:tcPr>
          <w:p w14:paraId="2B4B2AD6" w14:textId="01257342"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136469665"/>
            <w14:checkbox>
              <w14:checked w14:val="0"/>
              <w14:checkedState w14:val="2612" w14:font="MS Gothic"/>
              <w14:uncheckedState w14:val="2610" w14:font="MS Gothic"/>
            </w14:checkbox>
          </w:sdtPr>
          <w:sdtEndPr/>
          <w:sdtContent>
            <w:tc>
              <w:tcPr>
                <w:tcW w:w="530" w:type="pct"/>
                <w:vAlign w:val="center"/>
              </w:tcPr>
              <w:p w14:paraId="7DB70D35" w14:textId="2D87F7D3"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12F81CCC" w14:textId="77777777" w:rsidTr="00BD6282">
        <w:trPr>
          <w:trHeight w:val="20"/>
        </w:trPr>
        <w:tc>
          <w:tcPr>
            <w:tcW w:w="326" w:type="pct"/>
            <w:vMerge/>
            <w:shd w:val="clear" w:color="auto" w:fill="D9D9D9" w:themeFill="background1" w:themeFillShade="D9"/>
            <w:vAlign w:val="center"/>
          </w:tcPr>
          <w:p w14:paraId="05D73B16" w14:textId="77777777" w:rsidR="003E710D" w:rsidRPr="00072363" w:rsidRDefault="003E710D" w:rsidP="00BD6282">
            <w:pPr>
              <w:spacing w:after="0" w:line="288" w:lineRule="auto"/>
              <w:ind w:left="720"/>
              <w:contextualSpacing/>
              <w:jc w:val="center"/>
              <w:rPr>
                <w:rFonts w:asciiTheme="majorHAnsi" w:eastAsia="Calibri" w:hAnsiTheme="majorHAnsi" w:cstheme="majorHAnsi"/>
                <w:sz w:val="22"/>
              </w:rPr>
            </w:pPr>
          </w:p>
        </w:tc>
        <w:tc>
          <w:tcPr>
            <w:tcW w:w="3538" w:type="pct"/>
            <w:vMerge/>
            <w:vAlign w:val="center"/>
          </w:tcPr>
          <w:p w14:paraId="2F029B74" w14:textId="27DDDF96" w:rsidR="003E710D" w:rsidRPr="00072363" w:rsidRDefault="003E710D" w:rsidP="00FC1781">
            <w:pPr>
              <w:spacing w:after="0" w:line="288" w:lineRule="auto"/>
              <w:ind w:left="720"/>
              <w:contextualSpacing/>
              <w:rPr>
                <w:rFonts w:asciiTheme="majorHAnsi" w:eastAsia="Calibri" w:hAnsiTheme="majorHAnsi" w:cstheme="majorHAnsi"/>
                <w:sz w:val="22"/>
              </w:rPr>
            </w:pPr>
          </w:p>
        </w:tc>
        <w:tc>
          <w:tcPr>
            <w:tcW w:w="606" w:type="pct"/>
            <w:vAlign w:val="center"/>
          </w:tcPr>
          <w:p w14:paraId="12126CF0" w14:textId="26D1B0E4"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638110201"/>
            <w14:checkbox>
              <w14:checked w14:val="0"/>
              <w14:checkedState w14:val="2612" w14:font="MS Gothic"/>
              <w14:uncheckedState w14:val="2610" w14:font="MS Gothic"/>
            </w14:checkbox>
          </w:sdtPr>
          <w:sdtEndPr/>
          <w:sdtContent>
            <w:tc>
              <w:tcPr>
                <w:tcW w:w="530" w:type="pct"/>
                <w:vAlign w:val="center"/>
              </w:tcPr>
              <w:p w14:paraId="67E9E4B7" w14:textId="0DF253E9"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3E710D" w:rsidRPr="00072363" w14:paraId="3E50C055" w14:textId="77777777" w:rsidTr="00BD6282">
        <w:trPr>
          <w:trHeight w:val="20"/>
        </w:trPr>
        <w:tc>
          <w:tcPr>
            <w:tcW w:w="326" w:type="pct"/>
            <w:vMerge/>
            <w:shd w:val="clear" w:color="auto" w:fill="D9D9D9" w:themeFill="background1" w:themeFillShade="D9"/>
            <w:vAlign w:val="center"/>
          </w:tcPr>
          <w:p w14:paraId="597A016D" w14:textId="77777777" w:rsidR="003E710D" w:rsidRPr="00072363" w:rsidRDefault="003E710D" w:rsidP="00BD6282">
            <w:pPr>
              <w:spacing w:after="0" w:line="288" w:lineRule="auto"/>
              <w:ind w:left="720"/>
              <w:contextualSpacing/>
              <w:jc w:val="center"/>
              <w:rPr>
                <w:rFonts w:asciiTheme="majorHAnsi" w:eastAsia="Calibri" w:hAnsiTheme="majorHAnsi" w:cstheme="majorHAnsi"/>
                <w:sz w:val="22"/>
              </w:rPr>
            </w:pPr>
          </w:p>
        </w:tc>
        <w:tc>
          <w:tcPr>
            <w:tcW w:w="3538" w:type="pct"/>
            <w:vMerge/>
            <w:vAlign w:val="center"/>
          </w:tcPr>
          <w:p w14:paraId="3895A098" w14:textId="77777777" w:rsidR="003E710D" w:rsidRPr="00072363" w:rsidRDefault="003E710D" w:rsidP="00FC1781">
            <w:pPr>
              <w:spacing w:after="0" w:line="288" w:lineRule="auto"/>
              <w:ind w:left="720"/>
              <w:contextualSpacing/>
              <w:rPr>
                <w:rFonts w:asciiTheme="majorHAnsi" w:eastAsia="Calibri" w:hAnsiTheme="majorHAnsi" w:cstheme="majorHAnsi"/>
                <w:sz w:val="22"/>
              </w:rPr>
            </w:pPr>
          </w:p>
        </w:tc>
        <w:tc>
          <w:tcPr>
            <w:tcW w:w="606" w:type="pct"/>
            <w:vAlign w:val="center"/>
          </w:tcPr>
          <w:p w14:paraId="5F3EB392" w14:textId="29BCBB6E"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723064443"/>
            <w14:checkbox>
              <w14:checked w14:val="0"/>
              <w14:checkedState w14:val="2612" w14:font="MS Gothic"/>
              <w14:uncheckedState w14:val="2610" w14:font="MS Gothic"/>
            </w14:checkbox>
          </w:sdtPr>
          <w:sdtEndPr/>
          <w:sdtContent>
            <w:tc>
              <w:tcPr>
                <w:tcW w:w="530" w:type="pct"/>
                <w:vAlign w:val="center"/>
              </w:tcPr>
              <w:p w14:paraId="037BC567" w14:textId="7E26BD1D" w:rsidR="003E710D" w:rsidRPr="00072363" w:rsidRDefault="003E710D" w:rsidP="0018233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F03ECB" w:rsidRPr="00072363" w14:paraId="02DFD68F" w14:textId="77777777" w:rsidTr="00BD6282">
        <w:trPr>
          <w:trHeight w:val="20"/>
        </w:trPr>
        <w:tc>
          <w:tcPr>
            <w:tcW w:w="326" w:type="pct"/>
            <w:vMerge w:val="restart"/>
            <w:shd w:val="clear" w:color="auto" w:fill="D9D9D9" w:themeFill="background1" w:themeFillShade="D9"/>
            <w:vAlign w:val="center"/>
          </w:tcPr>
          <w:p w14:paraId="4B55AE90" w14:textId="71B0D6E5" w:rsidR="00F03ECB" w:rsidRPr="00072363" w:rsidRDefault="00F03ECB" w:rsidP="00BD6282">
            <w:pPr>
              <w:spacing w:after="0"/>
              <w:jc w:val="center"/>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B.</w:t>
            </w:r>
          </w:p>
        </w:tc>
        <w:tc>
          <w:tcPr>
            <w:tcW w:w="4674" w:type="pct"/>
            <w:gridSpan w:val="3"/>
            <w:shd w:val="clear" w:color="auto" w:fill="D9D9D9" w:themeFill="background1" w:themeFillShade="D9"/>
            <w:vAlign w:val="center"/>
          </w:tcPr>
          <w:p w14:paraId="7B262ED7" w14:textId="19189BAD" w:rsidR="00F03ECB" w:rsidRPr="00072363" w:rsidRDefault="00F03ECB" w:rsidP="00FC1781">
            <w:pPr>
              <w:spacing w:after="0"/>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TURNOVER</w:t>
            </w:r>
          </w:p>
        </w:tc>
      </w:tr>
      <w:tr w:rsidR="002D25DD" w:rsidRPr="00072363" w14:paraId="74665CC1" w14:textId="77777777" w:rsidTr="00BD6282">
        <w:trPr>
          <w:trHeight w:val="20"/>
        </w:trPr>
        <w:tc>
          <w:tcPr>
            <w:tcW w:w="326" w:type="pct"/>
            <w:vMerge/>
            <w:shd w:val="clear" w:color="auto" w:fill="D9D9D9" w:themeFill="background1" w:themeFillShade="D9"/>
            <w:vAlign w:val="center"/>
          </w:tcPr>
          <w:p w14:paraId="483DF7E0" w14:textId="77777777" w:rsidR="002D25DD" w:rsidRPr="00072363" w:rsidRDefault="002D25DD" w:rsidP="00BD6282">
            <w:pPr>
              <w:spacing w:after="0"/>
              <w:jc w:val="center"/>
              <w:rPr>
                <w:rFonts w:asciiTheme="majorHAnsi" w:eastAsia="Times New Roman" w:hAnsiTheme="majorHAnsi" w:cstheme="majorHAnsi"/>
                <w:b/>
                <w:sz w:val="22"/>
                <w:lang w:eastAsia="ja-JP"/>
              </w:rPr>
            </w:pPr>
          </w:p>
        </w:tc>
        <w:tc>
          <w:tcPr>
            <w:tcW w:w="3538" w:type="pct"/>
            <w:vMerge w:val="restart"/>
            <w:vAlign w:val="center"/>
          </w:tcPr>
          <w:p w14:paraId="60F932FC" w14:textId="77777777" w:rsidR="002D25DD" w:rsidRPr="00072363" w:rsidRDefault="002D25DD" w:rsidP="00FC1781">
            <w:pPr>
              <w:spacing w:after="0"/>
              <w:rPr>
                <w:rFonts w:asciiTheme="majorHAnsi" w:eastAsia="Times New Roman" w:hAnsiTheme="majorHAnsi" w:cstheme="majorHAnsi"/>
                <w:bCs/>
                <w:sz w:val="22"/>
                <w:lang w:eastAsia="ja-JP"/>
              </w:rPr>
            </w:pPr>
            <w:r w:rsidRPr="00072363">
              <w:rPr>
                <w:rFonts w:asciiTheme="majorHAnsi" w:eastAsia="Times New Roman" w:hAnsiTheme="majorHAnsi" w:cstheme="majorHAnsi"/>
                <w:bCs/>
                <w:sz w:val="22"/>
                <w:lang w:eastAsia="ja-JP"/>
              </w:rPr>
              <w:t>I confirm that I will provide evidence of turnover promptly on request.</w:t>
            </w:r>
          </w:p>
          <w:p w14:paraId="0C5B1835" w14:textId="138027CB" w:rsidR="002D25DD" w:rsidRPr="00072363" w:rsidRDefault="002D25DD" w:rsidP="00FC1781">
            <w:pPr>
              <w:spacing w:before="120" w:after="0"/>
              <w:rPr>
                <w:rFonts w:asciiTheme="majorHAnsi" w:eastAsia="Times New Roman" w:hAnsiTheme="majorHAnsi" w:cstheme="majorHAnsi"/>
                <w:b/>
                <w:i/>
                <w:iCs/>
                <w:sz w:val="18"/>
                <w:szCs w:val="18"/>
                <w:lang w:eastAsia="ja-JP"/>
              </w:rPr>
            </w:pPr>
            <w:r w:rsidRPr="00072363">
              <w:rPr>
                <w:rFonts w:asciiTheme="majorHAnsi" w:eastAsia="Times New Roman" w:hAnsiTheme="majorHAnsi" w:cstheme="majorHAnsi"/>
                <w:bCs/>
                <w:i/>
                <w:iCs/>
                <w:sz w:val="18"/>
                <w:szCs w:val="18"/>
                <w:lang w:eastAsia="ja-JP"/>
              </w:rPr>
              <w:t>(NOTE: In the case of sole traders or partnerships this condition may be satisfied by a letter of confirmation from a senior partner)</w:t>
            </w:r>
            <w:r w:rsidR="004750E5" w:rsidRPr="00072363">
              <w:rPr>
                <w:rFonts w:asciiTheme="majorHAnsi" w:eastAsia="Times New Roman" w:hAnsiTheme="majorHAnsi" w:cstheme="majorHAnsi"/>
                <w:bCs/>
                <w:i/>
                <w:iCs/>
                <w:sz w:val="18"/>
                <w:szCs w:val="18"/>
                <w:lang w:eastAsia="ja-JP"/>
              </w:rPr>
              <w:t>.</w:t>
            </w:r>
          </w:p>
        </w:tc>
        <w:tc>
          <w:tcPr>
            <w:tcW w:w="606" w:type="pct"/>
            <w:vAlign w:val="center"/>
          </w:tcPr>
          <w:p w14:paraId="1DBC55D7" w14:textId="55E3CC04"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1106152372"/>
            <w14:checkbox>
              <w14:checked w14:val="0"/>
              <w14:checkedState w14:val="2612" w14:font="MS Gothic"/>
              <w14:uncheckedState w14:val="2610" w14:font="MS Gothic"/>
            </w14:checkbox>
          </w:sdtPr>
          <w:sdtEndPr/>
          <w:sdtContent>
            <w:tc>
              <w:tcPr>
                <w:tcW w:w="530" w:type="pct"/>
                <w:vAlign w:val="center"/>
              </w:tcPr>
              <w:p w14:paraId="5D35CF81" w14:textId="1F168C72"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2D25DD" w:rsidRPr="00072363" w14:paraId="1D303231" w14:textId="77777777" w:rsidTr="00BD6282">
        <w:trPr>
          <w:trHeight w:val="20"/>
        </w:trPr>
        <w:tc>
          <w:tcPr>
            <w:tcW w:w="326" w:type="pct"/>
            <w:vMerge/>
            <w:shd w:val="clear" w:color="auto" w:fill="D9D9D9" w:themeFill="background1" w:themeFillShade="D9"/>
            <w:vAlign w:val="center"/>
          </w:tcPr>
          <w:p w14:paraId="41DF58D2" w14:textId="77777777" w:rsidR="002D25DD" w:rsidRPr="00072363" w:rsidRDefault="002D25DD" w:rsidP="00BD6282">
            <w:pPr>
              <w:spacing w:after="0"/>
              <w:jc w:val="center"/>
              <w:rPr>
                <w:rFonts w:asciiTheme="majorHAnsi" w:eastAsia="Times New Roman" w:hAnsiTheme="majorHAnsi" w:cstheme="majorHAnsi"/>
                <w:b/>
                <w:sz w:val="22"/>
                <w:lang w:eastAsia="ja-JP"/>
              </w:rPr>
            </w:pPr>
          </w:p>
        </w:tc>
        <w:tc>
          <w:tcPr>
            <w:tcW w:w="3538" w:type="pct"/>
            <w:vMerge/>
            <w:vAlign w:val="center"/>
          </w:tcPr>
          <w:p w14:paraId="305F48A1" w14:textId="77777777" w:rsidR="002D25DD" w:rsidRPr="00072363" w:rsidRDefault="002D25DD" w:rsidP="00FC1781">
            <w:pPr>
              <w:spacing w:after="0"/>
              <w:rPr>
                <w:rFonts w:asciiTheme="majorHAnsi" w:eastAsia="Times New Roman" w:hAnsiTheme="majorHAnsi" w:cstheme="majorHAnsi"/>
                <w:b/>
                <w:sz w:val="22"/>
                <w:lang w:eastAsia="ja-JP"/>
              </w:rPr>
            </w:pPr>
          </w:p>
        </w:tc>
        <w:tc>
          <w:tcPr>
            <w:tcW w:w="606" w:type="pct"/>
            <w:vAlign w:val="center"/>
          </w:tcPr>
          <w:p w14:paraId="5272283F" w14:textId="6745C2FE"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854345773"/>
            <w14:checkbox>
              <w14:checked w14:val="0"/>
              <w14:checkedState w14:val="2612" w14:font="MS Gothic"/>
              <w14:uncheckedState w14:val="2610" w14:font="MS Gothic"/>
            </w14:checkbox>
          </w:sdtPr>
          <w:sdtEndPr/>
          <w:sdtContent>
            <w:tc>
              <w:tcPr>
                <w:tcW w:w="530" w:type="pct"/>
                <w:vAlign w:val="center"/>
              </w:tcPr>
              <w:p w14:paraId="007ED7FA" w14:textId="7A5670B2" w:rsidR="002D25DD" w:rsidRPr="00072363" w:rsidRDefault="002D25DD" w:rsidP="00F86C21">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2D25DD" w:rsidRPr="00072363" w14:paraId="41FDA8C5" w14:textId="77777777" w:rsidTr="00BD6282">
        <w:trPr>
          <w:trHeight w:val="20"/>
        </w:trPr>
        <w:tc>
          <w:tcPr>
            <w:tcW w:w="326" w:type="pct"/>
            <w:vMerge/>
            <w:shd w:val="clear" w:color="auto" w:fill="D9D9D9" w:themeFill="background1" w:themeFillShade="D9"/>
            <w:vAlign w:val="center"/>
          </w:tcPr>
          <w:p w14:paraId="4FC9C022" w14:textId="77777777" w:rsidR="002D25DD" w:rsidRPr="00072363" w:rsidRDefault="002D25DD" w:rsidP="00BD6282">
            <w:pPr>
              <w:spacing w:after="0"/>
              <w:jc w:val="center"/>
              <w:rPr>
                <w:rFonts w:asciiTheme="majorHAnsi" w:eastAsia="Times New Roman" w:hAnsiTheme="majorHAnsi" w:cstheme="majorHAnsi"/>
                <w:b/>
                <w:sz w:val="22"/>
                <w:lang w:eastAsia="ja-JP"/>
              </w:rPr>
            </w:pPr>
          </w:p>
        </w:tc>
        <w:tc>
          <w:tcPr>
            <w:tcW w:w="3538" w:type="pct"/>
            <w:vMerge/>
            <w:vAlign w:val="center"/>
          </w:tcPr>
          <w:p w14:paraId="09DCB5F1" w14:textId="77777777" w:rsidR="002D25DD" w:rsidRPr="00072363" w:rsidRDefault="002D25DD" w:rsidP="00FC1781">
            <w:pPr>
              <w:spacing w:after="0"/>
              <w:rPr>
                <w:rFonts w:asciiTheme="majorHAnsi" w:eastAsia="Times New Roman" w:hAnsiTheme="majorHAnsi" w:cstheme="majorHAnsi"/>
                <w:b/>
                <w:sz w:val="22"/>
                <w:lang w:eastAsia="ja-JP"/>
              </w:rPr>
            </w:pPr>
          </w:p>
        </w:tc>
        <w:tc>
          <w:tcPr>
            <w:tcW w:w="606" w:type="pct"/>
            <w:vAlign w:val="center"/>
          </w:tcPr>
          <w:p w14:paraId="733C8D01" w14:textId="01157AB0" w:rsidR="002D25DD" w:rsidRPr="00072363" w:rsidRDefault="002D25DD"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537167407"/>
            <w14:checkbox>
              <w14:checked w14:val="0"/>
              <w14:checkedState w14:val="2612" w14:font="MS Gothic"/>
              <w14:uncheckedState w14:val="2610" w14:font="MS Gothic"/>
            </w14:checkbox>
          </w:sdtPr>
          <w:sdtEndPr/>
          <w:sdtContent>
            <w:tc>
              <w:tcPr>
                <w:tcW w:w="530" w:type="pct"/>
                <w:vAlign w:val="center"/>
              </w:tcPr>
              <w:p w14:paraId="74FA50E0" w14:textId="30107021" w:rsidR="002D25DD" w:rsidRPr="00072363" w:rsidRDefault="002D25DD"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F03ECB" w:rsidRPr="00072363" w14:paraId="1946DCAA" w14:textId="77777777" w:rsidTr="00BD6282">
        <w:trPr>
          <w:trHeight w:val="20"/>
        </w:trPr>
        <w:tc>
          <w:tcPr>
            <w:tcW w:w="326" w:type="pct"/>
            <w:vMerge w:val="restart"/>
            <w:shd w:val="clear" w:color="auto" w:fill="D9D9D9" w:themeFill="background1" w:themeFillShade="D9"/>
            <w:vAlign w:val="center"/>
          </w:tcPr>
          <w:p w14:paraId="0732ED0D" w14:textId="24FF5096" w:rsidR="00F03ECB" w:rsidRPr="00072363" w:rsidRDefault="00F03ECB" w:rsidP="00BD6282">
            <w:pPr>
              <w:spacing w:after="0"/>
              <w:jc w:val="center"/>
              <w:rPr>
                <w:rFonts w:asciiTheme="majorHAnsi" w:eastAsia="Times New Roman" w:hAnsiTheme="majorHAnsi" w:cstheme="majorHAnsi"/>
                <w:b/>
                <w:sz w:val="22"/>
                <w:lang w:eastAsia="ja-JP"/>
              </w:rPr>
            </w:pPr>
            <w:r w:rsidRPr="00072363">
              <w:rPr>
                <w:rFonts w:asciiTheme="majorHAnsi" w:eastAsia="Times New Roman" w:hAnsiTheme="majorHAnsi" w:cstheme="majorHAnsi"/>
                <w:b/>
                <w:sz w:val="22"/>
                <w:lang w:eastAsia="ja-JP"/>
              </w:rPr>
              <w:t>C.</w:t>
            </w:r>
          </w:p>
        </w:tc>
        <w:tc>
          <w:tcPr>
            <w:tcW w:w="4674" w:type="pct"/>
            <w:gridSpan w:val="3"/>
            <w:shd w:val="clear" w:color="auto" w:fill="D9D9D9" w:themeFill="background1" w:themeFillShade="D9"/>
            <w:vAlign w:val="center"/>
          </w:tcPr>
          <w:p w14:paraId="1B04914C" w14:textId="32625628" w:rsidR="00F03ECB" w:rsidRPr="00072363" w:rsidRDefault="00F03ECB" w:rsidP="00FC1781">
            <w:pPr>
              <w:spacing w:after="0"/>
              <w:rPr>
                <w:rFonts w:asciiTheme="majorHAnsi" w:eastAsia="Times New Roman" w:hAnsiTheme="majorHAnsi" w:cstheme="majorHAnsi"/>
                <w:sz w:val="22"/>
                <w:lang w:eastAsia="ja-JP"/>
              </w:rPr>
            </w:pPr>
            <w:r w:rsidRPr="00072363">
              <w:rPr>
                <w:rFonts w:asciiTheme="majorHAnsi" w:eastAsia="Times New Roman" w:hAnsiTheme="majorHAnsi" w:cstheme="majorHAnsi"/>
                <w:b/>
                <w:sz w:val="22"/>
                <w:lang w:eastAsia="ja-JP"/>
              </w:rPr>
              <w:t>INSURANCES</w:t>
            </w:r>
          </w:p>
        </w:tc>
      </w:tr>
      <w:tr w:rsidR="00A340B2" w:rsidRPr="00072363" w14:paraId="6E9D05E0" w14:textId="77777777" w:rsidTr="004750E5">
        <w:trPr>
          <w:trHeight w:val="20"/>
        </w:trPr>
        <w:tc>
          <w:tcPr>
            <w:tcW w:w="326" w:type="pct"/>
            <w:vMerge/>
            <w:shd w:val="clear" w:color="auto" w:fill="D9D9D9" w:themeFill="background1" w:themeFillShade="D9"/>
          </w:tcPr>
          <w:p w14:paraId="7EEE3417"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restart"/>
            <w:vAlign w:val="center"/>
          </w:tcPr>
          <w:p w14:paraId="57D32FB0" w14:textId="0C6C340A" w:rsidR="00A340B2" w:rsidRPr="00072363" w:rsidRDefault="00A340B2" w:rsidP="00FC1781">
            <w:pPr>
              <w:spacing w:after="0"/>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 xml:space="preserve">I confirm that we have the required insurance in place as outlines in section 3.2 of the RFT. </w:t>
            </w:r>
          </w:p>
        </w:tc>
        <w:tc>
          <w:tcPr>
            <w:tcW w:w="606" w:type="pct"/>
            <w:vAlign w:val="center"/>
          </w:tcPr>
          <w:p w14:paraId="5BD95EC2" w14:textId="7DC475F0"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356890575"/>
            <w14:checkbox>
              <w14:checked w14:val="0"/>
              <w14:checkedState w14:val="2612" w14:font="MS Gothic"/>
              <w14:uncheckedState w14:val="2610" w14:font="MS Gothic"/>
            </w14:checkbox>
          </w:sdtPr>
          <w:sdtEndPr/>
          <w:sdtContent>
            <w:tc>
              <w:tcPr>
                <w:tcW w:w="530" w:type="pct"/>
                <w:vAlign w:val="center"/>
              </w:tcPr>
              <w:p w14:paraId="3D1520ED" w14:textId="74ED7371"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5BABABF1" w14:textId="77777777" w:rsidTr="004750E5">
        <w:trPr>
          <w:trHeight w:val="20"/>
        </w:trPr>
        <w:tc>
          <w:tcPr>
            <w:tcW w:w="326" w:type="pct"/>
            <w:vMerge/>
            <w:shd w:val="clear" w:color="auto" w:fill="D9D9D9" w:themeFill="background1" w:themeFillShade="D9"/>
          </w:tcPr>
          <w:p w14:paraId="753899A3"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ign w:val="center"/>
          </w:tcPr>
          <w:p w14:paraId="0D445CC1" w14:textId="0CB41FE7" w:rsidR="00A340B2" w:rsidRPr="00072363" w:rsidRDefault="00A340B2" w:rsidP="00FC1781">
            <w:pPr>
              <w:spacing w:after="0"/>
              <w:rPr>
                <w:rFonts w:asciiTheme="majorHAnsi" w:eastAsia="Times New Roman" w:hAnsiTheme="majorHAnsi" w:cstheme="majorHAnsi"/>
                <w:sz w:val="22"/>
                <w:lang w:eastAsia="ja-JP"/>
              </w:rPr>
            </w:pPr>
          </w:p>
        </w:tc>
        <w:tc>
          <w:tcPr>
            <w:tcW w:w="606" w:type="pct"/>
            <w:vAlign w:val="center"/>
          </w:tcPr>
          <w:p w14:paraId="12A70047" w14:textId="1925C155"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841538790"/>
            <w14:checkbox>
              <w14:checked w14:val="0"/>
              <w14:checkedState w14:val="2612" w14:font="MS Gothic"/>
              <w14:uncheckedState w14:val="2610" w14:font="MS Gothic"/>
            </w14:checkbox>
          </w:sdtPr>
          <w:sdtEndPr/>
          <w:sdtContent>
            <w:tc>
              <w:tcPr>
                <w:tcW w:w="530" w:type="pct"/>
                <w:vAlign w:val="center"/>
              </w:tcPr>
              <w:p w14:paraId="2BC2650F" w14:textId="58769A3E"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1E0BC462" w14:textId="77777777" w:rsidTr="004750E5">
        <w:trPr>
          <w:trHeight w:val="20"/>
        </w:trPr>
        <w:tc>
          <w:tcPr>
            <w:tcW w:w="326" w:type="pct"/>
            <w:vMerge/>
            <w:shd w:val="clear" w:color="auto" w:fill="D9D9D9" w:themeFill="background1" w:themeFillShade="D9"/>
          </w:tcPr>
          <w:p w14:paraId="4B652968" w14:textId="77777777" w:rsidR="00A340B2" w:rsidRPr="00072363" w:rsidRDefault="00A340B2" w:rsidP="003E710D">
            <w:pPr>
              <w:spacing w:after="180"/>
              <w:rPr>
                <w:rFonts w:asciiTheme="majorHAnsi" w:eastAsia="Times New Roman" w:hAnsiTheme="majorHAnsi" w:cstheme="majorHAnsi"/>
                <w:sz w:val="22"/>
                <w:lang w:eastAsia="ja-JP"/>
              </w:rPr>
            </w:pPr>
          </w:p>
        </w:tc>
        <w:tc>
          <w:tcPr>
            <w:tcW w:w="3538" w:type="pct"/>
            <w:vMerge/>
            <w:vAlign w:val="center"/>
          </w:tcPr>
          <w:p w14:paraId="02F26170" w14:textId="77777777" w:rsidR="00A340B2" w:rsidRPr="00072363" w:rsidRDefault="00A340B2" w:rsidP="00FC1781">
            <w:pPr>
              <w:spacing w:after="180"/>
              <w:rPr>
                <w:rFonts w:asciiTheme="majorHAnsi" w:eastAsia="Times New Roman" w:hAnsiTheme="majorHAnsi" w:cstheme="majorHAnsi"/>
                <w:sz w:val="22"/>
                <w:lang w:eastAsia="ja-JP"/>
              </w:rPr>
            </w:pPr>
          </w:p>
        </w:tc>
        <w:tc>
          <w:tcPr>
            <w:tcW w:w="606" w:type="pct"/>
            <w:vAlign w:val="center"/>
          </w:tcPr>
          <w:p w14:paraId="2790B352" w14:textId="797D6598"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127315024"/>
            <w14:checkbox>
              <w14:checked w14:val="0"/>
              <w14:checkedState w14:val="2612" w14:font="MS Gothic"/>
              <w14:uncheckedState w14:val="2610" w14:font="MS Gothic"/>
            </w14:checkbox>
          </w:sdtPr>
          <w:sdtEndPr/>
          <w:sdtContent>
            <w:tc>
              <w:tcPr>
                <w:tcW w:w="530" w:type="pct"/>
                <w:vAlign w:val="center"/>
              </w:tcPr>
              <w:p w14:paraId="753C1C04" w14:textId="5AAF8276"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77C382AA" w14:textId="77777777" w:rsidTr="004750E5">
        <w:trPr>
          <w:trHeight w:val="20"/>
        </w:trPr>
        <w:tc>
          <w:tcPr>
            <w:tcW w:w="326" w:type="pct"/>
            <w:vMerge/>
            <w:shd w:val="clear" w:color="auto" w:fill="D9D9D9" w:themeFill="background1" w:themeFillShade="D9"/>
          </w:tcPr>
          <w:p w14:paraId="1E54FC23" w14:textId="77777777" w:rsidR="00A340B2" w:rsidRPr="00072363" w:rsidRDefault="00A340B2" w:rsidP="003E710D">
            <w:pPr>
              <w:spacing w:after="180"/>
              <w:rPr>
                <w:rFonts w:asciiTheme="majorHAnsi" w:eastAsia="Times New Roman" w:hAnsiTheme="majorHAnsi" w:cstheme="majorHAnsi"/>
                <w:sz w:val="22"/>
                <w:lang w:eastAsia="ja-JP"/>
              </w:rPr>
            </w:pPr>
          </w:p>
        </w:tc>
        <w:tc>
          <w:tcPr>
            <w:tcW w:w="3538" w:type="pct"/>
            <w:vMerge w:val="restart"/>
            <w:vAlign w:val="center"/>
          </w:tcPr>
          <w:p w14:paraId="63F01EEE" w14:textId="713947CA" w:rsidR="00A340B2" w:rsidRPr="00072363" w:rsidRDefault="00A340B2" w:rsidP="00FC1781">
            <w:pPr>
              <w:spacing w:after="180"/>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 xml:space="preserve">I confirm that I will provide (promptly on request) evidence of all insurance in place. </w:t>
            </w:r>
          </w:p>
        </w:tc>
        <w:tc>
          <w:tcPr>
            <w:tcW w:w="606" w:type="pct"/>
            <w:vAlign w:val="center"/>
          </w:tcPr>
          <w:p w14:paraId="0DDF7D43" w14:textId="0A6502E0"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6757879"/>
            <w14:checkbox>
              <w14:checked w14:val="0"/>
              <w14:checkedState w14:val="2612" w14:font="MS Gothic"/>
              <w14:uncheckedState w14:val="2610" w14:font="MS Gothic"/>
            </w14:checkbox>
          </w:sdtPr>
          <w:sdtEndPr/>
          <w:sdtContent>
            <w:tc>
              <w:tcPr>
                <w:tcW w:w="530" w:type="pct"/>
                <w:vAlign w:val="center"/>
              </w:tcPr>
              <w:p w14:paraId="51D51CED" w14:textId="602BFFE6"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3D642955" w14:textId="77777777" w:rsidTr="004750E5">
        <w:trPr>
          <w:trHeight w:val="20"/>
        </w:trPr>
        <w:tc>
          <w:tcPr>
            <w:tcW w:w="326" w:type="pct"/>
            <w:vMerge/>
            <w:shd w:val="clear" w:color="auto" w:fill="D9D9D9" w:themeFill="background1" w:themeFillShade="D9"/>
          </w:tcPr>
          <w:p w14:paraId="6C9AD487"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ign w:val="center"/>
          </w:tcPr>
          <w:p w14:paraId="777B7EB0" w14:textId="59C16DB6" w:rsidR="00A340B2" w:rsidRPr="00072363" w:rsidRDefault="00A340B2" w:rsidP="00FC1781">
            <w:pPr>
              <w:spacing w:after="0"/>
              <w:rPr>
                <w:rFonts w:asciiTheme="majorHAnsi" w:eastAsia="Times New Roman" w:hAnsiTheme="majorHAnsi" w:cstheme="majorHAnsi"/>
                <w:sz w:val="22"/>
                <w:lang w:eastAsia="ja-JP"/>
              </w:rPr>
            </w:pPr>
          </w:p>
        </w:tc>
        <w:tc>
          <w:tcPr>
            <w:tcW w:w="606" w:type="pct"/>
            <w:vAlign w:val="center"/>
          </w:tcPr>
          <w:p w14:paraId="57B80D56" w14:textId="3D02A584"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469434279"/>
            <w14:checkbox>
              <w14:checked w14:val="0"/>
              <w14:checkedState w14:val="2612" w14:font="MS Gothic"/>
              <w14:uncheckedState w14:val="2610" w14:font="MS Gothic"/>
            </w14:checkbox>
          </w:sdtPr>
          <w:sdtEndPr/>
          <w:sdtContent>
            <w:tc>
              <w:tcPr>
                <w:tcW w:w="530" w:type="pct"/>
                <w:vAlign w:val="center"/>
              </w:tcPr>
              <w:p w14:paraId="4AE48F8E" w14:textId="3EE6553E" w:rsidR="00A340B2" w:rsidRPr="00072363" w:rsidRDefault="00F03ECB"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4A92CF38" w14:textId="77777777" w:rsidTr="004750E5">
        <w:trPr>
          <w:trHeight w:val="20"/>
        </w:trPr>
        <w:tc>
          <w:tcPr>
            <w:tcW w:w="326" w:type="pct"/>
            <w:vMerge/>
            <w:shd w:val="clear" w:color="auto" w:fill="D9D9D9" w:themeFill="background1" w:themeFillShade="D9"/>
          </w:tcPr>
          <w:p w14:paraId="12108EDE" w14:textId="77777777" w:rsidR="00A340B2" w:rsidRPr="00072363" w:rsidRDefault="00A340B2" w:rsidP="003E710D">
            <w:pPr>
              <w:spacing w:after="0"/>
              <w:rPr>
                <w:rFonts w:asciiTheme="majorHAnsi" w:eastAsia="Times New Roman" w:hAnsiTheme="majorHAnsi" w:cstheme="majorHAnsi"/>
                <w:sz w:val="22"/>
                <w:lang w:eastAsia="ja-JP"/>
              </w:rPr>
            </w:pPr>
          </w:p>
        </w:tc>
        <w:tc>
          <w:tcPr>
            <w:tcW w:w="3538" w:type="pct"/>
            <w:vMerge/>
            <w:vAlign w:val="center"/>
          </w:tcPr>
          <w:p w14:paraId="204598D7" w14:textId="77777777" w:rsidR="00A340B2" w:rsidRPr="00072363" w:rsidRDefault="00A340B2" w:rsidP="00FC1781">
            <w:pPr>
              <w:spacing w:after="0"/>
              <w:rPr>
                <w:rFonts w:asciiTheme="majorHAnsi" w:eastAsia="Times New Roman" w:hAnsiTheme="majorHAnsi" w:cstheme="majorHAnsi"/>
                <w:sz w:val="22"/>
                <w:lang w:eastAsia="ja-JP"/>
              </w:rPr>
            </w:pPr>
          </w:p>
        </w:tc>
        <w:tc>
          <w:tcPr>
            <w:tcW w:w="606" w:type="pct"/>
            <w:vAlign w:val="center"/>
          </w:tcPr>
          <w:p w14:paraId="290540CE" w14:textId="1571599F"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908209728"/>
            <w14:checkbox>
              <w14:checked w14:val="0"/>
              <w14:checkedState w14:val="2612" w14:font="MS Gothic"/>
              <w14:uncheckedState w14:val="2610" w14:font="MS Gothic"/>
            </w14:checkbox>
          </w:sdtPr>
          <w:sdtEndPr/>
          <w:sdtContent>
            <w:tc>
              <w:tcPr>
                <w:tcW w:w="530" w:type="pct"/>
                <w:vAlign w:val="center"/>
              </w:tcPr>
              <w:p w14:paraId="4993EA5D" w14:textId="3887E7A1" w:rsidR="00A340B2" w:rsidRPr="00072363" w:rsidRDefault="00A340B2" w:rsidP="003E710D">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072363" w14:paraId="4665FCD0" w14:textId="77777777" w:rsidTr="00FC1781">
        <w:trPr>
          <w:trHeight w:val="20"/>
        </w:trPr>
        <w:tc>
          <w:tcPr>
            <w:tcW w:w="326" w:type="pct"/>
            <w:vMerge/>
            <w:shd w:val="clear" w:color="auto" w:fill="D9D9D9" w:themeFill="background1" w:themeFillShade="D9"/>
          </w:tcPr>
          <w:p w14:paraId="2FF8993D" w14:textId="77777777" w:rsidR="00A340B2" w:rsidRPr="00072363" w:rsidRDefault="00A340B2" w:rsidP="003E710D">
            <w:pPr>
              <w:spacing w:after="0"/>
              <w:rPr>
                <w:rFonts w:asciiTheme="majorHAnsi" w:eastAsia="Times New Roman" w:hAnsiTheme="majorHAnsi" w:cstheme="majorHAnsi"/>
                <w:sz w:val="22"/>
                <w:lang w:eastAsia="ja-JP"/>
              </w:rPr>
            </w:pPr>
          </w:p>
        </w:tc>
        <w:tc>
          <w:tcPr>
            <w:tcW w:w="4674" w:type="pct"/>
            <w:gridSpan w:val="3"/>
            <w:vAlign w:val="center"/>
          </w:tcPr>
          <w:p w14:paraId="1FA98BD4" w14:textId="2B8F5CDA" w:rsidR="00A340B2" w:rsidRPr="00072363" w:rsidRDefault="00A340B2" w:rsidP="00FC1781">
            <w:pPr>
              <w:spacing w:after="0"/>
              <w:rPr>
                <w:rFonts w:asciiTheme="majorHAnsi" w:eastAsia="Times New Roman" w:hAnsiTheme="majorHAnsi" w:cstheme="majorHAnsi"/>
                <w:i/>
                <w:iCs/>
                <w:sz w:val="22"/>
                <w:u w:val="single"/>
                <w:lang w:eastAsia="ja-JP"/>
              </w:rPr>
            </w:pPr>
            <w:r w:rsidRPr="00072363">
              <w:rPr>
                <w:rFonts w:asciiTheme="majorHAnsi" w:eastAsia="Times New Roman" w:hAnsiTheme="majorHAnsi" w:cstheme="majorHAnsi"/>
                <w:i/>
                <w:iCs/>
                <w:sz w:val="22"/>
                <w:u w:val="single"/>
                <w:lang w:eastAsia="ja-JP"/>
              </w:rPr>
              <w:t>OR</w:t>
            </w:r>
          </w:p>
        </w:tc>
      </w:tr>
      <w:tr w:rsidR="00A340B2" w:rsidRPr="00072363" w14:paraId="5D070328" w14:textId="77777777" w:rsidTr="004750E5">
        <w:trPr>
          <w:trHeight w:val="20"/>
        </w:trPr>
        <w:tc>
          <w:tcPr>
            <w:tcW w:w="326" w:type="pct"/>
            <w:vMerge/>
            <w:shd w:val="clear" w:color="auto" w:fill="D9D9D9" w:themeFill="background1" w:themeFillShade="D9"/>
          </w:tcPr>
          <w:p w14:paraId="35832B03" w14:textId="77777777" w:rsidR="00A340B2" w:rsidRPr="00072363" w:rsidRDefault="00A340B2" w:rsidP="00D5489B">
            <w:pPr>
              <w:spacing w:after="0"/>
              <w:rPr>
                <w:rFonts w:asciiTheme="majorHAnsi" w:eastAsia="Times New Roman" w:hAnsiTheme="majorHAnsi" w:cstheme="majorHAnsi"/>
                <w:sz w:val="22"/>
                <w:lang w:eastAsia="ja-JP"/>
              </w:rPr>
            </w:pPr>
          </w:p>
        </w:tc>
        <w:tc>
          <w:tcPr>
            <w:tcW w:w="3538" w:type="pct"/>
            <w:vMerge w:val="restart"/>
            <w:vAlign w:val="center"/>
          </w:tcPr>
          <w:p w14:paraId="0415DE98" w14:textId="7F8AACD5" w:rsidR="00A340B2" w:rsidRPr="00072363" w:rsidRDefault="00A340B2" w:rsidP="00FC1781">
            <w:pPr>
              <w:spacing w:after="0"/>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I confirm that I will provide (promptly on request) a letter from an Insurance Broker confirming that the required levels could be put in place if successful.</w:t>
            </w:r>
          </w:p>
        </w:tc>
        <w:tc>
          <w:tcPr>
            <w:tcW w:w="606" w:type="pct"/>
            <w:vAlign w:val="center"/>
          </w:tcPr>
          <w:p w14:paraId="56093227" w14:textId="6246B3FE" w:rsidR="00A340B2" w:rsidRPr="00072363" w:rsidRDefault="00A340B2" w:rsidP="00D5489B">
            <w:pPr>
              <w:spacing w:after="0"/>
              <w:jc w:val="center"/>
              <w:rPr>
                <w:rFonts w:asciiTheme="majorHAnsi" w:eastAsia="Times New Roman" w:hAnsiTheme="majorHAnsi" w:cstheme="majorHAnsi"/>
                <w:sz w:val="22"/>
                <w:lang w:eastAsia="ja-JP"/>
              </w:rPr>
            </w:pPr>
            <w:r w:rsidRPr="00072363">
              <w:rPr>
                <w:rFonts w:asciiTheme="majorHAnsi" w:eastAsia="Times New Roman" w:hAnsiTheme="majorHAnsi" w:cstheme="majorHAnsi"/>
                <w:sz w:val="22"/>
                <w:lang w:eastAsia="ja-JP"/>
              </w:rPr>
              <w:t>Yes</w:t>
            </w:r>
          </w:p>
        </w:tc>
        <w:sdt>
          <w:sdtPr>
            <w:rPr>
              <w:rFonts w:asciiTheme="majorHAnsi" w:eastAsia="Times New Roman" w:hAnsiTheme="majorHAnsi" w:cstheme="majorHAnsi"/>
              <w:sz w:val="22"/>
              <w:lang w:eastAsia="ja-JP"/>
            </w:rPr>
            <w:id w:val="226341870"/>
            <w14:checkbox>
              <w14:checked w14:val="0"/>
              <w14:checkedState w14:val="2612" w14:font="MS Gothic"/>
              <w14:uncheckedState w14:val="2610" w14:font="MS Gothic"/>
            </w14:checkbox>
          </w:sdtPr>
          <w:sdtEndPr/>
          <w:sdtContent>
            <w:tc>
              <w:tcPr>
                <w:tcW w:w="530" w:type="pct"/>
                <w:vAlign w:val="center"/>
              </w:tcPr>
              <w:p w14:paraId="39D5E034" w14:textId="4D73FADA" w:rsidR="00A340B2" w:rsidRPr="00072363" w:rsidRDefault="00A340B2" w:rsidP="00D5489B">
                <w:pPr>
                  <w:spacing w:after="0"/>
                  <w:jc w:val="center"/>
                  <w:rPr>
                    <w:rFonts w:asciiTheme="majorHAnsi" w:eastAsia="Times New Roman" w:hAnsiTheme="majorHAnsi" w:cstheme="majorHAnsi"/>
                    <w:sz w:val="22"/>
                    <w:lang w:eastAsia="ja-JP"/>
                  </w:rPr>
                </w:pPr>
                <w:r w:rsidRPr="00072363">
                  <w:rPr>
                    <w:rFonts w:ascii="Segoe UI Symbol" w:eastAsia="MS Gothic" w:hAnsi="Segoe UI Symbol" w:cs="Segoe UI Symbol"/>
                    <w:sz w:val="22"/>
                    <w:lang w:eastAsia="ja-JP"/>
                  </w:rPr>
                  <w:t>☐</w:t>
                </w:r>
              </w:p>
            </w:tc>
          </w:sdtContent>
        </w:sdt>
      </w:tr>
      <w:tr w:rsidR="00A340B2" w:rsidRPr="007040A0" w14:paraId="379BE600" w14:textId="77777777" w:rsidTr="004750E5">
        <w:trPr>
          <w:trHeight w:val="20"/>
        </w:trPr>
        <w:tc>
          <w:tcPr>
            <w:tcW w:w="326" w:type="pct"/>
            <w:vMerge/>
            <w:shd w:val="clear" w:color="auto" w:fill="D9D9D9" w:themeFill="background1" w:themeFillShade="D9"/>
          </w:tcPr>
          <w:p w14:paraId="660B2D17" w14:textId="77777777" w:rsidR="00A340B2" w:rsidRPr="007040A0" w:rsidRDefault="00A340B2" w:rsidP="00D5489B">
            <w:pPr>
              <w:spacing w:after="0"/>
              <w:rPr>
                <w:rFonts w:asciiTheme="majorHAnsi" w:eastAsia="Times New Roman" w:hAnsiTheme="majorHAnsi" w:cstheme="majorHAnsi"/>
                <w:sz w:val="22"/>
                <w:lang w:eastAsia="ja-JP"/>
              </w:rPr>
            </w:pPr>
          </w:p>
        </w:tc>
        <w:tc>
          <w:tcPr>
            <w:tcW w:w="3538" w:type="pct"/>
            <w:vMerge/>
          </w:tcPr>
          <w:p w14:paraId="55CDAB43" w14:textId="77777777" w:rsidR="00A340B2" w:rsidRPr="007040A0" w:rsidRDefault="00A340B2" w:rsidP="00D5489B">
            <w:pPr>
              <w:spacing w:after="0"/>
              <w:rPr>
                <w:rFonts w:asciiTheme="majorHAnsi" w:eastAsia="Times New Roman" w:hAnsiTheme="majorHAnsi" w:cstheme="majorHAnsi"/>
                <w:sz w:val="22"/>
                <w:lang w:eastAsia="ja-JP"/>
              </w:rPr>
            </w:pPr>
          </w:p>
        </w:tc>
        <w:tc>
          <w:tcPr>
            <w:tcW w:w="606" w:type="pct"/>
            <w:vAlign w:val="center"/>
          </w:tcPr>
          <w:p w14:paraId="4E30165C" w14:textId="27ADDC95" w:rsidR="00A340B2" w:rsidRDefault="00A340B2" w:rsidP="00D5489B">
            <w:pPr>
              <w:spacing w:after="0"/>
              <w:jc w:val="center"/>
              <w:rPr>
                <w:rFonts w:asciiTheme="majorHAnsi" w:eastAsia="Times New Roman" w:hAnsiTheme="majorHAnsi" w:cstheme="majorHAnsi"/>
                <w:sz w:val="22"/>
                <w:lang w:eastAsia="ja-JP"/>
              </w:rPr>
            </w:pPr>
            <w:r w:rsidRPr="007040A0">
              <w:rPr>
                <w:rFonts w:asciiTheme="majorHAnsi" w:eastAsia="Times New Roman" w:hAnsiTheme="majorHAnsi" w:cstheme="majorHAnsi"/>
                <w:sz w:val="22"/>
                <w:lang w:eastAsia="ja-JP"/>
              </w:rPr>
              <w:t>No</w:t>
            </w:r>
          </w:p>
        </w:tc>
        <w:sdt>
          <w:sdtPr>
            <w:rPr>
              <w:rFonts w:asciiTheme="majorHAnsi" w:eastAsia="Times New Roman" w:hAnsiTheme="majorHAnsi" w:cstheme="majorHAnsi"/>
              <w:sz w:val="22"/>
              <w:lang w:eastAsia="ja-JP"/>
            </w:rPr>
            <w:id w:val="211626441"/>
            <w14:checkbox>
              <w14:checked w14:val="0"/>
              <w14:checkedState w14:val="2612" w14:font="MS Gothic"/>
              <w14:uncheckedState w14:val="2610" w14:font="MS Gothic"/>
            </w14:checkbox>
          </w:sdtPr>
          <w:sdtEndPr/>
          <w:sdtContent>
            <w:tc>
              <w:tcPr>
                <w:tcW w:w="530" w:type="pct"/>
                <w:vAlign w:val="center"/>
              </w:tcPr>
              <w:p w14:paraId="25D6AC47" w14:textId="4DBE30AA" w:rsidR="00A340B2" w:rsidRPr="007040A0" w:rsidRDefault="00F03ECB" w:rsidP="00D5489B">
                <w:pPr>
                  <w:spacing w:after="0"/>
                  <w:jc w:val="center"/>
                  <w:rPr>
                    <w:rFonts w:asciiTheme="majorHAnsi" w:eastAsia="Times New Roman" w:hAnsiTheme="majorHAnsi" w:cstheme="majorHAnsi"/>
                    <w:sz w:val="22"/>
                    <w:lang w:eastAsia="ja-JP"/>
                  </w:rPr>
                </w:pPr>
                <w:r>
                  <w:rPr>
                    <w:rFonts w:ascii="MS Gothic" w:eastAsia="MS Gothic" w:hAnsi="MS Gothic" w:cstheme="majorHAnsi" w:hint="eastAsia"/>
                    <w:sz w:val="22"/>
                    <w:lang w:eastAsia="ja-JP"/>
                  </w:rPr>
                  <w:t>☐</w:t>
                </w:r>
              </w:p>
            </w:tc>
          </w:sdtContent>
        </w:sdt>
      </w:tr>
      <w:tr w:rsidR="00A340B2" w:rsidRPr="007040A0" w14:paraId="07CEF863" w14:textId="77777777" w:rsidTr="004750E5">
        <w:trPr>
          <w:trHeight w:val="20"/>
        </w:trPr>
        <w:tc>
          <w:tcPr>
            <w:tcW w:w="326" w:type="pct"/>
            <w:vMerge/>
            <w:shd w:val="clear" w:color="auto" w:fill="D9D9D9" w:themeFill="background1" w:themeFillShade="D9"/>
          </w:tcPr>
          <w:p w14:paraId="72D36F67" w14:textId="77777777" w:rsidR="00A340B2" w:rsidRPr="007040A0" w:rsidRDefault="00A340B2" w:rsidP="00D5489B">
            <w:pPr>
              <w:spacing w:after="0"/>
              <w:rPr>
                <w:rFonts w:asciiTheme="majorHAnsi" w:eastAsia="Times New Roman" w:hAnsiTheme="majorHAnsi" w:cstheme="majorHAnsi"/>
                <w:sz w:val="22"/>
                <w:lang w:eastAsia="ja-JP"/>
              </w:rPr>
            </w:pPr>
          </w:p>
        </w:tc>
        <w:tc>
          <w:tcPr>
            <w:tcW w:w="3538" w:type="pct"/>
            <w:vMerge/>
          </w:tcPr>
          <w:p w14:paraId="3465C7B7" w14:textId="77777777" w:rsidR="00A340B2" w:rsidRPr="007040A0" w:rsidRDefault="00A340B2" w:rsidP="00D5489B">
            <w:pPr>
              <w:spacing w:after="0"/>
              <w:rPr>
                <w:rFonts w:asciiTheme="majorHAnsi" w:eastAsia="Times New Roman" w:hAnsiTheme="majorHAnsi" w:cstheme="majorHAnsi"/>
                <w:sz w:val="22"/>
                <w:lang w:eastAsia="ja-JP"/>
              </w:rPr>
            </w:pPr>
          </w:p>
        </w:tc>
        <w:tc>
          <w:tcPr>
            <w:tcW w:w="606" w:type="pct"/>
            <w:vAlign w:val="center"/>
          </w:tcPr>
          <w:p w14:paraId="3FAB96B7" w14:textId="53F18F28" w:rsidR="00A340B2" w:rsidRDefault="00A340B2" w:rsidP="00D5489B">
            <w:pPr>
              <w:spacing w:after="0"/>
              <w:jc w:val="center"/>
              <w:rPr>
                <w:rFonts w:asciiTheme="majorHAnsi" w:eastAsia="Times New Roman" w:hAnsiTheme="majorHAnsi" w:cstheme="majorHAnsi"/>
                <w:sz w:val="22"/>
                <w:lang w:eastAsia="ja-JP"/>
              </w:rPr>
            </w:pPr>
            <w:r>
              <w:rPr>
                <w:rFonts w:asciiTheme="majorHAnsi" w:eastAsia="Times New Roman" w:hAnsiTheme="majorHAnsi" w:cstheme="majorHAnsi"/>
                <w:sz w:val="22"/>
                <w:lang w:eastAsia="ja-JP"/>
              </w:rPr>
              <w:t>N/A</w:t>
            </w:r>
          </w:p>
        </w:tc>
        <w:sdt>
          <w:sdtPr>
            <w:rPr>
              <w:rFonts w:asciiTheme="majorHAnsi" w:eastAsia="Times New Roman" w:hAnsiTheme="majorHAnsi" w:cstheme="majorHAnsi"/>
              <w:sz w:val="22"/>
              <w:lang w:eastAsia="ja-JP"/>
            </w:rPr>
            <w:id w:val="1561442750"/>
            <w14:checkbox>
              <w14:checked w14:val="0"/>
              <w14:checkedState w14:val="2612" w14:font="MS Gothic"/>
              <w14:uncheckedState w14:val="2610" w14:font="MS Gothic"/>
            </w14:checkbox>
          </w:sdtPr>
          <w:sdtEndPr/>
          <w:sdtContent>
            <w:tc>
              <w:tcPr>
                <w:tcW w:w="530" w:type="pct"/>
                <w:vAlign w:val="center"/>
              </w:tcPr>
              <w:p w14:paraId="34C1BF27" w14:textId="750DD449" w:rsidR="00A340B2" w:rsidRPr="007040A0" w:rsidRDefault="00A340B2" w:rsidP="00D5489B">
                <w:pPr>
                  <w:spacing w:after="0"/>
                  <w:jc w:val="center"/>
                  <w:rPr>
                    <w:rFonts w:asciiTheme="majorHAnsi" w:eastAsia="Times New Roman" w:hAnsiTheme="majorHAnsi" w:cstheme="majorHAnsi"/>
                    <w:sz w:val="22"/>
                    <w:lang w:eastAsia="ja-JP"/>
                  </w:rPr>
                </w:pPr>
                <w:r w:rsidRPr="007040A0">
                  <w:rPr>
                    <w:rFonts w:ascii="Segoe UI Symbol" w:eastAsia="MS Gothic" w:hAnsi="Segoe UI Symbol" w:cs="Segoe UI Symbol"/>
                    <w:sz w:val="22"/>
                    <w:lang w:eastAsia="ja-JP"/>
                  </w:rPr>
                  <w:t>☐</w:t>
                </w:r>
              </w:p>
            </w:tc>
          </w:sdtContent>
        </w:sdt>
      </w:tr>
    </w:tbl>
    <w:p w14:paraId="4A800B34"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3CC7D8B2"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3E1D1670"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01D47A6D" w14:textId="77777777" w:rsidR="00BD6282" w:rsidRDefault="00BD6282" w:rsidP="00BD6282">
      <w:pPr>
        <w:spacing w:after="180" w:line="288" w:lineRule="auto"/>
        <w:rPr>
          <w:rFonts w:asciiTheme="minorHAnsi" w:eastAsia="Times New Roman" w:hAnsiTheme="minorHAnsi" w:cstheme="minorHAnsi"/>
          <w:color w:val="404040"/>
          <w:szCs w:val="18"/>
          <w:lang w:eastAsia="ja-JP"/>
        </w:rPr>
      </w:pPr>
    </w:p>
    <w:p w14:paraId="5692593B" w14:textId="6D3C72FE" w:rsidR="001968BE" w:rsidRPr="006D1439" w:rsidRDefault="002C5229" w:rsidP="006D1439">
      <w:pPr>
        <w:spacing w:after="180" w:line="288"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lang w:eastAsia="ja-JP"/>
        </w:rPr>
        <w:br/>
      </w:r>
    </w:p>
    <w:p w14:paraId="4CA926FB" w14:textId="5806B747" w:rsidR="00A96B7C" w:rsidRPr="00BD6282" w:rsidRDefault="009D18CF" w:rsidP="004D3388">
      <w:pPr>
        <w:pStyle w:val="ListParagraph"/>
        <w:numPr>
          <w:ilvl w:val="0"/>
          <w:numId w:val="8"/>
        </w:numPr>
        <w:spacing w:after="0" w:line="260" w:lineRule="exact"/>
        <w:rPr>
          <w:rFonts w:asciiTheme="majorHAnsi" w:hAnsiTheme="majorHAnsi" w:cstheme="majorHAnsi"/>
          <w:b/>
          <w:bCs/>
          <w:sz w:val="26"/>
          <w:szCs w:val="26"/>
        </w:rPr>
      </w:pPr>
      <w:r w:rsidRPr="00BD6282">
        <w:rPr>
          <w:rFonts w:asciiTheme="majorHAnsi" w:hAnsiTheme="majorHAnsi" w:cstheme="majorHAnsi"/>
          <w:b/>
          <w:bCs/>
          <w:sz w:val="26"/>
          <w:szCs w:val="26"/>
        </w:rPr>
        <w:lastRenderedPageBreak/>
        <w:t xml:space="preserve">Technical and Professional Ability. </w:t>
      </w:r>
    </w:p>
    <w:p w14:paraId="02EEE8DF" w14:textId="77777777" w:rsidR="00BD6282" w:rsidRDefault="00BD6282" w:rsidP="009D18CF">
      <w:pPr>
        <w:spacing w:after="0" w:line="260" w:lineRule="exact"/>
        <w:rPr>
          <w:rFonts w:asciiTheme="majorHAnsi" w:eastAsia="Times New Roman" w:hAnsiTheme="majorHAnsi" w:cstheme="majorHAnsi"/>
          <w:sz w:val="22"/>
          <w:lang w:eastAsia="ja-JP"/>
        </w:rPr>
      </w:pPr>
    </w:p>
    <w:p w14:paraId="0CBA449A" w14:textId="60E66CF5" w:rsidR="00BD6282" w:rsidRDefault="00360DDD" w:rsidP="009D18CF">
      <w:pPr>
        <w:spacing w:after="0" w:line="260" w:lineRule="exact"/>
        <w:rPr>
          <w:rFonts w:asciiTheme="majorHAnsi" w:eastAsia="Times New Roman" w:hAnsiTheme="majorHAnsi" w:cstheme="majorHAnsi"/>
          <w:sz w:val="22"/>
          <w:lang w:eastAsia="ja-JP"/>
        </w:rPr>
      </w:pPr>
      <w:r w:rsidRPr="007B17CF">
        <w:rPr>
          <w:rFonts w:asciiTheme="majorHAnsi" w:eastAsia="Times New Roman" w:hAnsiTheme="majorHAnsi" w:cstheme="majorHAnsi"/>
          <w:sz w:val="22"/>
          <w:lang w:eastAsia="ja-JP"/>
        </w:rPr>
        <w:t xml:space="preserve">Tenderers must demonstrate successful delivery of 3 previous comparable projects involving the components detailed within the recent past. </w:t>
      </w:r>
    </w:p>
    <w:p w14:paraId="3BE34D07" w14:textId="22685BC6" w:rsidR="009D18CF" w:rsidRPr="007B17CF" w:rsidRDefault="009D18CF" w:rsidP="009D18CF">
      <w:pPr>
        <w:spacing w:after="0" w:line="260" w:lineRule="exact"/>
        <w:rPr>
          <w:rFonts w:asciiTheme="majorHAnsi" w:eastAsia="Times New Roman" w:hAnsiTheme="majorHAnsi" w:cstheme="majorHAnsi"/>
          <w:sz w:val="22"/>
          <w:lang w:eastAsia="ja-JP"/>
        </w:rPr>
      </w:pPr>
      <w:r w:rsidRPr="007B17CF">
        <w:rPr>
          <w:rFonts w:asciiTheme="majorHAnsi" w:hAnsiTheme="majorHAnsi" w:cstheme="majorHAnsi"/>
          <w:sz w:val="22"/>
        </w:rPr>
        <w:t xml:space="preserve">Please refer to section 3.2 of the RFT for more information. </w:t>
      </w:r>
    </w:p>
    <w:p w14:paraId="033695AB" w14:textId="4C2418FF" w:rsidR="00197CDB" w:rsidRPr="00197CDB" w:rsidRDefault="00197CDB" w:rsidP="00197CDB">
      <w:pPr>
        <w:spacing w:after="0" w:line="260" w:lineRule="exact"/>
        <w:rPr>
          <w:rFonts w:ascii="Arial" w:hAnsi="Arial" w:cs="Arial"/>
          <w:szCs w:val="21"/>
        </w:rPr>
      </w:pPr>
      <w:r w:rsidRPr="00197CDB">
        <w:rPr>
          <w:rFonts w:ascii="Arial" w:hAnsi="Arial" w:cs="Arial"/>
          <w:szCs w:val="21"/>
        </w:rPr>
        <w:t xml:space="preserve"> </w:t>
      </w:r>
    </w:p>
    <w:tbl>
      <w:tblPr>
        <w:tblStyle w:val="TableGrid"/>
        <w:tblW w:w="0" w:type="auto"/>
        <w:tblLayout w:type="fixed"/>
        <w:tblLook w:val="04A0" w:firstRow="1" w:lastRow="0" w:firstColumn="1" w:lastColumn="0" w:noHBand="0" w:noVBand="1"/>
      </w:tblPr>
      <w:tblGrid>
        <w:gridCol w:w="3119"/>
        <w:gridCol w:w="5953"/>
      </w:tblGrid>
      <w:tr w:rsidR="00E31D35" w:rsidRPr="00006087" w14:paraId="2F81588A" w14:textId="77777777" w:rsidTr="007B17CF">
        <w:trPr>
          <w:trHeight w:val="397"/>
        </w:trPr>
        <w:tc>
          <w:tcPr>
            <w:tcW w:w="9072" w:type="dxa"/>
            <w:gridSpan w:val="2"/>
            <w:shd w:val="clear" w:color="auto" w:fill="D9D9D9" w:themeFill="background1" w:themeFillShade="D9"/>
            <w:vAlign w:val="center"/>
          </w:tcPr>
          <w:p w14:paraId="3A462189" w14:textId="4421C6F7" w:rsidR="00E31D35" w:rsidRPr="007B17CF" w:rsidRDefault="00E31D35" w:rsidP="00006087">
            <w:pPr>
              <w:jc w:val="center"/>
              <w:rPr>
                <w:rFonts w:asciiTheme="majorHAnsi" w:eastAsia="Times New Roman" w:hAnsiTheme="majorHAnsi" w:cstheme="majorHAnsi"/>
                <w:b/>
                <w:bCs/>
                <w:sz w:val="22"/>
                <w:lang w:eastAsia="ja-JP"/>
              </w:rPr>
            </w:pPr>
            <w:r w:rsidRPr="007B17CF">
              <w:rPr>
                <w:rFonts w:asciiTheme="majorHAnsi" w:eastAsia="Times New Roman" w:hAnsiTheme="majorHAnsi" w:cstheme="majorHAnsi"/>
                <w:b/>
                <w:bCs/>
                <w:sz w:val="22"/>
                <w:lang w:eastAsia="ja-JP"/>
              </w:rPr>
              <w:t>Reference contract #1</w:t>
            </w:r>
          </w:p>
        </w:tc>
      </w:tr>
      <w:tr w:rsidR="00197CDB" w:rsidRPr="00006087" w14:paraId="150C943A" w14:textId="77777777" w:rsidTr="007B17CF">
        <w:trPr>
          <w:trHeight w:val="397"/>
        </w:trPr>
        <w:tc>
          <w:tcPr>
            <w:tcW w:w="3119" w:type="dxa"/>
            <w:shd w:val="clear" w:color="auto" w:fill="D9D9D9" w:themeFill="background1" w:themeFillShade="D9"/>
            <w:vAlign w:val="center"/>
          </w:tcPr>
          <w:p w14:paraId="102E82D3" w14:textId="64F9DAC0"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Client</w:t>
            </w:r>
            <w:r w:rsidR="00531427">
              <w:rPr>
                <w:rFonts w:asciiTheme="majorHAnsi" w:eastAsia="Times New Roman" w:hAnsiTheme="majorHAnsi" w:cstheme="majorHAnsi"/>
                <w:sz w:val="22"/>
                <w:lang w:eastAsia="ja-JP"/>
              </w:rPr>
              <w:t>/Company</w:t>
            </w:r>
            <w:r w:rsidRPr="00006087">
              <w:rPr>
                <w:rFonts w:asciiTheme="majorHAnsi" w:eastAsia="Times New Roman" w:hAnsiTheme="majorHAnsi" w:cstheme="majorHAnsi"/>
                <w:sz w:val="22"/>
                <w:lang w:eastAsia="ja-JP"/>
              </w:rPr>
              <w:t xml:space="preserve"> Name</w:t>
            </w:r>
            <w:r w:rsidR="007B17CF">
              <w:rPr>
                <w:rFonts w:asciiTheme="majorHAnsi" w:eastAsia="Times New Roman" w:hAnsiTheme="majorHAnsi" w:cstheme="majorHAnsi"/>
                <w:sz w:val="22"/>
                <w:lang w:eastAsia="ja-JP"/>
              </w:rPr>
              <w:t>:</w:t>
            </w:r>
          </w:p>
        </w:tc>
        <w:tc>
          <w:tcPr>
            <w:tcW w:w="5953" w:type="dxa"/>
            <w:vAlign w:val="center"/>
          </w:tcPr>
          <w:p w14:paraId="635D8036"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71CF38F7" w14:textId="77777777" w:rsidTr="007B17CF">
        <w:trPr>
          <w:trHeight w:val="397"/>
        </w:trPr>
        <w:tc>
          <w:tcPr>
            <w:tcW w:w="3119" w:type="dxa"/>
            <w:shd w:val="clear" w:color="auto" w:fill="D9D9D9" w:themeFill="background1" w:themeFillShade="D9"/>
            <w:vAlign w:val="center"/>
          </w:tcPr>
          <w:p w14:paraId="1E9F2B2C" w14:textId="4725786D"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Name</w:t>
            </w:r>
            <w:r w:rsidR="007B17CF">
              <w:rPr>
                <w:rFonts w:asciiTheme="majorHAnsi" w:eastAsia="Times New Roman" w:hAnsiTheme="majorHAnsi" w:cstheme="majorHAnsi"/>
                <w:sz w:val="22"/>
                <w:lang w:eastAsia="ja-JP"/>
              </w:rPr>
              <w:t>:</w:t>
            </w:r>
          </w:p>
        </w:tc>
        <w:tc>
          <w:tcPr>
            <w:tcW w:w="5953" w:type="dxa"/>
            <w:vAlign w:val="center"/>
          </w:tcPr>
          <w:p w14:paraId="5B47F001"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19A15436" w14:textId="77777777" w:rsidTr="007B17CF">
        <w:trPr>
          <w:trHeight w:val="397"/>
        </w:trPr>
        <w:tc>
          <w:tcPr>
            <w:tcW w:w="3119" w:type="dxa"/>
            <w:shd w:val="clear" w:color="auto" w:fill="D9D9D9" w:themeFill="background1" w:themeFillShade="D9"/>
            <w:vAlign w:val="center"/>
          </w:tcPr>
          <w:p w14:paraId="35C95D6F" w14:textId="009DF750"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Number</w:t>
            </w:r>
            <w:r w:rsidR="007B17CF">
              <w:rPr>
                <w:rFonts w:asciiTheme="majorHAnsi" w:eastAsia="Times New Roman" w:hAnsiTheme="majorHAnsi" w:cstheme="majorHAnsi"/>
                <w:sz w:val="22"/>
                <w:lang w:eastAsia="ja-JP"/>
              </w:rPr>
              <w:t>:</w:t>
            </w:r>
          </w:p>
        </w:tc>
        <w:tc>
          <w:tcPr>
            <w:tcW w:w="5953" w:type="dxa"/>
            <w:vAlign w:val="center"/>
          </w:tcPr>
          <w:p w14:paraId="09122EFD"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6259A6C3" w14:textId="77777777" w:rsidTr="007B17CF">
        <w:trPr>
          <w:trHeight w:val="397"/>
        </w:trPr>
        <w:tc>
          <w:tcPr>
            <w:tcW w:w="3119" w:type="dxa"/>
            <w:shd w:val="clear" w:color="auto" w:fill="D9D9D9" w:themeFill="background1" w:themeFillShade="D9"/>
            <w:vAlign w:val="center"/>
          </w:tcPr>
          <w:p w14:paraId="5D286D36" w14:textId="61D34229"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Annual Contract Value</w:t>
            </w:r>
            <w:r w:rsidR="007B17CF">
              <w:rPr>
                <w:rFonts w:asciiTheme="majorHAnsi" w:eastAsia="Times New Roman" w:hAnsiTheme="majorHAnsi" w:cstheme="majorHAnsi"/>
                <w:sz w:val="22"/>
                <w:lang w:eastAsia="ja-JP"/>
              </w:rPr>
              <w:t>:</w:t>
            </w:r>
          </w:p>
        </w:tc>
        <w:tc>
          <w:tcPr>
            <w:tcW w:w="5953" w:type="dxa"/>
            <w:vAlign w:val="center"/>
          </w:tcPr>
          <w:p w14:paraId="72F2A966"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2EEE4881" w14:textId="77777777" w:rsidTr="007B17CF">
        <w:trPr>
          <w:trHeight w:val="397"/>
        </w:trPr>
        <w:tc>
          <w:tcPr>
            <w:tcW w:w="3119" w:type="dxa"/>
            <w:shd w:val="clear" w:color="auto" w:fill="D9D9D9" w:themeFill="background1" w:themeFillShade="D9"/>
            <w:vAlign w:val="center"/>
          </w:tcPr>
          <w:p w14:paraId="245F78A8" w14:textId="26C1547F"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Delivery Date(s)</w:t>
            </w:r>
            <w:r w:rsidR="007B17CF">
              <w:rPr>
                <w:rFonts w:asciiTheme="majorHAnsi" w:eastAsia="Times New Roman" w:hAnsiTheme="majorHAnsi" w:cstheme="majorHAnsi"/>
                <w:sz w:val="22"/>
                <w:lang w:eastAsia="ja-JP"/>
              </w:rPr>
              <w:t>:</w:t>
            </w:r>
          </w:p>
        </w:tc>
        <w:tc>
          <w:tcPr>
            <w:tcW w:w="5953" w:type="dxa"/>
            <w:vAlign w:val="center"/>
          </w:tcPr>
          <w:p w14:paraId="7DA49B7F" w14:textId="77777777" w:rsidR="00197CDB" w:rsidRPr="00006087" w:rsidRDefault="00197CDB" w:rsidP="00006087">
            <w:pPr>
              <w:rPr>
                <w:rFonts w:asciiTheme="majorHAnsi" w:eastAsia="Times New Roman" w:hAnsiTheme="majorHAnsi" w:cstheme="majorHAnsi"/>
                <w:sz w:val="22"/>
                <w:lang w:eastAsia="ja-JP"/>
              </w:rPr>
            </w:pPr>
          </w:p>
        </w:tc>
      </w:tr>
      <w:tr w:rsidR="00197CDB" w:rsidRPr="00006087" w14:paraId="47E911CB" w14:textId="77777777" w:rsidTr="007B17CF">
        <w:trPr>
          <w:trHeight w:val="397"/>
        </w:trPr>
        <w:tc>
          <w:tcPr>
            <w:tcW w:w="3119" w:type="dxa"/>
            <w:shd w:val="clear" w:color="auto" w:fill="D9D9D9" w:themeFill="background1" w:themeFillShade="D9"/>
            <w:vAlign w:val="center"/>
          </w:tcPr>
          <w:p w14:paraId="06604FF6" w14:textId="2D562C67" w:rsidR="00197CDB" w:rsidRPr="00006087" w:rsidRDefault="00197CDB"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Detailed contract description</w:t>
            </w:r>
            <w:r w:rsidR="00006087">
              <w:rPr>
                <w:rFonts w:asciiTheme="majorHAnsi" w:eastAsia="Times New Roman" w:hAnsiTheme="majorHAnsi" w:cstheme="majorHAnsi"/>
                <w:sz w:val="22"/>
                <w:lang w:eastAsia="ja-JP"/>
              </w:rPr>
              <w:t>:</w:t>
            </w:r>
          </w:p>
        </w:tc>
        <w:tc>
          <w:tcPr>
            <w:tcW w:w="5953" w:type="dxa"/>
            <w:vAlign w:val="center"/>
          </w:tcPr>
          <w:p w14:paraId="19F020A5" w14:textId="77777777" w:rsidR="00197CDB" w:rsidRDefault="00197CDB" w:rsidP="00006087">
            <w:pPr>
              <w:rPr>
                <w:rFonts w:asciiTheme="majorHAnsi" w:eastAsia="Times New Roman" w:hAnsiTheme="majorHAnsi" w:cstheme="majorHAnsi"/>
                <w:sz w:val="22"/>
                <w:lang w:eastAsia="ja-JP"/>
              </w:rPr>
            </w:pPr>
          </w:p>
          <w:p w14:paraId="0C6B43C5" w14:textId="77777777" w:rsidR="007B17CF" w:rsidRDefault="007B17CF" w:rsidP="00006087">
            <w:pPr>
              <w:rPr>
                <w:rFonts w:asciiTheme="majorHAnsi" w:eastAsia="Times New Roman" w:hAnsiTheme="majorHAnsi" w:cstheme="majorHAnsi"/>
                <w:sz w:val="22"/>
                <w:lang w:eastAsia="ja-JP"/>
              </w:rPr>
            </w:pPr>
          </w:p>
          <w:p w14:paraId="2ADD4F6E" w14:textId="77777777" w:rsidR="007B17CF" w:rsidRDefault="007B17CF" w:rsidP="00006087">
            <w:pPr>
              <w:rPr>
                <w:rFonts w:asciiTheme="majorHAnsi" w:eastAsia="Times New Roman" w:hAnsiTheme="majorHAnsi" w:cstheme="majorHAnsi"/>
                <w:sz w:val="22"/>
                <w:lang w:eastAsia="ja-JP"/>
              </w:rPr>
            </w:pPr>
          </w:p>
          <w:p w14:paraId="50D1EC6B" w14:textId="77777777" w:rsidR="007B17CF" w:rsidRDefault="007B17CF" w:rsidP="00006087">
            <w:pPr>
              <w:rPr>
                <w:rFonts w:asciiTheme="majorHAnsi" w:eastAsia="Times New Roman" w:hAnsiTheme="majorHAnsi" w:cstheme="majorHAnsi"/>
                <w:sz w:val="22"/>
                <w:lang w:eastAsia="ja-JP"/>
              </w:rPr>
            </w:pPr>
          </w:p>
          <w:p w14:paraId="42070060" w14:textId="77777777" w:rsidR="007B17CF" w:rsidRDefault="007B17CF" w:rsidP="00006087">
            <w:pPr>
              <w:rPr>
                <w:rFonts w:asciiTheme="majorHAnsi" w:eastAsia="Times New Roman" w:hAnsiTheme="majorHAnsi" w:cstheme="majorHAnsi"/>
                <w:sz w:val="22"/>
                <w:lang w:eastAsia="ja-JP"/>
              </w:rPr>
            </w:pPr>
          </w:p>
          <w:p w14:paraId="329CE424" w14:textId="77777777" w:rsidR="007B17CF" w:rsidRPr="00006087" w:rsidRDefault="007B17CF" w:rsidP="00006087">
            <w:pPr>
              <w:rPr>
                <w:rFonts w:asciiTheme="majorHAnsi" w:eastAsia="Times New Roman" w:hAnsiTheme="majorHAnsi" w:cstheme="majorHAnsi"/>
                <w:sz w:val="22"/>
                <w:lang w:eastAsia="ja-JP"/>
              </w:rPr>
            </w:pPr>
          </w:p>
        </w:tc>
      </w:tr>
      <w:tr w:rsidR="00E31D35" w:rsidRPr="00006087" w14:paraId="686C9095" w14:textId="77777777" w:rsidTr="007B17CF">
        <w:trPr>
          <w:trHeight w:val="397"/>
        </w:trPr>
        <w:tc>
          <w:tcPr>
            <w:tcW w:w="3119" w:type="dxa"/>
            <w:shd w:val="clear" w:color="auto" w:fill="D9D9D9" w:themeFill="background1" w:themeFillShade="D9"/>
            <w:vAlign w:val="center"/>
          </w:tcPr>
          <w:p w14:paraId="027B423E" w14:textId="4B40E1C2" w:rsidR="00E31D35" w:rsidRPr="00006087" w:rsidRDefault="00E31D35" w:rsidP="00006087">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Outline how this contract is comparable with the subject matter of the contract being tendered</w:t>
            </w:r>
            <w:r w:rsidR="00006087">
              <w:rPr>
                <w:rFonts w:asciiTheme="majorHAnsi" w:eastAsia="Times New Roman" w:hAnsiTheme="majorHAnsi" w:cstheme="majorHAnsi"/>
                <w:sz w:val="22"/>
                <w:lang w:eastAsia="ja-JP"/>
              </w:rPr>
              <w:t>:</w:t>
            </w:r>
          </w:p>
        </w:tc>
        <w:tc>
          <w:tcPr>
            <w:tcW w:w="5953" w:type="dxa"/>
            <w:vAlign w:val="center"/>
          </w:tcPr>
          <w:p w14:paraId="4845D7A6" w14:textId="77777777" w:rsidR="00006087" w:rsidRDefault="00006087" w:rsidP="00006087">
            <w:pPr>
              <w:rPr>
                <w:rFonts w:asciiTheme="majorHAnsi" w:eastAsia="Times New Roman" w:hAnsiTheme="majorHAnsi" w:cstheme="majorHAnsi"/>
                <w:sz w:val="22"/>
                <w:lang w:eastAsia="ja-JP"/>
              </w:rPr>
            </w:pPr>
          </w:p>
          <w:p w14:paraId="49C2B4CD" w14:textId="77777777" w:rsidR="007B17CF" w:rsidRDefault="007B17CF" w:rsidP="00006087">
            <w:pPr>
              <w:rPr>
                <w:rFonts w:asciiTheme="majorHAnsi" w:eastAsia="Times New Roman" w:hAnsiTheme="majorHAnsi" w:cstheme="majorHAnsi"/>
                <w:sz w:val="22"/>
                <w:lang w:eastAsia="ja-JP"/>
              </w:rPr>
            </w:pPr>
          </w:p>
          <w:p w14:paraId="67D1DBEB" w14:textId="77777777" w:rsidR="007B17CF" w:rsidRDefault="007B17CF" w:rsidP="00006087">
            <w:pPr>
              <w:rPr>
                <w:rFonts w:asciiTheme="majorHAnsi" w:eastAsia="Times New Roman" w:hAnsiTheme="majorHAnsi" w:cstheme="majorHAnsi"/>
                <w:sz w:val="22"/>
                <w:lang w:eastAsia="ja-JP"/>
              </w:rPr>
            </w:pPr>
          </w:p>
          <w:p w14:paraId="7B674585" w14:textId="77777777" w:rsidR="007B17CF" w:rsidRDefault="007B17CF" w:rsidP="00006087">
            <w:pPr>
              <w:rPr>
                <w:rFonts w:asciiTheme="majorHAnsi" w:eastAsia="Times New Roman" w:hAnsiTheme="majorHAnsi" w:cstheme="majorHAnsi"/>
                <w:sz w:val="22"/>
                <w:lang w:eastAsia="ja-JP"/>
              </w:rPr>
            </w:pPr>
          </w:p>
          <w:p w14:paraId="74BC76B8" w14:textId="77777777" w:rsidR="007B17CF" w:rsidRDefault="007B17CF" w:rsidP="00006087">
            <w:pPr>
              <w:rPr>
                <w:rFonts w:asciiTheme="majorHAnsi" w:eastAsia="Times New Roman" w:hAnsiTheme="majorHAnsi" w:cstheme="majorHAnsi"/>
                <w:sz w:val="22"/>
                <w:lang w:eastAsia="ja-JP"/>
              </w:rPr>
            </w:pPr>
          </w:p>
          <w:p w14:paraId="4DA90689" w14:textId="77777777" w:rsidR="007B17CF" w:rsidRPr="00006087" w:rsidRDefault="007B17CF" w:rsidP="00006087">
            <w:pPr>
              <w:rPr>
                <w:rFonts w:asciiTheme="majorHAnsi" w:eastAsia="Times New Roman" w:hAnsiTheme="majorHAnsi" w:cstheme="majorHAnsi"/>
                <w:sz w:val="22"/>
                <w:lang w:eastAsia="ja-JP"/>
              </w:rPr>
            </w:pPr>
          </w:p>
        </w:tc>
      </w:tr>
    </w:tbl>
    <w:p w14:paraId="7F450D96" w14:textId="77777777" w:rsidR="00197CDB" w:rsidRDefault="00197CDB" w:rsidP="00CD44B3">
      <w:pPr>
        <w:spacing w:after="0" w:line="260" w:lineRule="exact"/>
        <w:rPr>
          <w:rFonts w:ascii="Arial" w:hAnsi="Arial" w:cs="Arial"/>
          <w:szCs w:val="21"/>
        </w:rPr>
      </w:pPr>
    </w:p>
    <w:tbl>
      <w:tblPr>
        <w:tblStyle w:val="TableGrid"/>
        <w:tblW w:w="0" w:type="auto"/>
        <w:tblLayout w:type="fixed"/>
        <w:tblLook w:val="04A0" w:firstRow="1" w:lastRow="0" w:firstColumn="1" w:lastColumn="0" w:noHBand="0" w:noVBand="1"/>
      </w:tblPr>
      <w:tblGrid>
        <w:gridCol w:w="3119"/>
        <w:gridCol w:w="5953"/>
      </w:tblGrid>
      <w:tr w:rsidR="007B17CF" w:rsidRPr="00006087" w14:paraId="74969EDD" w14:textId="77777777" w:rsidTr="008B53A8">
        <w:trPr>
          <w:trHeight w:val="397"/>
        </w:trPr>
        <w:tc>
          <w:tcPr>
            <w:tcW w:w="9072" w:type="dxa"/>
            <w:gridSpan w:val="2"/>
            <w:shd w:val="clear" w:color="auto" w:fill="D9D9D9" w:themeFill="background1" w:themeFillShade="D9"/>
            <w:vAlign w:val="center"/>
          </w:tcPr>
          <w:p w14:paraId="5D8FE6D0" w14:textId="0B9488B5" w:rsidR="007B17CF" w:rsidRPr="007B17CF" w:rsidRDefault="007B17CF" w:rsidP="008B53A8">
            <w:pPr>
              <w:jc w:val="center"/>
              <w:rPr>
                <w:rFonts w:asciiTheme="majorHAnsi" w:eastAsia="Times New Roman" w:hAnsiTheme="majorHAnsi" w:cstheme="majorHAnsi"/>
                <w:b/>
                <w:bCs/>
                <w:sz w:val="22"/>
                <w:lang w:eastAsia="ja-JP"/>
              </w:rPr>
            </w:pPr>
            <w:r w:rsidRPr="007B17CF">
              <w:rPr>
                <w:rFonts w:asciiTheme="majorHAnsi" w:eastAsia="Times New Roman" w:hAnsiTheme="majorHAnsi" w:cstheme="majorHAnsi"/>
                <w:b/>
                <w:bCs/>
                <w:sz w:val="22"/>
                <w:lang w:eastAsia="ja-JP"/>
              </w:rPr>
              <w:t>Reference contract #</w:t>
            </w:r>
            <w:r>
              <w:rPr>
                <w:rFonts w:asciiTheme="majorHAnsi" w:eastAsia="Times New Roman" w:hAnsiTheme="majorHAnsi" w:cstheme="majorHAnsi"/>
                <w:b/>
                <w:bCs/>
                <w:sz w:val="22"/>
                <w:lang w:eastAsia="ja-JP"/>
              </w:rPr>
              <w:t>2</w:t>
            </w:r>
          </w:p>
        </w:tc>
      </w:tr>
      <w:tr w:rsidR="007B17CF" w:rsidRPr="00006087" w14:paraId="0ACA6382" w14:textId="77777777" w:rsidTr="008B53A8">
        <w:trPr>
          <w:trHeight w:val="397"/>
        </w:trPr>
        <w:tc>
          <w:tcPr>
            <w:tcW w:w="3119" w:type="dxa"/>
            <w:shd w:val="clear" w:color="auto" w:fill="D9D9D9" w:themeFill="background1" w:themeFillShade="D9"/>
            <w:vAlign w:val="center"/>
          </w:tcPr>
          <w:p w14:paraId="5159744D" w14:textId="013C3C1D"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Client</w:t>
            </w:r>
            <w:r w:rsidR="00531427">
              <w:rPr>
                <w:rFonts w:asciiTheme="majorHAnsi" w:eastAsia="Times New Roman" w:hAnsiTheme="majorHAnsi" w:cstheme="majorHAnsi"/>
                <w:sz w:val="22"/>
                <w:lang w:eastAsia="ja-JP"/>
              </w:rPr>
              <w:t>/Company</w:t>
            </w:r>
            <w:r w:rsidRPr="00006087">
              <w:rPr>
                <w:rFonts w:asciiTheme="majorHAnsi" w:eastAsia="Times New Roman" w:hAnsiTheme="majorHAnsi" w:cstheme="majorHAnsi"/>
                <w:sz w:val="22"/>
                <w:lang w:eastAsia="ja-JP"/>
              </w:rPr>
              <w:t xml:space="preserve"> Name</w:t>
            </w:r>
            <w:r>
              <w:rPr>
                <w:rFonts w:asciiTheme="majorHAnsi" w:eastAsia="Times New Roman" w:hAnsiTheme="majorHAnsi" w:cstheme="majorHAnsi"/>
                <w:sz w:val="22"/>
                <w:lang w:eastAsia="ja-JP"/>
              </w:rPr>
              <w:t>:</w:t>
            </w:r>
          </w:p>
        </w:tc>
        <w:tc>
          <w:tcPr>
            <w:tcW w:w="5953" w:type="dxa"/>
            <w:vAlign w:val="center"/>
          </w:tcPr>
          <w:p w14:paraId="6FCF9D17"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0162A017" w14:textId="77777777" w:rsidTr="008B53A8">
        <w:trPr>
          <w:trHeight w:val="397"/>
        </w:trPr>
        <w:tc>
          <w:tcPr>
            <w:tcW w:w="3119" w:type="dxa"/>
            <w:shd w:val="clear" w:color="auto" w:fill="D9D9D9" w:themeFill="background1" w:themeFillShade="D9"/>
            <w:vAlign w:val="center"/>
          </w:tcPr>
          <w:p w14:paraId="1158384A"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Name</w:t>
            </w:r>
            <w:r>
              <w:rPr>
                <w:rFonts w:asciiTheme="majorHAnsi" w:eastAsia="Times New Roman" w:hAnsiTheme="majorHAnsi" w:cstheme="majorHAnsi"/>
                <w:sz w:val="22"/>
                <w:lang w:eastAsia="ja-JP"/>
              </w:rPr>
              <w:t>:</w:t>
            </w:r>
          </w:p>
        </w:tc>
        <w:tc>
          <w:tcPr>
            <w:tcW w:w="5953" w:type="dxa"/>
            <w:vAlign w:val="center"/>
          </w:tcPr>
          <w:p w14:paraId="00741BFE"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20C902A1" w14:textId="77777777" w:rsidTr="008B53A8">
        <w:trPr>
          <w:trHeight w:val="397"/>
        </w:trPr>
        <w:tc>
          <w:tcPr>
            <w:tcW w:w="3119" w:type="dxa"/>
            <w:shd w:val="clear" w:color="auto" w:fill="D9D9D9" w:themeFill="background1" w:themeFillShade="D9"/>
            <w:vAlign w:val="center"/>
          </w:tcPr>
          <w:p w14:paraId="3FA44A67"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Contact Number</w:t>
            </w:r>
            <w:r>
              <w:rPr>
                <w:rFonts w:asciiTheme="majorHAnsi" w:eastAsia="Times New Roman" w:hAnsiTheme="majorHAnsi" w:cstheme="majorHAnsi"/>
                <w:sz w:val="22"/>
                <w:lang w:eastAsia="ja-JP"/>
              </w:rPr>
              <w:t>:</w:t>
            </w:r>
          </w:p>
        </w:tc>
        <w:tc>
          <w:tcPr>
            <w:tcW w:w="5953" w:type="dxa"/>
            <w:vAlign w:val="center"/>
          </w:tcPr>
          <w:p w14:paraId="1CC731AA"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7E70157A" w14:textId="77777777" w:rsidTr="008B53A8">
        <w:trPr>
          <w:trHeight w:val="397"/>
        </w:trPr>
        <w:tc>
          <w:tcPr>
            <w:tcW w:w="3119" w:type="dxa"/>
            <w:shd w:val="clear" w:color="auto" w:fill="D9D9D9" w:themeFill="background1" w:themeFillShade="D9"/>
            <w:vAlign w:val="center"/>
          </w:tcPr>
          <w:p w14:paraId="5A7692FC"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Annual Contract Value</w:t>
            </w:r>
            <w:r>
              <w:rPr>
                <w:rFonts w:asciiTheme="majorHAnsi" w:eastAsia="Times New Roman" w:hAnsiTheme="majorHAnsi" w:cstheme="majorHAnsi"/>
                <w:sz w:val="22"/>
                <w:lang w:eastAsia="ja-JP"/>
              </w:rPr>
              <w:t>:</w:t>
            </w:r>
          </w:p>
        </w:tc>
        <w:tc>
          <w:tcPr>
            <w:tcW w:w="5953" w:type="dxa"/>
            <w:vAlign w:val="center"/>
          </w:tcPr>
          <w:p w14:paraId="11F1A5BE"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55072946" w14:textId="77777777" w:rsidTr="008B53A8">
        <w:trPr>
          <w:trHeight w:val="397"/>
        </w:trPr>
        <w:tc>
          <w:tcPr>
            <w:tcW w:w="3119" w:type="dxa"/>
            <w:shd w:val="clear" w:color="auto" w:fill="D9D9D9" w:themeFill="background1" w:themeFillShade="D9"/>
            <w:vAlign w:val="center"/>
          </w:tcPr>
          <w:p w14:paraId="2CF4F703"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Delivery Date(s)</w:t>
            </w:r>
            <w:r>
              <w:rPr>
                <w:rFonts w:asciiTheme="majorHAnsi" w:eastAsia="Times New Roman" w:hAnsiTheme="majorHAnsi" w:cstheme="majorHAnsi"/>
                <w:sz w:val="22"/>
                <w:lang w:eastAsia="ja-JP"/>
              </w:rPr>
              <w:t>:</w:t>
            </w:r>
          </w:p>
        </w:tc>
        <w:tc>
          <w:tcPr>
            <w:tcW w:w="5953" w:type="dxa"/>
            <w:vAlign w:val="center"/>
          </w:tcPr>
          <w:p w14:paraId="4CB4F426"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05327097" w14:textId="77777777" w:rsidTr="008B53A8">
        <w:trPr>
          <w:trHeight w:val="397"/>
        </w:trPr>
        <w:tc>
          <w:tcPr>
            <w:tcW w:w="3119" w:type="dxa"/>
            <w:shd w:val="clear" w:color="auto" w:fill="D9D9D9" w:themeFill="background1" w:themeFillShade="D9"/>
            <w:vAlign w:val="center"/>
          </w:tcPr>
          <w:p w14:paraId="0EC7499C"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Detailed contract description</w:t>
            </w:r>
            <w:r>
              <w:rPr>
                <w:rFonts w:asciiTheme="majorHAnsi" w:eastAsia="Times New Roman" w:hAnsiTheme="majorHAnsi" w:cstheme="majorHAnsi"/>
                <w:sz w:val="22"/>
                <w:lang w:eastAsia="ja-JP"/>
              </w:rPr>
              <w:t>:</w:t>
            </w:r>
          </w:p>
        </w:tc>
        <w:tc>
          <w:tcPr>
            <w:tcW w:w="5953" w:type="dxa"/>
            <w:vAlign w:val="center"/>
          </w:tcPr>
          <w:p w14:paraId="2512FB91" w14:textId="77777777" w:rsidR="007B17CF" w:rsidRDefault="007B17CF" w:rsidP="008B53A8">
            <w:pPr>
              <w:rPr>
                <w:rFonts w:asciiTheme="majorHAnsi" w:eastAsia="Times New Roman" w:hAnsiTheme="majorHAnsi" w:cstheme="majorHAnsi"/>
                <w:sz w:val="22"/>
                <w:lang w:eastAsia="ja-JP"/>
              </w:rPr>
            </w:pPr>
          </w:p>
          <w:p w14:paraId="7A718C8E" w14:textId="77777777" w:rsidR="007B17CF" w:rsidRDefault="007B17CF" w:rsidP="008B53A8">
            <w:pPr>
              <w:rPr>
                <w:rFonts w:asciiTheme="majorHAnsi" w:eastAsia="Times New Roman" w:hAnsiTheme="majorHAnsi" w:cstheme="majorHAnsi"/>
                <w:sz w:val="22"/>
                <w:lang w:eastAsia="ja-JP"/>
              </w:rPr>
            </w:pPr>
          </w:p>
          <w:p w14:paraId="79C58174" w14:textId="77777777" w:rsidR="007B17CF" w:rsidRDefault="007B17CF" w:rsidP="008B53A8">
            <w:pPr>
              <w:rPr>
                <w:rFonts w:asciiTheme="majorHAnsi" w:eastAsia="Times New Roman" w:hAnsiTheme="majorHAnsi" w:cstheme="majorHAnsi"/>
                <w:sz w:val="22"/>
                <w:lang w:eastAsia="ja-JP"/>
              </w:rPr>
            </w:pPr>
          </w:p>
          <w:p w14:paraId="20F3BC41" w14:textId="77777777" w:rsidR="007B17CF" w:rsidRDefault="007B17CF" w:rsidP="008B53A8">
            <w:pPr>
              <w:rPr>
                <w:rFonts w:asciiTheme="majorHAnsi" w:eastAsia="Times New Roman" w:hAnsiTheme="majorHAnsi" w:cstheme="majorHAnsi"/>
                <w:sz w:val="22"/>
                <w:lang w:eastAsia="ja-JP"/>
              </w:rPr>
            </w:pPr>
          </w:p>
          <w:p w14:paraId="0E5F9DB9" w14:textId="77777777" w:rsidR="007B17CF" w:rsidRPr="00006087" w:rsidRDefault="007B17CF" w:rsidP="008B53A8">
            <w:pPr>
              <w:rPr>
                <w:rFonts w:asciiTheme="majorHAnsi" w:eastAsia="Times New Roman" w:hAnsiTheme="majorHAnsi" w:cstheme="majorHAnsi"/>
                <w:sz w:val="22"/>
                <w:lang w:eastAsia="ja-JP"/>
              </w:rPr>
            </w:pPr>
          </w:p>
        </w:tc>
      </w:tr>
      <w:tr w:rsidR="007B17CF" w:rsidRPr="00006087" w14:paraId="2F11F24E" w14:textId="77777777" w:rsidTr="008B53A8">
        <w:trPr>
          <w:trHeight w:val="397"/>
        </w:trPr>
        <w:tc>
          <w:tcPr>
            <w:tcW w:w="3119" w:type="dxa"/>
            <w:shd w:val="clear" w:color="auto" w:fill="D9D9D9" w:themeFill="background1" w:themeFillShade="D9"/>
            <w:vAlign w:val="center"/>
          </w:tcPr>
          <w:p w14:paraId="7B161509" w14:textId="77777777" w:rsidR="007B17CF" w:rsidRPr="00006087" w:rsidRDefault="007B17CF" w:rsidP="008B53A8">
            <w:pPr>
              <w:rPr>
                <w:rFonts w:asciiTheme="majorHAnsi" w:eastAsia="Times New Roman" w:hAnsiTheme="majorHAnsi" w:cstheme="majorHAnsi"/>
                <w:sz w:val="22"/>
                <w:lang w:eastAsia="ja-JP"/>
              </w:rPr>
            </w:pPr>
            <w:r w:rsidRPr="00006087">
              <w:rPr>
                <w:rFonts w:asciiTheme="majorHAnsi" w:eastAsia="Times New Roman" w:hAnsiTheme="majorHAnsi" w:cstheme="majorHAnsi"/>
                <w:sz w:val="22"/>
                <w:lang w:eastAsia="ja-JP"/>
              </w:rPr>
              <w:t>Outline how this contract is comparable with the subject matter of the contract being tendered</w:t>
            </w:r>
            <w:r>
              <w:rPr>
                <w:rFonts w:asciiTheme="majorHAnsi" w:eastAsia="Times New Roman" w:hAnsiTheme="majorHAnsi" w:cstheme="majorHAnsi"/>
                <w:sz w:val="22"/>
                <w:lang w:eastAsia="ja-JP"/>
              </w:rPr>
              <w:t>:</w:t>
            </w:r>
          </w:p>
        </w:tc>
        <w:tc>
          <w:tcPr>
            <w:tcW w:w="5953" w:type="dxa"/>
            <w:vAlign w:val="center"/>
          </w:tcPr>
          <w:p w14:paraId="023D411B" w14:textId="77777777" w:rsidR="007B17CF" w:rsidRDefault="007B17CF" w:rsidP="008B53A8">
            <w:pPr>
              <w:rPr>
                <w:rFonts w:asciiTheme="majorHAnsi" w:eastAsia="Times New Roman" w:hAnsiTheme="majorHAnsi" w:cstheme="majorHAnsi"/>
                <w:sz w:val="22"/>
                <w:lang w:eastAsia="ja-JP"/>
              </w:rPr>
            </w:pPr>
          </w:p>
          <w:p w14:paraId="638E515E" w14:textId="77777777" w:rsidR="007B17CF" w:rsidRDefault="007B17CF" w:rsidP="008B53A8">
            <w:pPr>
              <w:rPr>
                <w:rFonts w:asciiTheme="majorHAnsi" w:eastAsia="Times New Roman" w:hAnsiTheme="majorHAnsi" w:cstheme="majorHAnsi"/>
                <w:sz w:val="22"/>
                <w:lang w:eastAsia="ja-JP"/>
              </w:rPr>
            </w:pPr>
          </w:p>
          <w:p w14:paraId="23A3242B" w14:textId="77777777" w:rsidR="007B17CF" w:rsidRDefault="007B17CF" w:rsidP="008B53A8">
            <w:pPr>
              <w:rPr>
                <w:rFonts w:asciiTheme="majorHAnsi" w:eastAsia="Times New Roman" w:hAnsiTheme="majorHAnsi" w:cstheme="majorHAnsi"/>
                <w:sz w:val="22"/>
                <w:lang w:eastAsia="ja-JP"/>
              </w:rPr>
            </w:pPr>
          </w:p>
          <w:p w14:paraId="11BB1F6C" w14:textId="77777777" w:rsidR="007B17CF" w:rsidRDefault="007B17CF" w:rsidP="008B53A8">
            <w:pPr>
              <w:rPr>
                <w:rFonts w:asciiTheme="majorHAnsi" w:eastAsia="Times New Roman" w:hAnsiTheme="majorHAnsi" w:cstheme="majorHAnsi"/>
                <w:sz w:val="22"/>
                <w:lang w:eastAsia="ja-JP"/>
              </w:rPr>
            </w:pPr>
          </w:p>
          <w:p w14:paraId="6F6B3B05" w14:textId="77777777" w:rsidR="007B17CF" w:rsidRDefault="007B17CF" w:rsidP="008B53A8">
            <w:pPr>
              <w:rPr>
                <w:rFonts w:asciiTheme="majorHAnsi" w:eastAsia="Times New Roman" w:hAnsiTheme="majorHAnsi" w:cstheme="majorHAnsi"/>
                <w:sz w:val="22"/>
                <w:lang w:eastAsia="ja-JP"/>
              </w:rPr>
            </w:pPr>
          </w:p>
          <w:p w14:paraId="193205B7" w14:textId="77777777" w:rsidR="007B17CF" w:rsidRPr="00006087" w:rsidRDefault="007B17CF" w:rsidP="008B53A8">
            <w:pPr>
              <w:rPr>
                <w:rFonts w:asciiTheme="majorHAnsi" w:eastAsia="Times New Roman" w:hAnsiTheme="majorHAnsi" w:cstheme="majorHAnsi"/>
                <w:sz w:val="22"/>
                <w:lang w:eastAsia="ja-JP"/>
              </w:rPr>
            </w:pPr>
          </w:p>
        </w:tc>
      </w:tr>
    </w:tbl>
    <w:p w14:paraId="06BF2517" w14:textId="1B42EE4C" w:rsidR="00B25DD1" w:rsidRPr="004D349A" w:rsidRDefault="00260235" w:rsidP="004D3388">
      <w:pPr>
        <w:pStyle w:val="ListParagraph"/>
        <w:numPr>
          <w:ilvl w:val="0"/>
          <w:numId w:val="7"/>
        </w:numPr>
        <w:spacing w:after="0" w:line="260" w:lineRule="exact"/>
        <w:rPr>
          <w:rFonts w:asciiTheme="majorHAnsi" w:hAnsiTheme="majorHAnsi" w:cstheme="majorHAnsi"/>
          <w:b/>
          <w:bCs/>
          <w:sz w:val="32"/>
          <w:szCs w:val="32"/>
        </w:rPr>
      </w:pPr>
      <w:proofErr w:type="gramStart"/>
      <w:r w:rsidRPr="004D349A">
        <w:rPr>
          <w:rFonts w:asciiTheme="majorHAnsi" w:hAnsiTheme="majorHAnsi" w:cstheme="majorHAnsi"/>
          <w:b/>
          <w:bCs/>
          <w:sz w:val="32"/>
          <w:szCs w:val="32"/>
        </w:rPr>
        <w:lastRenderedPageBreak/>
        <w:t xml:space="preserve">Award </w:t>
      </w:r>
      <w:r w:rsidR="00B25DD1" w:rsidRPr="004D349A">
        <w:rPr>
          <w:rFonts w:asciiTheme="majorHAnsi" w:hAnsiTheme="majorHAnsi" w:cstheme="majorHAnsi"/>
          <w:b/>
          <w:bCs/>
          <w:sz w:val="32"/>
          <w:szCs w:val="32"/>
        </w:rPr>
        <w:t>Criteria</w:t>
      </w:r>
      <w:proofErr w:type="gramEnd"/>
      <w:r w:rsidR="00B25DD1" w:rsidRPr="004D349A">
        <w:rPr>
          <w:rFonts w:asciiTheme="majorHAnsi" w:hAnsiTheme="majorHAnsi" w:cstheme="majorHAnsi"/>
          <w:b/>
          <w:bCs/>
          <w:sz w:val="32"/>
          <w:szCs w:val="32"/>
        </w:rPr>
        <w:t xml:space="preserve">  </w:t>
      </w:r>
    </w:p>
    <w:p w14:paraId="40661CD4" w14:textId="77777777" w:rsidR="00260235" w:rsidRDefault="00260235" w:rsidP="00260235">
      <w:pPr>
        <w:spacing w:after="0" w:line="260" w:lineRule="exact"/>
        <w:rPr>
          <w:rFonts w:asciiTheme="majorHAnsi" w:hAnsiTheme="majorHAnsi" w:cstheme="majorHAnsi"/>
          <w:b/>
          <w:bCs/>
          <w:sz w:val="28"/>
          <w:szCs w:val="28"/>
        </w:rPr>
      </w:pPr>
    </w:p>
    <w:p w14:paraId="61B5EB09" w14:textId="6A363A7B" w:rsidR="00260235" w:rsidRDefault="008774A2" w:rsidP="004D3388">
      <w:pPr>
        <w:pStyle w:val="ListParagraph"/>
        <w:numPr>
          <w:ilvl w:val="0"/>
          <w:numId w:val="10"/>
        </w:numPr>
        <w:spacing w:after="0" w:line="260" w:lineRule="exact"/>
        <w:rPr>
          <w:rFonts w:asciiTheme="majorHAnsi" w:hAnsiTheme="majorHAnsi" w:cstheme="majorHAnsi"/>
          <w:b/>
          <w:bCs/>
          <w:sz w:val="26"/>
          <w:szCs w:val="26"/>
        </w:rPr>
      </w:pPr>
      <w:r w:rsidRPr="008774A2">
        <w:rPr>
          <w:rFonts w:asciiTheme="majorHAnsi" w:hAnsiTheme="majorHAnsi" w:cstheme="majorHAnsi"/>
          <w:b/>
          <w:bCs/>
          <w:sz w:val="26"/>
          <w:szCs w:val="26"/>
        </w:rPr>
        <w:t xml:space="preserve">Qualitative Award Criteria </w:t>
      </w:r>
    </w:p>
    <w:p w14:paraId="4B219D7D" w14:textId="77777777" w:rsidR="007729EB" w:rsidRDefault="007729EB" w:rsidP="00CD44B3">
      <w:pPr>
        <w:spacing w:after="0" w:line="260" w:lineRule="exact"/>
        <w:rPr>
          <w:rFonts w:ascii="Arial" w:hAnsi="Arial" w:cs="Arial"/>
          <w:b/>
          <w:bCs/>
          <w:color w:val="548DD4" w:themeColor="text2" w:themeTint="99"/>
          <w:sz w:val="24"/>
          <w:szCs w:val="24"/>
        </w:rPr>
      </w:pPr>
    </w:p>
    <w:tbl>
      <w:tblPr>
        <w:tblStyle w:val="TableGrid"/>
        <w:tblW w:w="0" w:type="auto"/>
        <w:tblLook w:val="04A0" w:firstRow="1" w:lastRow="0" w:firstColumn="1" w:lastColumn="0" w:noHBand="0" w:noVBand="1"/>
      </w:tblPr>
      <w:tblGrid>
        <w:gridCol w:w="1413"/>
        <w:gridCol w:w="1843"/>
        <w:gridCol w:w="2835"/>
        <w:gridCol w:w="3259"/>
      </w:tblGrid>
      <w:tr w:rsidR="00FC20D7" w:rsidRPr="00E03A50" w14:paraId="1B044215" w14:textId="77777777" w:rsidTr="00176212">
        <w:trPr>
          <w:trHeight w:val="397"/>
        </w:trPr>
        <w:tc>
          <w:tcPr>
            <w:tcW w:w="1413" w:type="dxa"/>
            <w:vMerge w:val="restart"/>
            <w:shd w:val="clear" w:color="auto" w:fill="F2F2F2" w:themeFill="background1" w:themeFillShade="F2"/>
            <w:vAlign w:val="center"/>
          </w:tcPr>
          <w:p w14:paraId="2720A05C" w14:textId="7AA25551" w:rsidR="00FC20D7" w:rsidRPr="00E03A50" w:rsidRDefault="00FC20D7"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Criterion A</w:t>
            </w:r>
          </w:p>
        </w:tc>
        <w:tc>
          <w:tcPr>
            <w:tcW w:w="1843" w:type="dxa"/>
            <w:shd w:val="clear" w:color="auto" w:fill="F2F2F2" w:themeFill="background1" w:themeFillShade="F2"/>
            <w:vAlign w:val="center"/>
          </w:tcPr>
          <w:p w14:paraId="29B4B267" w14:textId="69E4E9B3"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39408BF3" w14:textId="0DE6583D"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142CF01D" w14:textId="58D3D854"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FC20D7" w:rsidRPr="00E03A50" w14:paraId="45B2A709" w14:textId="77777777" w:rsidTr="00176212">
        <w:trPr>
          <w:trHeight w:val="397"/>
        </w:trPr>
        <w:tc>
          <w:tcPr>
            <w:tcW w:w="1413" w:type="dxa"/>
            <w:vMerge/>
            <w:shd w:val="clear" w:color="auto" w:fill="F2F2F2" w:themeFill="background1" w:themeFillShade="F2"/>
          </w:tcPr>
          <w:p w14:paraId="0D67E64A" w14:textId="77777777" w:rsidR="00FC20D7" w:rsidRPr="00E03A50" w:rsidRDefault="00FC20D7" w:rsidP="000A7196">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65FA635F" w14:textId="24F4CD3C" w:rsidR="00FC20D7" w:rsidRPr="00E03A50" w:rsidRDefault="00FC20D7" w:rsidP="00E03A50">
            <w:pPr>
              <w:spacing w:line="260" w:lineRule="exact"/>
              <w:jc w:val="center"/>
              <w:rPr>
                <w:rFonts w:asciiTheme="majorHAnsi" w:hAnsiTheme="majorHAnsi" w:cstheme="majorHAnsi"/>
                <w:b/>
                <w:bCs/>
                <w:sz w:val="22"/>
              </w:rPr>
            </w:pPr>
            <w:r w:rsidRPr="00176212">
              <w:rPr>
                <w:rFonts w:asciiTheme="majorHAnsi" w:hAnsiTheme="majorHAnsi" w:cstheme="majorHAnsi"/>
                <w:b/>
                <w:bCs/>
                <w:color w:val="EE0000"/>
                <w:sz w:val="22"/>
              </w:rPr>
              <w:t>25%</w:t>
            </w:r>
          </w:p>
        </w:tc>
        <w:tc>
          <w:tcPr>
            <w:tcW w:w="2835" w:type="dxa"/>
            <w:shd w:val="clear" w:color="auto" w:fill="F2F2F2" w:themeFill="background1" w:themeFillShade="F2"/>
            <w:vAlign w:val="center"/>
          </w:tcPr>
          <w:p w14:paraId="1778A4C6" w14:textId="5E72301E"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2500</w:t>
            </w:r>
          </w:p>
        </w:tc>
        <w:tc>
          <w:tcPr>
            <w:tcW w:w="3259" w:type="dxa"/>
            <w:shd w:val="clear" w:color="auto" w:fill="F2F2F2" w:themeFill="background1" w:themeFillShade="F2"/>
            <w:vAlign w:val="center"/>
          </w:tcPr>
          <w:p w14:paraId="51C32015" w14:textId="5DACC703" w:rsidR="00FC20D7" w:rsidRPr="00E03A50" w:rsidRDefault="00FC20D7" w:rsidP="00E03A50">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1250</w:t>
            </w:r>
          </w:p>
        </w:tc>
      </w:tr>
      <w:tr w:rsidR="00776B4E" w:rsidRPr="00E03A50" w14:paraId="6DCC7FAD" w14:textId="77777777" w:rsidTr="00176212">
        <w:trPr>
          <w:trHeight w:val="397"/>
        </w:trPr>
        <w:tc>
          <w:tcPr>
            <w:tcW w:w="1413" w:type="dxa"/>
            <w:shd w:val="clear" w:color="auto" w:fill="F2F2F2" w:themeFill="background1" w:themeFillShade="F2"/>
            <w:vAlign w:val="center"/>
          </w:tcPr>
          <w:p w14:paraId="71BEE333" w14:textId="6E713CC7" w:rsidR="00776B4E" w:rsidRPr="00E03A50" w:rsidRDefault="00776B4E"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1C43BD93" w14:textId="66385B35" w:rsidR="00776B4E" w:rsidRPr="00435960" w:rsidRDefault="00776B4E" w:rsidP="00E03A50">
            <w:pPr>
              <w:spacing w:line="260" w:lineRule="exact"/>
              <w:jc w:val="center"/>
              <w:rPr>
                <w:rFonts w:asciiTheme="majorHAnsi" w:hAnsiTheme="majorHAnsi" w:cstheme="majorHAnsi"/>
                <w:b/>
                <w:bCs/>
                <w:i/>
                <w:iCs/>
                <w:sz w:val="22"/>
              </w:rPr>
            </w:pPr>
            <w:r w:rsidRPr="00435960">
              <w:rPr>
                <w:rFonts w:asciiTheme="majorHAnsi" w:hAnsiTheme="majorHAnsi" w:cstheme="majorHAnsi"/>
                <w:b/>
                <w:bCs/>
                <w:i/>
                <w:iCs/>
                <w:sz w:val="22"/>
              </w:rPr>
              <w:t xml:space="preserve">Quality and Suitability of Goods and </w:t>
            </w:r>
            <w:r w:rsidR="00FC41C3" w:rsidRPr="00435960">
              <w:rPr>
                <w:rFonts w:asciiTheme="majorHAnsi" w:hAnsiTheme="majorHAnsi" w:cstheme="majorHAnsi"/>
                <w:b/>
                <w:bCs/>
                <w:i/>
                <w:iCs/>
                <w:sz w:val="22"/>
              </w:rPr>
              <w:t>U</w:t>
            </w:r>
            <w:r w:rsidRPr="00435960">
              <w:rPr>
                <w:rFonts w:asciiTheme="majorHAnsi" w:hAnsiTheme="majorHAnsi" w:cstheme="majorHAnsi"/>
                <w:b/>
                <w:bCs/>
                <w:i/>
                <w:iCs/>
                <w:sz w:val="22"/>
              </w:rPr>
              <w:t xml:space="preserve">nderstanding of our </w:t>
            </w:r>
            <w:r w:rsidR="00FC41C3" w:rsidRPr="00435960">
              <w:rPr>
                <w:rFonts w:asciiTheme="majorHAnsi" w:hAnsiTheme="majorHAnsi" w:cstheme="majorHAnsi"/>
                <w:b/>
                <w:bCs/>
                <w:i/>
                <w:iCs/>
                <w:sz w:val="22"/>
              </w:rPr>
              <w:t>R</w:t>
            </w:r>
            <w:r w:rsidRPr="00435960">
              <w:rPr>
                <w:rFonts w:asciiTheme="majorHAnsi" w:hAnsiTheme="majorHAnsi" w:cstheme="majorHAnsi"/>
                <w:b/>
                <w:bCs/>
                <w:i/>
                <w:iCs/>
                <w:sz w:val="22"/>
              </w:rPr>
              <w:t>equirements</w:t>
            </w:r>
          </w:p>
        </w:tc>
      </w:tr>
      <w:tr w:rsidR="00930EDE" w:rsidRPr="00E03A50" w14:paraId="0E5FE82E" w14:textId="77777777" w:rsidTr="00176212">
        <w:trPr>
          <w:trHeight w:val="1417"/>
        </w:trPr>
        <w:tc>
          <w:tcPr>
            <w:tcW w:w="1413" w:type="dxa"/>
            <w:shd w:val="clear" w:color="auto" w:fill="F2F2F2" w:themeFill="background1" w:themeFillShade="F2"/>
            <w:vAlign w:val="center"/>
          </w:tcPr>
          <w:p w14:paraId="594AF06E" w14:textId="116A242E" w:rsidR="00930EDE" w:rsidRPr="00E03A50" w:rsidRDefault="00930EDE"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4F411217" w14:textId="1A9E4728" w:rsidR="00930EDE" w:rsidRPr="00E03A50" w:rsidRDefault="00930EDE" w:rsidP="00E03A50">
            <w:pPr>
              <w:spacing w:line="260" w:lineRule="exact"/>
              <w:jc w:val="both"/>
              <w:rPr>
                <w:rFonts w:asciiTheme="majorHAnsi" w:hAnsiTheme="majorHAnsi" w:cstheme="majorHAnsi"/>
                <w:sz w:val="22"/>
              </w:rPr>
            </w:pPr>
            <w:r w:rsidRPr="00E03A50">
              <w:rPr>
                <w:rFonts w:asciiTheme="majorHAnsi" w:hAnsiTheme="majorHAnsi" w:cstheme="majorHAnsi"/>
                <w:sz w:val="22"/>
              </w:rPr>
              <w:t xml:space="preserve">Tenders must demonstrate an understanding of our requirements as outlined in our specification and provide information to demonstrate that their </w:t>
            </w:r>
            <w:r w:rsidR="00FC20D7" w:rsidRPr="00E03A50">
              <w:rPr>
                <w:rFonts w:asciiTheme="majorHAnsi" w:hAnsiTheme="majorHAnsi" w:cstheme="majorHAnsi"/>
                <w:sz w:val="22"/>
              </w:rPr>
              <w:t>simulator stations are</w:t>
            </w:r>
            <w:r w:rsidRPr="00E03A50">
              <w:rPr>
                <w:rFonts w:asciiTheme="majorHAnsi" w:hAnsiTheme="majorHAnsi" w:cstheme="majorHAnsi"/>
                <w:sz w:val="22"/>
              </w:rPr>
              <w:t xml:space="preserve"> of a standard that meet our requirements in terms of quality, standards and technical compliance, durability and suitability for use in a training workshop environment</w:t>
            </w:r>
          </w:p>
        </w:tc>
      </w:tr>
      <w:tr w:rsidR="00930EDE" w:rsidRPr="00E03A50" w14:paraId="31CA3414" w14:textId="77777777" w:rsidTr="003C5599">
        <w:trPr>
          <w:trHeight w:val="3402"/>
        </w:trPr>
        <w:tc>
          <w:tcPr>
            <w:tcW w:w="1413" w:type="dxa"/>
            <w:shd w:val="clear" w:color="auto" w:fill="F2F2F2" w:themeFill="background1" w:themeFillShade="F2"/>
            <w:vAlign w:val="center"/>
          </w:tcPr>
          <w:p w14:paraId="105AEECD" w14:textId="496F7480" w:rsidR="00930EDE" w:rsidRPr="00E03A50" w:rsidRDefault="00930EDE" w:rsidP="00C4687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3F152AB4" w14:textId="77777777" w:rsidR="00930EDE" w:rsidRPr="00E03A50" w:rsidRDefault="00930EDE" w:rsidP="00CD44B3">
            <w:pPr>
              <w:spacing w:line="260" w:lineRule="exact"/>
              <w:rPr>
                <w:rFonts w:asciiTheme="majorHAnsi" w:hAnsiTheme="majorHAnsi" w:cstheme="majorHAnsi"/>
                <w:sz w:val="22"/>
              </w:rPr>
            </w:pPr>
          </w:p>
          <w:p w14:paraId="614575AC" w14:textId="77777777" w:rsidR="00FC20D7" w:rsidRPr="00E03A50" w:rsidRDefault="00FC20D7" w:rsidP="00CD44B3">
            <w:pPr>
              <w:spacing w:line="260" w:lineRule="exact"/>
              <w:rPr>
                <w:rFonts w:asciiTheme="majorHAnsi" w:hAnsiTheme="majorHAnsi" w:cstheme="majorHAnsi"/>
                <w:sz w:val="22"/>
              </w:rPr>
            </w:pPr>
          </w:p>
          <w:p w14:paraId="25E23DCB" w14:textId="77777777" w:rsidR="00FC20D7" w:rsidRPr="00E03A50" w:rsidRDefault="00FC20D7" w:rsidP="00CD44B3">
            <w:pPr>
              <w:spacing w:line="260" w:lineRule="exact"/>
              <w:rPr>
                <w:rFonts w:asciiTheme="majorHAnsi" w:hAnsiTheme="majorHAnsi" w:cstheme="majorHAnsi"/>
                <w:sz w:val="22"/>
              </w:rPr>
            </w:pPr>
          </w:p>
          <w:p w14:paraId="29C23BD8" w14:textId="77777777" w:rsidR="00FC20D7" w:rsidRPr="00E03A50" w:rsidRDefault="00FC20D7" w:rsidP="00CD44B3">
            <w:pPr>
              <w:spacing w:line="260" w:lineRule="exact"/>
              <w:rPr>
                <w:rFonts w:asciiTheme="majorHAnsi" w:hAnsiTheme="majorHAnsi" w:cstheme="majorHAnsi"/>
                <w:sz w:val="22"/>
              </w:rPr>
            </w:pPr>
          </w:p>
          <w:p w14:paraId="644FDA18" w14:textId="77777777" w:rsidR="00FC20D7" w:rsidRDefault="00FC20D7" w:rsidP="00CD44B3">
            <w:pPr>
              <w:spacing w:line="260" w:lineRule="exact"/>
              <w:rPr>
                <w:rFonts w:asciiTheme="majorHAnsi" w:hAnsiTheme="majorHAnsi" w:cstheme="majorHAnsi"/>
                <w:sz w:val="22"/>
              </w:rPr>
            </w:pPr>
          </w:p>
          <w:p w14:paraId="68B91515" w14:textId="77777777" w:rsidR="00085B0D" w:rsidRDefault="00085B0D" w:rsidP="00CD44B3">
            <w:pPr>
              <w:spacing w:line="260" w:lineRule="exact"/>
              <w:rPr>
                <w:rFonts w:asciiTheme="majorHAnsi" w:hAnsiTheme="majorHAnsi" w:cstheme="majorHAnsi"/>
                <w:sz w:val="22"/>
              </w:rPr>
            </w:pPr>
          </w:p>
          <w:p w14:paraId="5E7D297F" w14:textId="77777777" w:rsidR="00085B0D" w:rsidRDefault="00085B0D" w:rsidP="00CD44B3">
            <w:pPr>
              <w:spacing w:line="260" w:lineRule="exact"/>
              <w:rPr>
                <w:rFonts w:asciiTheme="majorHAnsi" w:hAnsiTheme="majorHAnsi" w:cstheme="majorHAnsi"/>
                <w:sz w:val="22"/>
              </w:rPr>
            </w:pPr>
          </w:p>
          <w:p w14:paraId="63BC4831" w14:textId="77777777" w:rsidR="00085B0D" w:rsidRDefault="00085B0D" w:rsidP="00CD44B3">
            <w:pPr>
              <w:spacing w:line="260" w:lineRule="exact"/>
              <w:rPr>
                <w:rFonts w:asciiTheme="majorHAnsi" w:hAnsiTheme="majorHAnsi" w:cstheme="majorHAnsi"/>
                <w:sz w:val="22"/>
              </w:rPr>
            </w:pPr>
          </w:p>
          <w:p w14:paraId="7BCBAE13" w14:textId="77777777" w:rsidR="00085B0D" w:rsidRDefault="00085B0D" w:rsidP="00CD44B3">
            <w:pPr>
              <w:spacing w:line="260" w:lineRule="exact"/>
              <w:rPr>
                <w:rFonts w:asciiTheme="majorHAnsi" w:hAnsiTheme="majorHAnsi" w:cstheme="majorHAnsi"/>
                <w:sz w:val="22"/>
              </w:rPr>
            </w:pPr>
          </w:p>
          <w:p w14:paraId="2BBB4F64" w14:textId="77777777" w:rsidR="00085B0D" w:rsidRPr="00E03A50" w:rsidRDefault="00085B0D" w:rsidP="00CD44B3">
            <w:pPr>
              <w:spacing w:line="260" w:lineRule="exact"/>
              <w:rPr>
                <w:rFonts w:asciiTheme="majorHAnsi" w:hAnsiTheme="majorHAnsi" w:cstheme="majorHAnsi"/>
                <w:sz w:val="22"/>
              </w:rPr>
            </w:pPr>
          </w:p>
          <w:p w14:paraId="40F8ED99" w14:textId="77777777" w:rsidR="00FC20D7" w:rsidRPr="00E03A50" w:rsidRDefault="00FC20D7" w:rsidP="00CD44B3">
            <w:pPr>
              <w:spacing w:line="260" w:lineRule="exact"/>
              <w:rPr>
                <w:rFonts w:asciiTheme="majorHAnsi" w:hAnsiTheme="majorHAnsi" w:cstheme="majorHAnsi"/>
                <w:sz w:val="22"/>
              </w:rPr>
            </w:pPr>
          </w:p>
          <w:p w14:paraId="66674601" w14:textId="77777777" w:rsidR="00FC20D7" w:rsidRPr="00E03A50" w:rsidRDefault="00FC20D7" w:rsidP="00CD44B3">
            <w:pPr>
              <w:spacing w:line="260" w:lineRule="exact"/>
              <w:rPr>
                <w:rFonts w:asciiTheme="majorHAnsi" w:hAnsiTheme="majorHAnsi" w:cstheme="majorHAnsi"/>
                <w:sz w:val="22"/>
              </w:rPr>
            </w:pPr>
          </w:p>
          <w:p w14:paraId="404627E3" w14:textId="77777777" w:rsidR="00FC20D7" w:rsidRPr="00E03A50" w:rsidRDefault="00FC20D7" w:rsidP="00CD44B3">
            <w:pPr>
              <w:spacing w:line="260" w:lineRule="exact"/>
              <w:rPr>
                <w:rFonts w:asciiTheme="majorHAnsi" w:hAnsiTheme="majorHAnsi" w:cstheme="majorHAnsi"/>
                <w:sz w:val="22"/>
              </w:rPr>
            </w:pPr>
          </w:p>
          <w:p w14:paraId="484C6587" w14:textId="77777777" w:rsidR="00FC20D7" w:rsidRPr="00E03A50" w:rsidRDefault="00FC20D7" w:rsidP="00CD44B3">
            <w:pPr>
              <w:spacing w:line="260" w:lineRule="exact"/>
              <w:rPr>
                <w:rFonts w:asciiTheme="majorHAnsi" w:hAnsiTheme="majorHAnsi" w:cstheme="majorHAnsi"/>
                <w:sz w:val="22"/>
              </w:rPr>
            </w:pPr>
          </w:p>
          <w:p w14:paraId="66AB6A45" w14:textId="77777777" w:rsidR="00FC20D7" w:rsidRPr="00E03A50" w:rsidRDefault="00FC20D7" w:rsidP="00CD44B3">
            <w:pPr>
              <w:spacing w:line="260" w:lineRule="exact"/>
              <w:rPr>
                <w:rFonts w:asciiTheme="majorHAnsi" w:hAnsiTheme="majorHAnsi" w:cstheme="majorHAnsi"/>
                <w:sz w:val="22"/>
              </w:rPr>
            </w:pPr>
          </w:p>
          <w:p w14:paraId="7824AB3D" w14:textId="25CBE7A9" w:rsidR="00FC20D7" w:rsidRPr="00E03A50" w:rsidRDefault="00FC20D7" w:rsidP="00CD44B3">
            <w:pPr>
              <w:spacing w:line="260" w:lineRule="exact"/>
              <w:rPr>
                <w:rFonts w:asciiTheme="majorHAnsi" w:hAnsiTheme="majorHAnsi" w:cstheme="majorHAnsi"/>
                <w:sz w:val="22"/>
              </w:rPr>
            </w:pPr>
          </w:p>
        </w:tc>
      </w:tr>
    </w:tbl>
    <w:p w14:paraId="32B763B9" w14:textId="77777777" w:rsidR="007729EB" w:rsidRDefault="007729EB" w:rsidP="00CD44B3">
      <w:pPr>
        <w:spacing w:after="0" w:line="260" w:lineRule="exact"/>
        <w:rPr>
          <w:rFonts w:ascii="Arial" w:hAnsi="Arial" w:cs="Arial"/>
          <w:b/>
          <w:bCs/>
          <w:color w:val="548DD4" w:themeColor="text2" w:themeTint="99"/>
          <w:sz w:val="24"/>
          <w:szCs w:val="24"/>
        </w:rPr>
      </w:pPr>
    </w:p>
    <w:p w14:paraId="5C99FEF0" w14:textId="77777777" w:rsidR="00FC7ED1" w:rsidRDefault="00FC7ED1" w:rsidP="00CD44B3">
      <w:pPr>
        <w:spacing w:after="0" w:line="260" w:lineRule="exact"/>
        <w:rPr>
          <w:rFonts w:asciiTheme="majorHAnsi" w:hAnsiTheme="majorHAnsi" w:cstheme="majorHAnsi"/>
          <w:b/>
          <w:bCs/>
          <w:color w:val="000000" w:themeColor="text1"/>
          <w:sz w:val="26"/>
          <w:szCs w:val="26"/>
        </w:rPr>
      </w:pPr>
    </w:p>
    <w:p w14:paraId="135CAC53" w14:textId="685D412B" w:rsidR="003A7E78" w:rsidRDefault="005371BC" w:rsidP="00CD44B3">
      <w:pPr>
        <w:spacing w:after="0" w:line="260" w:lineRule="exact"/>
        <w:rPr>
          <w:rFonts w:asciiTheme="majorHAnsi" w:hAnsiTheme="majorHAnsi" w:cstheme="majorHAnsi"/>
          <w:b/>
          <w:bCs/>
          <w:color w:val="000000" w:themeColor="text1"/>
          <w:sz w:val="26"/>
          <w:szCs w:val="26"/>
        </w:rPr>
      </w:pPr>
      <w:r w:rsidRPr="00D4655C">
        <w:rPr>
          <w:rFonts w:asciiTheme="majorHAnsi" w:hAnsiTheme="majorHAnsi" w:cstheme="majorHAnsi"/>
          <w:b/>
          <w:bCs/>
          <w:color w:val="000000" w:themeColor="text1"/>
          <w:sz w:val="26"/>
          <w:szCs w:val="26"/>
        </w:rPr>
        <w:t xml:space="preserve">The mandatory requirements are as follows: </w:t>
      </w:r>
    </w:p>
    <w:p w14:paraId="23D946B9" w14:textId="77777777" w:rsidR="00FC7ED1" w:rsidRPr="00D4655C" w:rsidRDefault="00FC7ED1" w:rsidP="00CD44B3">
      <w:pPr>
        <w:spacing w:after="0" w:line="260" w:lineRule="exact"/>
        <w:rPr>
          <w:rFonts w:asciiTheme="majorHAnsi" w:hAnsiTheme="majorHAnsi" w:cstheme="majorHAnsi"/>
          <w:b/>
          <w:bCs/>
          <w:color w:val="000000" w:themeColor="text1"/>
          <w:sz w:val="26"/>
          <w:szCs w:val="26"/>
        </w:rPr>
      </w:pPr>
    </w:p>
    <w:p w14:paraId="7A5AAD00" w14:textId="4BDDD28B" w:rsidR="00075898" w:rsidRPr="00D4655C" w:rsidRDefault="00075898" w:rsidP="00075898">
      <w:pPr>
        <w:spacing w:after="0" w:line="260" w:lineRule="exact"/>
        <w:rPr>
          <w:rFonts w:asciiTheme="majorHAnsi" w:eastAsia="Times New Roman" w:hAnsiTheme="majorHAnsi" w:cstheme="majorHAnsi"/>
          <w:sz w:val="22"/>
          <w:lang w:eastAsia="ja-JP"/>
        </w:rPr>
      </w:pPr>
      <w:r w:rsidRPr="00D4655C">
        <w:rPr>
          <w:rFonts w:asciiTheme="majorHAnsi" w:hAnsiTheme="majorHAnsi" w:cstheme="majorHAnsi"/>
          <w:sz w:val="22"/>
        </w:rPr>
        <w:t xml:space="preserve">Please refer to </w:t>
      </w:r>
      <w:r w:rsidR="00F34FB2" w:rsidRPr="00D4655C">
        <w:rPr>
          <w:rFonts w:asciiTheme="majorHAnsi" w:hAnsiTheme="majorHAnsi" w:cstheme="majorHAnsi"/>
          <w:sz w:val="22"/>
        </w:rPr>
        <w:t xml:space="preserve">Appendix 1. Requirements and Specifications </w:t>
      </w:r>
      <w:r w:rsidRPr="00D4655C">
        <w:rPr>
          <w:rFonts w:asciiTheme="majorHAnsi" w:hAnsiTheme="majorHAnsi" w:cstheme="majorHAnsi"/>
          <w:sz w:val="22"/>
        </w:rPr>
        <w:t>of the RFT for</w:t>
      </w:r>
      <w:r w:rsidR="00D4655C" w:rsidRPr="00D4655C">
        <w:rPr>
          <w:rFonts w:asciiTheme="majorHAnsi" w:hAnsiTheme="majorHAnsi" w:cstheme="majorHAnsi"/>
          <w:sz w:val="22"/>
        </w:rPr>
        <w:t xml:space="preserve"> expanded information on the requirements before making your selection. </w:t>
      </w:r>
    </w:p>
    <w:p w14:paraId="451D7FE1" w14:textId="77777777" w:rsidR="005371BC" w:rsidRPr="00D4655C" w:rsidRDefault="005371BC" w:rsidP="00CD44B3">
      <w:pPr>
        <w:spacing w:after="0" w:line="260" w:lineRule="exact"/>
        <w:rPr>
          <w:rFonts w:asciiTheme="majorHAnsi" w:hAnsiTheme="majorHAnsi" w:cstheme="majorHAnsi"/>
          <w:b/>
          <w:bCs/>
          <w:color w:val="548DD4" w:themeColor="text2" w:themeTint="99"/>
          <w:sz w:val="24"/>
          <w:szCs w:val="24"/>
        </w:rPr>
      </w:pPr>
    </w:p>
    <w:tbl>
      <w:tblPr>
        <w:tblStyle w:val="TableGrid"/>
        <w:tblW w:w="0" w:type="auto"/>
        <w:jc w:val="center"/>
        <w:tblLook w:val="04A0" w:firstRow="1" w:lastRow="0" w:firstColumn="1" w:lastColumn="0" w:noHBand="0" w:noVBand="1"/>
      </w:tblPr>
      <w:tblGrid>
        <w:gridCol w:w="3964"/>
        <w:gridCol w:w="2268"/>
        <w:gridCol w:w="2353"/>
      </w:tblGrid>
      <w:tr w:rsidR="00D4655C" w:rsidRPr="00D4655C" w14:paraId="3475D63C" w14:textId="3C666F71" w:rsidTr="00D4655C">
        <w:trPr>
          <w:trHeight w:val="510"/>
          <w:jc w:val="center"/>
        </w:trPr>
        <w:tc>
          <w:tcPr>
            <w:tcW w:w="3964" w:type="dxa"/>
            <w:shd w:val="clear" w:color="auto" w:fill="F2F2F2" w:themeFill="background1" w:themeFillShade="F2"/>
            <w:vAlign w:val="center"/>
          </w:tcPr>
          <w:p w14:paraId="42ED4D08" w14:textId="50168D01" w:rsidR="00D4655C" w:rsidRPr="00D4655C" w:rsidRDefault="00D4655C" w:rsidP="008B53A8">
            <w:pPr>
              <w:spacing w:line="260" w:lineRule="exact"/>
              <w:rPr>
                <w:rFonts w:asciiTheme="majorHAnsi" w:hAnsiTheme="majorHAnsi" w:cstheme="majorHAnsi"/>
                <w:sz w:val="22"/>
              </w:rPr>
            </w:pPr>
            <w:r>
              <w:rPr>
                <w:rFonts w:asciiTheme="majorHAnsi" w:hAnsiTheme="majorHAnsi" w:cstheme="majorHAnsi"/>
                <w:b/>
                <w:sz w:val="22"/>
              </w:rPr>
              <w:t>REQUIRMENTS</w:t>
            </w:r>
          </w:p>
        </w:tc>
        <w:tc>
          <w:tcPr>
            <w:tcW w:w="4621" w:type="dxa"/>
            <w:gridSpan w:val="2"/>
            <w:shd w:val="clear" w:color="auto" w:fill="F2F2F2" w:themeFill="background1" w:themeFillShade="F2"/>
            <w:vAlign w:val="center"/>
          </w:tcPr>
          <w:p w14:paraId="40CE0DF4" w14:textId="4DFBC81A" w:rsidR="00D4655C" w:rsidRPr="00D4655C" w:rsidRDefault="00D4655C" w:rsidP="00D4655C">
            <w:pPr>
              <w:spacing w:line="260" w:lineRule="exact"/>
              <w:jc w:val="center"/>
              <w:rPr>
                <w:rFonts w:asciiTheme="majorHAnsi" w:hAnsiTheme="majorHAnsi" w:cstheme="majorHAnsi"/>
                <w:b/>
                <w:sz w:val="22"/>
              </w:rPr>
            </w:pPr>
            <w:r w:rsidRPr="00D4655C">
              <w:rPr>
                <w:rFonts w:asciiTheme="majorHAnsi" w:hAnsiTheme="majorHAnsi" w:cstheme="majorHAnsi"/>
                <w:b/>
                <w:sz w:val="22"/>
              </w:rPr>
              <w:t>C</w:t>
            </w:r>
            <w:r>
              <w:rPr>
                <w:rFonts w:asciiTheme="majorHAnsi" w:hAnsiTheme="majorHAnsi" w:cstheme="majorHAnsi"/>
                <w:b/>
                <w:sz w:val="22"/>
              </w:rPr>
              <w:t>IRCLE</w:t>
            </w:r>
            <w:r w:rsidRPr="00D4655C">
              <w:rPr>
                <w:rFonts w:asciiTheme="majorHAnsi" w:hAnsiTheme="majorHAnsi" w:cstheme="majorHAnsi"/>
                <w:b/>
                <w:sz w:val="22"/>
              </w:rPr>
              <w:t xml:space="preserve"> (YES/NO)</w:t>
            </w:r>
          </w:p>
        </w:tc>
      </w:tr>
      <w:tr w:rsidR="00D4655C" w:rsidRPr="00D4655C" w14:paraId="43869B11" w14:textId="6777A156" w:rsidTr="00FC7ED1">
        <w:trPr>
          <w:trHeight w:val="397"/>
          <w:jc w:val="center"/>
        </w:trPr>
        <w:tc>
          <w:tcPr>
            <w:tcW w:w="3964" w:type="dxa"/>
            <w:vAlign w:val="center"/>
          </w:tcPr>
          <w:p w14:paraId="27A88BE6" w14:textId="77777777" w:rsidR="00D4655C" w:rsidRPr="00D4655C" w:rsidRDefault="00D4655C" w:rsidP="008B53A8">
            <w:pPr>
              <w:spacing w:line="260" w:lineRule="exact"/>
              <w:rPr>
                <w:rFonts w:asciiTheme="majorHAnsi" w:hAnsiTheme="majorHAnsi" w:cstheme="majorHAnsi"/>
                <w:sz w:val="22"/>
              </w:rPr>
            </w:pPr>
            <w:r w:rsidRPr="00D4655C">
              <w:rPr>
                <w:rFonts w:asciiTheme="majorHAnsi" w:hAnsiTheme="majorHAnsi" w:cstheme="majorHAnsi"/>
                <w:sz w:val="22"/>
              </w:rPr>
              <w:t>Quantity</w:t>
            </w:r>
          </w:p>
        </w:tc>
        <w:tc>
          <w:tcPr>
            <w:tcW w:w="2268" w:type="dxa"/>
            <w:vAlign w:val="center"/>
          </w:tcPr>
          <w:p w14:paraId="6A993D6F" w14:textId="77120D0B" w:rsidR="00D4655C" w:rsidRPr="00D4655C" w:rsidRDefault="00D4655C" w:rsidP="00D4655C">
            <w:pPr>
              <w:spacing w:line="260" w:lineRule="exact"/>
              <w:jc w:val="center"/>
              <w:rPr>
                <w:rFonts w:asciiTheme="majorHAnsi" w:hAnsiTheme="majorHAnsi" w:cstheme="majorHAnsi"/>
                <w:b/>
                <w:bCs/>
                <w:sz w:val="22"/>
              </w:rPr>
            </w:pPr>
            <w:r w:rsidRPr="00D4655C">
              <w:rPr>
                <w:rFonts w:asciiTheme="majorHAnsi" w:hAnsiTheme="majorHAnsi" w:cstheme="majorHAnsi"/>
                <w:b/>
                <w:bCs/>
                <w:sz w:val="22"/>
              </w:rPr>
              <w:t>YES</w:t>
            </w:r>
          </w:p>
        </w:tc>
        <w:tc>
          <w:tcPr>
            <w:tcW w:w="2353" w:type="dxa"/>
            <w:vAlign w:val="center"/>
          </w:tcPr>
          <w:p w14:paraId="73755534" w14:textId="1F45FF7C" w:rsidR="00D4655C" w:rsidRPr="00D4655C" w:rsidRDefault="00D4655C" w:rsidP="00D4655C">
            <w:pPr>
              <w:spacing w:line="260" w:lineRule="exact"/>
              <w:jc w:val="center"/>
              <w:rPr>
                <w:rFonts w:asciiTheme="majorHAnsi" w:hAnsiTheme="majorHAnsi" w:cstheme="majorHAnsi"/>
                <w:b/>
                <w:bCs/>
                <w:sz w:val="22"/>
              </w:rPr>
            </w:pPr>
            <w:r w:rsidRPr="00D4655C">
              <w:rPr>
                <w:rFonts w:asciiTheme="majorHAnsi" w:hAnsiTheme="majorHAnsi" w:cstheme="majorHAnsi"/>
                <w:b/>
                <w:bCs/>
                <w:sz w:val="22"/>
              </w:rPr>
              <w:t>NO</w:t>
            </w:r>
          </w:p>
        </w:tc>
      </w:tr>
      <w:tr w:rsidR="00D4655C" w:rsidRPr="00D4655C" w14:paraId="362E3712" w14:textId="32102F7D" w:rsidTr="00FC7ED1">
        <w:trPr>
          <w:trHeight w:val="397"/>
          <w:jc w:val="center"/>
        </w:trPr>
        <w:tc>
          <w:tcPr>
            <w:tcW w:w="3964" w:type="dxa"/>
            <w:vAlign w:val="center"/>
          </w:tcPr>
          <w:p w14:paraId="1DF7C56D"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Commercial training use</w:t>
            </w:r>
          </w:p>
        </w:tc>
        <w:tc>
          <w:tcPr>
            <w:tcW w:w="2268" w:type="dxa"/>
            <w:vAlign w:val="center"/>
          </w:tcPr>
          <w:p w14:paraId="5AAF692E" w14:textId="0AC04788"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31FA984A" w14:textId="0D84E13C"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4294564A" w14:textId="11C5C9AA" w:rsidTr="00FC7ED1">
        <w:trPr>
          <w:trHeight w:val="397"/>
          <w:jc w:val="center"/>
        </w:trPr>
        <w:tc>
          <w:tcPr>
            <w:tcW w:w="3964" w:type="dxa"/>
            <w:vAlign w:val="center"/>
          </w:tcPr>
          <w:p w14:paraId="26038116"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Software/ Software Licences</w:t>
            </w:r>
          </w:p>
        </w:tc>
        <w:tc>
          <w:tcPr>
            <w:tcW w:w="2268" w:type="dxa"/>
            <w:vAlign w:val="center"/>
          </w:tcPr>
          <w:p w14:paraId="48A40618" w14:textId="466A0D01"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6BD63959" w14:textId="6D81AFAF"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4B8F3FB" w14:textId="3963B9E8" w:rsidTr="00FC7ED1">
        <w:trPr>
          <w:trHeight w:val="397"/>
          <w:jc w:val="center"/>
        </w:trPr>
        <w:tc>
          <w:tcPr>
            <w:tcW w:w="3964" w:type="dxa"/>
            <w:vAlign w:val="center"/>
          </w:tcPr>
          <w:p w14:paraId="4FBF3FF4"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Operator station</w:t>
            </w:r>
          </w:p>
        </w:tc>
        <w:tc>
          <w:tcPr>
            <w:tcW w:w="2268" w:type="dxa"/>
            <w:vAlign w:val="center"/>
          </w:tcPr>
          <w:p w14:paraId="75185008" w14:textId="07387764"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1DFCBA1" w14:textId="1C48EC4E"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4C8E98A5" w14:textId="293A3EEE" w:rsidTr="00FC7ED1">
        <w:trPr>
          <w:trHeight w:val="397"/>
          <w:jc w:val="center"/>
        </w:trPr>
        <w:tc>
          <w:tcPr>
            <w:tcW w:w="3964" w:type="dxa"/>
            <w:vAlign w:val="center"/>
          </w:tcPr>
          <w:p w14:paraId="6674BBEC"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Controls</w:t>
            </w:r>
          </w:p>
        </w:tc>
        <w:tc>
          <w:tcPr>
            <w:tcW w:w="2268" w:type="dxa"/>
            <w:vAlign w:val="center"/>
          </w:tcPr>
          <w:p w14:paraId="5C5E0231" w14:textId="36498097"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3A8D031C" w14:textId="3CD6E20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35E0F72E" w14:textId="07D383A4" w:rsidTr="00FC7ED1">
        <w:trPr>
          <w:trHeight w:val="397"/>
          <w:jc w:val="center"/>
        </w:trPr>
        <w:tc>
          <w:tcPr>
            <w:tcW w:w="3964" w:type="dxa"/>
            <w:vAlign w:val="center"/>
          </w:tcPr>
          <w:p w14:paraId="1582DC0B"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Visual system</w:t>
            </w:r>
          </w:p>
        </w:tc>
        <w:tc>
          <w:tcPr>
            <w:tcW w:w="2268" w:type="dxa"/>
            <w:vAlign w:val="center"/>
          </w:tcPr>
          <w:p w14:paraId="46A4FEB5" w14:textId="1AAA9AE3"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586DEF23" w14:textId="1E04B69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7DB833DB" w14:textId="034EF01C" w:rsidTr="00FC7ED1">
        <w:trPr>
          <w:trHeight w:val="397"/>
          <w:jc w:val="center"/>
        </w:trPr>
        <w:tc>
          <w:tcPr>
            <w:tcW w:w="3964" w:type="dxa"/>
            <w:vAlign w:val="center"/>
          </w:tcPr>
          <w:p w14:paraId="12777283"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lastRenderedPageBreak/>
              <w:t>Computing</w:t>
            </w:r>
          </w:p>
        </w:tc>
        <w:tc>
          <w:tcPr>
            <w:tcW w:w="2268" w:type="dxa"/>
            <w:vAlign w:val="center"/>
          </w:tcPr>
          <w:p w14:paraId="3B94798D" w14:textId="35DE1E5E"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65E0A43" w14:textId="253FCF9F"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088A3714" w14:textId="24E1D54F" w:rsidTr="00FC7ED1">
        <w:trPr>
          <w:trHeight w:val="397"/>
          <w:jc w:val="center"/>
        </w:trPr>
        <w:tc>
          <w:tcPr>
            <w:tcW w:w="3964" w:type="dxa"/>
            <w:vAlign w:val="center"/>
          </w:tcPr>
          <w:p w14:paraId="1EAA504C"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Instructor functions</w:t>
            </w:r>
          </w:p>
        </w:tc>
        <w:tc>
          <w:tcPr>
            <w:tcW w:w="2268" w:type="dxa"/>
            <w:vAlign w:val="center"/>
          </w:tcPr>
          <w:p w14:paraId="59C74027" w14:textId="1C0CC794"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6C10062" w14:textId="315130D0"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49E77BD8" w14:textId="4720A4DD" w:rsidTr="00FC7ED1">
        <w:trPr>
          <w:trHeight w:val="397"/>
          <w:jc w:val="center"/>
        </w:trPr>
        <w:tc>
          <w:tcPr>
            <w:tcW w:w="3964" w:type="dxa"/>
            <w:vAlign w:val="center"/>
          </w:tcPr>
          <w:p w14:paraId="396FBC47"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Assessment</w:t>
            </w:r>
          </w:p>
        </w:tc>
        <w:tc>
          <w:tcPr>
            <w:tcW w:w="2268" w:type="dxa"/>
            <w:vAlign w:val="center"/>
          </w:tcPr>
          <w:p w14:paraId="761EA12D" w14:textId="39671796"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A617EDD" w14:textId="4300AF2E"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3FFA09C1" w14:textId="362A8456" w:rsidTr="00FC7ED1">
        <w:trPr>
          <w:trHeight w:val="397"/>
          <w:jc w:val="center"/>
        </w:trPr>
        <w:tc>
          <w:tcPr>
            <w:tcW w:w="3964" w:type="dxa"/>
            <w:vAlign w:val="center"/>
          </w:tcPr>
          <w:p w14:paraId="5086D7A6"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Records</w:t>
            </w:r>
          </w:p>
        </w:tc>
        <w:tc>
          <w:tcPr>
            <w:tcW w:w="2268" w:type="dxa"/>
            <w:vAlign w:val="center"/>
          </w:tcPr>
          <w:p w14:paraId="003CD390" w14:textId="0C4D61D0"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1823AC83" w14:textId="0FAE23D6"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7537DD9" w14:textId="5857FCA4" w:rsidTr="00FC7ED1">
        <w:trPr>
          <w:trHeight w:val="397"/>
          <w:jc w:val="center"/>
        </w:trPr>
        <w:tc>
          <w:tcPr>
            <w:tcW w:w="3964" w:type="dxa"/>
            <w:vAlign w:val="center"/>
          </w:tcPr>
          <w:p w14:paraId="7654FDC3"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Networking</w:t>
            </w:r>
          </w:p>
        </w:tc>
        <w:tc>
          <w:tcPr>
            <w:tcW w:w="2268" w:type="dxa"/>
            <w:vAlign w:val="center"/>
          </w:tcPr>
          <w:p w14:paraId="026D57D6" w14:textId="26A16FD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2840255" w14:textId="1A4CF75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0444E9C5" w14:textId="5D46FAD1" w:rsidTr="00FC7ED1">
        <w:trPr>
          <w:trHeight w:val="397"/>
          <w:jc w:val="center"/>
        </w:trPr>
        <w:tc>
          <w:tcPr>
            <w:tcW w:w="3964" w:type="dxa"/>
            <w:vAlign w:val="center"/>
          </w:tcPr>
          <w:p w14:paraId="490FAE6C"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Language</w:t>
            </w:r>
          </w:p>
        </w:tc>
        <w:tc>
          <w:tcPr>
            <w:tcW w:w="2268" w:type="dxa"/>
            <w:vAlign w:val="center"/>
          </w:tcPr>
          <w:p w14:paraId="57062D3B" w14:textId="15BA2CE3"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711190B" w14:textId="2258B73D"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BE40BC5" w14:textId="48D15A3C" w:rsidTr="00FC7ED1">
        <w:trPr>
          <w:trHeight w:val="397"/>
          <w:jc w:val="center"/>
        </w:trPr>
        <w:tc>
          <w:tcPr>
            <w:tcW w:w="3964" w:type="dxa"/>
            <w:vAlign w:val="center"/>
          </w:tcPr>
          <w:p w14:paraId="62C8EDA0"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Installation</w:t>
            </w:r>
          </w:p>
        </w:tc>
        <w:tc>
          <w:tcPr>
            <w:tcW w:w="2268" w:type="dxa"/>
            <w:vAlign w:val="center"/>
          </w:tcPr>
          <w:p w14:paraId="316FD46D" w14:textId="05218ADF"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227F9208" w14:textId="72D92F67"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266CC773" w14:textId="2CEE5A7F" w:rsidTr="00FC7ED1">
        <w:trPr>
          <w:trHeight w:val="397"/>
          <w:jc w:val="center"/>
        </w:trPr>
        <w:tc>
          <w:tcPr>
            <w:tcW w:w="3964" w:type="dxa"/>
            <w:vAlign w:val="center"/>
          </w:tcPr>
          <w:p w14:paraId="66A453FD"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Training</w:t>
            </w:r>
          </w:p>
        </w:tc>
        <w:tc>
          <w:tcPr>
            <w:tcW w:w="2268" w:type="dxa"/>
            <w:vAlign w:val="center"/>
          </w:tcPr>
          <w:p w14:paraId="74177F25" w14:textId="10FC6A92"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4F127B19" w14:textId="3E912919"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56586AEE" w14:textId="4D3B6C2A" w:rsidTr="00FC7ED1">
        <w:trPr>
          <w:trHeight w:val="397"/>
          <w:jc w:val="center"/>
        </w:trPr>
        <w:tc>
          <w:tcPr>
            <w:tcW w:w="3964" w:type="dxa"/>
            <w:vAlign w:val="center"/>
          </w:tcPr>
          <w:p w14:paraId="362C4951"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Documentation</w:t>
            </w:r>
          </w:p>
        </w:tc>
        <w:tc>
          <w:tcPr>
            <w:tcW w:w="2268" w:type="dxa"/>
            <w:vAlign w:val="center"/>
          </w:tcPr>
          <w:p w14:paraId="2ED60703" w14:textId="61E2778D"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7BB1654A" w14:textId="48114366"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708E275F" w14:textId="40D1F42F" w:rsidTr="00FC7ED1">
        <w:trPr>
          <w:trHeight w:val="397"/>
          <w:jc w:val="center"/>
        </w:trPr>
        <w:tc>
          <w:tcPr>
            <w:tcW w:w="3964" w:type="dxa"/>
            <w:vAlign w:val="center"/>
          </w:tcPr>
          <w:p w14:paraId="190B1FA1"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Warranty</w:t>
            </w:r>
          </w:p>
        </w:tc>
        <w:tc>
          <w:tcPr>
            <w:tcW w:w="2268" w:type="dxa"/>
            <w:vAlign w:val="center"/>
          </w:tcPr>
          <w:p w14:paraId="5DDF70FB" w14:textId="59537E77"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519193B4" w14:textId="73276FF9"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12F8BDC2" w14:textId="4CC6D55E" w:rsidTr="00FC7ED1">
        <w:trPr>
          <w:trHeight w:val="397"/>
          <w:jc w:val="center"/>
        </w:trPr>
        <w:tc>
          <w:tcPr>
            <w:tcW w:w="3964" w:type="dxa"/>
            <w:vAlign w:val="center"/>
          </w:tcPr>
          <w:p w14:paraId="188967A4"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Support</w:t>
            </w:r>
          </w:p>
        </w:tc>
        <w:tc>
          <w:tcPr>
            <w:tcW w:w="2268" w:type="dxa"/>
            <w:vAlign w:val="center"/>
          </w:tcPr>
          <w:p w14:paraId="2DEE2DED" w14:textId="763109C8"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02F460E0" w14:textId="52513CCF"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014D9EDB" w14:textId="1BF1FA89" w:rsidTr="00FC7ED1">
        <w:trPr>
          <w:trHeight w:val="397"/>
          <w:jc w:val="center"/>
        </w:trPr>
        <w:tc>
          <w:tcPr>
            <w:tcW w:w="3964" w:type="dxa"/>
            <w:vAlign w:val="center"/>
          </w:tcPr>
          <w:p w14:paraId="6B946522"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Electrical/CE</w:t>
            </w:r>
          </w:p>
        </w:tc>
        <w:tc>
          <w:tcPr>
            <w:tcW w:w="2268" w:type="dxa"/>
            <w:vAlign w:val="center"/>
          </w:tcPr>
          <w:p w14:paraId="1E6BE422" w14:textId="1196B47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2D250AC6" w14:textId="5D96A002"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67C6E096" w14:textId="1C565F25" w:rsidTr="00FC7ED1">
        <w:trPr>
          <w:trHeight w:val="397"/>
          <w:jc w:val="center"/>
        </w:trPr>
        <w:tc>
          <w:tcPr>
            <w:tcW w:w="3964" w:type="dxa"/>
            <w:vAlign w:val="center"/>
          </w:tcPr>
          <w:p w14:paraId="19D3DBAD"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 xml:space="preserve">Mobility </w:t>
            </w:r>
          </w:p>
        </w:tc>
        <w:tc>
          <w:tcPr>
            <w:tcW w:w="2268" w:type="dxa"/>
            <w:vAlign w:val="center"/>
          </w:tcPr>
          <w:p w14:paraId="14C11C04" w14:textId="768557F2"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388CC075" w14:textId="748BDC57" w:rsidR="00D4655C" w:rsidRPr="00D4655C" w:rsidRDefault="00D4655C" w:rsidP="00D4655C">
            <w:pPr>
              <w:jc w:val="center"/>
              <w:rPr>
                <w:rFonts w:asciiTheme="majorHAnsi" w:hAnsiTheme="majorHAnsi" w:cstheme="majorHAnsi"/>
                <w:sz w:val="22"/>
              </w:rPr>
            </w:pPr>
            <w:r w:rsidRPr="00D4655C">
              <w:rPr>
                <w:rFonts w:asciiTheme="majorHAnsi" w:hAnsiTheme="majorHAnsi" w:cstheme="majorHAnsi"/>
                <w:b/>
                <w:bCs/>
                <w:sz w:val="22"/>
              </w:rPr>
              <w:t>NO</w:t>
            </w:r>
          </w:p>
        </w:tc>
      </w:tr>
      <w:tr w:rsidR="00D4655C" w:rsidRPr="00D4655C" w14:paraId="368281B1" w14:textId="40CEF12C" w:rsidTr="00FC7ED1">
        <w:trPr>
          <w:trHeight w:val="397"/>
          <w:jc w:val="center"/>
        </w:trPr>
        <w:tc>
          <w:tcPr>
            <w:tcW w:w="3964" w:type="dxa"/>
            <w:vAlign w:val="center"/>
          </w:tcPr>
          <w:p w14:paraId="53A2B7B4" w14:textId="77777777" w:rsidR="00D4655C" w:rsidRPr="00D4655C" w:rsidRDefault="00D4655C" w:rsidP="00D4655C">
            <w:pPr>
              <w:spacing w:line="260" w:lineRule="exact"/>
              <w:rPr>
                <w:rFonts w:asciiTheme="majorHAnsi" w:hAnsiTheme="majorHAnsi" w:cstheme="majorHAnsi"/>
                <w:sz w:val="22"/>
              </w:rPr>
            </w:pPr>
            <w:r w:rsidRPr="00D4655C">
              <w:rPr>
                <w:rFonts w:asciiTheme="majorHAnsi" w:hAnsiTheme="majorHAnsi" w:cstheme="majorHAnsi"/>
                <w:sz w:val="22"/>
              </w:rPr>
              <w:t>No used equipment</w:t>
            </w:r>
          </w:p>
        </w:tc>
        <w:tc>
          <w:tcPr>
            <w:tcW w:w="2268" w:type="dxa"/>
            <w:vAlign w:val="center"/>
          </w:tcPr>
          <w:p w14:paraId="1FB42A51" w14:textId="3490F882"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YES</w:t>
            </w:r>
          </w:p>
        </w:tc>
        <w:tc>
          <w:tcPr>
            <w:tcW w:w="2353" w:type="dxa"/>
            <w:vAlign w:val="center"/>
          </w:tcPr>
          <w:p w14:paraId="5E06F9CD" w14:textId="389A534B" w:rsidR="00D4655C" w:rsidRPr="00D4655C" w:rsidRDefault="00D4655C" w:rsidP="00D4655C">
            <w:pPr>
              <w:spacing w:line="260" w:lineRule="exact"/>
              <w:jc w:val="center"/>
              <w:rPr>
                <w:rFonts w:asciiTheme="majorHAnsi" w:hAnsiTheme="majorHAnsi" w:cstheme="majorHAnsi"/>
                <w:sz w:val="22"/>
              </w:rPr>
            </w:pPr>
            <w:r w:rsidRPr="00D4655C">
              <w:rPr>
                <w:rFonts w:asciiTheme="majorHAnsi" w:hAnsiTheme="majorHAnsi" w:cstheme="majorHAnsi"/>
                <w:b/>
                <w:bCs/>
                <w:sz w:val="22"/>
              </w:rPr>
              <w:t>NO</w:t>
            </w:r>
          </w:p>
        </w:tc>
      </w:tr>
    </w:tbl>
    <w:p w14:paraId="2F5A30A1" w14:textId="77777777" w:rsidR="005371BC" w:rsidRPr="00D4655C" w:rsidRDefault="005371BC" w:rsidP="00CD44B3">
      <w:pPr>
        <w:spacing w:after="0" w:line="260" w:lineRule="exact"/>
        <w:rPr>
          <w:rFonts w:asciiTheme="majorHAnsi" w:hAnsiTheme="majorHAnsi" w:cstheme="majorHAnsi"/>
          <w:b/>
          <w:bCs/>
          <w:color w:val="548DD4" w:themeColor="text2" w:themeTint="99"/>
          <w:sz w:val="24"/>
          <w:szCs w:val="24"/>
        </w:rPr>
      </w:pPr>
    </w:p>
    <w:p w14:paraId="2DD98EA0" w14:textId="77777777" w:rsidR="00FC41C3" w:rsidRDefault="00FC41C3" w:rsidP="00CD44B3">
      <w:pPr>
        <w:spacing w:after="0" w:line="260" w:lineRule="exact"/>
        <w:rPr>
          <w:rFonts w:ascii="Arial" w:hAnsi="Arial" w:cs="Arial"/>
          <w:b/>
          <w:bCs/>
          <w:color w:val="548DD4" w:themeColor="text2" w:themeTint="99"/>
          <w:sz w:val="24"/>
          <w:szCs w:val="24"/>
        </w:rPr>
      </w:pPr>
    </w:p>
    <w:tbl>
      <w:tblPr>
        <w:tblStyle w:val="TableGrid"/>
        <w:tblW w:w="0" w:type="auto"/>
        <w:tblLook w:val="04A0" w:firstRow="1" w:lastRow="0" w:firstColumn="1" w:lastColumn="0" w:noHBand="0" w:noVBand="1"/>
      </w:tblPr>
      <w:tblGrid>
        <w:gridCol w:w="1413"/>
        <w:gridCol w:w="1843"/>
        <w:gridCol w:w="2835"/>
        <w:gridCol w:w="3259"/>
      </w:tblGrid>
      <w:tr w:rsidR="00FC41C3" w:rsidRPr="00E03A50" w14:paraId="5EF310DC" w14:textId="77777777" w:rsidTr="008B53A8">
        <w:trPr>
          <w:trHeight w:val="397"/>
        </w:trPr>
        <w:tc>
          <w:tcPr>
            <w:tcW w:w="1413" w:type="dxa"/>
            <w:vMerge w:val="restart"/>
            <w:shd w:val="clear" w:color="auto" w:fill="F2F2F2" w:themeFill="background1" w:themeFillShade="F2"/>
            <w:vAlign w:val="center"/>
          </w:tcPr>
          <w:p w14:paraId="422CDC51" w14:textId="4F0584A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Pr>
                <w:rFonts w:asciiTheme="majorHAnsi" w:hAnsiTheme="majorHAnsi" w:cstheme="majorHAnsi"/>
                <w:b/>
                <w:bCs/>
                <w:sz w:val="22"/>
              </w:rPr>
              <w:t>B</w:t>
            </w:r>
          </w:p>
        </w:tc>
        <w:tc>
          <w:tcPr>
            <w:tcW w:w="1843" w:type="dxa"/>
            <w:shd w:val="clear" w:color="auto" w:fill="F2F2F2" w:themeFill="background1" w:themeFillShade="F2"/>
            <w:vAlign w:val="center"/>
          </w:tcPr>
          <w:p w14:paraId="4E0CF7A7" w14:textId="77777777"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62858E8B" w14:textId="77777777"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38BA5246" w14:textId="77777777"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FC41C3" w:rsidRPr="00E03A50" w14:paraId="034B3161" w14:textId="77777777" w:rsidTr="008B53A8">
        <w:trPr>
          <w:trHeight w:val="397"/>
        </w:trPr>
        <w:tc>
          <w:tcPr>
            <w:tcW w:w="1413" w:type="dxa"/>
            <w:vMerge/>
            <w:shd w:val="clear" w:color="auto" w:fill="F2F2F2" w:themeFill="background1" w:themeFillShade="F2"/>
          </w:tcPr>
          <w:p w14:paraId="2DDAA210" w14:textId="77777777" w:rsidR="00FC41C3" w:rsidRPr="00E03A50" w:rsidRDefault="00FC41C3"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378806FF" w14:textId="597C39D7" w:rsidR="00FC41C3" w:rsidRPr="00E03A50" w:rsidRDefault="00275701"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10</w:t>
            </w:r>
            <w:r w:rsidR="00FC41C3"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78812D8A" w14:textId="7F72A7DF" w:rsidR="00FC41C3" w:rsidRPr="00E03A50" w:rsidRDefault="00275701" w:rsidP="008B53A8">
            <w:pPr>
              <w:spacing w:line="260" w:lineRule="exact"/>
              <w:jc w:val="center"/>
              <w:rPr>
                <w:rFonts w:asciiTheme="majorHAnsi" w:hAnsiTheme="majorHAnsi" w:cstheme="majorHAnsi"/>
                <w:b/>
                <w:bCs/>
                <w:sz w:val="22"/>
              </w:rPr>
            </w:pPr>
            <w:r>
              <w:rPr>
                <w:rFonts w:asciiTheme="majorHAnsi" w:hAnsiTheme="majorHAnsi" w:cstheme="majorHAnsi"/>
                <w:b/>
                <w:bCs/>
                <w:sz w:val="22"/>
              </w:rPr>
              <w:t>10</w:t>
            </w:r>
            <w:r w:rsidR="00FC41C3"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0EBCFD39" w14:textId="5D898949" w:rsidR="00FC41C3" w:rsidRPr="00E03A50" w:rsidRDefault="00FC41C3"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5</w:t>
            </w:r>
            <w:r w:rsidR="00275701">
              <w:rPr>
                <w:rFonts w:asciiTheme="majorHAnsi" w:hAnsiTheme="majorHAnsi" w:cstheme="majorHAnsi"/>
                <w:b/>
                <w:bCs/>
                <w:sz w:val="22"/>
              </w:rPr>
              <w:t>0</w:t>
            </w:r>
            <w:r w:rsidRPr="00E03A50">
              <w:rPr>
                <w:rFonts w:asciiTheme="majorHAnsi" w:hAnsiTheme="majorHAnsi" w:cstheme="majorHAnsi"/>
                <w:b/>
                <w:bCs/>
                <w:sz w:val="22"/>
              </w:rPr>
              <w:t>0</w:t>
            </w:r>
          </w:p>
        </w:tc>
      </w:tr>
      <w:tr w:rsidR="00FC41C3" w:rsidRPr="00E03A50" w14:paraId="5D896A19" w14:textId="77777777" w:rsidTr="008B53A8">
        <w:trPr>
          <w:trHeight w:val="397"/>
        </w:trPr>
        <w:tc>
          <w:tcPr>
            <w:tcW w:w="1413" w:type="dxa"/>
            <w:shd w:val="clear" w:color="auto" w:fill="F2F2F2" w:themeFill="background1" w:themeFillShade="F2"/>
            <w:vAlign w:val="center"/>
          </w:tcPr>
          <w:p w14:paraId="76B1F628" w14:textId="7777777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243D44E9" w14:textId="3C139CC4" w:rsidR="00FC41C3" w:rsidRPr="00435960" w:rsidRDefault="00691693" w:rsidP="00691693">
            <w:pPr>
              <w:spacing w:line="260" w:lineRule="exact"/>
              <w:jc w:val="center"/>
              <w:rPr>
                <w:rFonts w:asciiTheme="majorHAnsi" w:hAnsiTheme="majorHAnsi" w:cstheme="majorHAnsi"/>
                <w:b/>
                <w:bCs/>
                <w:i/>
                <w:iCs/>
                <w:sz w:val="22"/>
              </w:rPr>
            </w:pPr>
            <w:r w:rsidRPr="00435960">
              <w:rPr>
                <w:rFonts w:asciiTheme="majorHAnsi" w:hAnsiTheme="majorHAnsi" w:cstheme="majorHAnsi"/>
                <w:b/>
                <w:bCs/>
                <w:i/>
                <w:iCs/>
                <w:sz w:val="22"/>
              </w:rPr>
              <w:t>After Sales Support</w:t>
            </w:r>
            <w:r w:rsidR="00B8599A">
              <w:rPr>
                <w:rFonts w:asciiTheme="majorHAnsi" w:hAnsiTheme="majorHAnsi" w:cstheme="majorHAnsi"/>
                <w:b/>
                <w:bCs/>
                <w:i/>
                <w:iCs/>
                <w:sz w:val="22"/>
              </w:rPr>
              <w:t xml:space="preserve"> &amp; </w:t>
            </w:r>
            <w:r w:rsidRPr="00435960">
              <w:rPr>
                <w:rFonts w:asciiTheme="majorHAnsi" w:hAnsiTheme="majorHAnsi" w:cstheme="majorHAnsi"/>
                <w:b/>
                <w:bCs/>
                <w:i/>
                <w:iCs/>
                <w:sz w:val="22"/>
              </w:rPr>
              <w:t>Maintenance</w:t>
            </w:r>
          </w:p>
        </w:tc>
      </w:tr>
      <w:tr w:rsidR="00FC41C3" w:rsidRPr="00E03A50" w14:paraId="34F54F2B" w14:textId="77777777" w:rsidTr="008B53A8">
        <w:trPr>
          <w:trHeight w:val="1417"/>
        </w:trPr>
        <w:tc>
          <w:tcPr>
            <w:tcW w:w="1413" w:type="dxa"/>
            <w:shd w:val="clear" w:color="auto" w:fill="F2F2F2" w:themeFill="background1" w:themeFillShade="F2"/>
            <w:vAlign w:val="center"/>
          </w:tcPr>
          <w:p w14:paraId="7BB8178C" w14:textId="7777777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4A38DED1" w14:textId="7EBCE097" w:rsidR="00355024" w:rsidRPr="002C1F09" w:rsidRDefault="00355024" w:rsidP="00355024">
            <w:pPr>
              <w:ind w:left="-57"/>
              <w:rPr>
                <w:rFonts w:asciiTheme="majorHAnsi" w:hAnsiTheme="majorHAnsi" w:cstheme="majorHAnsi"/>
                <w:iCs/>
                <w:sz w:val="22"/>
              </w:rPr>
            </w:pPr>
            <w:r w:rsidRPr="002C1F09">
              <w:rPr>
                <w:rFonts w:asciiTheme="majorHAnsi" w:hAnsiTheme="majorHAnsi" w:cstheme="majorHAnsi"/>
                <w:iCs/>
                <w:sz w:val="22"/>
              </w:rPr>
              <w:t xml:space="preserve">Tenderers must provide comprehensive information on: </w:t>
            </w:r>
          </w:p>
          <w:p w14:paraId="208132B2" w14:textId="75A94C1B" w:rsidR="00197081" w:rsidRPr="002C1F09" w:rsidRDefault="00355024" w:rsidP="004D3388">
            <w:pPr>
              <w:pStyle w:val="ListParagraph"/>
              <w:numPr>
                <w:ilvl w:val="0"/>
                <w:numId w:val="11"/>
              </w:numPr>
              <w:spacing w:line="260" w:lineRule="exact"/>
              <w:jc w:val="both"/>
              <w:rPr>
                <w:rFonts w:asciiTheme="majorHAnsi" w:hAnsiTheme="majorHAnsi" w:cstheme="majorHAnsi"/>
                <w:iCs/>
                <w:sz w:val="22"/>
              </w:rPr>
            </w:pPr>
            <w:r w:rsidRPr="002C1F09">
              <w:rPr>
                <w:rFonts w:asciiTheme="majorHAnsi" w:hAnsiTheme="majorHAnsi" w:cstheme="majorHAnsi"/>
                <w:iCs/>
                <w:sz w:val="22"/>
              </w:rPr>
              <w:t xml:space="preserve">after sales support </w:t>
            </w:r>
            <w:r w:rsidR="005759EA" w:rsidRPr="002C1F09">
              <w:rPr>
                <w:rFonts w:asciiTheme="majorHAnsi" w:hAnsiTheme="majorHAnsi" w:cstheme="majorHAnsi"/>
                <w:iCs/>
                <w:sz w:val="22"/>
              </w:rPr>
              <w:t>and maintenance</w:t>
            </w:r>
            <w:r w:rsidR="00197081" w:rsidRPr="002C1F09">
              <w:rPr>
                <w:rFonts w:asciiTheme="majorHAnsi" w:hAnsiTheme="majorHAnsi" w:cstheme="majorHAnsi"/>
                <w:iCs/>
                <w:sz w:val="22"/>
              </w:rPr>
              <w:t xml:space="preserve"> provided </w:t>
            </w:r>
          </w:p>
          <w:p w14:paraId="076ED68A" w14:textId="64B59A5E" w:rsidR="00197081" w:rsidRPr="002C1F09" w:rsidRDefault="009B096A" w:rsidP="004D3388">
            <w:pPr>
              <w:pStyle w:val="ListParagraph"/>
              <w:numPr>
                <w:ilvl w:val="0"/>
                <w:numId w:val="11"/>
              </w:numPr>
              <w:spacing w:line="260" w:lineRule="exact"/>
              <w:jc w:val="both"/>
              <w:rPr>
                <w:rFonts w:asciiTheme="majorHAnsi" w:hAnsiTheme="majorHAnsi" w:cstheme="majorHAnsi"/>
                <w:iCs/>
                <w:sz w:val="22"/>
              </w:rPr>
            </w:pPr>
            <w:r w:rsidRPr="002C1F09">
              <w:rPr>
                <w:rFonts w:asciiTheme="majorHAnsi" w:hAnsiTheme="majorHAnsi" w:cstheme="majorHAnsi"/>
                <w:iCs/>
                <w:sz w:val="22"/>
              </w:rPr>
              <w:t>technical support (particularly on-site support)</w:t>
            </w:r>
          </w:p>
          <w:p w14:paraId="606C4739" w14:textId="7204D4B3" w:rsidR="00FC41C3" w:rsidRPr="002C1F09" w:rsidRDefault="00884063" w:rsidP="004D3388">
            <w:pPr>
              <w:pStyle w:val="ListParagraph"/>
              <w:numPr>
                <w:ilvl w:val="0"/>
                <w:numId w:val="11"/>
              </w:numPr>
              <w:spacing w:line="260" w:lineRule="exact"/>
              <w:jc w:val="both"/>
              <w:rPr>
                <w:rFonts w:asciiTheme="majorHAnsi" w:hAnsiTheme="majorHAnsi" w:cstheme="majorHAnsi"/>
                <w:iCs/>
                <w:sz w:val="22"/>
              </w:rPr>
            </w:pPr>
            <w:r w:rsidRPr="002C1F09">
              <w:rPr>
                <w:rFonts w:asciiTheme="majorHAnsi" w:hAnsiTheme="majorHAnsi" w:cstheme="majorHAnsi"/>
                <w:iCs/>
                <w:sz w:val="22"/>
              </w:rPr>
              <w:t>training offered – number of days, price (included in unit price), refresher training</w:t>
            </w:r>
            <w:r w:rsidR="000F2041" w:rsidRPr="002C1F09">
              <w:rPr>
                <w:rFonts w:asciiTheme="majorHAnsi" w:hAnsiTheme="majorHAnsi" w:cstheme="majorHAnsi"/>
                <w:iCs/>
                <w:sz w:val="22"/>
              </w:rPr>
              <w:t xml:space="preserve"> etc. </w:t>
            </w:r>
          </w:p>
        </w:tc>
      </w:tr>
      <w:tr w:rsidR="00FC41C3" w:rsidRPr="00E03A50" w14:paraId="476B63AE" w14:textId="77777777" w:rsidTr="0016261F">
        <w:trPr>
          <w:trHeight w:val="3402"/>
        </w:trPr>
        <w:tc>
          <w:tcPr>
            <w:tcW w:w="1413" w:type="dxa"/>
            <w:shd w:val="clear" w:color="auto" w:fill="F2F2F2" w:themeFill="background1" w:themeFillShade="F2"/>
            <w:vAlign w:val="center"/>
          </w:tcPr>
          <w:p w14:paraId="41EAE8F5" w14:textId="77777777" w:rsidR="00FC41C3" w:rsidRPr="00E03A50" w:rsidRDefault="00FC41C3"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6BF7CBA7" w14:textId="77777777" w:rsidR="00FC41C3" w:rsidRPr="00E03A50" w:rsidRDefault="00FC41C3" w:rsidP="008B53A8">
            <w:pPr>
              <w:spacing w:line="260" w:lineRule="exact"/>
              <w:rPr>
                <w:rFonts w:asciiTheme="majorHAnsi" w:hAnsiTheme="majorHAnsi" w:cstheme="majorHAnsi"/>
                <w:sz w:val="22"/>
              </w:rPr>
            </w:pPr>
          </w:p>
          <w:p w14:paraId="1C4CBEE8" w14:textId="77777777" w:rsidR="00FC41C3" w:rsidRDefault="00FC41C3" w:rsidP="008B53A8">
            <w:pPr>
              <w:spacing w:line="260" w:lineRule="exact"/>
              <w:rPr>
                <w:rFonts w:asciiTheme="majorHAnsi" w:hAnsiTheme="majorHAnsi" w:cstheme="majorHAnsi"/>
                <w:sz w:val="22"/>
              </w:rPr>
            </w:pPr>
          </w:p>
          <w:p w14:paraId="2466BEAB" w14:textId="77777777" w:rsidR="00085B0D" w:rsidRDefault="00085B0D" w:rsidP="008B53A8">
            <w:pPr>
              <w:spacing w:line="260" w:lineRule="exact"/>
              <w:rPr>
                <w:rFonts w:asciiTheme="majorHAnsi" w:hAnsiTheme="majorHAnsi" w:cstheme="majorHAnsi"/>
                <w:sz w:val="22"/>
              </w:rPr>
            </w:pPr>
          </w:p>
          <w:p w14:paraId="5C9D4E5C" w14:textId="77777777" w:rsidR="00085B0D" w:rsidRDefault="00085B0D" w:rsidP="008B53A8">
            <w:pPr>
              <w:spacing w:line="260" w:lineRule="exact"/>
              <w:rPr>
                <w:rFonts w:asciiTheme="majorHAnsi" w:hAnsiTheme="majorHAnsi" w:cstheme="majorHAnsi"/>
                <w:sz w:val="22"/>
              </w:rPr>
            </w:pPr>
          </w:p>
          <w:p w14:paraId="77024EFF" w14:textId="77777777" w:rsidR="00085B0D" w:rsidRDefault="00085B0D" w:rsidP="008B53A8">
            <w:pPr>
              <w:spacing w:line="260" w:lineRule="exact"/>
              <w:rPr>
                <w:rFonts w:asciiTheme="majorHAnsi" w:hAnsiTheme="majorHAnsi" w:cstheme="majorHAnsi"/>
                <w:sz w:val="22"/>
              </w:rPr>
            </w:pPr>
          </w:p>
          <w:p w14:paraId="6BACD73C" w14:textId="77777777" w:rsidR="00085B0D" w:rsidRPr="00E03A50" w:rsidRDefault="00085B0D" w:rsidP="008B53A8">
            <w:pPr>
              <w:spacing w:line="260" w:lineRule="exact"/>
              <w:rPr>
                <w:rFonts w:asciiTheme="majorHAnsi" w:hAnsiTheme="majorHAnsi" w:cstheme="majorHAnsi"/>
                <w:sz w:val="22"/>
              </w:rPr>
            </w:pPr>
          </w:p>
          <w:p w14:paraId="474479DC" w14:textId="77777777" w:rsidR="00FC41C3" w:rsidRPr="00E03A50" w:rsidRDefault="00FC41C3" w:rsidP="008B53A8">
            <w:pPr>
              <w:spacing w:line="260" w:lineRule="exact"/>
              <w:rPr>
                <w:rFonts w:asciiTheme="majorHAnsi" w:hAnsiTheme="majorHAnsi" w:cstheme="majorHAnsi"/>
                <w:sz w:val="22"/>
              </w:rPr>
            </w:pPr>
          </w:p>
          <w:p w14:paraId="2903D3E0" w14:textId="77777777" w:rsidR="00FC41C3" w:rsidRPr="00E03A50" w:rsidRDefault="00FC41C3" w:rsidP="008B53A8">
            <w:pPr>
              <w:spacing w:line="260" w:lineRule="exact"/>
              <w:rPr>
                <w:rFonts w:asciiTheme="majorHAnsi" w:hAnsiTheme="majorHAnsi" w:cstheme="majorHAnsi"/>
                <w:sz w:val="22"/>
              </w:rPr>
            </w:pPr>
          </w:p>
          <w:p w14:paraId="12E401E2" w14:textId="77777777" w:rsidR="00FC41C3" w:rsidRPr="00E03A50" w:rsidRDefault="00FC41C3" w:rsidP="008B53A8">
            <w:pPr>
              <w:spacing w:line="260" w:lineRule="exact"/>
              <w:rPr>
                <w:rFonts w:asciiTheme="majorHAnsi" w:hAnsiTheme="majorHAnsi" w:cstheme="majorHAnsi"/>
                <w:sz w:val="22"/>
              </w:rPr>
            </w:pPr>
          </w:p>
          <w:p w14:paraId="5028F5D8" w14:textId="77777777" w:rsidR="00FC41C3" w:rsidRPr="00E03A50" w:rsidRDefault="00FC41C3" w:rsidP="008B53A8">
            <w:pPr>
              <w:spacing w:line="260" w:lineRule="exact"/>
              <w:rPr>
                <w:rFonts w:asciiTheme="majorHAnsi" w:hAnsiTheme="majorHAnsi" w:cstheme="majorHAnsi"/>
                <w:sz w:val="22"/>
              </w:rPr>
            </w:pPr>
          </w:p>
          <w:p w14:paraId="4E6C48E4" w14:textId="77777777" w:rsidR="00FC41C3" w:rsidRPr="00E03A50" w:rsidRDefault="00FC41C3" w:rsidP="008B53A8">
            <w:pPr>
              <w:spacing w:line="260" w:lineRule="exact"/>
              <w:rPr>
                <w:rFonts w:asciiTheme="majorHAnsi" w:hAnsiTheme="majorHAnsi" w:cstheme="majorHAnsi"/>
                <w:sz w:val="22"/>
              </w:rPr>
            </w:pPr>
          </w:p>
          <w:p w14:paraId="2B354279" w14:textId="77777777" w:rsidR="00FC41C3" w:rsidRPr="00E03A50" w:rsidRDefault="00FC41C3" w:rsidP="008B53A8">
            <w:pPr>
              <w:spacing w:line="260" w:lineRule="exact"/>
              <w:rPr>
                <w:rFonts w:asciiTheme="majorHAnsi" w:hAnsiTheme="majorHAnsi" w:cstheme="majorHAnsi"/>
                <w:sz w:val="22"/>
              </w:rPr>
            </w:pPr>
          </w:p>
          <w:p w14:paraId="3543E829" w14:textId="77777777" w:rsidR="00FC41C3" w:rsidRPr="00E03A50" w:rsidRDefault="00FC41C3" w:rsidP="008B53A8">
            <w:pPr>
              <w:spacing w:line="260" w:lineRule="exact"/>
              <w:rPr>
                <w:rFonts w:asciiTheme="majorHAnsi" w:hAnsiTheme="majorHAnsi" w:cstheme="majorHAnsi"/>
                <w:sz w:val="22"/>
              </w:rPr>
            </w:pPr>
          </w:p>
          <w:p w14:paraId="092E3C52" w14:textId="77777777" w:rsidR="00FC41C3" w:rsidRPr="00E03A50" w:rsidRDefault="00FC41C3" w:rsidP="008B53A8">
            <w:pPr>
              <w:spacing w:line="260" w:lineRule="exact"/>
              <w:rPr>
                <w:rFonts w:asciiTheme="majorHAnsi" w:hAnsiTheme="majorHAnsi" w:cstheme="majorHAnsi"/>
                <w:sz w:val="22"/>
              </w:rPr>
            </w:pPr>
          </w:p>
          <w:p w14:paraId="4DCCDDF2" w14:textId="77777777" w:rsidR="00FC41C3" w:rsidRPr="00E03A50" w:rsidRDefault="00FC41C3" w:rsidP="008B53A8">
            <w:pPr>
              <w:spacing w:line="260" w:lineRule="exact"/>
              <w:rPr>
                <w:rFonts w:asciiTheme="majorHAnsi" w:hAnsiTheme="majorHAnsi" w:cstheme="majorHAnsi"/>
                <w:sz w:val="22"/>
              </w:rPr>
            </w:pPr>
          </w:p>
        </w:tc>
      </w:tr>
      <w:tr w:rsidR="00085B0D" w:rsidRPr="00E03A50" w14:paraId="2BFA3AAC" w14:textId="77777777" w:rsidTr="008B53A8">
        <w:trPr>
          <w:trHeight w:val="397"/>
        </w:trPr>
        <w:tc>
          <w:tcPr>
            <w:tcW w:w="1413" w:type="dxa"/>
            <w:vMerge w:val="restart"/>
            <w:shd w:val="clear" w:color="auto" w:fill="F2F2F2" w:themeFill="background1" w:themeFillShade="F2"/>
            <w:vAlign w:val="center"/>
          </w:tcPr>
          <w:p w14:paraId="06E58024" w14:textId="1C027EC8"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lastRenderedPageBreak/>
              <w:t xml:space="preserve">Criterion </w:t>
            </w:r>
            <w:r w:rsidR="00EA7B88">
              <w:rPr>
                <w:rFonts w:asciiTheme="majorHAnsi" w:hAnsiTheme="majorHAnsi" w:cstheme="majorHAnsi"/>
                <w:b/>
                <w:bCs/>
                <w:sz w:val="22"/>
              </w:rPr>
              <w:t>C</w:t>
            </w:r>
          </w:p>
        </w:tc>
        <w:tc>
          <w:tcPr>
            <w:tcW w:w="1843" w:type="dxa"/>
            <w:shd w:val="clear" w:color="auto" w:fill="F2F2F2" w:themeFill="background1" w:themeFillShade="F2"/>
            <w:vAlign w:val="center"/>
          </w:tcPr>
          <w:p w14:paraId="2D71A5F8" w14:textId="77777777" w:rsidR="00085B0D" w:rsidRPr="00E03A50" w:rsidRDefault="00085B0D"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7BF8DA1B" w14:textId="77777777" w:rsidR="00085B0D" w:rsidRPr="00E03A50" w:rsidRDefault="00085B0D"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14D434CC" w14:textId="77777777" w:rsidR="00085B0D" w:rsidRPr="00E03A50" w:rsidRDefault="00085B0D"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085B0D" w:rsidRPr="00E03A50" w14:paraId="1F86338B" w14:textId="77777777" w:rsidTr="008B53A8">
        <w:trPr>
          <w:trHeight w:val="397"/>
        </w:trPr>
        <w:tc>
          <w:tcPr>
            <w:tcW w:w="1413" w:type="dxa"/>
            <w:vMerge/>
            <w:shd w:val="clear" w:color="auto" w:fill="F2F2F2" w:themeFill="background1" w:themeFillShade="F2"/>
          </w:tcPr>
          <w:p w14:paraId="39A993AE" w14:textId="77777777" w:rsidR="00085B0D" w:rsidRPr="00E03A50" w:rsidRDefault="00085B0D"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399340B8" w14:textId="08066C5F" w:rsidR="00085B0D" w:rsidRPr="00E03A50" w:rsidRDefault="00085B0D"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20</w:t>
            </w:r>
            <w:r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6126A9C2" w14:textId="108A4E1D" w:rsidR="00085B0D" w:rsidRPr="00E03A50" w:rsidRDefault="00085B0D" w:rsidP="008B53A8">
            <w:pPr>
              <w:spacing w:line="260" w:lineRule="exact"/>
              <w:jc w:val="center"/>
              <w:rPr>
                <w:rFonts w:asciiTheme="majorHAnsi" w:hAnsiTheme="majorHAnsi" w:cstheme="majorHAnsi"/>
                <w:b/>
                <w:bCs/>
                <w:sz w:val="22"/>
              </w:rPr>
            </w:pPr>
            <w:r>
              <w:rPr>
                <w:rFonts w:asciiTheme="majorHAnsi" w:hAnsiTheme="majorHAnsi" w:cstheme="majorHAnsi"/>
                <w:b/>
                <w:bCs/>
                <w:sz w:val="22"/>
              </w:rPr>
              <w:t>20</w:t>
            </w:r>
            <w:r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234B6C4B" w14:textId="60AA646B" w:rsidR="00085B0D" w:rsidRPr="00E03A50" w:rsidRDefault="00085B0D" w:rsidP="008B53A8">
            <w:pPr>
              <w:spacing w:line="260" w:lineRule="exact"/>
              <w:jc w:val="center"/>
              <w:rPr>
                <w:rFonts w:asciiTheme="majorHAnsi" w:hAnsiTheme="majorHAnsi" w:cstheme="majorHAnsi"/>
                <w:b/>
                <w:bCs/>
                <w:sz w:val="22"/>
              </w:rPr>
            </w:pPr>
            <w:r>
              <w:rPr>
                <w:rFonts w:asciiTheme="majorHAnsi" w:hAnsiTheme="majorHAnsi" w:cstheme="majorHAnsi"/>
                <w:b/>
                <w:bCs/>
                <w:sz w:val="22"/>
              </w:rPr>
              <w:t>100</w:t>
            </w:r>
            <w:r w:rsidRPr="00E03A50">
              <w:rPr>
                <w:rFonts w:asciiTheme="majorHAnsi" w:hAnsiTheme="majorHAnsi" w:cstheme="majorHAnsi"/>
                <w:b/>
                <w:bCs/>
                <w:sz w:val="22"/>
              </w:rPr>
              <w:t>0</w:t>
            </w:r>
          </w:p>
        </w:tc>
      </w:tr>
      <w:tr w:rsidR="00085B0D" w:rsidRPr="00E03A50" w14:paraId="7B5825A9" w14:textId="77777777" w:rsidTr="008B53A8">
        <w:trPr>
          <w:trHeight w:val="397"/>
        </w:trPr>
        <w:tc>
          <w:tcPr>
            <w:tcW w:w="1413" w:type="dxa"/>
            <w:shd w:val="clear" w:color="auto" w:fill="F2F2F2" w:themeFill="background1" w:themeFillShade="F2"/>
            <w:vAlign w:val="center"/>
          </w:tcPr>
          <w:p w14:paraId="7A741B1B" w14:textId="77777777"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5340E32D" w14:textId="201DE50B" w:rsidR="00085B0D" w:rsidRPr="00435960" w:rsidRDefault="00435960" w:rsidP="008B53A8">
            <w:pPr>
              <w:spacing w:line="260" w:lineRule="exact"/>
              <w:jc w:val="center"/>
              <w:rPr>
                <w:rFonts w:asciiTheme="majorHAnsi" w:hAnsiTheme="majorHAnsi" w:cstheme="majorHAnsi"/>
                <w:b/>
                <w:bCs/>
                <w:i/>
                <w:iCs/>
                <w:sz w:val="22"/>
              </w:rPr>
            </w:pPr>
            <w:r w:rsidRPr="00435960">
              <w:rPr>
                <w:rFonts w:asciiTheme="majorHAnsi" w:hAnsiTheme="majorHAnsi" w:cstheme="majorHAnsi"/>
                <w:b/>
                <w:bCs/>
                <w:i/>
                <w:iCs/>
                <w:sz w:val="22"/>
              </w:rPr>
              <w:t>Reliability and Continuity of Service</w:t>
            </w:r>
          </w:p>
        </w:tc>
      </w:tr>
      <w:tr w:rsidR="00085B0D" w:rsidRPr="00E03A50" w14:paraId="7AA53E74" w14:textId="77777777" w:rsidTr="002C1F09">
        <w:trPr>
          <w:trHeight w:val="907"/>
        </w:trPr>
        <w:tc>
          <w:tcPr>
            <w:tcW w:w="1413" w:type="dxa"/>
            <w:shd w:val="clear" w:color="auto" w:fill="F2F2F2" w:themeFill="background1" w:themeFillShade="F2"/>
            <w:vAlign w:val="center"/>
          </w:tcPr>
          <w:p w14:paraId="7FA9CF4F" w14:textId="77777777"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3492B136" w14:textId="0596FB91" w:rsidR="00085B0D" w:rsidRPr="002C1F09" w:rsidRDefault="00187775" w:rsidP="008B53A8">
            <w:pPr>
              <w:spacing w:line="260" w:lineRule="exact"/>
              <w:jc w:val="both"/>
              <w:rPr>
                <w:rFonts w:asciiTheme="majorHAnsi" w:hAnsiTheme="majorHAnsi" w:cstheme="majorHAnsi"/>
                <w:sz w:val="22"/>
              </w:rPr>
            </w:pPr>
            <w:r w:rsidRPr="002C1F09">
              <w:rPr>
                <w:rFonts w:asciiTheme="majorHAnsi" w:hAnsiTheme="majorHAnsi" w:cstheme="majorHAnsi"/>
                <w:iCs/>
                <w:sz w:val="22"/>
              </w:rPr>
              <w:t>Tenderer to provide comprehensive information of staff assigned to this contract to demonstrate prior experience in delivering similar roles.</w:t>
            </w:r>
            <w:r w:rsidR="00085B0D" w:rsidRPr="002C1F09">
              <w:rPr>
                <w:rFonts w:asciiTheme="majorHAnsi" w:hAnsiTheme="majorHAnsi" w:cstheme="majorHAnsi"/>
                <w:iCs/>
                <w:sz w:val="22"/>
              </w:rPr>
              <w:t xml:space="preserve"> </w:t>
            </w:r>
          </w:p>
        </w:tc>
      </w:tr>
      <w:tr w:rsidR="00085B0D" w:rsidRPr="00E03A50" w14:paraId="155091B2" w14:textId="77777777" w:rsidTr="0016261F">
        <w:trPr>
          <w:trHeight w:val="3402"/>
        </w:trPr>
        <w:tc>
          <w:tcPr>
            <w:tcW w:w="1413" w:type="dxa"/>
            <w:shd w:val="clear" w:color="auto" w:fill="F2F2F2" w:themeFill="background1" w:themeFillShade="F2"/>
            <w:vAlign w:val="center"/>
          </w:tcPr>
          <w:p w14:paraId="3059E02D" w14:textId="77777777" w:rsidR="00085B0D" w:rsidRPr="00E03A50" w:rsidRDefault="00085B0D"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02F9F7E4" w14:textId="77777777" w:rsidR="00085B0D" w:rsidRPr="00E03A50" w:rsidRDefault="00085B0D" w:rsidP="008B53A8">
            <w:pPr>
              <w:spacing w:line="260" w:lineRule="exact"/>
              <w:rPr>
                <w:rFonts w:asciiTheme="majorHAnsi" w:hAnsiTheme="majorHAnsi" w:cstheme="majorHAnsi"/>
                <w:sz w:val="22"/>
              </w:rPr>
            </w:pPr>
          </w:p>
          <w:p w14:paraId="4AA79BA0" w14:textId="77777777" w:rsidR="00085B0D" w:rsidRDefault="00085B0D" w:rsidP="008B53A8">
            <w:pPr>
              <w:spacing w:line="260" w:lineRule="exact"/>
              <w:rPr>
                <w:rFonts w:asciiTheme="majorHAnsi" w:hAnsiTheme="majorHAnsi" w:cstheme="majorHAnsi"/>
                <w:sz w:val="22"/>
              </w:rPr>
            </w:pPr>
          </w:p>
          <w:p w14:paraId="1B0A3301" w14:textId="77777777" w:rsidR="00085B0D" w:rsidRDefault="00085B0D" w:rsidP="008B53A8">
            <w:pPr>
              <w:spacing w:line="260" w:lineRule="exact"/>
              <w:rPr>
                <w:rFonts w:asciiTheme="majorHAnsi" w:hAnsiTheme="majorHAnsi" w:cstheme="majorHAnsi"/>
                <w:sz w:val="22"/>
              </w:rPr>
            </w:pPr>
          </w:p>
          <w:p w14:paraId="71536ABA" w14:textId="77777777" w:rsidR="00085B0D" w:rsidRDefault="00085B0D" w:rsidP="008B53A8">
            <w:pPr>
              <w:spacing w:line="260" w:lineRule="exact"/>
              <w:rPr>
                <w:rFonts w:asciiTheme="majorHAnsi" w:hAnsiTheme="majorHAnsi" w:cstheme="majorHAnsi"/>
                <w:sz w:val="22"/>
              </w:rPr>
            </w:pPr>
          </w:p>
          <w:p w14:paraId="283258B5" w14:textId="77777777" w:rsidR="00085B0D" w:rsidRDefault="00085B0D" w:rsidP="008B53A8">
            <w:pPr>
              <w:spacing w:line="260" w:lineRule="exact"/>
              <w:rPr>
                <w:rFonts w:asciiTheme="majorHAnsi" w:hAnsiTheme="majorHAnsi" w:cstheme="majorHAnsi"/>
                <w:sz w:val="22"/>
              </w:rPr>
            </w:pPr>
          </w:p>
          <w:p w14:paraId="2E81EA67" w14:textId="77777777" w:rsidR="00085B0D" w:rsidRPr="00E03A50" w:rsidRDefault="00085B0D" w:rsidP="008B53A8">
            <w:pPr>
              <w:spacing w:line="260" w:lineRule="exact"/>
              <w:rPr>
                <w:rFonts w:asciiTheme="majorHAnsi" w:hAnsiTheme="majorHAnsi" w:cstheme="majorHAnsi"/>
                <w:sz w:val="22"/>
              </w:rPr>
            </w:pPr>
          </w:p>
          <w:p w14:paraId="490A324E" w14:textId="77777777" w:rsidR="00085B0D" w:rsidRPr="00E03A50" w:rsidRDefault="00085B0D" w:rsidP="008B53A8">
            <w:pPr>
              <w:spacing w:line="260" w:lineRule="exact"/>
              <w:rPr>
                <w:rFonts w:asciiTheme="majorHAnsi" w:hAnsiTheme="majorHAnsi" w:cstheme="majorHAnsi"/>
                <w:sz w:val="22"/>
              </w:rPr>
            </w:pPr>
          </w:p>
          <w:p w14:paraId="2738BFB7" w14:textId="77777777" w:rsidR="00085B0D" w:rsidRPr="00E03A50" w:rsidRDefault="00085B0D" w:rsidP="008B53A8">
            <w:pPr>
              <w:spacing w:line="260" w:lineRule="exact"/>
              <w:rPr>
                <w:rFonts w:asciiTheme="majorHAnsi" w:hAnsiTheme="majorHAnsi" w:cstheme="majorHAnsi"/>
                <w:sz w:val="22"/>
              </w:rPr>
            </w:pPr>
          </w:p>
          <w:p w14:paraId="471FA01A" w14:textId="77777777" w:rsidR="00085B0D" w:rsidRPr="00E03A50" w:rsidRDefault="00085B0D" w:rsidP="008B53A8">
            <w:pPr>
              <w:spacing w:line="260" w:lineRule="exact"/>
              <w:rPr>
                <w:rFonts w:asciiTheme="majorHAnsi" w:hAnsiTheme="majorHAnsi" w:cstheme="majorHAnsi"/>
                <w:sz w:val="22"/>
              </w:rPr>
            </w:pPr>
          </w:p>
          <w:p w14:paraId="234DF05F" w14:textId="77777777" w:rsidR="00085B0D" w:rsidRPr="00E03A50" w:rsidRDefault="00085B0D" w:rsidP="008B53A8">
            <w:pPr>
              <w:spacing w:line="260" w:lineRule="exact"/>
              <w:rPr>
                <w:rFonts w:asciiTheme="majorHAnsi" w:hAnsiTheme="majorHAnsi" w:cstheme="majorHAnsi"/>
                <w:sz w:val="22"/>
              </w:rPr>
            </w:pPr>
          </w:p>
          <w:p w14:paraId="000B27B6" w14:textId="77777777" w:rsidR="00085B0D" w:rsidRPr="00E03A50" w:rsidRDefault="00085B0D" w:rsidP="008B53A8">
            <w:pPr>
              <w:spacing w:line="260" w:lineRule="exact"/>
              <w:rPr>
                <w:rFonts w:asciiTheme="majorHAnsi" w:hAnsiTheme="majorHAnsi" w:cstheme="majorHAnsi"/>
                <w:sz w:val="22"/>
              </w:rPr>
            </w:pPr>
          </w:p>
          <w:p w14:paraId="46FF1143" w14:textId="77777777" w:rsidR="00085B0D" w:rsidRPr="00E03A50" w:rsidRDefault="00085B0D" w:rsidP="008B53A8">
            <w:pPr>
              <w:spacing w:line="260" w:lineRule="exact"/>
              <w:rPr>
                <w:rFonts w:asciiTheme="majorHAnsi" w:hAnsiTheme="majorHAnsi" w:cstheme="majorHAnsi"/>
                <w:sz w:val="22"/>
              </w:rPr>
            </w:pPr>
          </w:p>
          <w:p w14:paraId="42460E42" w14:textId="77777777" w:rsidR="00085B0D" w:rsidRPr="00E03A50" w:rsidRDefault="00085B0D" w:rsidP="008B53A8">
            <w:pPr>
              <w:spacing w:line="260" w:lineRule="exact"/>
              <w:rPr>
                <w:rFonts w:asciiTheme="majorHAnsi" w:hAnsiTheme="majorHAnsi" w:cstheme="majorHAnsi"/>
                <w:sz w:val="22"/>
              </w:rPr>
            </w:pPr>
          </w:p>
          <w:p w14:paraId="149DD611" w14:textId="77777777" w:rsidR="00085B0D" w:rsidRPr="00E03A50" w:rsidRDefault="00085B0D" w:rsidP="008B53A8">
            <w:pPr>
              <w:spacing w:line="260" w:lineRule="exact"/>
              <w:rPr>
                <w:rFonts w:asciiTheme="majorHAnsi" w:hAnsiTheme="majorHAnsi" w:cstheme="majorHAnsi"/>
                <w:sz w:val="22"/>
              </w:rPr>
            </w:pPr>
          </w:p>
          <w:p w14:paraId="062A06B9" w14:textId="77777777" w:rsidR="00085B0D" w:rsidRPr="00E03A50" w:rsidRDefault="00085B0D" w:rsidP="008B53A8">
            <w:pPr>
              <w:spacing w:line="260" w:lineRule="exact"/>
              <w:rPr>
                <w:rFonts w:asciiTheme="majorHAnsi" w:hAnsiTheme="majorHAnsi" w:cstheme="majorHAnsi"/>
                <w:sz w:val="22"/>
              </w:rPr>
            </w:pPr>
          </w:p>
        </w:tc>
      </w:tr>
    </w:tbl>
    <w:p w14:paraId="2CC5B4B3" w14:textId="77777777" w:rsidR="00085B0D" w:rsidRDefault="00085B0D" w:rsidP="00085B0D">
      <w:pPr>
        <w:spacing w:after="0" w:line="260" w:lineRule="exact"/>
        <w:rPr>
          <w:rFonts w:asciiTheme="majorHAnsi" w:hAnsiTheme="majorHAnsi" w:cstheme="majorHAnsi"/>
          <w:b/>
          <w:bCs/>
          <w:sz w:val="26"/>
          <w:szCs w:val="26"/>
        </w:rPr>
      </w:pPr>
    </w:p>
    <w:p w14:paraId="1AC2294E" w14:textId="77777777" w:rsidR="00B8599A" w:rsidRDefault="00B8599A" w:rsidP="00085B0D">
      <w:pPr>
        <w:spacing w:after="0" w:line="260" w:lineRule="exact"/>
        <w:rPr>
          <w:rFonts w:asciiTheme="majorHAnsi" w:hAnsiTheme="majorHAnsi" w:cstheme="majorHAnsi"/>
          <w:b/>
          <w:bCs/>
          <w:sz w:val="26"/>
          <w:szCs w:val="26"/>
        </w:rPr>
      </w:pPr>
    </w:p>
    <w:tbl>
      <w:tblPr>
        <w:tblStyle w:val="TableGrid"/>
        <w:tblW w:w="0" w:type="auto"/>
        <w:tblLook w:val="04A0" w:firstRow="1" w:lastRow="0" w:firstColumn="1" w:lastColumn="0" w:noHBand="0" w:noVBand="1"/>
      </w:tblPr>
      <w:tblGrid>
        <w:gridCol w:w="1413"/>
        <w:gridCol w:w="1843"/>
        <w:gridCol w:w="2835"/>
        <w:gridCol w:w="3259"/>
      </w:tblGrid>
      <w:tr w:rsidR="00B8599A" w:rsidRPr="00E03A50" w14:paraId="69980442" w14:textId="77777777" w:rsidTr="008B53A8">
        <w:trPr>
          <w:trHeight w:val="397"/>
        </w:trPr>
        <w:tc>
          <w:tcPr>
            <w:tcW w:w="1413" w:type="dxa"/>
            <w:vMerge w:val="restart"/>
            <w:shd w:val="clear" w:color="auto" w:fill="F2F2F2" w:themeFill="background1" w:themeFillShade="F2"/>
            <w:vAlign w:val="center"/>
          </w:tcPr>
          <w:p w14:paraId="444A8A6B" w14:textId="2A87A0D0"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sidR="00EA7B88">
              <w:rPr>
                <w:rFonts w:asciiTheme="majorHAnsi" w:hAnsiTheme="majorHAnsi" w:cstheme="majorHAnsi"/>
                <w:b/>
                <w:bCs/>
                <w:sz w:val="22"/>
              </w:rPr>
              <w:t>D</w:t>
            </w:r>
          </w:p>
        </w:tc>
        <w:tc>
          <w:tcPr>
            <w:tcW w:w="1843" w:type="dxa"/>
            <w:shd w:val="clear" w:color="auto" w:fill="F2F2F2" w:themeFill="background1" w:themeFillShade="F2"/>
            <w:vAlign w:val="center"/>
          </w:tcPr>
          <w:p w14:paraId="7AAD0B13"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5B8EE0CC"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1352C68E"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B8599A" w:rsidRPr="00E03A50" w14:paraId="500A37BA" w14:textId="77777777" w:rsidTr="008B53A8">
        <w:trPr>
          <w:trHeight w:val="397"/>
        </w:trPr>
        <w:tc>
          <w:tcPr>
            <w:tcW w:w="1413" w:type="dxa"/>
            <w:vMerge/>
            <w:shd w:val="clear" w:color="auto" w:fill="F2F2F2" w:themeFill="background1" w:themeFillShade="F2"/>
          </w:tcPr>
          <w:p w14:paraId="07E84D8B" w14:textId="77777777" w:rsidR="00B8599A" w:rsidRPr="00E03A50" w:rsidRDefault="00B8599A"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75F380BE" w14:textId="6A8DC7D9" w:rsidR="00B8599A" w:rsidRPr="00E03A50" w:rsidRDefault="00B8599A"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10</w:t>
            </w:r>
            <w:r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199F0285" w14:textId="25451725" w:rsidR="00B8599A" w:rsidRPr="00E03A50" w:rsidRDefault="00715FC7" w:rsidP="008B53A8">
            <w:pPr>
              <w:spacing w:line="260" w:lineRule="exact"/>
              <w:jc w:val="center"/>
              <w:rPr>
                <w:rFonts w:asciiTheme="majorHAnsi" w:hAnsiTheme="majorHAnsi" w:cstheme="majorHAnsi"/>
                <w:b/>
                <w:bCs/>
                <w:sz w:val="22"/>
              </w:rPr>
            </w:pPr>
            <w:r>
              <w:rPr>
                <w:rFonts w:asciiTheme="majorHAnsi" w:hAnsiTheme="majorHAnsi" w:cstheme="majorHAnsi"/>
                <w:b/>
                <w:bCs/>
                <w:sz w:val="22"/>
              </w:rPr>
              <w:t>1</w:t>
            </w:r>
            <w:r w:rsidR="00B8599A">
              <w:rPr>
                <w:rFonts w:asciiTheme="majorHAnsi" w:hAnsiTheme="majorHAnsi" w:cstheme="majorHAnsi"/>
                <w:b/>
                <w:bCs/>
                <w:sz w:val="22"/>
              </w:rPr>
              <w:t>0</w:t>
            </w:r>
            <w:r w:rsidR="00B8599A"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043067C9" w14:textId="3130F921" w:rsidR="00B8599A" w:rsidRPr="00E03A50" w:rsidRDefault="00715FC7" w:rsidP="008B53A8">
            <w:pPr>
              <w:spacing w:line="260" w:lineRule="exact"/>
              <w:jc w:val="center"/>
              <w:rPr>
                <w:rFonts w:asciiTheme="majorHAnsi" w:hAnsiTheme="majorHAnsi" w:cstheme="majorHAnsi"/>
                <w:b/>
                <w:bCs/>
                <w:sz w:val="22"/>
              </w:rPr>
            </w:pPr>
            <w:r>
              <w:rPr>
                <w:rFonts w:asciiTheme="majorHAnsi" w:hAnsiTheme="majorHAnsi" w:cstheme="majorHAnsi"/>
                <w:b/>
                <w:bCs/>
                <w:sz w:val="22"/>
              </w:rPr>
              <w:t>5</w:t>
            </w:r>
            <w:r w:rsidR="00B8599A">
              <w:rPr>
                <w:rFonts w:asciiTheme="majorHAnsi" w:hAnsiTheme="majorHAnsi" w:cstheme="majorHAnsi"/>
                <w:b/>
                <w:bCs/>
                <w:sz w:val="22"/>
              </w:rPr>
              <w:t>0</w:t>
            </w:r>
            <w:r w:rsidR="00B8599A" w:rsidRPr="00E03A50">
              <w:rPr>
                <w:rFonts w:asciiTheme="majorHAnsi" w:hAnsiTheme="majorHAnsi" w:cstheme="majorHAnsi"/>
                <w:b/>
                <w:bCs/>
                <w:sz w:val="22"/>
              </w:rPr>
              <w:t>0</w:t>
            </w:r>
          </w:p>
        </w:tc>
      </w:tr>
      <w:tr w:rsidR="00B8599A" w:rsidRPr="00E03A50" w14:paraId="0C248779" w14:textId="77777777" w:rsidTr="008B53A8">
        <w:trPr>
          <w:trHeight w:val="397"/>
        </w:trPr>
        <w:tc>
          <w:tcPr>
            <w:tcW w:w="1413" w:type="dxa"/>
            <w:shd w:val="clear" w:color="auto" w:fill="F2F2F2" w:themeFill="background1" w:themeFillShade="F2"/>
            <w:vAlign w:val="center"/>
          </w:tcPr>
          <w:p w14:paraId="3308ACC5"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6ED8BF01" w14:textId="167AA4CA" w:rsidR="00B8599A" w:rsidRPr="00435960" w:rsidRDefault="00B8599A" w:rsidP="008B53A8">
            <w:pPr>
              <w:spacing w:line="260" w:lineRule="exact"/>
              <w:jc w:val="center"/>
              <w:rPr>
                <w:rFonts w:asciiTheme="majorHAnsi" w:hAnsiTheme="majorHAnsi" w:cstheme="majorHAnsi"/>
                <w:b/>
                <w:bCs/>
                <w:i/>
                <w:iCs/>
                <w:sz w:val="22"/>
              </w:rPr>
            </w:pPr>
            <w:r>
              <w:rPr>
                <w:rFonts w:asciiTheme="majorHAnsi" w:hAnsiTheme="majorHAnsi" w:cstheme="majorHAnsi"/>
                <w:b/>
                <w:bCs/>
                <w:i/>
                <w:iCs/>
                <w:sz w:val="22"/>
              </w:rPr>
              <w:t>Delivery and Installation</w:t>
            </w:r>
          </w:p>
        </w:tc>
      </w:tr>
      <w:tr w:rsidR="00B8599A" w:rsidRPr="00E03A50" w14:paraId="5ECDD7CB" w14:textId="77777777" w:rsidTr="002C1F09">
        <w:trPr>
          <w:trHeight w:val="1191"/>
        </w:trPr>
        <w:tc>
          <w:tcPr>
            <w:tcW w:w="1413" w:type="dxa"/>
            <w:shd w:val="clear" w:color="auto" w:fill="F2F2F2" w:themeFill="background1" w:themeFillShade="F2"/>
            <w:vAlign w:val="center"/>
          </w:tcPr>
          <w:p w14:paraId="706DD50B" w14:textId="77777777" w:rsidR="00B8599A" w:rsidRPr="002C1F09" w:rsidRDefault="00B8599A" w:rsidP="002C1F09">
            <w:pPr>
              <w:spacing w:line="260" w:lineRule="exact"/>
              <w:jc w:val="both"/>
              <w:rPr>
                <w:rFonts w:asciiTheme="majorHAnsi" w:hAnsiTheme="majorHAnsi" w:cstheme="majorHAnsi"/>
                <w:b/>
                <w:bCs/>
                <w:sz w:val="22"/>
              </w:rPr>
            </w:pPr>
            <w:r w:rsidRPr="002C1F09">
              <w:rPr>
                <w:rFonts w:asciiTheme="majorHAnsi" w:hAnsiTheme="majorHAnsi" w:cstheme="majorHAnsi"/>
                <w:b/>
                <w:bCs/>
                <w:sz w:val="22"/>
              </w:rPr>
              <w:t xml:space="preserve">Instructions </w:t>
            </w:r>
          </w:p>
        </w:tc>
        <w:tc>
          <w:tcPr>
            <w:tcW w:w="7937" w:type="dxa"/>
            <w:gridSpan w:val="3"/>
            <w:vAlign w:val="center"/>
          </w:tcPr>
          <w:p w14:paraId="4092E7A7" w14:textId="45E8B3ED" w:rsidR="00B8599A" w:rsidRPr="002C1F09" w:rsidRDefault="00581AC0" w:rsidP="002C1F09">
            <w:pPr>
              <w:spacing w:line="260" w:lineRule="exact"/>
              <w:jc w:val="both"/>
              <w:rPr>
                <w:rFonts w:asciiTheme="majorHAnsi" w:hAnsiTheme="majorHAnsi" w:cstheme="majorHAnsi"/>
                <w:sz w:val="22"/>
              </w:rPr>
            </w:pPr>
            <w:r w:rsidRPr="002C1F09">
              <w:rPr>
                <w:rFonts w:asciiTheme="majorHAnsi" w:hAnsiTheme="majorHAnsi" w:cstheme="majorHAnsi"/>
                <w:iCs/>
                <w:color w:val="000000" w:themeColor="text1"/>
                <w:sz w:val="22"/>
              </w:rPr>
              <w:t>Tenderers should indicate proposed delivery schedule for the goods. Delivery to include uploading, positioning, installation and commissioning of machines (as required). Full machine installation, commissioning and performance verification by a certified Service.</w:t>
            </w:r>
          </w:p>
        </w:tc>
      </w:tr>
      <w:tr w:rsidR="00B8599A" w:rsidRPr="00E03A50" w14:paraId="06316251" w14:textId="77777777" w:rsidTr="0016261F">
        <w:trPr>
          <w:trHeight w:val="3402"/>
        </w:trPr>
        <w:tc>
          <w:tcPr>
            <w:tcW w:w="1413" w:type="dxa"/>
            <w:shd w:val="clear" w:color="auto" w:fill="F2F2F2" w:themeFill="background1" w:themeFillShade="F2"/>
            <w:vAlign w:val="center"/>
          </w:tcPr>
          <w:p w14:paraId="19DC76B1"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39C22603" w14:textId="77777777" w:rsidR="00B8599A" w:rsidRPr="00E03A50" w:rsidRDefault="00B8599A" w:rsidP="008B53A8">
            <w:pPr>
              <w:spacing w:line="260" w:lineRule="exact"/>
              <w:rPr>
                <w:rFonts w:asciiTheme="majorHAnsi" w:hAnsiTheme="majorHAnsi" w:cstheme="majorHAnsi"/>
                <w:sz w:val="22"/>
              </w:rPr>
            </w:pPr>
          </w:p>
          <w:p w14:paraId="68392664" w14:textId="77777777" w:rsidR="00B8599A" w:rsidRDefault="00B8599A" w:rsidP="008B53A8">
            <w:pPr>
              <w:spacing w:line="260" w:lineRule="exact"/>
              <w:rPr>
                <w:rFonts w:asciiTheme="majorHAnsi" w:hAnsiTheme="majorHAnsi" w:cstheme="majorHAnsi"/>
                <w:sz w:val="22"/>
              </w:rPr>
            </w:pPr>
          </w:p>
          <w:p w14:paraId="7382BA58" w14:textId="77777777" w:rsidR="00B8599A" w:rsidRDefault="00B8599A" w:rsidP="008B53A8">
            <w:pPr>
              <w:spacing w:line="260" w:lineRule="exact"/>
              <w:rPr>
                <w:rFonts w:asciiTheme="majorHAnsi" w:hAnsiTheme="majorHAnsi" w:cstheme="majorHAnsi"/>
                <w:sz w:val="22"/>
              </w:rPr>
            </w:pPr>
          </w:p>
          <w:p w14:paraId="7933B102" w14:textId="77777777" w:rsidR="00B8599A" w:rsidRDefault="00B8599A" w:rsidP="008B53A8">
            <w:pPr>
              <w:spacing w:line="260" w:lineRule="exact"/>
              <w:rPr>
                <w:rFonts w:asciiTheme="majorHAnsi" w:hAnsiTheme="majorHAnsi" w:cstheme="majorHAnsi"/>
                <w:sz w:val="22"/>
              </w:rPr>
            </w:pPr>
          </w:p>
          <w:p w14:paraId="4F1AA16C" w14:textId="77777777" w:rsidR="00B8599A" w:rsidRDefault="00B8599A" w:rsidP="008B53A8">
            <w:pPr>
              <w:spacing w:line="260" w:lineRule="exact"/>
              <w:rPr>
                <w:rFonts w:asciiTheme="majorHAnsi" w:hAnsiTheme="majorHAnsi" w:cstheme="majorHAnsi"/>
                <w:sz w:val="22"/>
              </w:rPr>
            </w:pPr>
          </w:p>
          <w:p w14:paraId="4BAF8446" w14:textId="77777777" w:rsidR="00B8599A" w:rsidRPr="00E03A50" w:rsidRDefault="00B8599A" w:rsidP="008B53A8">
            <w:pPr>
              <w:spacing w:line="260" w:lineRule="exact"/>
              <w:rPr>
                <w:rFonts w:asciiTheme="majorHAnsi" w:hAnsiTheme="majorHAnsi" w:cstheme="majorHAnsi"/>
                <w:sz w:val="22"/>
              </w:rPr>
            </w:pPr>
          </w:p>
          <w:p w14:paraId="27725BAE" w14:textId="77777777" w:rsidR="00B8599A" w:rsidRPr="00E03A50" w:rsidRDefault="00B8599A" w:rsidP="008B53A8">
            <w:pPr>
              <w:spacing w:line="260" w:lineRule="exact"/>
              <w:rPr>
                <w:rFonts w:asciiTheme="majorHAnsi" w:hAnsiTheme="majorHAnsi" w:cstheme="majorHAnsi"/>
                <w:sz w:val="22"/>
              </w:rPr>
            </w:pPr>
          </w:p>
          <w:p w14:paraId="6933EB6A" w14:textId="77777777" w:rsidR="00B8599A" w:rsidRPr="00E03A50" w:rsidRDefault="00B8599A" w:rsidP="008B53A8">
            <w:pPr>
              <w:spacing w:line="260" w:lineRule="exact"/>
              <w:rPr>
                <w:rFonts w:asciiTheme="majorHAnsi" w:hAnsiTheme="majorHAnsi" w:cstheme="majorHAnsi"/>
                <w:sz w:val="22"/>
              </w:rPr>
            </w:pPr>
          </w:p>
          <w:p w14:paraId="07DB2D1C" w14:textId="77777777" w:rsidR="00B8599A" w:rsidRPr="00E03A50" w:rsidRDefault="00B8599A" w:rsidP="008B53A8">
            <w:pPr>
              <w:spacing w:line="260" w:lineRule="exact"/>
              <w:rPr>
                <w:rFonts w:asciiTheme="majorHAnsi" w:hAnsiTheme="majorHAnsi" w:cstheme="majorHAnsi"/>
                <w:sz w:val="22"/>
              </w:rPr>
            </w:pPr>
          </w:p>
          <w:p w14:paraId="7E5E385A" w14:textId="77777777" w:rsidR="00B8599A" w:rsidRPr="00E03A50" w:rsidRDefault="00B8599A" w:rsidP="008B53A8">
            <w:pPr>
              <w:spacing w:line="260" w:lineRule="exact"/>
              <w:rPr>
                <w:rFonts w:asciiTheme="majorHAnsi" w:hAnsiTheme="majorHAnsi" w:cstheme="majorHAnsi"/>
                <w:sz w:val="22"/>
              </w:rPr>
            </w:pPr>
          </w:p>
          <w:p w14:paraId="7FA4C2D6" w14:textId="77777777" w:rsidR="00B8599A" w:rsidRPr="00E03A50" w:rsidRDefault="00B8599A" w:rsidP="008B53A8">
            <w:pPr>
              <w:spacing w:line="260" w:lineRule="exact"/>
              <w:rPr>
                <w:rFonts w:asciiTheme="majorHAnsi" w:hAnsiTheme="majorHAnsi" w:cstheme="majorHAnsi"/>
                <w:sz w:val="22"/>
              </w:rPr>
            </w:pPr>
          </w:p>
          <w:p w14:paraId="6ED38C8B" w14:textId="77777777" w:rsidR="00B8599A" w:rsidRPr="00E03A50" w:rsidRDefault="00B8599A" w:rsidP="008B53A8">
            <w:pPr>
              <w:spacing w:line="260" w:lineRule="exact"/>
              <w:rPr>
                <w:rFonts w:asciiTheme="majorHAnsi" w:hAnsiTheme="majorHAnsi" w:cstheme="majorHAnsi"/>
                <w:sz w:val="22"/>
              </w:rPr>
            </w:pPr>
          </w:p>
          <w:p w14:paraId="44C393A0" w14:textId="77777777" w:rsidR="00B8599A" w:rsidRPr="00E03A50" w:rsidRDefault="00B8599A" w:rsidP="008B53A8">
            <w:pPr>
              <w:spacing w:line="260" w:lineRule="exact"/>
              <w:rPr>
                <w:rFonts w:asciiTheme="majorHAnsi" w:hAnsiTheme="majorHAnsi" w:cstheme="majorHAnsi"/>
                <w:sz w:val="22"/>
              </w:rPr>
            </w:pPr>
          </w:p>
          <w:p w14:paraId="1E0346F4" w14:textId="77777777" w:rsidR="00B8599A" w:rsidRPr="00E03A50" w:rsidRDefault="00B8599A" w:rsidP="008B53A8">
            <w:pPr>
              <w:spacing w:line="260" w:lineRule="exact"/>
              <w:rPr>
                <w:rFonts w:asciiTheme="majorHAnsi" w:hAnsiTheme="majorHAnsi" w:cstheme="majorHAnsi"/>
                <w:sz w:val="22"/>
              </w:rPr>
            </w:pPr>
          </w:p>
          <w:p w14:paraId="7EC5D2B5" w14:textId="77777777" w:rsidR="00B8599A" w:rsidRPr="00E03A50" w:rsidRDefault="00B8599A" w:rsidP="008B53A8">
            <w:pPr>
              <w:spacing w:line="260" w:lineRule="exact"/>
              <w:rPr>
                <w:rFonts w:asciiTheme="majorHAnsi" w:hAnsiTheme="majorHAnsi" w:cstheme="majorHAnsi"/>
                <w:sz w:val="22"/>
              </w:rPr>
            </w:pPr>
          </w:p>
        </w:tc>
      </w:tr>
    </w:tbl>
    <w:p w14:paraId="0D5656BF" w14:textId="77777777" w:rsidR="00B8599A" w:rsidRDefault="00B8599A" w:rsidP="00085B0D">
      <w:pPr>
        <w:spacing w:after="0" w:line="260" w:lineRule="exact"/>
        <w:rPr>
          <w:rFonts w:asciiTheme="majorHAnsi" w:hAnsiTheme="majorHAnsi" w:cstheme="majorHAnsi"/>
          <w:b/>
          <w:bCs/>
          <w:sz w:val="26"/>
          <w:szCs w:val="26"/>
        </w:rPr>
      </w:pPr>
    </w:p>
    <w:p w14:paraId="07D232CD" w14:textId="77777777" w:rsidR="00B8599A" w:rsidRDefault="00B8599A" w:rsidP="00085B0D">
      <w:pPr>
        <w:spacing w:after="0" w:line="260" w:lineRule="exact"/>
        <w:rPr>
          <w:rFonts w:asciiTheme="majorHAnsi" w:hAnsiTheme="majorHAnsi" w:cstheme="majorHAnsi"/>
          <w:b/>
          <w:bCs/>
          <w:sz w:val="26"/>
          <w:szCs w:val="26"/>
        </w:rPr>
      </w:pPr>
    </w:p>
    <w:tbl>
      <w:tblPr>
        <w:tblStyle w:val="TableGrid"/>
        <w:tblW w:w="0" w:type="auto"/>
        <w:tblLook w:val="04A0" w:firstRow="1" w:lastRow="0" w:firstColumn="1" w:lastColumn="0" w:noHBand="0" w:noVBand="1"/>
      </w:tblPr>
      <w:tblGrid>
        <w:gridCol w:w="1413"/>
        <w:gridCol w:w="1843"/>
        <w:gridCol w:w="2835"/>
        <w:gridCol w:w="3259"/>
      </w:tblGrid>
      <w:tr w:rsidR="00B8599A" w:rsidRPr="00E03A50" w14:paraId="0247BB8C" w14:textId="77777777" w:rsidTr="008B53A8">
        <w:trPr>
          <w:trHeight w:val="397"/>
        </w:trPr>
        <w:tc>
          <w:tcPr>
            <w:tcW w:w="1413" w:type="dxa"/>
            <w:vMerge w:val="restart"/>
            <w:shd w:val="clear" w:color="auto" w:fill="F2F2F2" w:themeFill="background1" w:themeFillShade="F2"/>
            <w:vAlign w:val="center"/>
          </w:tcPr>
          <w:p w14:paraId="1B3C785D" w14:textId="654A168F"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sidR="00EA7B88">
              <w:rPr>
                <w:rFonts w:asciiTheme="majorHAnsi" w:hAnsiTheme="majorHAnsi" w:cstheme="majorHAnsi"/>
                <w:b/>
                <w:bCs/>
                <w:sz w:val="22"/>
              </w:rPr>
              <w:t>E</w:t>
            </w:r>
          </w:p>
        </w:tc>
        <w:tc>
          <w:tcPr>
            <w:tcW w:w="1843" w:type="dxa"/>
            <w:shd w:val="clear" w:color="auto" w:fill="F2F2F2" w:themeFill="background1" w:themeFillShade="F2"/>
            <w:vAlign w:val="center"/>
          </w:tcPr>
          <w:p w14:paraId="79E258B4"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7B71F82F"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5E4B1A95" w14:textId="77777777" w:rsidR="00B8599A" w:rsidRPr="00E03A50" w:rsidRDefault="00B8599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B8599A" w:rsidRPr="00E03A50" w14:paraId="1726579B" w14:textId="77777777" w:rsidTr="008B53A8">
        <w:trPr>
          <w:trHeight w:val="397"/>
        </w:trPr>
        <w:tc>
          <w:tcPr>
            <w:tcW w:w="1413" w:type="dxa"/>
            <w:vMerge/>
            <w:shd w:val="clear" w:color="auto" w:fill="F2F2F2" w:themeFill="background1" w:themeFillShade="F2"/>
          </w:tcPr>
          <w:p w14:paraId="14F28F2D" w14:textId="77777777" w:rsidR="00B8599A" w:rsidRPr="00E03A50" w:rsidRDefault="00B8599A"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386B765C" w14:textId="77777777" w:rsidR="00B8599A" w:rsidRPr="00E03A50" w:rsidRDefault="00B8599A"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10</w:t>
            </w:r>
            <w:r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0DA87D11" w14:textId="5F338E15" w:rsidR="00B8599A" w:rsidRPr="00E03A50" w:rsidRDefault="004F40BA" w:rsidP="008B53A8">
            <w:pPr>
              <w:spacing w:line="260" w:lineRule="exact"/>
              <w:jc w:val="center"/>
              <w:rPr>
                <w:rFonts w:asciiTheme="majorHAnsi" w:hAnsiTheme="majorHAnsi" w:cstheme="majorHAnsi"/>
                <w:b/>
                <w:bCs/>
                <w:sz w:val="22"/>
              </w:rPr>
            </w:pPr>
            <w:r>
              <w:rPr>
                <w:rFonts w:asciiTheme="majorHAnsi" w:hAnsiTheme="majorHAnsi" w:cstheme="majorHAnsi"/>
                <w:b/>
                <w:bCs/>
                <w:sz w:val="22"/>
              </w:rPr>
              <w:t>1</w:t>
            </w:r>
            <w:r w:rsidR="00B8599A">
              <w:rPr>
                <w:rFonts w:asciiTheme="majorHAnsi" w:hAnsiTheme="majorHAnsi" w:cstheme="majorHAnsi"/>
                <w:b/>
                <w:bCs/>
                <w:sz w:val="22"/>
              </w:rPr>
              <w:t>0</w:t>
            </w:r>
            <w:r w:rsidR="00B8599A"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13D2C042" w14:textId="2F0BC824" w:rsidR="00B8599A" w:rsidRPr="00E03A50" w:rsidRDefault="004F40BA" w:rsidP="008B53A8">
            <w:pPr>
              <w:spacing w:line="260" w:lineRule="exact"/>
              <w:jc w:val="center"/>
              <w:rPr>
                <w:rFonts w:asciiTheme="majorHAnsi" w:hAnsiTheme="majorHAnsi" w:cstheme="majorHAnsi"/>
                <w:b/>
                <w:bCs/>
                <w:sz w:val="22"/>
              </w:rPr>
            </w:pPr>
            <w:r>
              <w:rPr>
                <w:rFonts w:asciiTheme="majorHAnsi" w:hAnsiTheme="majorHAnsi" w:cstheme="majorHAnsi"/>
                <w:b/>
                <w:bCs/>
                <w:sz w:val="22"/>
              </w:rPr>
              <w:t>5</w:t>
            </w:r>
            <w:r w:rsidR="00B8599A">
              <w:rPr>
                <w:rFonts w:asciiTheme="majorHAnsi" w:hAnsiTheme="majorHAnsi" w:cstheme="majorHAnsi"/>
                <w:b/>
                <w:bCs/>
                <w:sz w:val="22"/>
              </w:rPr>
              <w:t>0</w:t>
            </w:r>
            <w:r w:rsidR="00B8599A" w:rsidRPr="00E03A50">
              <w:rPr>
                <w:rFonts w:asciiTheme="majorHAnsi" w:hAnsiTheme="majorHAnsi" w:cstheme="majorHAnsi"/>
                <w:b/>
                <w:bCs/>
                <w:sz w:val="22"/>
              </w:rPr>
              <w:t>0</w:t>
            </w:r>
          </w:p>
        </w:tc>
      </w:tr>
      <w:tr w:rsidR="00B8599A" w:rsidRPr="00E03A50" w14:paraId="49743145" w14:textId="77777777" w:rsidTr="008B53A8">
        <w:trPr>
          <w:trHeight w:val="397"/>
        </w:trPr>
        <w:tc>
          <w:tcPr>
            <w:tcW w:w="1413" w:type="dxa"/>
            <w:shd w:val="clear" w:color="auto" w:fill="F2F2F2" w:themeFill="background1" w:themeFillShade="F2"/>
            <w:vAlign w:val="center"/>
          </w:tcPr>
          <w:p w14:paraId="34FB8E8E"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3198AEBC" w14:textId="3962ADB5" w:rsidR="00B8599A" w:rsidRPr="00435960" w:rsidRDefault="00B8599A" w:rsidP="008B53A8">
            <w:pPr>
              <w:spacing w:line="260" w:lineRule="exact"/>
              <w:jc w:val="center"/>
              <w:rPr>
                <w:rFonts w:asciiTheme="majorHAnsi" w:hAnsiTheme="majorHAnsi" w:cstheme="majorHAnsi"/>
                <w:b/>
                <w:bCs/>
                <w:i/>
                <w:iCs/>
                <w:sz w:val="22"/>
              </w:rPr>
            </w:pPr>
            <w:r>
              <w:rPr>
                <w:rFonts w:asciiTheme="majorHAnsi" w:hAnsiTheme="majorHAnsi" w:cstheme="majorHAnsi"/>
                <w:b/>
                <w:bCs/>
                <w:i/>
                <w:iCs/>
                <w:sz w:val="22"/>
              </w:rPr>
              <w:t xml:space="preserve">Warranty </w:t>
            </w:r>
          </w:p>
        </w:tc>
      </w:tr>
      <w:tr w:rsidR="00B8599A" w:rsidRPr="00E03A50" w14:paraId="6B0D52E1" w14:textId="77777777" w:rsidTr="002C1F09">
        <w:trPr>
          <w:trHeight w:val="1134"/>
        </w:trPr>
        <w:tc>
          <w:tcPr>
            <w:tcW w:w="1413" w:type="dxa"/>
            <w:shd w:val="clear" w:color="auto" w:fill="F2F2F2" w:themeFill="background1" w:themeFillShade="F2"/>
            <w:vAlign w:val="center"/>
          </w:tcPr>
          <w:p w14:paraId="09930F25"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69B8A135" w14:textId="6601384E" w:rsidR="00B8599A" w:rsidRPr="002C1F09" w:rsidRDefault="00967328" w:rsidP="008B53A8">
            <w:pPr>
              <w:spacing w:line="260" w:lineRule="exact"/>
              <w:jc w:val="both"/>
              <w:rPr>
                <w:rFonts w:asciiTheme="majorHAnsi" w:hAnsiTheme="majorHAnsi" w:cstheme="majorHAnsi"/>
                <w:iCs/>
                <w:color w:val="000000" w:themeColor="text1"/>
                <w:sz w:val="22"/>
              </w:rPr>
            </w:pPr>
            <w:r w:rsidRPr="002C1F09">
              <w:rPr>
                <w:rFonts w:asciiTheme="majorHAnsi" w:hAnsiTheme="majorHAnsi" w:cstheme="majorHAnsi"/>
                <w:iCs/>
                <w:color w:val="000000" w:themeColor="text1"/>
                <w:sz w:val="22"/>
              </w:rPr>
              <w:t>Tender</w:t>
            </w:r>
            <w:r w:rsidR="004F40BA" w:rsidRPr="002C1F09">
              <w:rPr>
                <w:rFonts w:asciiTheme="majorHAnsi" w:hAnsiTheme="majorHAnsi" w:cstheme="majorHAnsi"/>
                <w:iCs/>
                <w:color w:val="000000" w:themeColor="text1"/>
                <w:sz w:val="22"/>
              </w:rPr>
              <w:t>er</w:t>
            </w:r>
            <w:r w:rsidRPr="002C1F09">
              <w:rPr>
                <w:rFonts w:asciiTheme="majorHAnsi" w:hAnsiTheme="majorHAnsi" w:cstheme="majorHAnsi"/>
                <w:iCs/>
                <w:color w:val="000000" w:themeColor="text1"/>
                <w:sz w:val="22"/>
              </w:rPr>
              <w:t>s should set out details of the warranty/warranties for the goods required, together with details of manufacturer’s warranty. Minimum of two-year warranty (parts and labour), please include pricing for years 2-5 as extended warranty.</w:t>
            </w:r>
          </w:p>
        </w:tc>
      </w:tr>
      <w:tr w:rsidR="00B8599A" w:rsidRPr="00E03A50" w14:paraId="015BEF7D" w14:textId="77777777" w:rsidTr="0016261F">
        <w:trPr>
          <w:trHeight w:val="3402"/>
        </w:trPr>
        <w:tc>
          <w:tcPr>
            <w:tcW w:w="1413" w:type="dxa"/>
            <w:shd w:val="clear" w:color="auto" w:fill="F2F2F2" w:themeFill="background1" w:themeFillShade="F2"/>
            <w:vAlign w:val="center"/>
          </w:tcPr>
          <w:p w14:paraId="79317FC4" w14:textId="77777777" w:rsidR="00B8599A" w:rsidRPr="00E03A50" w:rsidRDefault="00B8599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Tenderers Response </w:t>
            </w:r>
          </w:p>
        </w:tc>
        <w:tc>
          <w:tcPr>
            <w:tcW w:w="7937" w:type="dxa"/>
            <w:gridSpan w:val="3"/>
          </w:tcPr>
          <w:p w14:paraId="7AFF701F" w14:textId="77777777" w:rsidR="00B8599A" w:rsidRPr="00E03A50" w:rsidRDefault="00B8599A" w:rsidP="008B53A8">
            <w:pPr>
              <w:spacing w:line="260" w:lineRule="exact"/>
              <w:rPr>
                <w:rFonts w:asciiTheme="majorHAnsi" w:hAnsiTheme="majorHAnsi" w:cstheme="majorHAnsi"/>
                <w:sz w:val="22"/>
              </w:rPr>
            </w:pPr>
          </w:p>
          <w:p w14:paraId="347D4116" w14:textId="77777777" w:rsidR="00B8599A" w:rsidRDefault="00B8599A" w:rsidP="008B53A8">
            <w:pPr>
              <w:spacing w:line="260" w:lineRule="exact"/>
              <w:rPr>
                <w:rFonts w:asciiTheme="majorHAnsi" w:hAnsiTheme="majorHAnsi" w:cstheme="majorHAnsi"/>
                <w:sz w:val="22"/>
              </w:rPr>
            </w:pPr>
          </w:p>
          <w:p w14:paraId="4436AB27" w14:textId="77777777" w:rsidR="00B8599A" w:rsidRDefault="00B8599A" w:rsidP="008B53A8">
            <w:pPr>
              <w:spacing w:line="260" w:lineRule="exact"/>
              <w:rPr>
                <w:rFonts w:asciiTheme="majorHAnsi" w:hAnsiTheme="majorHAnsi" w:cstheme="majorHAnsi"/>
                <w:sz w:val="22"/>
              </w:rPr>
            </w:pPr>
          </w:p>
          <w:p w14:paraId="0050DFEC" w14:textId="77777777" w:rsidR="00B8599A" w:rsidRDefault="00B8599A" w:rsidP="008B53A8">
            <w:pPr>
              <w:spacing w:line="260" w:lineRule="exact"/>
              <w:rPr>
                <w:rFonts w:asciiTheme="majorHAnsi" w:hAnsiTheme="majorHAnsi" w:cstheme="majorHAnsi"/>
                <w:sz w:val="22"/>
              </w:rPr>
            </w:pPr>
          </w:p>
          <w:p w14:paraId="39AB11AA" w14:textId="77777777" w:rsidR="00B8599A" w:rsidRDefault="00B8599A" w:rsidP="008B53A8">
            <w:pPr>
              <w:spacing w:line="260" w:lineRule="exact"/>
              <w:rPr>
                <w:rFonts w:asciiTheme="majorHAnsi" w:hAnsiTheme="majorHAnsi" w:cstheme="majorHAnsi"/>
                <w:sz w:val="22"/>
              </w:rPr>
            </w:pPr>
          </w:p>
          <w:p w14:paraId="72D171AF" w14:textId="77777777" w:rsidR="00B8599A" w:rsidRPr="00E03A50" w:rsidRDefault="00B8599A" w:rsidP="008B53A8">
            <w:pPr>
              <w:spacing w:line="260" w:lineRule="exact"/>
              <w:rPr>
                <w:rFonts w:asciiTheme="majorHAnsi" w:hAnsiTheme="majorHAnsi" w:cstheme="majorHAnsi"/>
                <w:sz w:val="22"/>
              </w:rPr>
            </w:pPr>
          </w:p>
          <w:p w14:paraId="68034760" w14:textId="77777777" w:rsidR="00B8599A" w:rsidRPr="00E03A50" w:rsidRDefault="00B8599A" w:rsidP="008B53A8">
            <w:pPr>
              <w:spacing w:line="260" w:lineRule="exact"/>
              <w:rPr>
                <w:rFonts w:asciiTheme="majorHAnsi" w:hAnsiTheme="majorHAnsi" w:cstheme="majorHAnsi"/>
                <w:sz w:val="22"/>
              </w:rPr>
            </w:pPr>
          </w:p>
          <w:p w14:paraId="60D61101" w14:textId="77777777" w:rsidR="00B8599A" w:rsidRPr="00E03A50" w:rsidRDefault="00B8599A" w:rsidP="008B53A8">
            <w:pPr>
              <w:spacing w:line="260" w:lineRule="exact"/>
              <w:rPr>
                <w:rFonts w:asciiTheme="majorHAnsi" w:hAnsiTheme="majorHAnsi" w:cstheme="majorHAnsi"/>
                <w:sz w:val="22"/>
              </w:rPr>
            </w:pPr>
          </w:p>
          <w:p w14:paraId="0F57391F" w14:textId="77777777" w:rsidR="00B8599A" w:rsidRPr="00E03A50" w:rsidRDefault="00B8599A" w:rsidP="008B53A8">
            <w:pPr>
              <w:spacing w:line="260" w:lineRule="exact"/>
              <w:rPr>
                <w:rFonts w:asciiTheme="majorHAnsi" w:hAnsiTheme="majorHAnsi" w:cstheme="majorHAnsi"/>
                <w:sz w:val="22"/>
              </w:rPr>
            </w:pPr>
          </w:p>
          <w:p w14:paraId="20370100" w14:textId="77777777" w:rsidR="00B8599A" w:rsidRPr="00E03A50" w:rsidRDefault="00B8599A" w:rsidP="008B53A8">
            <w:pPr>
              <w:spacing w:line="260" w:lineRule="exact"/>
              <w:rPr>
                <w:rFonts w:asciiTheme="majorHAnsi" w:hAnsiTheme="majorHAnsi" w:cstheme="majorHAnsi"/>
                <w:sz w:val="22"/>
              </w:rPr>
            </w:pPr>
          </w:p>
          <w:p w14:paraId="792E3350" w14:textId="77777777" w:rsidR="00B8599A" w:rsidRPr="00E03A50" w:rsidRDefault="00B8599A" w:rsidP="008B53A8">
            <w:pPr>
              <w:spacing w:line="260" w:lineRule="exact"/>
              <w:rPr>
                <w:rFonts w:asciiTheme="majorHAnsi" w:hAnsiTheme="majorHAnsi" w:cstheme="majorHAnsi"/>
                <w:sz w:val="22"/>
              </w:rPr>
            </w:pPr>
          </w:p>
          <w:p w14:paraId="7C738DDA" w14:textId="77777777" w:rsidR="00B8599A" w:rsidRPr="00E03A50" w:rsidRDefault="00B8599A" w:rsidP="008B53A8">
            <w:pPr>
              <w:spacing w:line="260" w:lineRule="exact"/>
              <w:rPr>
                <w:rFonts w:asciiTheme="majorHAnsi" w:hAnsiTheme="majorHAnsi" w:cstheme="majorHAnsi"/>
                <w:sz w:val="22"/>
              </w:rPr>
            </w:pPr>
          </w:p>
          <w:p w14:paraId="7815E5E5" w14:textId="77777777" w:rsidR="00B8599A" w:rsidRPr="00E03A50" w:rsidRDefault="00B8599A" w:rsidP="008B53A8">
            <w:pPr>
              <w:spacing w:line="260" w:lineRule="exact"/>
              <w:rPr>
                <w:rFonts w:asciiTheme="majorHAnsi" w:hAnsiTheme="majorHAnsi" w:cstheme="majorHAnsi"/>
                <w:sz w:val="22"/>
              </w:rPr>
            </w:pPr>
          </w:p>
          <w:p w14:paraId="7B216C36" w14:textId="77777777" w:rsidR="00B8599A" w:rsidRPr="00E03A50" w:rsidRDefault="00B8599A" w:rsidP="008B53A8">
            <w:pPr>
              <w:spacing w:line="260" w:lineRule="exact"/>
              <w:rPr>
                <w:rFonts w:asciiTheme="majorHAnsi" w:hAnsiTheme="majorHAnsi" w:cstheme="majorHAnsi"/>
                <w:sz w:val="22"/>
              </w:rPr>
            </w:pPr>
          </w:p>
          <w:p w14:paraId="4C4154B8" w14:textId="77777777" w:rsidR="00B8599A" w:rsidRPr="00E03A50" w:rsidRDefault="00B8599A" w:rsidP="008B53A8">
            <w:pPr>
              <w:spacing w:line="260" w:lineRule="exact"/>
              <w:rPr>
                <w:rFonts w:asciiTheme="majorHAnsi" w:hAnsiTheme="majorHAnsi" w:cstheme="majorHAnsi"/>
                <w:sz w:val="22"/>
              </w:rPr>
            </w:pPr>
          </w:p>
        </w:tc>
      </w:tr>
    </w:tbl>
    <w:p w14:paraId="6A6AD12C" w14:textId="77777777" w:rsidR="00B8599A" w:rsidRDefault="00B8599A" w:rsidP="00085B0D">
      <w:pPr>
        <w:spacing w:after="0" w:line="260" w:lineRule="exact"/>
        <w:rPr>
          <w:rFonts w:asciiTheme="majorHAnsi" w:hAnsiTheme="majorHAnsi" w:cstheme="majorHAnsi"/>
          <w:b/>
          <w:bCs/>
          <w:sz w:val="26"/>
          <w:szCs w:val="26"/>
        </w:rPr>
      </w:pPr>
    </w:p>
    <w:p w14:paraId="0CF6338F" w14:textId="77777777" w:rsidR="0016261F" w:rsidRDefault="0016261F" w:rsidP="00085B0D">
      <w:pPr>
        <w:spacing w:after="0" w:line="260" w:lineRule="exact"/>
        <w:rPr>
          <w:rFonts w:asciiTheme="majorHAnsi" w:hAnsiTheme="majorHAnsi" w:cstheme="majorHAnsi"/>
          <w:b/>
          <w:bCs/>
          <w:sz w:val="26"/>
          <w:szCs w:val="26"/>
        </w:rPr>
      </w:pPr>
    </w:p>
    <w:p w14:paraId="08242F54" w14:textId="77777777" w:rsidR="0016261F" w:rsidRDefault="0016261F" w:rsidP="00085B0D">
      <w:pPr>
        <w:spacing w:after="0" w:line="260" w:lineRule="exact"/>
        <w:rPr>
          <w:rFonts w:asciiTheme="majorHAnsi" w:hAnsiTheme="majorHAnsi" w:cstheme="majorHAnsi"/>
          <w:b/>
          <w:bCs/>
          <w:sz w:val="26"/>
          <w:szCs w:val="26"/>
        </w:rPr>
      </w:pPr>
    </w:p>
    <w:tbl>
      <w:tblPr>
        <w:tblStyle w:val="TableGrid"/>
        <w:tblW w:w="0" w:type="auto"/>
        <w:tblLook w:val="04A0" w:firstRow="1" w:lastRow="0" w:firstColumn="1" w:lastColumn="0" w:noHBand="0" w:noVBand="1"/>
      </w:tblPr>
      <w:tblGrid>
        <w:gridCol w:w="1413"/>
        <w:gridCol w:w="1843"/>
        <w:gridCol w:w="2835"/>
        <w:gridCol w:w="3259"/>
      </w:tblGrid>
      <w:tr w:rsidR="004F40BA" w:rsidRPr="00E03A50" w14:paraId="6A9A02CF" w14:textId="77777777" w:rsidTr="008B53A8">
        <w:trPr>
          <w:trHeight w:val="397"/>
        </w:trPr>
        <w:tc>
          <w:tcPr>
            <w:tcW w:w="1413" w:type="dxa"/>
            <w:vMerge w:val="restart"/>
            <w:shd w:val="clear" w:color="auto" w:fill="F2F2F2" w:themeFill="background1" w:themeFillShade="F2"/>
            <w:vAlign w:val="center"/>
          </w:tcPr>
          <w:p w14:paraId="47BB273E" w14:textId="3230156F"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Criterion </w:t>
            </w:r>
            <w:r w:rsidR="00EA7B88">
              <w:rPr>
                <w:rFonts w:asciiTheme="majorHAnsi" w:hAnsiTheme="majorHAnsi" w:cstheme="majorHAnsi"/>
                <w:b/>
                <w:bCs/>
                <w:sz w:val="22"/>
              </w:rPr>
              <w:t>F</w:t>
            </w:r>
          </w:p>
        </w:tc>
        <w:tc>
          <w:tcPr>
            <w:tcW w:w="1843" w:type="dxa"/>
            <w:shd w:val="clear" w:color="auto" w:fill="F2F2F2" w:themeFill="background1" w:themeFillShade="F2"/>
            <w:vAlign w:val="center"/>
          </w:tcPr>
          <w:p w14:paraId="71DD5641" w14:textId="77777777" w:rsidR="004F40BA" w:rsidRPr="00E03A50" w:rsidRDefault="004F40B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Weighting</w:t>
            </w:r>
          </w:p>
        </w:tc>
        <w:tc>
          <w:tcPr>
            <w:tcW w:w="2835" w:type="dxa"/>
            <w:shd w:val="clear" w:color="auto" w:fill="F2F2F2" w:themeFill="background1" w:themeFillShade="F2"/>
            <w:vAlign w:val="center"/>
          </w:tcPr>
          <w:p w14:paraId="5342E88F" w14:textId="77777777" w:rsidR="004F40BA" w:rsidRPr="00E03A50" w:rsidRDefault="004F40B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Maximum Marks</w:t>
            </w:r>
          </w:p>
        </w:tc>
        <w:tc>
          <w:tcPr>
            <w:tcW w:w="3259" w:type="dxa"/>
            <w:shd w:val="clear" w:color="auto" w:fill="F2F2F2" w:themeFill="background1" w:themeFillShade="F2"/>
            <w:vAlign w:val="center"/>
          </w:tcPr>
          <w:p w14:paraId="48E093FC" w14:textId="77777777" w:rsidR="004F40BA" w:rsidRPr="00E03A50" w:rsidRDefault="004F40BA" w:rsidP="008B53A8">
            <w:pPr>
              <w:spacing w:line="260" w:lineRule="exact"/>
              <w:jc w:val="center"/>
              <w:rPr>
                <w:rFonts w:asciiTheme="majorHAnsi" w:hAnsiTheme="majorHAnsi" w:cstheme="majorHAnsi"/>
                <w:b/>
                <w:bCs/>
                <w:sz w:val="22"/>
              </w:rPr>
            </w:pPr>
            <w:r w:rsidRPr="00E03A50">
              <w:rPr>
                <w:rFonts w:asciiTheme="majorHAnsi" w:hAnsiTheme="majorHAnsi" w:cstheme="majorHAnsi"/>
                <w:b/>
                <w:bCs/>
                <w:sz w:val="22"/>
              </w:rPr>
              <w:t>Minimum Marks Required</w:t>
            </w:r>
          </w:p>
        </w:tc>
      </w:tr>
      <w:tr w:rsidR="004F40BA" w:rsidRPr="00E03A50" w14:paraId="57113B9F" w14:textId="77777777" w:rsidTr="008B53A8">
        <w:trPr>
          <w:trHeight w:val="397"/>
        </w:trPr>
        <w:tc>
          <w:tcPr>
            <w:tcW w:w="1413" w:type="dxa"/>
            <w:vMerge/>
            <w:shd w:val="clear" w:color="auto" w:fill="F2F2F2" w:themeFill="background1" w:themeFillShade="F2"/>
          </w:tcPr>
          <w:p w14:paraId="316ABE5B" w14:textId="77777777" w:rsidR="004F40BA" w:rsidRPr="00E03A50" w:rsidRDefault="004F40BA" w:rsidP="008B53A8">
            <w:pPr>
              <w:spacing w:line="260" w:lineRule="exact"/>
              <w:rPr>
                <w:rFonts w:asciiTheme="majorHAnsi" w:hAnsiTheme="majorHAnsi" w:cstheme="majorHAnsi"/>
                <w:sz w:val="22"/>
              </w:rPr>
            </w:pPr>
          </w:p>
        </w:tc>
        <w:tc>
          <w:tcPr>
            <w:tcW w:w="1843" w:type="dxa"/>
            <w:shd w:val="clear" w:color="auto" w:fill="F2F2F2" w:themeFill="background1" w:themeFillShade="F2"/>
            <w:vAlign w:val="center"/>
          </w:tcPr>
          <w:p w14:paraId="671565E6" w14:textId="40796835" w:rsidR="004F40BA" w:rsidRPr="00E03A50" w:rsidRDefault="005C0BE3" w:rsidP="008B53A8">
            <w:pPr>
              <w:spacing w:line="260" w:lineRule="exact"/>
              <w:jc w:val="center"/>
              <w:rPr>
                <w:rFonts w:asciiTheme="majorHAnsi" w:hAnsiTheme="majorHAnsi" w:cstheme="majorHAnsi"/>
                <w:b/>
                <w:bCs/>
                <w:sz w:val="22"/>
              </w:rPr>
            </w:pPr>
            <w:r>
              <w:rPr>
                <w:rFonts w:asciiTheme="majorHAnsi" w:hAnsiTheme="majorHAnsi" w:cstheme="majorHAnsi"/>
                <w:b/>
                <w:bCs/>
                <w:color w:val="EE0000"/>
                <w:sz w:val="22"/>
              </w:rPr>
              <w:t>5</w:t>
            </w:r>
            <w:r w:rsidR="004F40BA" w:rsidRPr="00176212">
              <w:rPr>
                <w:rFonts w:asciiTheme="majorHAnsi" w:hAnsiTheme="majorHAnsi" w:cstheme="majorHAnsi"/>
                <w:b/>
                <w:bCs/>
                <w:color w:val="EE0000"/>
                <w:sz w:val="22"/>
              </w:rPr>
              <w:t>%</w:t>
            </w:r>
          </w:p>
        </w:tc>
        <w:tc>
          <w:tcPr>
            <w:tcW w:w="2835" w:type="dxa"/>
            <w:shd w:val="clear" w:color="auto" w:fill="F2F2F2" w:themeFill="background1" w:themeFillShade="F2"/>
            <w:vAlign w:val="center"/>
          </w:tcPr>
          <w:p w14:paraId="3AF31547" w14:textId="2BED4509" w:rsidR="004F40BA" w:rsidRPr="00E03A50" w:rsidRDefault="005C0BE3" w:rsidP="008B53A8">
            <w:pPr>
              <w:spacing w:line="260" w:lineRule="exact"/>
              <w:jc w:val="center"/>
              <w:rPr>
                <w:rFonts w:asciiTheme="majorHAnsi" w:hAnsiTheme="majorHAnsi" w:cstheme="majorHAnsi"/>
                <w:b/>
                <w:bCs/>
                <w:sz w:val="22"/>
              </w:rPr>
            </w:pPr>
            <w:r>
              <w:rPr>
                <w:rFonts w:asciiTheme="majorHAnsi" w:hAnsiTheme="majorHAnsi" w:cstheme="majorHAnsi"/>
                <w:b/>
                <w:bCs/>
                <w:sz w:val="22"/>
              </w:rPr>
              <w:t>5</w:t>
            </w:r>
            <w:r w:rsidR="004F40BA" w:rsidRPr="00E03A50">
              <w:rPr>
                <w:rFonts w:asciiTheme="majorHAnsi" w:hAnsiTheme="majorHAnsi" w:cstheme="majorHAnsi"/>
                <w:b/>
                <w:bCs/>
                <w:sz w:val="22"/>
              </w:rPr>
              <w:t>00</w:t>
            </w:r>
          </w:p>
        </w:tc>
        <w:tc>
          <w:tcPr>
            <w:tcW w:w="3259" w:type="dxa"/>
            <w:shd w:val="clear" w:color="auto" w:fill="F2F2F2" w:themeFill="background1" w:themeFillShade="F2"/>
            <w:vAlign w:val="center"/>
          </w:tcPr>
          <w:p w14:paraId="1A840DC7" w14:textId="2A75CC7B" w:rsidR="004F40BA" w:rsidRPr="00E03A50" w:rsidRDefault="005C0BE3" w:rsidP="008B53A8">
            <w:pPr>
              <w:spacing w:line="260" w:lineRule="exact"/>
              <w:jc w:val="center"/>
              <w:rPr>
                <w:rFonts w:asciiTheme="majorHAnsi" w:hAnsiTheme="majorHAnsi" w:cstheme="majorHAnsi"/>
                <w:b/>
                <w:bCs/>
                <w:sz w:val="22"/>
              </w:rPr>
            </w:pPr>
            <w:r>
              <w:rPr>
                <w:rFonts w:asciiTheme="majorHAnsi" w:hAnsiTheme="majorHAnsi" w:cstheme="majorHAnsi"/>
                <w:b/>
                <w:bCs/>
                <w:sz w:val="22"/>
              </w:rPr>
              <w:t>2</w:t>
            </w:r>
            <w:r w:rsidR="004F40BA">
              <w:rPr>
                <w:rFonts w:asciiTheme="majorHAnsi" w:hAnsiTheme="majorHAnsi" w:cstheme="majorHAnsi"/>
                <w:b/>
                <w:bCs/>
                <w:sz w:val="22"/>
              </w:rPr>
              <w:t>50</w:t>
            </w:r>
          </w:p>
        </w:tc>
      </w:tr>
      <w:tr w:rsidR="004F40BA" w:rsidRPr="00E03A50" w14:paraId="706734EE" w14:textId="77777777" w:rsidTr="008B53A8">
        <w:trPr>
          <w:trHeight w:val="397"/>
        </w:trPr>
        <w:tc>
          <w:tcPr>
            <w:tcW w:w="1413" w:type="dxa"/>
            <w:shd w:val="clear" w:color="auto" w:fill="F2F2F2" w:themeFill="background1" w:themeFillShade="F2"/>
            <w:vAlign w:val="center"/>
          </w:tcPr>
          <w:p w14:paraId="4B2922AB" w14:textId="77777777"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Title</w:t>
            </w:r>
          </w:p>
        </w:tc>
        <w:tc>
          <w:tcPr>
            <w:tcW w:w="7937" w:type="dxa"/>
            <w:gridSpan w:val="3"/>
            <w:shd w:val="clear" w:color="auto" w:fill="F2F2F2" w:themeFill="background1" w:themeFillShade="F2"/>
            <w:vAlign w:val="center"/>
          </w:tcPr>
          <w:p w14:paraId="0423E725" w14:textId="3CEAA2A9" w:rsidR="004F40BA" w:rsidRPr="00435960" w:rsidRDefault="005C0BE3" w:rsidP="008B53A8">
            <w:pPr>
              <w:spacing w:line="260" w:lineRule="exact"/>
              <w:jc w:val="center"/>
              <w:rPr>
                <w:rFonts w:asciiTheme="majorHAnsi" w:hAnsiTheme="majorHAnsi" w:cstheme="majorHAnsi"/>
                <w:b/>
                <w:bCs/>
                <w:i/>
                <w:iCs/>
                <w:sz w:val="22"/>
              </w:rPr>
            </w:pPr>
            <w:r>
              <w:rPr>
                <w:rFonts w:asciiTheme="majorHAnsi" w:hAnsiTheme="majorHAnsi" w:cstheme="majorHAnsi"/>
                <w:b/>
                <w:bCs/>
                <w:i/>
                <w:iCs/>
                <w:sz w:val="22"/>
              </w:rPr>
              <w:t>Innovation, Added Value</w:t>
            </w:r>
            <w:r w:rsidR="00A04D08">
              <w:rPr>
                <w:rFonts w:asciiTheme="majorHAnsi" w:hAnsiTheme="majorHAnsi" w:cstheme="majorHAnsi"/>
                <w:b/>
                <w:bCs/>
                <w:i/>
                <w:iCs/>
                <w:sz w:val="22"/>
              </w:rPr>
              <w:t>,</w:t>
            </w:r>
            <w:r>
              <w:rPr>
                <w:rFonts w:asciiTheme="majorHAnsi" w:hAnsiTheme="majorHAnsi" w:cstheme="majorHAnsi"/>
                <w:b/>
                <w:bCs/>
                <w:i/>
                <w:iCs/>
                <w:sz w:val="22"/>
              </w:rPr>
              <w:t xml:space="preserve"> Sustainability</w:t>
            </w:r>
            <w:r w:rsidR="00A04D08">
              <w:rPr>
                <w:rFonts w:asciiTheme="majorHAnsi" w:hAnsiTheme="majorHAnsi" w:cstheme="majorHAnsi"/>
                <w:b/>
                <w:bCs/>
                <w:i/>
                <w:iCs/>
                <w:sz w:val="22"/>
              </w:rPr>
              <w:t xml:space="preserve"> &amp; Energy Efficiency</w:t>
            </w:r>
          </w:p>
        </w:tc>
      </w:tr>
      <w:tr w:rsidR="004F40BA" w:rsidRPr="00E03A50" w14:paraId="167692DF" w14:textId="77777777" w:rsidTr="002C1F09">
        <w:trPr>
          <w:trHeight w:val="1701"/>
        </w:trPr>
        <w:tc>
          <w:tcPr>
            <w:tcW w:w="1413" w:type="dxa"/>
            <w:shd w:val="clear" w:color="auto" w:fill="F2F2F2" w:themeFill="background1" w:themeFillShade="F2"/>
            <w:vAlign w:val="center"/>
          </w:tcPr>
          <w:p w14:paraId="42667B08" w14:textId="77777777"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t xml:space="preserve">Instructions </w:t>
            </w:r>
          </w:p>
        </w:tc>
        <w:tc>
          <w:tcPr>
            <w:tcW w:w="7937" w:type="dxa"/>
            <w:gridSpan w:val="3"/>
            <w:vAlign w:val="center"/>
          </w:tcPr>
          <w:p w14:paraId="708AC363" w14:textId="3296EFDE" w:rsidR="004F40BA" w:rsidRPr="00D13407" w:rsidRDefault="00D13407" w:rsidP="002C1F09">
            <w:pPr>
              <w:jc w:val="both"/>
              <w:rPr>
                <w:rFonts w:ascii="Calibri" w:hAnsi="Calibri" w:cs="Calibri"/>
                <w:sz w:val="22"/>
                <w:lang w:val="en-GB"/>
              </w:rPr>
            </w:pPr>
            <w:r w:rsidRPr="00BE0B71">
              <w:rPr>
                <w:rFonts w:ascii="Calibri" w:hAnsi="Calibri" w:cs="Calibri"/>
                <w:color w:val="000000" w:themeColor="text1"/>
                <w:sz w:val="22"/>
                <w:lang w:val="en-GB"/>
              </w:rPr>
              <w:t>Tenderers should submit evidence of innovative or added value of the systems</w:t>
            </w:r>
            <w:r>
              <w:rPr>
                <w:rFonts w:ascii="Calibri" w:hAnsi="Calibri" w:cs="Calibri"/>
                <w:color w:val="000000" w:themeColor="text1"/>
                <w:sz w:val="22"/>
                <w:lang w:val="en-GB"/>
              </w:rPr>
              <w:t>.</w:t>
            </w:r>
            <w:r w:rsidRPr="00BE0B71">
              <w:rPr>
                <w:rFonts w:ascii="Calibri" w:hAnsi="Calibri" w:cs="Calibri"/>
                <w:sz w:val="22"/>
                <w:lang w:val="en-GB"/>
              </w:rPr>
              <w:br/>
              <w:t>Provide details of any additional supplies that can be provided to enhance the contract</w:t>
            </w:r>
            <w:r>
              <w:rPr>
                <w:rFonts w:ascii="Calibri" w:hAnsi="Calibri" w:cs="Calibri"/>
                <w:sz w:val="22"/>
                <w:lang w:val="en-GB"/>
              </w:rPr>
              <w:t xml:space="preserve">. </w:t>
            </w:r>
            <w:r w:rsidRPr="00BE0B71">
              <w:rPr>
                <w:rFonts w:ascii="Calibri" w:hAnsi="Calibri" w:cs="Calibri"/>
                <w:sz w:val="22"/>
                <w:lang w:val="en-GB"/>
              </w:rPr>
              <w:t>Repairability, modular replacement and expected component life information required.</w:t>
            </w:r>
            <w:r>
              <w:rPr>
                <w:rFonts w:ascii="Calibri" w:hAnsi="Calibri" w:cs="Calibri"/>
                <w:sz w:val="22"/>
                <w:lang w:val="en-GB"/>
              </w:rPr>
              <w:t xml:space="preserve"> </w:t>
            </w:r>
            <w:r w:rsidRPr="00BE0B71">
              <w:rPr>
                <w:rFonts w:ascii="Calibri" w:hAnsi="Calibri" w:cs="Calibri"/>
                <w:sz w:val="22"/>
                <w:lang w:val="en-GB"/>
              </w:rPr>
              <w:t>Provide details on energy consumption (for all 4 units) and power-management features. Packaging take-back/recycling and end-of-life approach.</w:t>
            </w:r>
          </w:p>
        </w:tc>
      </w:tr>
      <w:tr w:rsidR="004F40BA" w:rsidRPr="00E03A50" w14:paraId="55065E6B" w14:textId="77777777" w:rsidTr="002C1F09">
        <w:trPr>
          <w:trHeight w:val="5386"/>
        </w:trPr>
        <w:tc>
          <w:tcPr>
            <w:tcW w:w="1413" w:type="dxa"/>
            <w:shd w:val="clear" w:color="auto" w:fill="F2F2F2" w:themeFill="background1" w:themeFillShade="F2"/>
            <w:vAlign w:val="center"/>
          </w:tcPr>
          <w:p w14:paraId="5DED29AF" w14:textId="77777777" w:rsidR="004F40BA" w:rsidRPr="00E03A50" w:rsidRDefault="004F40BA" w:rsidP="008B53A8">
            <w:pPr>
              <w:spacing w:line="260" w:lineRule="exact"/>
              <w:rPr>
                <w:rFonts w:asciiTheme="majorHAnsi" w:hAnsiTheme="majorHAnsi" w:cstheme="majorHAnsi"/>
                <w:b/>
                <w:bCs/>
                <w:sz w:val="22"/>
              </w:rPr>
            </w:pPr>
            <w:r w:rsidRPr="00E03A50">
              <w:rPr>
                <w:rFonts w:asciiTheme="majorHAnsi" w:hAnsiTheme="majorHAnsi" w:cstheme="majorHAnsi"/>
                <w:b/>
                <w:bCs/>
                <w:sz w:val="22"/>
              </w:rPr>
              <w:lastRenderedPageBreak/>
              <w:t xml:space="preserve">Tenderers Response </w:t>
            </w:r>
          </w:p>
        </w:tc>
        <w:tc>
          <w:tcPr>
            <w:tcW w:w="7937" w:type="dxa"/>
            <w:gridSpan w:val="3"/>
          </w:tcPr>
          <w:p w14:paraId="6E651303" w14:textId="77777777" w:rsidR="004F40BA" w:rsidRPr="00E03A50" w:rsidRDefault="004F40BA" w:rsidP="008B53A8">
            <w:pPr>
              <w:spacing w:line="260" w:lineRule="exact"/>
              <w:rPr>
                <w:rFonts w:asciiTheme="majorHAnsi" w:hAnsiTheme="majorHAnsi" w:cstheme="majorHAnsi"/>
                <w:sz w:val="22"/>
              </w:rPr>
            </w:pPr>
          </w:p>
          <w:p w14:paraId="36973E45" w14:textId="77777777" w:rsidR="004F40BA" w:rsidRDefault="004F40BA" w:rsidP="008B53A8">
            <w:pPr>
              <w:spacing w:line="260" w:lineRule="exact"/>
              <w:rPr>
                <w:rFonts w:asciiTheme="majorHAnsi" w:hAnsiTheme="majorHAnsi" w:cstheme="majorHAnsi"/>
                <w:sz w:val="22"/>
              </w:rPr>
            </w:pPr>
          </w:p>
          <w:p w14:paraId="633CB15C" w14:textId="77777777" w:rsidR="004F40BA" w:rsidRDefault="004F40BA" w:rsidP="008B53A8">
            <w:pPr>
              <w:spacing w:line="260" w:lineRule="exact"/>
              <w:rPr>
                <w:rFonts w:asciiTheme="majorHAnsi" w:hAnsiTheme="majorHAnsi" w:cstheme="majorHAnsi"/>
                <w:sz w:val="22"/>
              </w:rPr>
            </w:pPr>
          </w:p>
          <w:p w14:paraId="2A6CFD86" w14:textId="77777777" w:rsidR="004F40BA" w:rsidRDefault="004F40BA" w:rsidP="008B53A8">
            <w:pPr>
              <w:spacing w:line="260" w:lineRule="exact"/>
              <w:rPr>
                <w:rFonts w:asciiTheme="majorHAnsi" w:hAnsiTheme="majorHAnsi" w:cstheme="majorHAnsi"/>
                <w:sz w:val="22"/>
              </w:rPr>
            </w:pPr>
          </w:p>
          <w:p w14:paraId="3246D51F" w14:textId="77777777" w:rsidR="004F40BA" w:rsidRDefault="004F40BA" w:rsidP="008B53A8">
            <w:pPr>
              <w:spacing w:line="260" w:lineRule="exact"/>
              <w:rPr>
                <w:rFonts w:asciiTheme="majorHAnsi" w:hAnsiTheme="majorHAnsi" w:cstheme="majorHAnsi"/>
                <w:sz w:val="22"/>
              </w:rPr>
            </w:pPr>
          </w:p>
          <w:p w14:paraId="626ADF20" w14:textId="77777777" w:rsidR="004F40BA" w:rsidRPr="00E03A50" w:rsidRDefault="004F40BA" w:rsidP="008B53A8">
            <w:pPr>
              <w:spacing w:line="260" w:lineRule="exact"/>
              <w:rPr>
                <w:rFonts w:asciiTheme="majorHAnsi" w:hAnsiTheme="majorHAnsi" w:cstheme="majorHAnsi"/>
                <w:sz w:val="22"/>
              </w:rPr>
            </w:pPr>
          </w:p>
          <w:p w14:paraId="38FEB8CD" w14:textId="77777777" w:rsidR="004F40BA" w:rsidRPr="00E03A50" w:rsidRDefault="004F40BA" w:rsidP="008B53A8">
            <w:pPr>
              <w:spacing w:line="260" w:lineRule="exact"/>
              <w:rPr>
                <w:rFonts w:asciiTheme="majorHAnsi" w:hAnsiTheme="majorHAnsi" w:cstheme="majorHAnsi"/>
                <w:sz w:val="22"/>
              </w:rPr>
            </w:pPr>
          </w:p>
          <w:p w14:paraId="1F0452B6" w14:textId="77777777" w:rsidR="004F40BA" w:rsidRPr="00E03A50" w:rsidRDefault="004F40BA" w:rsidP="008B53A8">
            <w:pPr>
              <w:spacing w:line="260" w:lineRule="exact"/>
              <w:rPr>
                <w:rFonts w:asciiTheme="majorHAnsi" w:hAnsiTheme="majorHAnsi" w:cstheme="majorHAnsi"/>
                <w:sz w:val="22"/>
              </w:rPr>
            </w:pPr>
          </w:p>
          <w:p w14:paraId="03E5D97A" w14:textId="77777777" w:rsidR="004F40BA" w:rsidRPr="00E03A50" w:rsidRDefault="004F40BA" w:rsidP="008B53A8">
            <w:pPr>
              <w:spacing w:line="260" w:lineRule="exact"/>
              <w:rPr>
                <w:rFonts w:asciiTheme="majorHAnsi" w:hAnsiTheme="majorHAnsi" w:cstheme="majorHAnsi"/>
                <w:sz w:val="22"/>
              </w:rPr>
            </w:pPr>
          </w:p>
          <w:p w14:paraId="23D4CA21" w14:textId="77777777" w:rsidR="004F40BA" w:rsidRPr="00E03A50" w:rsidRDefault="004F40BA" w:rsidP="008B53A8">
            <w:pPr>
              <w:spacing w:line="260" w:lineRule="exact"/>
              <w:rPr>
                <w:rFonts w:asciiTheme="majorHAnsi" w:hAnsiTheme="majorHAnsi" w:cstheme="majorHAnsi"/>
                <w:sz w:val="22"/>
              </w:rPr>
            </w:pPr>
          </w:p>
          <w:p w14:paraId="355B1F4B" w14:textId="77777777" w:rsidR="004F40BA" w:rsidRPr="00E03A50" w:rsidRDefault="004F40BA" w:rsidP="008B53A8">
            <w:pPr>
              <w:spacing w:line="260" w:lineRule="exact"/>
              <w:rPr>
                <w:rFonts w:asciiTheme="majorHAnsi" w:hAnsiTheme="majorHAnsi" w:cstheme="majorHAnsi"/>
                <w:sz w:val="22"/>
              </w:rPr>
            </w:pPr>
          </w:p>
          <w:p w14:paraId="03CC48C8" w14:textId="77777777" w:rsidR="004F40BA" w:rsidRPr="00E03A50" w:rsidRDefault="004F40BA" w:rsidP="008B53A8">
            <w:pPr>
              <w:spacing w:line="260" w:lineRule="exact"/>
              <w:rPr>
                <w:rFonts w:asciiTheme="majorHAnsi" w:hAnsiTheme="majorHAnsi" w:cstheme="majorHAnsi"/>
                <w:sz w:val="22"/>
              </w:rPr>
            </w:pPr>
          </w:p>
          <w:p w14:paraId="4F10CD8A" w14:textId="77777777" w:rsidR="004F40BA" w:rsidRPr="00E03A50" w:rsidRDefault="004F40BA" w:rsidP="008B53A8">
            <w:pPr>
              <w:spacing w:line="260" w:lineRule="exact"/>
              <w:rPr>
                <w:rFonts w:asciiTheme="majorHAnsi" w:hAnsiTheme="majorHAnsi" w:cstheme="majorHAnsi"/>
                <w:sz w:val="22"/>
              </w:rPr>
            </w:pPr>
          </w:p>
          <w:p w14:paraId="52A9F967" w14:textId="77777777" w:rsidR="004F40BA" w:rsidRPr="00E03A50" w:rsidRDefault="004F40BA" w:rsidP="008B53A8">
            <w:pPr>
              <w:spacing w:line="260" w:lineRule="exact"/>
              <w:rPr>
                <w:rFonts w:asciiTheme="majorHAnsi" w:hAnsiTheme="majorHAnsi" w:cstheme="majorHAnsi"/>
                <w:sz w:val="22"/>
              </w:rPr>
            </w:pPr>
          </w:p>
          <w:p w14:paraId="5DD1CF30" w14:textId="77777777" w:rsidR="004F40BA" w:rsidRPr="00E03A50" w:rsidRDefault="004F40BA" w:rsidP="008B53A8">
            <w:pPr>
              <w:spacing w:line="260" w:lineRule="exact"/>
              <w:rPr>
                <w:rFonts w:asciiTheme="majorHAnsi" w:hAnsiTheme="majorHAnsi" w:cstheme="majorHAnsi"/>
                <w:sz w:val="22"/>
              </w:rPr>
            </w:pPr>
          </w:p>
        </w:tc>
      </w:tr>
    </w:tbl>
    <w:p w14:paraId="0E91949A" w14:textId="77777777" w:rsidR="00EA7B88" w:rsidRDefault="00EA7B88" w:rsidP="00085B0D">
      <w:pPr>
        <w:spacing w:after="0" w:line="260" w:lineRule="exact"/>
        <w:rPr>
          <w:rFonts w:asciiTheme="majorHAnsi" w:hAnsiTheme="majorHAnsi" w:cstheme="majorHAnsi"/>
          <w:b/>
          <w:bCs/>
          <w:sz w:val="26"/>
          <w:szCs w:val="26"/>
        </w:rPr>
      </w:pPr>
    </w:p>
    <w:p w14:paraId="117C1C35" w14:textId="77777777" w:rsidR="00EA7B88" w:rsidRDefault="00EA7B88" w:rsidP="00085B0D">
      <w:pPr>
        <w:spacing w:after="0" w:line="260" w:lineRule="exact"/>
        <w:rPr>
          <w:rFonts w:asciiTheme="majorHAnsi" w:hAnsiTheme="majorHAnsi" w:cstheme="majorHAnsi"/>
          <w:b/>
          <w:bCs/>
          <w:sz w:val="26"/>
          <w:szCs w:val="26"/>
        </w:rPr>
      </w:pPr>
    </w:p>
    <w:p w14:paraId="37B1FB83" w14:textId="21DDEB78" w:rsidR="00085B0D" w:rsidRPr="00430B0D" w:rsidRDefault="00085B0D" w:rsidP="004D3388">
      <w:pPr>
        <w:pStyle w:val="ListParagraph"/>
        <w:numPr>
          <w:ilvl w:val="0"/>
          <w:numId w:val="10"/>
        </w:numPr>
        <w:spacing w:after="0" w:line="260" w:lineRule="exact"/>
        <w:rPr>
          <w:rFonts w:asciiTheme="majorHAnsi" w:hAnsiTheme="majorHAnsi" w:cstheme="majorHAnsi"/>
          <w:b/>
          <w:bCs/>
          <w:sz w:val="26"/>
          <w:szCs w:val="26"/>
        </w:rPr>
      </w:pPr>
      <w:r w:rsidRPr="00430B0D">
        <w:rPr>
          <w:rFonts w:asciiTheme="majorHAnsi" w:hAnsiTheme="majorHAnsi" w:cstheme="majorHAnsi"/>
          <w:b/>
          <w:bCs/>
          <w:sz w:val="26"/>
          <w:szCs w:val="26"/>
        </w:rPr>
        <w:t xml:space="preserve">Cost Criteria </w:t>
      </w:r>
    </w:p>
    <w:p w14:paraId="420AAB2E" w14:textId="77777777" w:rsidR="00085B0D" w:rsidRPr="002505CD" w:rsidRDefault="00085B0D" w:rsidP="00085B0D">
      <w:pPr>
        <w:pStyle w:val="ListParagraph"/>
        <w:spacing w:after="0" w:line="260" w:lineRule="exact"/>
        <w:ind w:left="1080"/>
        <w:rPr>
          <w:rFonts w:asciiTheme="majorHAnsi" w:hAnsiTheme="majorHAnsi" w:cstheme="majorHAnsi"/>
          <w:sz w:val="26"/>
          <w:szCs w:val="26"/>
        </w:rPr>
      </w:pPr>
      <w:r w:rsidRPr="002505CD">
        <w:rPr>
          <w:rFonts w:asciiTheme="majorHAnsi" w:hAnsiTheme="majorHAnsi" w:cstheme="majorHAnsi"/>
          <w:sz w:val="26"/>
          <w:szCs w:val="26"/>
        </w:rPr>
        <w:t xml:space="preserve">Refer to </w:t>
      </w:r>
      <w:r>
        <w:rPr>
          <w:rFonts w:asciiTheme="majorHAnsi" w:hAnsiTheme="majorHAnsi" w:cstheme="majorHAnsi"/>
          <w:sz w:val="26"/>
          <w:szCs w:val="26"/>
        </w:rPr>
        <w:t xml:space="preserve">Appendix 2. Pricing Schedule of the Request for Tender Document. </w:t>
      </w:r>
    </w:p>
    <w:p w14:paraId="32AF9E9B" w14:textId="77777777" w:rsidR="00FC41C3" w:rsidRDefault="00FC41C3" w:rsidP="00CD44B3">
      <w:pPr>
        <w:pBdr>
          <w:bottom w:val="single" w:sz="12" w:space="1" w:color="auto"/>
        </w:pBdr>
        <w:spacing w:after="0" w:line="260" w:lineRule="exact"/>
        <w:rPr>
          <w:rFonts w:ascii="Arial" w:hAnsi="Arial" w:cs="Arial"/>
          <w:b/>
          <w:bCs/>
          <w:color w:val="548DD4" w:themeColor="text2" w:themeTint="99"/>
          <w:sz w:val="24"/>
          <w:szCs w:val="24"/>
        </w:rPr>
      </w:pPr>
    </w:p>
    <w:p w14:paraId="497B398B" w14:textId="77777777" w:rsidR="00C605CD" w:rsidRDefault="00C605CD" w:rsidP="00CD44B3">
      <w:pPr>
        <w:pBdr>
          <w:bottom w:val="single" w:sz="12" w:space="1" w:color="auto"/>
        </w:pBdr>
        <w:spacing w:after="0" w:line="260" w:lineRule="exact"/>
        <w:rPr>
          <w:rFonts w:ascii="Arial" w:hAnsi="Arial" w:cs="Arial"/>
          <w:b/>
          <w:bCs/>
          <w:color w:val="548DD4" w:themeColor="text2" w:themeTint="99"/>
          <w:sz w:val="24"/>
          <w:szCs w:val="24"/>
        </w:rPr>
      </w:pPr>
    </w:p>
    <w:p w14:paraId="57A1DEC6" w14:textId="77777777" w:rsidR="00C605CD" w:rsidRDefault="00C605CD" w:rsidP="00CD44B3">
      <w:pPr>
        <w:spacing w:after="0" w:line="260" w:lineRule="exact"/>
        <w:rPr>
          <w:rFonts w:asciiTheme="minorHAnsi" w:eastAsia="Times New Roman" w:hAnsiTheme="minorHAnsi" w:cstheme="minorHAnsi"/>
          <w:b/>
          <w:bCs/>
          <w:color w:val="404040"/>
          <w:lang w:eastAsia="ja-JP"/>
        </w:rPr>
      </w:pPr>
    </w:p>
    <w:p w14:paraId="3DAE0756" w14:textId="77777777" w:rsidR="00610896" w:rsidRPr="00FC7ED1" w:rsidRDefault="00610896" w:rsidP="00610896">
      <w:pPr>
        <w:pStyle w:val="DefaultText"/>
        <w:jc w:val="both"/>
        <w:rPr>
          <w:rFonts w:asciiTheme="majorHAnsi" w:hAnsiTheme="majorHAnsi" w:cstheme="majorHAnsi"/>
          <w:b/>
          <w:bCs/>
          <w:sz w:val="22"/>
          <w:szCs w:val="22"/>
          <w:lang w:val="en-GB"/>
        </w:rPr>
      </w:pPr>
      <w:r w:rsidRPr="00FC7ED1">
        <w:rPr>
          <w:rFonts w:asciiTheme="majorHAnsi" w:hAnsiTheme="majorHAnsi" w:cstheme="majorHAnsi"/>
          <w:b/>
          <w:bCs/>
          <w:sz w:val="22"/>
          <w:szCs w:val="22"/>
          <w:lang w:val="en-GB"/>
        </w:rPr>
        <w:t xml:space="preserve">I/We confirm that I/we </w:t>
      </w:r>
    </w:p>
    <w:p w14:paraId="585C472E" w14:textId="77777777" w:rsidR="00610896" w:rsidRPr="00FC7ED1" w:rsidRDefault="00610896" w:rsidP="00610896">
      <w:pPr>
        <w:spacing w:after="0" w:line="240" w:lineRule="auto"/>
        <w:rPr>
          <w:rFonts w:asciiTheme="majorHAnsi" w:hAnsiTheme="majorHAnsi" w:cstheme="majorHAnsi"/>
          <w:sz w:val="22"/>
        </w:rPr>
      </w:pPr>
      <w:r w:rsidRPr="00FC7ED1">
        <w:rPr>
          <w:rFonts w:asciiTheme="majorHAnsi" w:hAnsiTheme="majorHAnsi" w:cstheme="majorHAnsi"/>
          <w:sz w:val="22"/>
        </w:rPr>
        <w:tab/>
      </w:r>
      <w:r w:rsidRPr="00FC7ED1">
        <w:rPr>
          <w:rFonts w:asciiTheme="majorHAnsi" w:hAnsiTheme="majorHAnsi" w:cstheme="majorHAnsi"/>
          <w:sz w:val="22"/>
        </w:rPr>
        <w:tab/>
      </w:r>
    </w:p>
    <w:p w14:paraId="6723A0DA"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Will keep this offer for the contract open for acceptance by you for the duration of the contract.</w:t>
      </w:r>
    </w:p>
    <w:p w14:paraId="5CDEAFAC" w14:textId="5B7ACF92"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Agree that you are not bound to accept the most economically advantageous or any Tender you may receive</w:t>
      </w:r>
      <w:r w:rsidR="00FC7ED1">
        <w:rPr>
          <w:rFonts w:asciiTheme="majorHAnsi" w:hAnsiTheme="majorHAnsi" w:cstheme="majorHAnsi"/>
          <w:sz w:val="22"/>
        </w:rPr>
        <w:t>.</w:t>
      </w:r>
    </w:p>
    <w:p w14:paraId="66064993"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 xml:space="preserve">Agree that the rates stated are maximum prices for the duration of the contract, </w:t>
      </w:r>
    </w:p>
    <w:p w14:paraId="1A41826B"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Have read and thoroughly examined the Tender Document,</w:t>
      </w:r>
    </w:p>
    <w:p w14:paraId="5E34F991" w14:textId="77777777"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Fully understand the Tender Document and the Client’s requirements,</w:t>
      </w:r>
    </w:p>
    <w:p w14:paraId="31572072" w14:textId="57B9ABA3"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Undertake to treat the details of this Invitation to Tender, its Tender and any subsequent negotiations as private and confidential</w:t>
      </w:r>
      <w:r w:rsidR="00FC7ED1" w:rsidRPr="00FC7ED1">
        <w:rPr>
          <w:rFonts w:asciiTheme="majorHAnsi" w:hAnsiTheme="majorHAnsi" w:cstheme="majorHAnsi"/>
          <w:sz w:val="22"/>
        </w:rPr>
        <w:t>.</w:t>
      </w:r>
    </w:p>
    <w:p w14:paraId="7684770C" w14:textId="114818A4"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r w:rsidR="00FC7ED1">
        <w:rPr>
          <w:rFonts w:asciiTheme="majorHAnsi" w:hAnsiTheme="majorHAnsi" w:cstheme="majorHAnsi"/>
          <w:sz w:val="22"/>
        </w:rPr>
        <w:t>.</w:t>
      </w:r>
    </w:p>
    <w:p w14:paraId="52D80C0E" w14:textId="3522DA7D"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Have availed of all offers for additional information or have otherwise satisfied myself/ourselves as to conditions that may in any manner affect the performance of the services required under the contract</w:t>
      </w:r>
      <w:r w:rsidR="00FC7ED1">
        <w:rPr>
          <w:rFonts w:asciiTheme="majorHAnsi" w:hAnsiTheme="majorHAnsi" w:cstheme="majorHAnsi"/>
          <w:sz w:val="22"/>
        </w:rPr>
        <w:t>.</w:t>
      </w:r>
    </w:p>
    <w:p w14:paraId="4553694D" w14:textId="5C9A08A6" w:rsidR="00610896" w:rsidRPr="00FC7ED1" w:rsidRDefault="00610896" w:rsidP="004D3388">
      <w:pPr>
        <w:numPr>
          <w:ilvl w:val="0"/>
          <w:numId w:val="13"/>
        </w:numPr>
        <w:spacing w:after="0"/>
        <w:jc w:val="both"/>
        <w:rPr>
          <w:rFonts w:asciiTheme="majorHAnsi" w:hAnsiTheme="majorHAnsi" w:cstheme="majorHAnsi"/>
          <w:sz w:val="22"/>
        </w:rPr>
      </w:pPr>
      <w:r w:rsidRPr="00FC7ED1">
        <w:rPr>
          <w:rFonts w:asciiTheme="majorHAnsi" w:hAnsiTheme="majorHAnsi" w:cstheme="majorHAnsi"/>
          <w:sz w:val="22"/>
        </w:rPr>
        <w:t xml:space="preserve">Have included all elements necessary for the performance of the specified services, which are either expressly stated in the Tender Document or contained in any supplementary </w:t>
      </w:r>
      <w:proofErr w:type="gramStart"/>
      <w:r w:rsidRPr="00FC7ED1">
        <w:rPr>
          <w:rFonts w:asciiTheme="majorHAnsi" w:hAnsiTheme="majorHAnsi" w:cstheme="majorHAnsi"/>
          <w:sz w:val="22"/>
        </w:rPr>
        <w:t>information</w:t>
      </w:r>
      <w:proofErr w:type="gramEnd"/>
      <w:r w:rsidRPr="00FC7ED1">
        <w:rPr>
          <w:rFonts w:asciiTheme="majorHAnsi" w:hAnsiTheme="majorHAnsi" w:cstheme="majorHAnsi"/>
          <w:sz w:val="22"/>
        </w:rPr>
        <w:t xml:space="preserve"> or which could reasonably be inferred therefrom</w:t>
      </w:r>
      <w:r w:rsidR="004D349A">
        <w:rPr>
          <w:rFonts w:asciiTheme="majorHAnsi" w:hAnsiTheme="majorHAnsi" w:cstheme="majorHAnsi"/>
          <w:sz w:val="22"/>
        </w:rPr>
        <w:t>.</w:t>
      </w:r>
    </w:p>
    <w:p w14:paraId="2BFB7E40" w14:textId="79155643" w:rsidR="00610896" w:rsidRPr="00FC7ED1" w:rsidRDefault="00610896" w:rsidP="004D3388">
      <w:pPr>
        <w:numPr>
          <w:ilvl w:val="0"/>
          <w:numId w:val="13"/>
        </w:numPr>
        <w:spacing w:after="0"/>
        <w:jc w:val="both"/>
        <w:rPr>
          <w:rFonts w:asciiTheme="majorHAnsi" w:hAnsiTheme="majorHAnsi" w:cstheme="majorHAnsi"/>
          <w:b/>
          <w:bCs/>
          <w:sz w:val="22"/>
        </w:rPr>
      </w:pPr>
      <w:r w:rsidRPr="00FC7ED1">
        <w:rPr>
          <w:rFonts w:asciiTheme="majorHAnsi" w:hAnsiTheme="majorHAnsi" w:cstheme="majorHAnsi"/>
          <w:sz w:val="22"/>
        </w:rPr>
        <w:lastRenderedPageBreak/>
        <w:t>Have found no errors, omissions, conflicts or ambiguities in the Tender Document except those which I/We have brought to the attention of the Contracting Authority before the latest date for submitting queries</w:t>
      </w:r>
      <w:r w:rsidR="004D349A">
        <w:rPr>
          <w:rFonts w:asciiTheme="majorHAnsi" w:hAnsiTheme="majorHAnsi" w:cstheme="majorHAnsi"/>
          <w:sz w:val="22"/>
        </w:rPr>
        <w:t>.</w:t>
      </w:r>
    </w:p>
    <w:p w14:paraId="6A271778" w14:textId="23382181" w:rsidR="00610896" w:rsidRPr="00FC7ED1" w:rsidRDefault="00610896" w:rsidP="004D3388">
      <w:pPr>
        <w:numPr>
          <w:ilvl w:val="0"/>
          <w:numId w:val="13"/>
        </w:numPr>
        <w:spacing w:after="0"/>
        <w:jc w:val="both"/>
        <w:rPr>
          <w:rFonts w:asciiTheme="majorHAnsi" w:hAnsiTheme="majorHAnsi" w:cstheme="majorHAnsi"/>
          <w:b/>
          <w:bCs/>
          <w:sz w:val="22"/>
        </w:rPr>
      </w:pPr>
      <w:r w:rsidRPr="00FC7ED1">
        <w:rPr>
          <w:rFonts w:asciiTheme="majorHAnsi" w:hAnsiTheme="majorHAnsi" w:cstheme="majorHAnsi"/>
          <w:sz w:val="22"/>
        </w:rPr>
        <w:t>Have included for compliance with all statutory requirements applicable in Ireland and those applicable in any country where parts of the contract may be performed that are in force 7 days prior to the deadline for receipt of Tenders</w:t>
      </w:r>
      <w:r w:rsidR="004D349A">
        <w:rPr>
          <w:rFonts w:asciiTheme="majorHAnsi" w:hAnsiTheme="majorHAnsi" w:cstheme="majorHAnsi"/>
          <w:sz w:val="22"/>
        </w:rPr>
        <w:t>.</w:t>
      </w:r>
    </w:p>
    <w:p w14:paraId="78BC359A" w14:textId="77777777" w:rsidR="00610896" w:rsidRPr="00FC7ED1" w:rsidRDefault="00610896" w:rsidP="004D3388">
      <w:pPr>
        <w:numPr>
          <w:ilvl w:val="0"/>
          <w:numId w:val="13"/>
        </w:numPr>
        <w:spacing w:after="0"/>
        <w:jc w:val="both"/>
        <w:rPr>
          <w:rFonts w:asciiTheme="majorHAnsi" w:hAnsiTheme="majorHAnsi" w:cstheme="majorHAnsi"/>
          <w:b/>
          <w:bCs/>
          <w:sz w:val="22"/>
        </w:rPr>
      </w:pPr>
      <w:r w:rsidRPr="00FC7ED1">
        <w:rPr>
          <w:rFonts w:asciiTheme="majorHAnsi" w:hAnsiTheme="majorHAnsi" w:cstheme="majorHAnsi"/>
          <w:sz w:val="22"/>
        </w:rPr>
        <w:t>Will not, if awarded a contract employ labour in a manner that is discriminatory in relation to gender, race, religious beliefs, age etc.</w:t>
      </w:r>
    </w:p>
    <w:p w14:paraId="5C91B132" w14:textId="77777777" w:rsidR="00610896" w:rsidRPr="00FC7ED1" w:rsidRDefault="00610896" w:rsidP="00CD44B3">
      <w:pPr>
        <w:spacing w:after="0" w:line="260" w:lineRule="exact"/>
        <w:rPr>
          <w:rFonts w:asciiTheme="majorHAnsi" w:eastAsia="Times New Roman" w:hAnsiTheme="majorHAnsi" w:cstheme="majorHAnsi"/>
          <w:color w:val="000000" w:themeColor="text1"/>
          <w:sz w:val="22"/>
          <w:lang w:eastAsia="ja-JP"/>
        </w:rPr>
      </w:pPr>
    </w:p>
    <w:p w14:paraId="450A7818" w14:textId="77777777" w:rsidR="00610896" w:rsidRPr="00FC7ED1" w:rsidRDefault="00610896" w:rsidP="00CD44B3">
      <w:pPr>
        <w:spacing w:after="0" w:line="260" w:lineRule="exact"/>
        <w:rPr>
          <w:rFonts w:asciiTheme="majorHAnsi" w:eastAsia="Times New Roman" w:hAnsiTheme="majorHAnsi" w:cstheme="majorHAnsi"/>
          <w:color w:val="000000" w:themeColor="text1"/>
          <w:sz w:val="22"/>
          <w:lang w:eastAsia="ja-JP"/>
        </w:rPr>
      </w:pPr>
    </w:p>
    <w:p w14:paraId="5BB828AE" w14:textId="5C47AED1" w:rsidR="00A605A2" w:rsidRDefault="00563EB1" w:rsidP="00CD44B3">
      <w:pPr>
        <w:spacing w:after="0" w:line="260" w:lineRule="exact"/>
        <w:rPr>
          <w:rFonts w:asciiTheme="majorHAnsi" w:eastAsia="Times New Roman" w:hAnsiTheme="majorHAnsi" w:cstheme="majorHAnsi"/>
          <w:color w:val="000000" w:themeColor="text1"/>
          <w:sz w:val="22"/>
          <w:lang w:eastAsia="ja-JP"/>
        </w:rPr>
      </w:pPr>
      <w:r w:rsidRPr="00FC7ED1">
        <w:rPr>
          <w:rFonts w:asciiTheme="majorHAnsi" w:eastAsia="Times New Roman" w:hAnsiTheme="majorHAnsi" w:cstheme="majorHAnsi"/>
          <w:color w:val="000000" w:themeColor="text1"/>
          <w:sz w:val="22"/>
          <w:lang w:eastAsia="ja-JP"/>
        </w:rPr>
        <w:t xml:space="preserve">I hereby declare </w:t>
      </w:r>
      <w:r w:rsidR="000F07A0" w:rsidRPr="00FC7ED1">
        <w:rPr>
          <w:rFonts w:asciiTheme="majorHAnsi" w:eastAsia="Times New Roman" w:hAnsiTheme="majorHAnsi" w:cstheme="majorHAnsi"/>
          <w:color w:val="000000" w:themeColor="text1"/>
          <w:sz w:val="22"/>
          <w:lang w:eastAsia="ja-JP"/>
        </w:rPr>
        <w:t xml:space="preserve">that all information provided in this Tender </w:t>
      </w:r>
      <w:r w:rsidR="001F06B2" w:rsidRPr="00FC7ED1">
        <w:rPr>
          <w:rFonts w:asciiTheme="majorHAnsi" w:eastAsia="Times New Roman" w:hAnsiTheme="majorHAnsi" w:cstheme="majorHAnsi"/>
          <w:color w:val="000000" w:themeColor="text1"/>
          <w:sz w:val="22"/>
          <w:lang w:eastAsia="ja-JP"/>
        </w:rPr>
        <w:t>Response</w:t>
      </w:r>
      <w:r w:rsidR="000F07A0" w:rsidRPr="00FC7ED1">
        <w:rPr>
          <w:rFonts w:asciiTheme="majorHAnsi" w:eastAsia="Times New Roman" w:hAnsiTheme="majorHAnsi" w:cstheme="majorHAnsi"/>
          <w:color w:val="000000" w:themeColor="text1"/>
          <w:sz w:val="22"/>
          <w:lang w:eastAsia="ja-JP"/>
        </w:rPr>
        <w:t xml:space="preserve"> Form is true, accurate and complete to the best of my knowledge and belief. I confirm that I am duly authorized to submit this tender on behalf of the </w:t>
      </w:r>
      <w:r w:rsidR="001F06B2" w:rsidRPr="00FC7ED1">
        <w:rPr>
          <w:rFonts w:asciiTheme="majorHAnsi" w:eastAsia="Times New Roman" w:hAnsiTheme="majorHAnsi" w:cstheme="majorHAnsi"/>
          <w:color w:val="000000" w:themeColor="text1"/>
          <w:sz w:val="22"/>
          <w:lang w:eastAsia="ja-JP"/>
        </w:rPr>
        <w:t>organization named below:</w:t>
      </w:r>
    </w:p>
    <w:p w14:paraId="6DF6E54B" w14:textId="77777777" w:rsidR="004D349A" w:rsidRPr="00FC7ED1" w:rsidRDefault="004D349A" w:rsidP="00CD44B3">
      <w:pPr>
        <w:spacing w:after="0" w:line="260" w:lineRule="exact"/>
        <w:rPr>
          <w:rFonts w:asciiTheme="majorHAnsi" w:hAnsiTheme="majorHAnsi" w:cstheme="majorHAnsi"/>
          <w:color w:val="000000" w:themeColor="text1"/>
          <w:sz w:val="22"/>
        </w:rPr>
      </w:pPr>
    </w:p>
    <w:p w14:paraId="274FF9BF" w14:textId="77777777" w:rsidR="00FC41C3" w:rsidRDefault="00FC41C3" w:rsidP="00CD44B3">
      <w:pPr>
        <w:spacing w:after="0" w:line="260" w:lineRule="exact"/>
        <w:rPr>
          <w:rFonts w:ascii="Arial" w:hAnsi="Arial" w:cs="Arial"/>
          <w:b/>
          <w:bCs/>
          <w:color w:val="548DD4" w:themeColor="text2" w:themeTint="99"/>
          <w:sz w:val="24"/>
          <w:szCs w:val="2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47"/>
        <w:gridCol w:w="6803"/>
      </w:tblGrid>
      <w:tr w:rsidR="00873AC7" w14:paraId="36ECCCF9" w14:textId="77777777" w:rsidTr="00AA7F87">
        <w:trPr>
          <w:trHeight w:val="454"/>
        </w:trPr>
        <w:tc>
          <w:tcPr>
            <w:tcW w:w="2547" w:type="dxa"/>
            <w:shd w:val="clear" w:color="auto" w:fill="F2F2F2" w:themeFill="background1" w:themeFillShade="F2"/>
            <w:vAlign w:val="center"/>
          </w:tcPr>
          <w:p w14:paraId="12A58DAB" w14:textId="6F3CEF95"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Signed:</w:t>
            </w:r>
          </w:p>
        </w:tc>
        <w:tc>
          <w:tcPr>
            <w:tcW w:w="6803" w:type="dxa"/>
          </w:tcPr>
          <w:p w14:paraId="74388254"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5CE3CEF2" w14:textId="77777777" w:rsidTr="00AA7F87">
        <w:trPr>
          <w:trHeight w:val="454"/>
        </w:trPr>
        <w:tc>
          <w:tcPr>
            <w:tcW w:w="2547" w:type="dxa"/>
            <w:shd w:val="clear" w:color="auto" w:fill="F2F2F2" w:themeFill="background1" w:themeFillShade="F2"/>
            <w:vAlign w:val="center"/>
          </w:tcPr>
          <w:p w14:paraId="0EDB28F1" w14:textId="56E52BEC" w:rsidR="00A605A2"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Name</w:t>
            </w:r>
            <w:r w:rsidR="00A605A2">
              <w:rPr>
                <w:rFonts w:asciiTheme="majorHAnsi" w:hAnsiTheme="majorHAnsi" w:cstheme="majorHAnsi"/>
                <w:b/>
                <w:bCs/>
                <w:color w:val="000000" w:themeColor="text1"/>
                <w:sz w:val="26"/>
                <w:szCs w:val="26"/>
              </w:rPr>
              <w:t>:</w:t>
            </w:r>
            <w:r w:rsidRPr="00873AC7">
              <w:rPr>
                <w:rFonts w:asciiTheme="majorHAnsi" w:hAnsiTheme="majorHAnsi" w:cstheme="majorHAnsi"/>
                <w:b/>
                <w:bCs/>
                <w:color w:val="000000" w:themeColor="text1"/>
                <w:sz w:val="26"/>
                <w:szCs w:val="26"/>
              </w:rPr>
              <w:t xml:space="preserve"> </w:t>
            </w:r>
          </w:p>
          <w:p w14:paraId="35803B0F" w14:textId="44C1E11A" w:rsidR="00873AC7" w:rsidRPr="00A605A2" w:rsidRDefault="00873AC7" w:rsidP="00A605A2">
            <w:pPr>
              <w:spacing w:line="260" w:lineRule="exact"/>
              <w:rPr>
                <w:rFonts w:asciiTheme="majorHAnsi" w:hAnsiTheme="majorHAnsi" w:cstheme="majorHAnsi"/>
                <w:b/>
                <w:bCs/>
                <w:i/>
                <w:iCs/>
                <w:color w:val="000000" w:themeColor="text1"/>
                <w:sz w:val="18"/>
                <w:szCs w:val="18"/>
              </w:rPr>
            </w:pPr>
            <w:r w:rsidRPr="00A605A2">
              <w:rPr>
                <w:rFonts w:asciiTheme="majorHAnsi" w:hAnsiTheme="majorHAnsi" w:cstheme="majorHAnsi"/>
                <w:b/>
                <w:bCs/>
                <w:i/>
                <w:iCs/>
                <w:color w:val="000000" w:themeColor="text1"/>
                <w:sz w:val="18"/>
                <w:szCs w:val="18"/>
              </w:rPr>
              <w:t>(in Capital Letters)</w:t>
            </w:r>
          </w:p>
        </w:tc>
        <w:tc>
          <w:tcPr>
            <w:tcW w:w="6803" w:type="dxa"/>
          </w:tcPr>
          <w:p w14:paraId="136676AF"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4079A566" w14:textId="77777777" w:rsidTr="00AA7F87">
        <w:trPr>
          <w:trHeight w:val="454"/>
        </w:trPr>
        <w:tc>
          <w:tcPr>
            <w:tcW w:w="2547" w:type="dxa"/>
            <w:shd w:val="clear" w:color="auto" w:fill="F2F2F2" w:themeFill="background1" w:themeFillShade="F2"/>
            <w:vAlign w:val="center"/>
          </w:tcPr>
          <w:p w14:paraId="2A86FCAC" w14:textId="53481F47"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Date</w:t>
            </w:r>
            <w:r w:rsidR="00A605A2">
              <w:rPr>
                <w:rFonts w:asciiTheme="majorHAnsi" w:hAnsiTheme="majorHAnsi" w:cstheme="majorHAnsi"/>
                <w:b/>
                <w:bCs/>
                <w:color w:val="000000" w:themeColor="text1"/>
                <w:sz w:val="26"/>
                <w:szCs w:val="26"/>
              </w:rPr>
              <w:t xml:space="preserve"> (DD/MM/YY)</w:t>
            </w:r>
            <w:r w:rsidRPr="00873AC7">
              <w:rPr>
                <w:rFonts w:asciiTheme="majorHAnsi" w:hAnsiTheme="majorHAnsi" w:cstheme="majorHAnsi"/>
                <w:b/>
                <w:bCs/>
                <w:color w:val="000000" w:themeColor="text1"/>
                <w:sz w:val="26"/>
                <w:szCs w:val="26"/>
              </w:rPr>
              <w:t>:</w:t>
            </w:r>
          </w:p>
        </w:tc>
        <w:tc>
          <w:tcPr>
            <w:tcW w:w="6803" w:type="dxa"/>
          </w:tcPr>
          <w:p w14:paraId="17981566"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2D04748C" w14:textId="77777777" w:rsidTr="00AA7F87">
        <w:trPr>
          <w:trHeight w:val="454"/>
        </w:trPr>
        <w:tc>
          <w:tcPr>
            <w:tcW w:w="2547" w:type="dxa"/>
            <w:shd w:val="clear" w:color="auto" w:fill="F2F2F2" w:themeFill="background1" w:themeFillShade="F2"/>
            <w:vAlign w:val="center"/>
          </w:tcPr>
          <w:p w14:paraId="15CB0E80" w14:textId="08329885"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 xml:space="preserve">On Behalf of: </w:t>
            </w:r>
          </w:p>
        </w:tc>
        <w:tc>
          <w:tcPr>
            <w:tcW w:w="6803" w:type="dxa"/>
          </w:tcPr>
          <w:p w14:paraId="29F8132D"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7ADCBABE" w14:textId="77777777" w:rsidTr="00AA7F87">
        <w:trPr>
          <w:trHeight w:val="1134"/>
        </w:trPr>
        <w:tc>
          <w:tcPr>
            <w:tcW w:w="2547" w:type="dxa"/>
            <w:shd w:val="clear" w:color="auto" w:fill="F2F2F2" w:themeFill="background1" w:themeFillShade="F2"/>
            <w:vAlign w:val="center"/>
          </w:tcPr>
          <w:p w14:paraId="1EF7F87A" w14:textId="72BFAEDA"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Address</w:t>
            </w:r>
          </w:p>
        </w:tc>
        <w:tc>
          <w:tcPr>
            <w:tcW w:w="6803" w:type="dxa"/>
          </w:tcPr>
          <w:p w14:paraId="2A041D17"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1741F54F" w14:textId="77777777" w:rsidTr="00AA7F87">
        <w:trPr>
          <w:trHeight w:val="454"/>
        </w:trPr>
        <w:tc>
          <w:tcPr>
            <w:tcW w:w="2547" w:type="dxa"/>
            <w:shd w:val="clear" w:color="auto" w:fill="F2F2F2" w:themeFill="background1" w:themeFillShade="F2"/>
            <w:vAlign w:val="center"/>
          </w:tcPr>
          <w:p w14:paraId="13351804" w14:textId="442CD791"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Telephone</w:t>
            </w:r>
          </w:p>
        </w:tc>
        <w:tc>
          <w:tcPr>
            <w:tcW w:w="6803" w:type="dxa"/>
          </w:tcPr>
          <w:p w14:paraId="76E701EE" w14:textId="77777777" w:rsidR="00873AC7" w:rsidRDefault="00873AC7" w:rsidP="00CD44B3">
            <w:pPr>
              <w:spacing w:line="260" w:lineRule="exact"/>
              <w:rPr>
                <w:rFonts w:ascii="Arial" w:hAnsi="Arial" w:cs="Arial"/>
                <w:b/>
                <w:bCs/>
                <w:color w:val="548DD4" w:themeColor="text2" w:themeTint="99"/>
                <w:sz w:val="24"/>
                <w:szCs w:val="24"/>
              </w:rPr>
            </w:pPr>
          </w:p>
        </w:tc>
      </w:tr>
      <w:tr w:rsidR="00873AC7" w14:paraId="5E164406" w14:textId="77777777" w:rsidTr="00AA7F87">
        <w:trPr>
          <w:trHeight w:val="454"/>
        </w:trPr>
        <w:tc>
          <w:tcPr>
            <w:tcW w:w="2547" w:type="dxa"/>
            <w:shd w:val="clear" w:color="auto" w:fill="F2F2F2" w:themeFill="background1" w:themeFillShade="F2"/>
            <w:vAlign w:val="center"/>
          </w:tcPr>
          <w:p w14:paraId="586C9643" w14:textId="50FCAE7A" w:rsidR="00873AC7" w:rsidRPr="00873AC7" w:rsidRDefault="00873AC7" w:rsidP="00A605A2">
            <w:pPr>
              <w:spacing w:line="260" w:lineRule="exact"/>
              <w:rPr>
                <w:rFonts w:asciiTheme="majorHAnsi" w:hAnsiTheme="majorHAnsi" w:cstheme="majorHAnsi"/>
                <w:b/>
                <w:bCs/>
                <w:color w:val="000000" w:themeColor="text1"/>
                <w:sz w:val="26"/>
                <w:szCs w:val="26"/>
              </w:rPr>
            </w:pPr>
            <w:r w:rsidRPr="00873AC7">
              <w:rPr>
                <w:rFonts w:asciiTheme="majorHAnsi" w:hAnsiTheme="majorHAnsi" w:cstheme="majorHAnsi"/>
                <w:b/>
                <w:bCs/>
                <w:color w:val="000000" w:themeColor="text1"/>
                <w:sz w:val="26"/>
                <w:szCs w:val="26"/>
              </w:rPr>
              <w:t xml:space="preserve">Email: </w:t>
            </w:r>
          </w:p>
        </w:tc>
        <w:tc>
          <w:tcPr>
            <w:tcW w:w="6803" w:type="dxa"/>
          </w:tcPr>
          <w:p w14:paraId="58CD7BE1" w14:textId="77777777" w:rsidR="00873AC7" w:rsidRDefault="00873AC7" w:rsidP="00CD44B3">
            <w:pPr>
              <w:spacing w:line="260" w:lineRule="exact"/>
              <w:rPr>
                <w:rFonts w:ascii="Arial" w:hAnsi="Arial" w:cs="Arial"/>
                <w:b/>
                <w:bCs/>
                <w:color w:val="548DD4" w:themeColor="text2" w:themeTint="99"/>
                <w:sz w:val="24"/>
                <w:szCs w:val="24"/>
              </w:rPr>
            </w:pPr>
          </w:p>
        </w:tc>
      </w:tr>
    </w:tbl>
    <w:p w14:paraId="2E58F986" w14:textId="77777777" w:rsidR="004D349A" w:rsidRDefault="004D349A" w:rsidP="00141E40">
      <w:pPr>
        <w:spacing w:after="0" w:line="260" w:lineRule="exact"/>
        <w:rPr>
          <w:rFonts w:ascii="Arial" w:hAnsi="Arial" w:cs="Arial"/>
          <w:szCs w:val="21"/>
        </w:rPr>
      </w:pPr>
    </w:p>
    <w:p w14:paraId="316424AC" w14:textId="77777777" w:rsidR="004D349A" w:rsidRDefault="004D349A" w:rsidP="00141E40">
      <w:pPr>
        <w:spacing w:after="0" w:line="260" w:lineRule="exact"/>
        <w:rPr>
          <w:rFonts w:ascii="Arial" w:hAnsi="Arial" w:cs="Arial"/>
          <w:szCs w:val="21"/>
        </w:rPr>
      </w:pPr>
    </w:p>
    <w:p w14:paraId="4546AF23" w14:textId="77777777" w:rsidR="004D349A" w:rsidRDefault="004D349A" w:rsidP="00141E40">
      <w:pPr>
        <w:spacing w:after="0" w:line="260" w:lineRule="exact"/>
        <w:rPr>
          <w:rFonts w:ascii="Arial" w:hAnsi="Arial" w:cs="Arial"/>
          <w:szCs w:val="21"/>
        </w:rPr>
      </w:pPr>
    </w:p>
    <w:p w14:paraId="435F0A9F" w14:textId="77777777" w:rsidR="004D349A" w:rsidRDefault="004D349A" w:rsidP="00141E40">
      <w:pPr>
        <w:spacing w:after="0" w:line="260" w:lineRule="exact"/>
        <w:rPr>
          <w:rFonts w:ascii="Arial" w:hAnsi="Arial" w:cs="Arial"/>
          <w:szCs w:val="21"/>
        </w:rPr>
      </w:pPr>
    </w:p>
    <w:p w14:paraId="708A0894" w14:textId="77777777" w:rsidR="004D349A" w:rsidRDefault="004D349A" w:rsidP="00141E40">
      <w:pPr>
        <w:spacing w:after="0" w:line="260" w:lineRule="exact"/>
        <w:rPr>
          <w:rFonts w:ascii="Arial" w:hAnsi="Arial" w:cs="Arial"/>
          <w:szCs w:val="21"/>
        </w:rPr>
      </w:pPr>
    </w:p>
    <w:p w14:paraId="6A06F2D3" w14:textId="77777777" w:rsidR="004D349A" w:rsidRDefault="004D349A" w:rsidP="00141E40">
      <w:pPr>
        <w:spacing w:after="0" w:line="260" w:lineRule="exact"/>
        <w:rPr>
          <w:rFonts w:ascii="Arial" w:hAnsi="Arial" w:cs="Arial"/>
          <w:szCs w:val="21"/>
        </w:rPr>
      </w:pPr>
    </w:p>
    <w:p w14:paraId="04B370BD" w14:textId="77777777" w:rsidR="004D349A" w:rsidRDefault="004D349A" w:rsidP="00141E40">
      <w:pPr>
        <w:spacing w:after="0" w:line="260" w:lineRule="exact"/>
        <w:rPr>
          <w:rFonts w:ascii="Arial" w:hAnsi="Arial" w:cs="Arial"/>
          <w:szCs w:val="21"/>
        </w:rPr>
      </w:pPr>
    </w:p>
    <w:p w14:paraId="4B3F2513" w14:textId="77777777" w:rsidR="004D349A" w:rsidRDefault="004D349A" w:rsidP="00141E40">
      <w:pPr>
        <w:spacing w:after="0" w:line="260" w:lineRule="exact"/>
        <w:rPr>
          <w:rFonts w:ascii="Arial" w:hAnsi="Arial" w:cs="Arial"/>
          <w:szCs w:val="21"/>
        </w:rPr>
      </w:pPr>
    </w:p>
    <w:p w14:paraId="13A970A1" w14:textId="77777777" w:rsidR="004D349A" w:rsidRDefault="004D349A" w:rsidP="00141E40">
      <w:pPr>
        <w:spacing w:after="0" w:line="260" w:lineRule="exact"/>
        <w:rPr>
          <w:rFonts w:ascii="Arial" w:hAnsi="Arial" w:cs="Arial"/>
          <w:szCs w:val="21"/>
        </w:rPr>
      </w:pPr>
    </w:p>
    <w:p w14:paraId="0583B915" w14:textId="77777777" w:rsidR="004D349A" w:rsidRDefault="004D349A" w:rsidP="00141E40">
      <w:pPr>
        <w:spacing w:after="0" w:line="260" w:lineRule="exact"/>
        <w:rPr>
          <w:rFonts w:ascii="Arial" w:hAnsi="Arial" w:cs="Arial"/>
          <w:szCs w:val="21"/>
        </w:rPr>
      </w:pPr>
    </w:p>
    <w:p w14:paraId="6241138D" w14:textId="77777777" w:rsidR="004D349A" w:rsidRDefault="004D349A" w:rsidP="00141E40">
      <w:pPr>
        <w:spacing w:after="0" w:line="260" w:lineRule="exact"/>
        <w:rPr>
          <w:rFonts w:ascii="Arial" w:hAnsi="Arial" w:cs="Arial"/>
          <w:szCs w:val="21"/>
        </w:rPr>
      </w:pPr>
    </w:p>
    <w:p w14:paraId="6265E7D7" w14:textId="77777777" w:rsidR="004D349A" w:rsidRDefault="004D349A" w:rsidP="00141E40">
      <w:pPr>
        <w:spacing w:after="0" w:line="260" w:lineRule="exact"/>
        <w:rPr>
          <w:rFonts w:ascii="Arial" w:hAnsi="Arial" w:cs="Arial"/>
          <w:szCs w:val="21"/>
        </w:rPr>
      </w:pPr>
    </w:p>
    <w:p w14:paraId="03EE0735" w14:textId="77777777" w:rsidR="004D349A" w:rsidRDefault="004D349A" w:rsidP="00141E40">
      <w:pPr>
        <w:spacing w:after="0" w:line="260" w:lineRule="exact"/>
        <w:rPr>
          <w:rFonts w:ascii="Arial" w:hAnsi="Arial" w:cs="Arial"/>
          <w:szCs w:val="21"/>
        </w:rPr>
      </w:pPr>
    </w:p>
    <w:p w14:paraId="0C81E570" w14:textId="77777777" w:rsidR="004D349A" w:rsidRDefault="004D349A" w:rsidP="00141E40">
      <w:pPr>
        <w:spacing w:after="0" w:line="260" w:lineRule="exact"/>
        <w:rPr>
          <w:rFonts w:ascii="Arial" w:hAnsi="Arial" w:cs="Arial"/>
          <w:szCs w:val="21"/>
        </w:rPr>
      </w:pPr>
    </w:p>
    <w:p w14:paraId="6678CA5C" w14:textId="77777777" w:rsidR="004D349A" w:rsidRDefault="004D349A" w:rsidP="00141E40">
      <w:pPr>
        <w:spacing w:after="0" w:line="260" w:lineRule="exact"/>
        <w:rPr>
          <w:rFonts w:ascii="Arial" w:hAnsi="Arial" w:cs="Arial"/>
          <w:szCs w:val="21"/>
        </w:rPr>
      </w:pPr>
    </w:p>
    <w:p w14:paraId="4574ED62" w14:textId="77777777" w:rsidR="004D349A" w:rsidRDefault="004D349A" w:rsidP="00141E40">
      <w:pPr>
        <w:spacing w:after="0" w:line="260" w:lineRule="exact"/>
        <w:rPr>
          <w:rFonts w:ascii="Arial" w:hAnsi="Arial" w:cs="Arial"/>
          <w:szCs w:val="21"/>
        </w:rPr>
      </w:pPr>
    </w:p>
    <w:p w14:paraId="3A04D1AC" w14:textId="77777777" w:rsidR="004D349A" w:rsidRDefault="004D349A" w:rsidP="00141E40">
      <w:pPr>
        <w:spacing w:after="0" w:line="260" w:lineRule="exact"/>
        <w:rPr>
          <w:rFonts w:ascii="Arial" w:hAnsi="Arial" w:cs="Arial"/>
          <w:szCs w:val="21"/>
        </w:rPr>
      </w:pPr>
    </w:p>
    <w:p w14:paraId="5F9B1E59" w14:textId="31C3A7B0" w:rsidR="004018E9" w:rsidRPr="004D349A" w:rsidRDefault="00141E40" w:rsidP="00141E40">
      <w:pPr>
        <w:spacing w:after="0" w:line="260" w:lineRule="exact"/>
        <w:rPr>
          <w:rFonts w:ascii="Arial" w:hAnsi="Arial" w:cs="Arial"/>
          <w:sz w:val="32"/>
          <w:szCs w:val="32"/>
        </w:rPr>
      </w:pPr>
      <w:r w:rsidRPr="004D349A">
        <w:rPr>
          <w:rFonts w:asciiTheme="majorHAnsi" w:hAnsiTheme="majorHAnsi" w:cstheme="majorHAnsi"/>
          <w:b/>
          <w:bCs/>
          <w:sz w:val="32"/>
          <w:szCs w:val="32"/>
        </w:rPr>
        <w:lastRenderedPageBreak/>
        <w:t>5.</w:t>
      </w:r>
      <w:r w:rsidR="00832A25" w:rsidRPr="004D349A">
        <w:rPr>
          <w:rFonts w:asciiTheme="majorHAnsi" w:hAnsiTheme="majorHAnsi" w:cstheme="majorHAnsi"/>
          <w:b/>
          <w:bCs/>
          <w:sz w:val="32"/>
          <w:szCs w:val="32"/>
        </w:rPr>
        <w:t xml:space="preserve"> Evaluation Record </w:t>
      </w:r>
    </w:p>
    <w:p w14:paraId="531C9450" w14:textId="77777777" w:rsidR="004018E9" w:rsidRPr="00954FFD" w:rsidRDefault="004018E9" w:rsidP="004018E9">
      <w:pPr>
        <w:spacing w:after="0" w:line="260" w:lineRule="exact"/>
        <w:jc w:val="center"/>
        <w:rPr>
          <w:rFonts w:asciiTheme="majorHAnsi" w:hAnsiTheme="majorHAnsi" w:cstheme="majorHAnsi"/>
          <w:b/>
          <w:bCs/>
          <w:i/>
          <w:iCs/>
          <w:sz w:val="28"/>
          <w:szCs w:val="28"/>
          <w:u w:val="single"/>
        </w:rPr>
      </w:pPr>
    </w:p>
    <w:p w14:paraId="42911F77" w14:textId="16564742" w:rsidR="00141E40" w:rsidRPr="00387B51" w:rsidRDefault="00832A25" w:rsidP="00387B51">
      <w:pPr>
        <w:spacing w:after="0" w:line="340" w:lineRule="exact"/>
        <w:jc w:val="center"/>
        <w:rPr>
          <w:rFonts w:asciiTheme="majorHAnsi" w:hAnsiTheme="majorHAnsi" w:cstheme="majorHAnsi"/>
          <w:b/>
          <w:bCs/>
          <w:i/>
          <w:iCs/>
          <w:color w:val="EE0000"/>
          <w:sz w:val="28"/>
          <w:szCs w:val="28"/>
          <w:u w:val="single"/>
        </w:rPr>
      </w:pPr>
      <w:r w:rsidRPr="00387B51">
        <w:rPr>
          <w:rFonts w:asciiTheme="majorHAnsi" w:hAnsiTheme="majorHAnsi" w:cstheme="majorHAnsi"/>
          <w:b/>
          <w:bCs/>
          <w:i/>
          <w:iCs/>
          <w:color w:val="EE0000"/>
          <w:sz w:val="26"/>
          <w:szCs w:val="26"/>
          <w:u w:val="single"/>
        </w:rPr>
        <w:t>(I</w:t>
      </w:r>
      <w:r w:rsidR="00050121" w:rsidRPr="00387B51">
        <w:rPr>
          <w:rFonts w:asciiTheme="majorHAnsi" w:hAnsiTheme="majorHAnsi" w:cstheme="majorHAnsi"/>
          <w:b/>
          <w:bCs/>
          <w:i/>
          <w:iCs/>
          <w:color w:val="EE0000"/>
          <w:sz w:val="26"/>
          <w:szCs w:val="26"/>
          <w:u w:val="single"/>
        </w:rPr>
        <w:t>NTERNAL USE ONLY)</w:t>
      </w:r>
      <w:r w:rsidR="00141E40" w:rsidRPr="00387B51">
        <w:rPr>
          <w:rFonts w:asciiTheme="majorHAnsi" w:hAnsiTheme="majorHAnsi" w:cstheme="majorHAnsi"/>
          <w:b/>
          <w:bCs/>
          <w:i/>
          <w:iCs/>
          <w:color w:val="EE0000"/>
          <w:sz w:val="28"/>
          <w:szCs w:val="28"/>
          <w:u w:val="single"/>
        </w:rPr>
        <w:t xml:space="preserve"> </w:t>
      </w:r>
    </w:p>
    <w:p w14:paraId="1C4AC153" w14:textId="3ABB67FD" w:rsidR="00A96B7C" w:rsidRPr="00387B51" w:rsidRDefault="00141E40" w:rsidP="00387B51">
      <w:pPr>
        <w:spacing w:after="0" w:line="340" w:lineRule="exact"/>
        <w:jc w:val="center"/>
        <w:rPr>
          <w:rFonts w:asciiTheme="majorHAnsi" w:hAnsiTheme="majorHAnsi" w:cstheme="majorHAnsi"/>
          <w:b/>
          <w:bCs/>
          <w:i/>
          <w:iCs/>
          <w:sz w:val="26"/>
          <w:szCs w:val="26"/>
          <w:u w:val="single"/>
        </w:rPr>
      </w:pPr>
      <w:r w:rsidRPr="00387B51">
        <w:rPr>
          <w:rFonts w:asciiTheme="majorHAnsi" w:hAnsiTheme="majorHAnsi" w:cstheme="majorHAnsi"/>
          <w:b/>
          <w:bCs/>
          <w:i/>
          <w:iCs/>
          <w:sz w:val="26"/>
          <w:szCs w:val="26"/>
          <w:u w:val="single"/>
        </w:rPr>
        <w:t>NOT TO BE COMPLETED BY TENDERER</w:t>
      </w:r>
    </w:p>
    <w:p w14:paraId="077D6C44" w14:textId="77777777" w:rsidR="004F2FB2" w:rsidRPr="002E6258" w:rsidRDefault="004F2FB2" w:rsidP="00CD44B3">
      <w:pPr>
        <w:spacing w:after="0" w:line="260" w:lineRule="exact"/>
        <w:rPr>
          <w:rFonts w:asciiTheme="majorHAnsi" w:hAnsiTheme="majorHAnsi" w:cstheme="majorHAnsi"/>
          <w:szCs w:val="21"/>
        </w:rPr>
      </w:pPr>
    </w:p>
    <w:p w14:paraId="7AE7450C" w14:textId="75E5DCC7" w:rsidR="00A96B7C" w:rsidRPr="002E6258" w:rsidRDefault="00832A25" w:rsidP="00CD44B3">
      <w:pPr>
        <w:spacing w:after="0" w:line="260" w:lineRule="exact"/>
        <w:jc w:val="both"/>
        <w:rPr>
          <w:rFonts w:asciiTheme="majorHAnsi" w:hAnsiTheme="majorHAnsi" w:cstheme="majorHAnsi"/>
          <w:szCs w:val="21"/>
        </w:rPr>
      </w:pPr>
      <w:r w:rsidRPr="002E6258">
        <w:rPr>
          <w:rFonts w:asciiTheme="majorHAnsi" w:hAnsiTheme="majorHAnsi" w:cstheme="majorHAnsi"/>
          <w:szCs w:val="21"/>
        </w:rPr>
        <w:t>Evaluators should record evidence-based reasons for each score and declare any conflict of interest.</w:t>
      </w:r>
    </w:p>
    <w:p w14:paraId="3900B8C2" w14:textId="77777777" w:rsidR="004D3C9D" w:rsidRPr="002E6258" w:rsidRDefault="004D3C9D" w:rsidP="00CD44B3">
      <w:pPr>
        <w:spacing w:after="0" w:line="260" w:lineRule="exact"/>
        <w:jc w:val="both"/>
        <w:rPr>
          <w:rFonts w:asciiTheme="majorHAnsi" w:hAnsiTheme="majorHAnsi" w:cstheme="majorHAnsi"/>
          <w:szCs w:val="21"/>
        </w:rPr>
      </w:pPr>
    </w:p>
    <w:tbl>
      <w:tblPr>
        <w:tblStyle w:val="TableGrid"/>
        <w:tblW w:w="0" w:type="auto"/>
        <w:tblLook w:val="04A0" w:firstRow="1" w:lastRow="0" w:firstColumn="1" w:lastColumn="0" w:noHBand="0" w:noVBand="1"/>
      </w:tblPr>
      <w:tblGrid>
        <w:gridCol w:w="3256"/>
        <w:gridCol w:w="6094"/>
      </w:tblGrid>
      <w:tr w:rsidR="004D3C9D" w:rsidRPr="002E6258" w14:paraId="0044B38E" w14:textId="77777777" w:rsidTr="004D3C9D">
        <w:trPr>
          <w:trHeight w:val="340"/>
        </w:trPr>
        <w:tc>
          <w:tcPr>
            <w:tcW w:w="3256" w:type="dxa"/>
            <w:shd w:val="clear" w:color="auto" w:fill="F2F2F2" w:themeFill="background1" w:themeFillShade="F2"/>
            <w:vAlign w:val="center"/>
          </w:tcPr>
          <w:p w14:paraId="78ADEDB9" w14:textId="375B1939" w:rsidR="004D3C9D" w:rsidRPr="002E6258" w:rsidRDefault="00FE7DAF" w:rsidP="004D3C9D">
            <w:pPr>
              <w:spacing w:line="260" w:lineRule="exact"/>
              <w:rPr>
                <w:rFonts w:asciiTheme="majorHAnsi" w:hAnsiTheme="majorHAnsi" w:cstheme="majorHAnsi"/>
                <w:b/>
                <w:bCs/>
                <w:sz w:val="22"/>
              </w:rPr>
            </w:pPr>
            <w:r w:rsidRPr="002E6258">
              <w:rPr>
                <w:rFonts w:asciiTheme="majorHAnsi" w:hAnsiTheme="majorHAnsi" w:cstheme="majorHAnsi"/>
                <w:b/>
                <w:bCs/>
                <w:sz w:val="22"/>
              </w:rPr>
              <w:t>INFORMATION</w:t>
            </w:r>
          </w:p>
        </w:tc>
        <w:tc>
          <w:tcPr>
            <w:tcW w:w="6094" w:type="dxa"/>
            <w:shd w:val="clear" w:color="auto" w:fill="F2F2F2" w:themeFill="background1" w:themeFillShade="F2"/>
            <w:vAlign w:val="center"/>
          </w:tcPr>
          <w:p w14:paraId="4385D4E2" w14:textId="233870DD" w:rsidR="004D3C9D" w:rsidRPr="002E6258" w:rsidRDefault="00FE7DAF" w:rsidP="004D3C9D">
            <w:pPr>
              <w:spacing w:line="260" w:lineRule="exact"/>
              <w:rPr>
                <w:rFonts w:asciiTheme="majorHAnsi" w:hAnsiTheme="majorHAnsi" w:cstheme="majorHAnsi"/>
                <w:b/>
                <w:bCs/>
                <w:sz w:val="22"/>
              </w:rPr>
            </w:pPr>
            <w:r w:rsidRPr="002E6258">
              <w:rPr>
                <w:rFonts w:asciiTheme="majorHAnsi" w:hAnsiTheme="majorHAnsi" w:cstheme="majorHAnsi"/>
                <w:b/>
                <w:bCs/>
                <w:sz w:val="22"/>
              </w:rPr>
              <w:t>DETAILS</w:t>
            </w:r>
          </w:p>
        </w:tc>
      </w:tr>
      <w:tr w:rsidR="004D3C9D" w:rsidRPr="002E6258" w14:paraId="4C9926FC" w14:textId="77777777" w:rsidTr="004D3C9D">
        <w:trPr>
          <w:trHeight w:val="340"/>
        </w:trPr>
        <w:tc>
          <w:tcPr>
            <w:tcW w:w="3256" w:type="dxa"/>
            <w:shd w:val="clear" w:color="auto" w:fill="F2F2F2" w:themeFill="background1" w:themeFillShade="F2"/>
            <w:vAlign w:val="center"/>
          </w:tcPr>
          <w:p w14:paraId="66A8ECB5" w14:textId="5EC963E5"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 xml:space="preserve">Tenderer Name </w:t>
            </w:r>
          </w:p>
        </w:tc>
        <w:tc>
          <w:tcPr>
            <w:tcW w:w="6094" w:type="dxa"/>
            <w:vAlign w:val="center"/>
          </w:tcPr>
          <w:p w14:paraId="798DB657" w14:textId="77777777" w:rsidR="004D3C9D" w:rsidRPr="002E6258" w:rsidRDefault="004D3C9D" w:rsidP="004D3C9D">
            <w:pPr>
              <w:spacing w:line="260" w:lineRule="exact"/>
              <w:rPr>
                <w:rFonts w:asciiTheme="majorHAnsi" w:hAnsiTheme="majorHAnsi" w:cstheme="majorHAnsi"/>
                <w:sz w:val="22"/>
              </w:rPr>
            </w:pPr>
          </w:p>
        </w:tc>
      </w:tr>
      <w:tr w:rsidR="004D3C9D" w:rsidRPr="002E6258" w14:paraId="1CFB4D52" w14:textId="77777777" w:rsidTr="004D3C9D">
        <w:trPr>
          <w:trHeight w:val="340"/>
        </w:trPr>
        <w:tc>
          <w:tcPr>
            <w:tcW w:w="3256" w:type="dxa"/>
            <w:shd w:val="clear" w:color="auto" w:fill="F2F2F2" w:themeFill="background1" w:themeFillShade="F2"/>
            <w:vAlign w:val="center"/>
          </w:tcPr>
          <w:p w14:paraId="7F40B1B3" w14:textId="713AEE28"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Tenderer Reference No:</w:t>
            </w:r>
          </w:p>
        </w:tc>
        <w:tc>
          <w:tcPr>
            <w:tcW w:w="6094" w:type="dxa"/>
            <w:vAlign w:val="center"/>
          </w:tcPr>
          <w:p w14:paraId="6FEE1DD4" w14:textId="77777777" w:rsidR="004D3C9D" w:rsidRPr="002E6258" w:rsidRDefault="004D3C9D" w:rsidP="004D3C9D">
            <w:pPr>
              <w:spacing w:line="260" w:lineRule="exact"/>
              <w:rPr>
                <w:rFonts w:asciiTheme="majorHAnsi" w:hAnsiTheme="majorHAnsi" w:cstheme="majorHAnsi"/>
                <w:sz w:val="22"/>
              </w:rPr>
            </w:pPr>
          </w:p>
        </w:tc>
      </w:tr>
      <w:tr w:rsidR="004D3C9D" w:rsidRPr="002E6258" w14:paraId="5B9A4869" w14:textId="77777777" w:rsidTr="004D3C9D">
        <w:trPr>
          <w:trHeight w:val="340"/>
        </w:trPr>
        <w:tc>
          <w:tcPr>
            <w:tcW w:w="3256" w:type="dxa"/>
            <w:shd w:val="clear" w:color="auto" w:fill="F2F2F2" w:themeFill="background1" w:themeFillShade="F2"/>
            <w:vAlign w:val="center"/>
          </w:tcPr>
          <w:p w14:paraId="2A79634C" w14:textId="743CA880"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Evaluation Complete by:</w:t>
            </w:r>
          </w:p>
        </w:tc>
        <w:tc>
          <w:tcPr>
            <w:tcW w:w="6094" w:type="dxa"/>
            <w:vAlign w:val="center"/>
          </w:tcPr>
          <w:p w14:paraId="0DE3149B" w14:textId="77777777" w:rsidR="004D3C9D" w:rsidRPr="002E6258" w:rsidRDefault="004D3C9D" w:rsidP="004D3C9D">
            <w:pPr>
              <w:spacing w:line="260" w:lineRule="exact"/>
              <w:rPr>
                <w:rFonts w:asciiTheme="majorHAnsi" w:hAnsiTheme="majorHAnsi" w:cstheme="majorHAnsi"/>
                <w:sz w:val="22"/>
              </w:rPr>
            </w:pPr>
          </w:p>
        </w:tc>
      </w:tr>
      <w:tr w:rsidR="004D3C9D" w:rsidRPr="002E6258" w14:paraId="6FC6D9C2" w14:textId="77777777" w:rsidTr="004D3C9D">
        <w:trPr>
          <w:trHeight w:val="340"/>
        </w:trPr>
        <w:tc>
          <w:tcPr>
            <w:tcW w:w="3256" w:type="dxa"/>
            <w:shd w:val="clear" w:color="auto" w:fill="F2F2F2" w:themeFill="background1" w:themeFillShade="F2"/>
            <w:vAlign w:val="center"/>
          </w:tcPr>
          <w:p w14:paraId="48D8D6A2" w14:textId="0818CB7C" w:rsidR="004D3C9D" w:rsidRPr="002E6258" w:rsidRDefault="004D3C9D" w:rsidP="004D3C9D">
            <w:pPr>
              <w:spacing w:line="260" w:lineRule="exact"/>
              <w:rPr>
                <w:rFonts w:asciiTheme="majorHAnsi" w:hAnsiTheme="majorHAnsi" w:cstheme="majorHAnsi"/>
                <w:sz w:val="22"/>
              </w:rPr>
            </w:pPr>
            <w:r w:rsidRPr="002E6258">
              <w:rPr>
                <w:rFonts w:asciiTheme="majorHAnsi" w:hAnsiTheme="majorHAnsi" w:cstheme="majorHAnsi"/>
                <w:sz w:val="22"/>
              </w:rPr>
              <w:t>Date evaluation completed on:</w:t>
            </w:r>
          </w:p>
        </w:tc>
        <w:tc>
          <w:tcPr>
            <w:tcW w:w="6094" w:type="dxa"/>
            <w:vAlign w:val="center"/>
          </w:tcPr>
          <w:p w14:paraId="41AEF3AC" w14:textId="77777777" w:rsidR="004D3C9D" w:rsidRPr="002E6258" w:rsidRDefault="004D3C9D" w:rsidP="004D3C9D">
            <w:pPr>
              <w:spacing w:line="260" w:lineRule="exact"/>
              <w:rPr>
                <w:rFonts w:asciiTheme="majorHAnsi" w:hAnsiTheme="majorHAnsi" w:cstheme="majorHAnsi"/>
                <w:sz w:val="22"/>
              </w:rPr>
            </w:pPr>
          </w:p>
        </w:tc>
      </w:tr>
    </w:tbl>
    <w:p w14:paraId="59060E54" w14:textId="77777777" w:rsidR="008C7885" w:rsidRPr="002E6258" w:rsidRDefault="008C7885" w:rsidP="00CD44B3">
      <w:pPr>
        <w:spacing w:after="0" w:line="260" w:lineRule="exact"/>
        <w:jc w:val="both"/>
        <w:rPr>
          <w:rFonts w:asciiTheme="majorHAnsi" w:hAnsiTheme="majorHAnsi" w:cstheme="majorHAnsi"/>
          <w:szCs w:val="21"/>
        </w:rPr>
      </w:pPr>
    </w:p>
    <w:p w14:paraId="0E1CD40C" w14:textId="77777777" w:rsidR="008C7885" w:rsidRPr="002E6258" w:rsidRDefault="008C7885" w:rsidP="00CD44B3">
      <w:pPr>
        <w:spacing w:after="0" w:line="260" w:lineRule="exact"/>
        <w:jc w:val="both"/>
        <w:rPr>
          <w:rFonts w:asciiTheme="majorHAnsi" w:hAnsiTheme="majorHAnsi" w:cstheme="majorHAnsi"/>
          <w:szCs w:val="21"/>
        </w:rPr>
      </w:pPr>
    </w:p>
    <w:p w14:paraId="5AD01AB3" w14:textId="0337A4E5" w:rsidR="008C7885" w:rsidRPr="00527FC9" w:rsidRDefault="008C7885" w:rsidP="004D3388">
      <w:pPr>
        <w:pStyle w:val="ListParagraph"/>
        <w:numPr>
          <w:ilvl w:val="0"/>
          <w:numId w:val="12"/>
        </w:numPr>
        <w:spacing w:after="0" w:line="260" w:lineRule="exact"/>
        <w:rPr>
          <w:rFonts w:asciiTheme="majorHAnsi" w:hAnsiTheme="majorHAnsi" w:cstheme="majorHAnsi"/>
          <w:b/>
          <w:bCs/>
          <w:sz w:val="26"/>
          <w:szCs w:val="26"/>
        </w:rPr>
      </w:pPr>
      <w:r w:rsidRPr="00527FC9">
        <w:rPr>
          <w:rFonts w:asciiTheme="majorHAnsi" w:hAnsiTheme="majorHAnsi" w:cstheme="majorHAnsi"/>
          <w:b/>
          <w:bCs/>
          <w:sz w:val="26"/>
          <w:szCs w:val="26"/>
        </w:rPr>
        <w:t>Selection and Pass/Fail Requirements</w:t>
      </w:r>
    </w:p>
    <w:p w14:paraId="7C9D356B" w14:textId="77777777" w:rsidR="008C7885" w:rsidRPr="002E6258" w:rsidRDefault="008C7885" w:rsidP="008C7885">
      <w:pPr>
        <w:spacing w:after="0" w:line="260" w:lineRule="exact"/>
        <w:rPr>
          <w:rFonts w:asciiTheme="majorHAnsi" w:hAnsiTheme="majorHAnsi" w:cstheme="majorHAnsi"/>
          <w:szCs w:val="21"/>
        </w:rPr>
      </w:pPr>
    </w:p>
    <w:p w14:paraId="36173565" w14:textId="77777777" w:rsidR="008C7885" w:rsidRPr="002E6258" w:rsidRDefault="008C7885" w:rsidP="008C7885">
      <w:pPr>
        <w:spacing w:after="0" w:line="260" w:lineRule="exact"/>
        <w:rPr>
          <w:rFonts w:asciiTheme="majorHAnsi" w:hAnsiTheme="majorHAnsi" w:cstheme="majorHAnsi"/>
          <w:szCs w:val="21"/>
        </w:rPr>
      </w:pPr>
      <w:r w:rsidRPr="002E6258">
        <w:rPr>
          <w:rFonts w:asciiTheme="majorHAnsi" w:hAnsiTheme="majorHAnsi" w:cstheme="majorHAnsi"/>
          <w:szCs w:val="21"/>
        </w:rPr>
        <w:t>Failure to satisfy a mandatory/pass-fail requirement may result in exclusion, subject to applicable procurement rules and any lawful clarification process. Selection requirements will be applied proportionately to the subject matter and value of the contract.</w:t>
      </w:r>
    </w:p>
    <w:p w14:paraId="33683058" w14:textId="77777777" w:rsidR="008C7885" w:rsidRPr="002E6258" w:rsidRDefault="008C7885" w:rsidP="008C7885">
      <w:pPr>
        <w:spacing w:after="0" w:line="260" w:lineRule="exact"/>
        <w:rPr>
          <w:rFonts w:asciiTheme="majorHAnsi" w:hAnsiTheme="majorHAnsi" w:cstheme="majorHAnsi"/>
          <w:szCs w:val="21"/>
        </w:rPr>
      </w:pPr>
    </w:p>
    <w:tbl>
      <w:tblPr>
        <w:tblStyle w:val="TableGrid"/>
        <w:tblW w:w="9745" w:type="dxa"/>
        <w:jc w:val="center"/>
        <w:tblLook w:val="04A0" w:firstRow="1" w:lastRow="0" w:firstColumn="1" w:lastColumn="0" w:noHBand="0" w:noVBand="1"/>
      </w:tblPr>
      <w:tblGrid>
        <w:gridCol w:w="1195"/>
        <w:gridCol w:w="6313"/>
        <w:gridCol w:w="1134"/>
        <w:gridCol w:w="1103"/>
      </w:tblGrid>
      <w:tr w:rsidR="00283E72" w:rsidRPr="002E6258" w14:paraId="162ECC61" w14:textId="0B803A41" w:rsidTr="00283E72">
        <w:trPr>
          <w:trHeight w:val="567"/>
          <w:jc w:val="center"/>
        </w:trPr>
        <w:tc>
          <w:tcPr>
            <w:tcW w:w="1195" w:type="dxa"/>
            <w:shd w:val="clear" w:color="auto" w:fill="F2F2F2" w:themeFill="background1" w:themeFillShade="F2"/>
            <w:vAlign w:val="center"/>
          </w:tcPr>
          <w:p w14:paraId="682977E5" w14:textId="77777777" w:rsidR="00283E72" w:rsidRPr="002E6258" w:rsidRDefault="00283E72" w:rsidP="008B53A8">
            <w:pPr>
              <w:spacing w:line="260" w:lineRule="exact"/>
              <w:rPr>
                <w:rFonts w:asciiTheme="majorHAnsi" w:hAnsiTheme="majorHAnsi" w:cstheme="majorHAnsi"/>
                <w:szCs w:val="21"/>
              </w:rPr>
            </w:pPr>
            <w:r w:rsidRPr="002E6258">
              <w:rPr>
                <w:rFonts w:asciiTheme="majorHAnsi" w:hAnsiTheme="majorHAnsi" w:cstheme="majorHAnsi"/>
                <w:b/>
                <w:szCs w:val="21"/>
              </w:rPr>
              <w:t>Criterion</w:t>
            </w:r>
          </w:p>
        </w:tc>
        <w:tc>
          <w:tcPr>
            <w:tcW w:w="6313" w:type="dxa"/>
            <w:shd w:val="clear" w:color="auto" w:fill="F2F2F2" w:themeFill="background1" w:themeFillShade="F2"/>
            <w:vAlign w:val="center"/>
          </w:tcPr>
          <w:p w14:paraId="19E98B92" w14:textId="77777777" w:rsidR="00283E72" w:rsidRPr="002E6258" w:rsidRDefault="00283E72" w:rsidP="008B53A8">
            <w:pPr>
              <w:spacing w:line="260" w:lineRule="exact"/>
              <w:rPr>
                <w:rFonts w:asciiTheme="majorHAnsi" w:hAnsiTheme="majorHAnsi" w:cstheme="majorHAnsi"/>
                <w:szCs w:val="21"/>
              </w:rPr>
            </w:pPr>
            <w:r w:rsidRPr="002E6258">
              <w:rPr>
                <w:rFonts w:asciiTheme="majorHAnsi" w:hAnsiTheme="majorHAnsi" w:cstheme="majorHAnsi"/>
                <w:b/>
                <w:szCs w:val="21"/>
              </w:rPr>
              <w:t>Evidence / requirement</w:t>
            </w:r>
          </w:p>
        </w:tc>
        <w:tc>
          <w:tcPr>
            <w:tcW w:w="2237" w:type="dxa"/>
            <w:gridSpan w:val="2"/>
            <w:shd w:val="clear" w:color="auto" w:fill="F2F2F2" w:themeFill="background1" w:themeFillShade="F2"/>
            <w:vAlign w:val="center"/>
          </w:tcPr>
          <w:p w14:paraId="51478796" w14:textId="3D0FF587" w:rsidR="00283E72" w:rsidRPr="002E6258" w:rsidRDefault="00283E72" w:rsidP="00CB7DBC">
            <w:pPr>
              <w:spacing w:line="260" w:lineRule="exact"/>
              <w:jc w:val="center"/>
              <w:rPr>
                <w:rFonts w:asciiTheme="majorHAnsi" w:hAnsiTheme="majorHAnsi" w:cstheme="majorHAnsi"/>
                <w:b/>
                <w:szCs w:val="21"/>
              </w:rPr>
            </w:pPr>
            <w:r w:rsidRPr="002E6258">
              <w:rPr>
                <w:rFonts w:asciiTheme="majorHAnsi" w:hAnsiTheme="majorHAnsi" w:cstheme="majorHAnsi"/>
                <w:b/>
                <w:szCs w:val="21"/>
              </w:rPr>
              <w:t>Assessment</w:t>
            </w:r>
            <w:r>
              <w:rPr>
                <w:rFonts w:asciiTheme="majorHAnsi" w:hAnsiTheme="majorHAnsi" w:cstheme="majorHAnsi"/>
                <w:b/>
                <w:szCs w:val="21"/>
              </w:rPr>
              <w:t xml:space="preserve"> (CIRCLE)</w:t>
            </w:r>
          </w:p>
        </w:tc>
      </w:tr>
      <w:tr w:rsidR="00DF3F94" w:rsidRPr="002E6258" w14:paraId="6CFB872C" w14:textId="30D48F37" w:rsidTr="00283E72">
        <w:trPr>
          <w:trHeight w:val="680"/>
          <w:jc w:val="center"/>
        </w:trPr>
        <w:tc>
          <w:tcPr>
            <w:tcW w:w="1195" w:type="dxa"/>
            <w:shd w:val="clear" w:color="auto" w:fill="F2F2F2" w:themeFill="background1" w:themeFillShade="F2"/>
            <w:vAlign w:val="center"/>
          </w:tcPr>
          <w:p w14:paraId="2AE4F6E8" w14:textId="119F0BF6" w:rsidR="00DF3F94" w:rsidRPr="002E6258" w:rsidRDefault="00DF3F94" w:rsidP="008B53A8">
            <w:pPr>
              <w:spacing w:line="260" w:lineRule="exact"/>
              <w:rPr>
                <w:rFonts w:asciiTheme="majorHAnsi" w:hAnsiTheme="majorHAnsi" w:cstheme="majorHAnsi"/>
                <w:szCs w:val="21"/>
              </w:rPr>
            </w:pPr>
            <w:r w:rsidRPr="002E6258">
              <w:rPr>
                <w:rFonts w:asciiTheme="majorHAnsi" w:hAnsiTheme="majorHAnsi" w:cstheme="majorHAnsi"/>
                <w:szCs w:val="21"/>
              </w:rPr>
              <w:t>Legal standing</w:t>
            </w:r>
          </w:p>
        </w:tc>
        <w:tc>
          <w:tcPr>
            <w:tcW w:w="6313" w:type="dxa"/>
            <w:vAlign w:val="center"/>
          </w:tcPr>
          <w:p w14:paraId="2CE0EC63" w14:textId="546AC6DE" w:rsidR="00DF3F94" w:rsidRPr="002E6258" w:rsidRDefault="00DF3F94" w:rsidP="008B53A8">
            <w:pPr>
              <w:spacing w:line="260" w:lineRule="exact"/>
              <w:rPr>
                <w:rFonts w:asciiTheme="majorHAnsi" w:hAnsiTheme="majorHAnsi" w:cstheme="majorHAnsi"/>
                <w:szCs w:val="21"/>
              </w:rPr>
            </w:pPr>
            <w:r w:rsidRPr="002E6258">
              <w:rPr>
                <w:rFonts w:asciiTheme="majorHAnsi" w:hAnsiTheme="majorHAnsi" w:cstheme="majorHAnsi"/>
                <w:szCs w:val="21"/>
              </w:rPr>
              <w:t xml:space="preserve">Tenderer is legally entitled to </w:t>
            </w:r>
            <w:proofErr w:type="gramStart"/>
            <w:r w:rsidRPr="002E6258">
              <w:rPr>
                <w:rFonts w:asciiTheme="majorHAnsi" w:hAnsiTheme="majorHAnsi" w:cstheme="majorHAnsi"/>
                <w:szCs w:val="21"/>
              </w:rPr>
              <w:t>enter</w:t>
            </w:r>
            <w:proofErr w:type="gramEnd"/>
            <w:r w:rsidRPr="002E6258">
              <w:rPr>
                <w:rFonts w:asciiTheme="majorHAnsi" w:hAnsiTheme="majorHAnsi" w:cstheme="majorHAnsi"/>
                <w:szCs w:val="21"/>
              </w:rPr>
              <w:t xml:space="preserve"> the contract and is not subject to applicable exclusion grounds.</w:t>
            </w:r>
          </w:p>
        </w:tc>
        <w:tc>
          <w:tcPr>
            <w:tcW w:w="1134" w:type="dxa"/>
            <w:vAlign w:val="center"/>
          </w:tcPr>
          <w:p w14:paraId="4BD95E17" w14:textId="11C757A2"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65870F9D" w14:textId="65853995"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1608EBA1" w14:textId="294BD974" w:rsidTr="00283E72">
        <w:trPr>
          <w:trHeight w:val="680"/>
          <w:jc w:val="center"/>
        </w:trPr>
        <w:tc>
          <w:tcPr>
            <w:tcW w:w="1195" w:type="dxa"/>
            <w:shd w:val="clear" w:color="auto" w:fill="F2F2F2" w:themeFill="background1" w:themeFillShade="F2"/>
            <w:vAlign w:val="center"/>
          </w:tcPr>
          <w:p w14:paraId="70470A9E" w14:textId="4EFB70E8"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Tax compliance</w:t>
            </w:r>
          </w:p>
        </w:tc>
        <w:tc>
          <w:tcPr>
            <w:tcW w:w="6313" w:type="dxa"/>
            <w:vAlign w:val="center"/>
          </w:tcPr>
          <w:p w14:paraId="706F3393" w14:textId="1F2743EF"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Irish Tax Clearance Access Number/details or equivalent evidence where applicable.</w:t>
            </w:r>
          </w:p>
        </w:tc>
        <w:tc>
          <w:tcPr>
            <w:tcW w:w="1134" w:type="dxa"/>
            <w:vAlign w:val="center"/>
          </w:tcPr>
          <w:p w14:paraId="751A890F" w14:textId="1DC3E265"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5DE20956" w14:textId="487DEE8E"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62A7A7FB" w14:textId="18FA20D8" w:rsidTr="00283E72">
        <w:trPr>
          <w:trHeight w:val="1134"/>
          <w:jc w:val="center"/>
        </w:trPr>
        <w:tc>
          <w:tcPr>
            <w:tcW w:w="1195" w:type="dxa"/>
            <w:shd w:val="clear" w:color="auto" w:fill="F2F2F2" w:themeFill="background1" w:themeFillShade="F2"/>
            <w:vAlign w:val="center"/>
          </w:tcPr>
          <w:p w14:paraId="0E143587" w14:textId="69890C54"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Insurance</w:t>
            </w:r>
          </w:p>
        </w:tc>
        <w:tc>
          <w:tcPr>
            <w:tcW w:w="6313" w:type="dxa"/>
            <w:vAlign w:val="center"/>
          </w:tcPr>
          <w:p w14:paraId="385647B9" w14:textId="2A2E064B"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Tenderer must confirm that, if awarded the contract, it will maintain insurance appropriate to the risks of supply, installation, product liability and on-site activities. Evidence and final limits may be requested before contract signature.</w:t>
            </w:r>
          </w:p>
        </w:tc>
        <w:tc>
          <w:tcPr>
            <w:tcW w:w="1134" w:type="dxa"/>
            <w:vAlign w:val="center"/>
          </w:tcPr>
          <w:p w14:paraId="610A4937" w14:textId="1346C2DC"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4ECAAAE7" w14:textId="5E99568F"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7B8D911D" w14:textId="08B8F590" w:rsidTr="00283E72">
        <w:trPr>
          <w:trHeight w:val="907"/>
          <w:jc w:val="center"/>
        </w:trPr>
        <w:tc>
          <w:tcPr>
            <w:tcW w:w="1195" w:type="dxa"/>
            <w:shd w:val="clear" w:color="auto" w:fill="F2F2F2" w:themeFill="background1" w:themeFillShade="F2"/>
            <w:vAlign w:val="center"/>
          </w:tcPr>
          <w:p w14:paraId="6A8038B0" w14:textId="1CCEF3CA"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Relevant experience</w:t>
            </w:r>
          </w:p>
        </w:tc>
        <w:tc>
          <w:tcPr>
            <w:tcW w:w="6313" w:type="dxa"/>
            <w:vAlign w:val="center"/>
          </w:tcPr>
          <w:p w14:paraId="540BA914" w14:textId="2CD0D512"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At least two relevant professional simulator supply/installation projects completed within the previous five years, or equivalent evidence for a newer market entrant.</w:t>
            </w:r>
          </w:p>
        </w:tc>
        <w:tc>
          <w:tcPr>
            <w:tcW w:w="1134" w:type="dxa"/>
            <w:vAlign w:val="center"/>
          </w:tcPr>
          <w:p w14:paraId="5E6248BE" w14:textId="2A8137AC"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3AB15C7F" w14:textId="376FA0C6"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7B665B9C" w14:textId="77777777" w:rsidTr="00283E72">
        <w:trPr>
          <w:trHeight w:val="680"/>
          <w:jc w:val="center"/>
        </w:trPr>
        <w:tc>
          <w:tcPr>
            <w:tcW w:w="1195" w:type="dxa"/>
            <w:shd w:val="clear" w:color="auto" w:fill="F2F2F2" w:themeFill="background1" w:themeFillShade="F2"/>
            <w:vAlign w:val="center"/>
          </w:tcPr>
          <w:p w14:paraId="00F0A66C" w14:textId="12E57480"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Support capability</w:t>
            </w:r>
          </w:p>
        </w:tc>
        <w:tc>
          <w:tcPr>
            <w:tcW w:w="6313" w:type="dxa"/>
            <w:vAlign w:val="center"/>
          </w:tcPr>
          <w:p w14:paraId="2B2D1E35" w14:textId="5E47D721"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Demonstrated capability to support the systems in Ireland for the warranty/support period.</w:t>
            </w:r>
          </w:p>
        </w:tc>
        <w:tc>
          <w:tcPr>
            <w:tcW w:w="1134" w:type="dxa"/>
            <w:vAlign w:val="center"/>
          </w:tcPr>
          <w:p w14:paraId="7CEC9562" w14:textId="48EC9CFA"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1B2BD3BB" w14:textId="16F36592"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r w:rsidR="00DF3F94" w:rsidRPr="002E6258" w14:paraId="2BCEBB1C" w14:textId="77777777" w:rsidTr="00283E72">
        <w:trPr>
          <w:trHeight w:val="1134"/>
          <w:jc w:val="center"/>
        </w:trPr>
        <w:tc>
          <w:tcPr>
            <w:tcW w:w="1195" w:type="dxa"/>
            <w:shd w:val="clear" w:color="auto" w:fill="F2F2F2" w:themeFill="background1" w:themeFillShade="F2"/>
            <w:vAlign w:val="center"/>
          </w:tcPr>
          <w:p w14:paraId="6756389A" w14:textId="1396C2DB"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Financial capacity</w:t>
            </w:r>
          </w:p>
        </w:tc>
        <w:tc>
          <w:tcPr>
            <w:tcW w:w="6313" w:type="dxa"/>
            <w:vAlign w:val="center"/>
          </w:tcPr>
          <w:p w14:paraId="71C66759" w14:textId="655849AF" w:rsidR="00DF3F94" w:rsidRPr="002E6258" w:rsidRDefault="00DF3F94" w:rsidP="002E5FFA">
            <w:pPr>
              <w:spacing w:line="260" w:lineRule="exact"/>
              <w:rPr>
                <w:rFonts w:asciiTheme="majorHAnsi" w:hAnsiTheme="majorHAnsi" w:cstheme="majorHAnsi"/>
                <w:szCs w:val="21"/>
              </w:rPr>
            </w:pPr>
            <w:r w:rsidRPr="002E6258">
              <w:rPr>
                <w:rFonts w:asciiTheme="majorHAnsi" w:hAnsiTheme="majorHAnsi" w:cstheme="majorHAnsi"/>
                <w:szCs w:val="21"/>
              </w:rPr>
              <w:t>Tenderer must demonstrate sufficient economic and financial standing to perform the contract. The Contracting Organisation may request accounts or equivalent evidence before award; requirements will be applied proportionately.</w:t>
            </w:r>
          </w:p>
        </w:tc>
        <w:tc>
          <w:tcPr>
            <w:tcW w:w="1134" w:type="dxa"/>
            <w:vAlign w:val="center"/>
          </w:tcPr>
          <w:p w14:paraId="6377C7C0" w14:textId="2D7B78C1"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PASS</w:t>
            </w:r>
          </w:p>
        </w:tc>
        <w:tc>
          <w:tcPr>
            <w:tcW w:w="1103" w:type="dxa"/>
            <w:vAlign w:val="center"/>
          </w:tcPr>
          <w:p w14:paraId="05370BDC" w14:textId="0AA0ADCF" w:rsidR="00DF3F94" w:rsidRPr="002E6258" w:rsidRDefault="00DF3F94" w:rsidP="00283E72">
            <w:pPr>
              <w:spacing w:line="260" w:lineRule="exact"/>
              <w:jc w:val="center"/>
              <w:rPr>
                <w:rFonts w:asciiTheme="majorHAnsi" w:hAnsiTheme="majorHAnsi" w:cstheme="majorHAnsi"/>
                <w:szCs w:val="21"/>
              </w:rPr>
            </w:pPr>
            <w:r>
              <w:rPr>
                <w:rFonts w:asciiTheme="majorHAnsi" w:hAnsiTheme="majorHAnsi" w:cstheme="majorHAnsi"/>
                <w:szCs w:val="21"/>
              </w:rPr>
              <w:t>FAIL</w:t>
            </w:r>
          </w:p>
        </w:tc>
      </w:tr>
    </w:tbl>
    <w:p w14:paraId="42C49502" w14:textId="77777777" w:rsidR="00B02F02" w:rsidRDefault="00B02F02" w:rsidP="00CD44B3">
      <w:pPr>
        <w:spacing w:after="0" w:line="260" w:lineRule="exact"/>
        <w:rPr>
          <w:rFonts w:asciiTheme="majorHAnsi" w:hAnsiTheme="majorHAnsi" w:cstheme="majorHAnsi"/>
          <w:b/>
          <w:bCs/>
          <w:color w:val="548DD4" w:themeColor="text2" w:themeTint="99"/>
          <w:szCs w:val="24"/>
        </w:rPr>
      </w:pPr>
    </w:p>
    <w:p w14:paraId="12612003" w14:textId="77777777" w:rsidR="00283E72" w:rsidRDefault="00283E72" w:rsidP="00CD44B3">
      <w:pPr>
        <w:spacing w:after="0" w:line="260" w:lineRule="exact"/>
        <w:rPr>
          <w:rFonts w:asciiTheme="majorHAnsi" w:hAnsiTheme="majorHAnsi" w:cstheme="majorHAnsi"/>
          <w:b/>
          <w:bCs/>
          <w:color w:val="548DD4" w:themeColor="text2" w:themeTint="99"/>
          <w:szCs w:val="24"/>
        </w:rPr>
      </w:pPr>
    </w:p>
    <w:p w14:paraId="76A97970" w14:textId="77777777" w:rsidR="00283E72" w:rsidRDefault="00283E72" w:rsidP="00CD44B3">
      <w:pPr>
        <w:spacing w:after="0" w:line="260" w:lineRule="exact"/>
        <w:rPr>
          <w:rFonts w:asciiTheme="majorHAnsi" w:hAnsiTheme="majorHAnsi" w:cstheme="majorHAnsi"/>
          <w:b/>
          <w:bCs/>
          <w:color w:val="548DD4" w:themeColor="text2" w:themeTint="99"/>
          <w:szCs w:val="24"/>
        </w:rPr>
      </w:pPr>
    </w:p>
    <w:p w14:paraId="5A9FF600" w14:textId="77777777" w:rsidR="00283E72" w:rsidRPr="002E6258" w:rsidRDefault="00283E72" w:rsidP="00CD44B3">
      <w:pPr>
        <w:spacing w:after="0" w:line="260" w:lineRule="exact"/>
        <w:rPr>
          <w:rFonts w:asciiTheme="majorHAnsi" w:hAnsiTheme="majorHAnsi" w:cstheme="majorHAnsi"/>
          <w:b/>
          <w:bCs/>
          <w:color w:val="548DD4" w:themeColor="text2" w:themeTint="99"/>
          <w:szCs w:val="24"/>
        </w:rPr>
      </w:pPr>
    </w:p>
    <w:p w14:paraId="6338DA33" w14:textId="1DB2A913" w:rsidR="00A96B7C" w:rsidRPr="00527FC9" w:rsidRDefault="00527FC9" w:rsidP="00527FC9">
      <w:pPr>
        <w:spacing w:after="0" w:line="260" w:lineRule="exact"/>
        <w:ind w:firstLine="720"/>
        <w:rPr>
          <w:rFonts w:asciiTheme="majorHAnsi" w:hAnsiTheme="majorHAnsi" w:cstheme="majorHAnsi"/>
          <w:b/>
          <w:bCs/>
          <w:sz w:val="26"/>
          <w:szCs w:val="26"/>
        </w:rPr>
      </w:pPr>
      <w:r w:rsidRPr="00527FC9">
        <w:rPr>
          <w:rFonts w:asciiTheme="majorHAnsi" w:hAnsiTheme="majorHAnsi" w:cstheme="majorHAnsi"/>
          <w:b/>
          <w:bCs/>
          <w:sz w:val="26"/>
          <w:szCs w:val="26"/>
        </w:rPr>
        <w:lastRenderedPageBreak/>
        <w:t xml:space="preserve">B. </w:t>
      </w:r>
      <w:r w:rsidR="00832A25" w:rsidRPr="00527FC9">
        <w:rPr>
          <w:rFonts w:asciiTheme="majorHAnsi" w:hAnsiTheme="majorHAnsi" w:cstheme="majorHAnsi"/>
          <w:b/>
          <w:bCs/>
          <w:sz w:val="26"/>
          <w:szCs w:val="26"/>
        </w:rPr>
        <w:t xml:space="preserve">Evaluation </w:t>
      </w:r>
      <w:r w:rsidR="00A149A5" w:rsidRPr="00527FC9">
        <w:rPr>
          <w:rFonts w:asciiTheme="majorHAnsi" w:hAnsiTheme="majorHAnsi" w:cstheme="majorHAnsi"/>
          <w:b/>
          <w:bCs/>
          <w:sz w:val="26"/>
          <w:szCs w:val="26"/>
        </w:rPr>
        <w:t>N</w:t>
      </w:r>
      <w:r w:rsidR="00832A25" w:rsidRPr="00527FC9">
        <w:rPr>
          <w:rFonts w:asciiTheme="majorHAnsi" w:hAnsiTheme="majorHAnsi" w:cstheme="majorHAnsi"/>
          <w:b/>
          <w:bCs/>
          <w:sz w:val="26"/>
          <w:szCs w:val="26"/>
        </w:rPr>
        <w:t>otes</w:t>
      </w:r>
    </w:p>
    <w:p w14:paraId="00F804EF" w14:textId="77777777" w:rsidR="004F2FB2" w:rsidRPr="002E6258" w:rsidRDefault="004F2FB2" w:rsidP="00CD44B3">
      <w:pPr>
        <w:spacing w:after="0" w:line="260" w:lineRule="exact"/>
        <w:rPr>
          <w:rFonts w:asciiTheme="majorHAnsi" w:hAnsiTheme="majorHAnsi" w:cstheme="majorHAnsi"/>
          <w:szCs w:val="21"/>
        </w:rPr>
      </w:pPr>
    </w:p>
    <w:tbl>
      <w:tblPr>
        <w:tblStyle w:val="TableGrid"/>
        <w:tblW w:w="0" w:type="auto"/>
        <w:jc w:val="center"/>
        <w:tblLook w:val="04A0" w:firstRow="1" w:lastRow="0" w:firstColumn="1" w:lastColumn="0" w:noHBand="0" w:noVBand="1"/>
      </w:tblPr>
      <w:tblGrid>
        <w:gridCol w:w="1241"/>
        <w:gridCol w:w="4080"/>
        <w:gridCol w:w="1520"/>
        <w:gridCol w:w="1376"/>
        <w:gridCol w:w="1133"/>
      </w:tblGrid>
      <w:tr w:rsidR="006C5882" w:rsidRPr="002E6258" w14:paraId="63B00241" w14:textId="77777777" w:rsidTr="00867D57">
        <w:trPr>
          <w:trHeight w:val="624"/>
          <w:jc w:val="center"/>
        </w:trPr>
        <w:tc>
          <w:tcPr>
            <w:tcW w:w="1241" w:type="dxa"/>
            <w:shd w:val="clear" w:color="auto" w:fill="F2F2F2" w:themeFill="background1" w:themeFillShade="F2"/>
            <w:vAlign w:val="center"/>
          </w:tcPr>
          <w:p w14:paraId="1717C87F" w14:textId="77777777" w:rsidR="006C5882" w:rsidRPr="00527FC9" w:rsidRDefault="006C5882" w:rsidP="00CD44B3">
            <w:pPr>
              <w:spacing w:line="260" w:lineRule="exact"/>
              <w:rPr>
                <w:rFonts w:asciiTheme="majorHAnsi" w:hAnsiTheme="majorHAnsi" w:cstheme="majorHAnsi"/>
                <w:sz w:val="24"/>
                <w:szCs w:val="24"/>
              </w:rPr>
            </w:pPr>
            <w:r w:rsidRPr="00527FC9">
              <w:rPr>
                <w:rFonts w:asciiTheme="majorHAnsi" w:hAnsiTheme="majorHAnsi" w:cstheme="majorHAnsi"/>
                <w:b/>
                <w:sz w:val="24"/>
                <w:szCs w:val="24"/>
              </w:rPr>
              <w:t>Criterion</w:t>
            </w:r>
          </w:p>
        </w:tc>
        <w:tc>
          <w:tcPr>
            <w:tcW w:w="4080" w:type="dxa"/>
            <w:shd w:val="clear" w:color="auto" w:fill="F2F2F2" w:themeFill="background1" w:themeFillShade="F2"/>
            <w:vAlign w:val="center"/>
          </w:tcPr>
          <w:p w14:paraId="06736E2E" w14:textId="77777777" w:rsidR="006C5882" w:rsidRPr="00527FC9" w:rsidRDefault="006C5882" w:rsidP="00CB7DBC">
            <w:pPr>
              <w:spacing w:line="260" w:lineRule="exact"/>
              <w:rPr>
                <w:rFonts w:asciiTheme="majorHAnsi" w:hAnsiTheme="majorHAnsi" w:cstheme="majorHAnsi"/>
                <w:sz w:val="24"/>
                <w:szCs w:val="24"/>
              </w:rPr>
            </w:pPr>
            <w:r w:rsidRPr="00527FC9">
              <w:rPr>
                <w:rFonts w:asciiTheme="majorHAnsi" w:hAnsiTheme="majorHAnsi" w:cstheme="majorHAnsi"/>
                <w:b/>
                <w:sz w:val="24"/>
                <w:szCs w:val="24"/>
              </w:rPr>
              <w:t>Evidence / strengths / weaknesses</w:t>
            </w:r>
          </w:p>
        </w:tc>
        <w:tc>
          <w:tcPr>
            <w:tcW w:w="1520" w:type="dxa"/>
            <w:shd w:val="clear" w:color="auto" w:fill="F2F2F2" w:themeFill="background1" w:themeFillShade="F2"/>
          </w:tcPr>
          <w:p w14:paraId="5E95AC93" w14:textId="076A8ED6" w:rsidR="006C5882" w:rsidRPr="00527FC9" w:rsidRDefault="005116EA" w:rsidP="00CB7DBC">
            <w:pPr>
              <w:spacing w:line="260" w:lineRule="exact"/>
              <w:jc w:val="center"/>
              <w:rPr>
                <w:rFonts w:asciiTheme="majorHAnsi" w:hAnsiTheme="majorHAnsi" w:cstheme="majorHAnsi"/>
                <w:b/>
                <w:sz w:val="24"/>
                <w:szCs w:val="24"/>
              </w:rPr>
            </w:pPr>
            <w:proofErr w:type="gramStart"/>
            <w:r w:rsidRPr="00527FC9">
              <w:rPr>
                <w:rFonts w:asciiTheme="majorHAnsi" w:hAnsiTheme="majorHAnsi" w:cstheme="majorHAnsi"/>
                <w:b/>
                <w:sz w:val="24"/>
                <w:szCs w:val="24"/>
              </w:rPr>
              <w:t>Overall</w:t>
            </w:r>
            <w:proofErr w:type="gramEnd"/>
            <w:r w:rsidRPr="00527FC9">
              <w:rPr>
                <w:rFonts w:asciiTheme="majorHAnsi" w:hAnsiTheme="majorHAnsi" w:cstheme="majorHAnsi"/>
                <w:b/>
                <w:sz w:val="24"/>
                <w:szCs w:val="24"/>
              </w:rPr>
              <w:t xml:space="preserve"> Weight (%)</w:t>
            </w:r>
          </w:p>
        </w:tc>
        <w:tc>
          <w:tcPr>
            <w:tcW w:w="1376" w:type="dxa"/>
            <w:shd w:val="clear" w:color="auto" w:fill="F2F2F2" w:themeFill="background1" w:themeFillShade="F2"/>
            <w:vAlign w:val="center"/>
          </w:tcPr>
          <w:p w14:paraId="15569D7A" w14:textId="74684115" w:rsidR="006C5882" w:rsidRPr="00527FC9" w:rsidRDefault="006C5882" w:rsidP="00CB7DBC">
            <w:pPr>
              <w:spacing w:line="260" w:lineRule="exact"/>
              <w:jc w:val="center"/>
              <w:rPr>
                <w:rFonts w:asciiTheme="majorHAnsi" w:hAnsiTheme="majorHAnsi" w:cstheme="majorHAnsi"/>
                <w:sz w:val="24"/>
                <w:szCs w:val="24"/>
              </w:rPr>
            </w:pPr>
            <w:r w:rsidRPr="00527FC9">
              <w:rPr>
                <w:rFonts w:asciiTheme="majorHAnsi" w:hAnsiTheme="majorHAnsi" w:cstheme="majorHAnsi"/>
                <w:b/>
                <w:sz w:val="24"/>
                <w:szCs w:val="24"/>
              </w:rPr>
              <w:t>Weighted score (%)</w:t>
            </w:r>
          </w:p>
        </w:tc>
        <w:tc>
          <w:tcPr>
            <w:tcW w:w="1133" w:type="dxa"/>
            <w:shd w:val="clear" w:color="auto" w:fill="F2F2F2" w:themeFill="background1" w:themeFillShade="F2"/>
            <w:vAlign w:val="center"/>
          </w:tcPr>
          <w:p w14:paraId="36E3FEBA" w14:textId="67E14F77" w:rsidR="006C5882" w:rsidRPr="00527FC9" w:rsidRDefault="006C5882" w:rsidP="00CB7DBC">
            <w:pPr>
              <w:spacing w:line="260" w:lineRule="exact"/>
              <w:jc w:val="center"/>
              <w:rPr>
                <w:rFonts w:asciiTheme="majorHAnsi" w:hAnsiTheme="majorHAnsi" w:cstheme="majorHAnsi"/>
                <w:sz w:val="24"/>
                <w:szCs w:val="24"/>
              </w:rPr>
            </w:pPr>
            <w:r w:rsidRPr="00527FC9">
              <w:rPr>
                <w:rFonts w:asciiTheme="majorHAnsi" w:hAnsiTheme="majorHAnsi" w:cstheme="majorHAnsi"/>
                <w:b/>
                <w:sz w:val="24"/>
                <w:szCs w:val="24"/>
              </w:rPr>
              <w:t>Raw score</w:t>
            </w:r>
          </w:p>
        </w:tc>
      </w:tr>
      <w:tr w:rsidR="006C5882" w:rsidRPr="002E6258" w14:paraId="56AEDD8C" w14:textId="77777777" w:rsidTr="00867D57">
        <w:trPr>
          <w:trHeight w:val="624"/>
          <w:jc w:val="center"/>
        </w:trPr>
        <w:tc>
          <w:tcPr>
            <w:tcW w:w="1241" w:type="dxa"/>
            <w:shd w:val="clear" w:color="auto" w:fill="F2F2F2" w:themeFill="background1" w:themeFillShade="F2"/>
            <w:vAlign w:val="center"/>
          </w:tcPr>
          <w:p w14:paraId="72536BE6" w14:textId="290EFA3B"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A.</w:t>
            </w:r>
          </w:p>
        </w:tc>
        <w:tc>
          <w:tcPr>
            <w:tcW w:w="4080" w:type="dxa"/>
            <w:vAlign w:val="center"/>
          </w:tcPr>
          <w:p w14:paraId="055F532A" w14:textId="77777777" w:rsidR="006C5882" w:rsidRPr="002E6258" w:rsidRDefault="006C5882" w:rsidP="0087045B">
            <w:pPr>
              <w:spacing w:line="260" w:lineRule="exact"/>
              <w:rPr>
                <w:rFonts w:asciiTheme="majorHAnsi" w:hAnsiTheme="majorHAnsi" w:cstheme="majorHAnsi"/>
                <w:sz w:val="22"/>
              </w:rPr>
            </w:pPr>
          </w:p>
        </w:tc>
        <w:tc>
          <w:tcPr>
            <w:tcW w:w="1520" w:type="dxa"/>
            <w:vAlign w:val="center"/>
          </w:tcPr>
          <w:p w14:paraId="2D1AD568" w14:textId="1D3DF132" w:rsidR="006C5882" w:rsidRPr="00867D57" w:rsidRDefault="005116EA"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25%</w:t>
            </w:r>
          </w:p>
        </w:tc>
        <w:tc>
          <w:tcPr>
            <w:tcW w:w="1376" w:type="dxa"/>
            <w:vAlign w:val="center"/>
          </w:tcPr>
          <w:p w14:paraId="3506286F" w14:textId="49E33952" w:rsidR="006C5882" w:rsidRPr="002E6258" w:rsidRDefault="006C5882" w:rsidP="0087045B">
            <w:pPr>
              <w:spacing w:line="260" w:lineRule="exact"/>
              <w:rPr>
                <w:rFonts w:asciiTheme="majorHAnsi" w:hAnsiTheme="majorHAnsi" w:cstheme="majorHAnsi"/>
                <w:sz w:val="22"/>
              </w:rPr>
            </w:pPr>
          </w:p>
        </w:tc>
        <w:tc>
          <w:tcPr>
            <w:tcW w:w="1133" w:type="dxa"/>
            <w:vAlign w:val="center"/>
          </w:tcPr>
          <w:p w14:paraId="4849EA50" w14:textId="52C1A9E1" w:rsidR="006C5882" w:rsidRPr="002E6258" w:rsidRDefault="006C5882" w:rsidP="0087045B">
            <w:pPr>
              <w:spacing w:line="260" w:lineRule="exact"/>
              <w:rPr>
                <w:rFonts w:asciiTheme="majorHAnsi" w:hAnsiTheme="majorHAnsi" w:cstheme="majorHAnsi"/>
                <w:sz w:val="22"/>
              </w:rPr>
            </w:pPr>
          </w:p>
        </w:tc>
      </w:tr>
      <w:tr w:rsidR="006C5882" w:rsidRPr="002E6258" w14:paraId="214A9B10" w14:textId="77777777" w:rsidTr="00867D57">
        <w:trPr>
          <w:trHeight w:val="624"/>
          <w:jc w:val="center"/>
        </w:trPr>
        <w:tc>
          <w:tcPr>
            <w:tcW w:w="1241" w:type="dxa"/>
            <w:shd w:val="clear" w:color="auto" w:fill="F2F2F2" w:themeFill="background1" w:themeFillShade="F2"/>
            <w:vAlign w:val="center"/>
          </w:tcPr>
          <w:p w14:paraId="0D761F93" w14:textId="3B32DB2C"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B.</w:t>
            </w:r>
          </w:p>
        </w:tc>
        <w:tc>
          <w:tcPr>
            <w:tcW w:w="4080" w:type="dxa"/>
            <w:vAlign w:val="center"/>
          </w:tcPr>
          <w:p w14:paraId="07A60A78" w14:textId="77777777" w:rsidR="006C5882" w:rsidRPr="002E6258" w:rsidRDefault="006C5882" w:rsidP="0087045B">
            <w:pPr>
              <w:spacing w:line="260" w:lineRule="exact"/>
              <w:rPr>
                <w:rFonts w:asciiTheme="majorHAnsi" w:hAnsiTheme="majorHAnsi" w:cstheme="majorHAnsi"/>
                <w:sz w:val="22"/>
              </w:rPr>
            </w:pPr>
          </w:p>
        </w:tc>
        <w:tc>
          <w:tcPr>
            <w:tcW w:w="1520" w:type="dxa"/>
            <w:vAlign w:val="center"/>
          </w:tcPr>
          <w:p w14:paraId="20098404" w14:textId="04189771" w:rsidR="006C5882" w:rsidRPr="00867D57" w:rsidRDefault="009E5DAA"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10%</w:t>
            </w:r>
          </w:p>
        </w:tc>
        <w:tc>
          <w:tcPr>
            <w:tcW w:w="1376" w:type="dxa"/>
            <w:vAlign w:val="center"/>
          </w:tcPr>
          <w:p w14:paraId="07EC5CB0" w14:textId="3BD2C62D" w:rsidR="006C5882" w:rsidRPr="002E6258" w:rsidRDefault="006C5882" w:rsidP="0087045B">
            <w:pPr>
              <w:spacing w:line="260" w:lineRule="exact"/>
              <w:rPr>
                <w:rFonts w:asciiTheme="majorHAnsi" w:hAnsiTheme="majorHAnsi" w:cstheme="majorHAnsi"/>
                <w:sz w:val="22"/>
              </w:rPr>
            </w:pPr>
          </w:p>
        </w:tc>
        <w:tc>
          <w:tcPr>
            <w:tcW w:w="1133" w:type="dxa"/>
            <w:vAlign w:val="center"/>
          </w:tcPr>
          <w:p w14:paraId="11AC7D2B" w14:textId="77777777" w:rsidR="006C5882" w:rsidRPr="002E6258" w:rsidRDefault="006C5882" w:rsidP="0087045B">
            <w:pPr>
              <w:spacing w:line="260" w:lineRule="exact"/>
              <w:rPr>
                <w:rFonts w:asciiTheme="majorHAnsi" w:hAnsiTheme="majorHAnsi" w:cstheme="majorHAnsi"/>
                <w:sz w:val="22"/>
              </w:rPr>
            </w:pPr>
          </w:p>
        </w:tc>
      </w:tr>
      <w:tr w:rsidR="006C5882" w:rsidRPr="002E6258" w14:paraId="4AD514F7" w14:textId="77777777" w:rsidTr="00867D57">
        <w:trPr>
          <w:trHeight w:val="624"/>
          <w:jc w:val="center"/>
        </w:trPr>
        <w:tc>
          <w:tcPr>
            <w:tcW w:w="1241" w:type="dxa"/>
            <w:shd w:val="clear" w:color="auto" w:fill="F2F2F2" w:themeFill="background1" w:themeFillShade="F2"/>
            <w:vAlign w:val="center"/>
          </w:tcPr>
          <w:p w14:paraId="462B7061" w14:textId="30AB6AF4"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C.</w:t>
            </w:r>
          </w:p>
        </w:tc>
        <w:tc>
          <w:tcPr>
            <w:tcW w:w="4080" w:type="dxa"/>
            <w:vAlign w:val="center"/>
          </w:tcPr>
          <w:p w14:paraId="0B832297"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3ADFC62F" w14:textId="5740D0AB" w:rsidR="006C5882" w:rsidRPr="00867D57" w:rsidRDefault="00DF61DE"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20%</w:t>
            </w:r>
          </w:p>
        </w:tc>
        <w:tc>
          <w:tcPr>
            <w:tcW w:w="1376" w:type="dxa"/>
            <w:vAlign w:val="center"/>
          </w:tcPr>
          <w:p w14:paraId="40D2BD2B" w14:textId="611D44A8"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6FAFEAF1" w14:textId="77777777" w:rsidR="006C5882" w:rsidRPr="002E6258" w:rsidRDefault="006C5882" w:rsidP="00CB7DBC">
            <w:pPr>
              <w:spacing w:line="260" w:lineRule="exact"/>
              <w:rPr>
                <w:rFonts w:asciiTheme="majorHAnsi" w:hAnsiTheme="majorHAnsi" w:cstheme="majorHAnsi"/>
                <w:sz w:val="22"/>
              </w:rPr>
            </w:pPr>
          </w:p>
        </w:tc>
      </w:tr>
      <w:tr w:rsidR="006C5882" w:rsidRPr="002E6258" w14:paraId="67D21F4D" w14:textId="77777777" w:rsidTr="00867D57">
        <w:trPr>
          <w:trHeight w:val="624"/>
          <w:jc w:val="center"/>
        </w:trPr>
        <w:tc>
          <w:tcPr>
            <w:tcW w:w="1241" w:type="dxa"/>
            <w:shd w:val="clear" w:color="auto" w:fill="F2F2F2" w:themeFill="background1" w:themeFillShade="F2"/>
            <w:vAlign w:val="center"/>
          </w:tcPr>
          <w:p w14:paraId="6B92137B" w14:textId="438717DE"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D.</w:t>
            </w:r>
          </w:p>
        </w:tc>
        <w:tc>
          <w:tcPr>
            <w:tcW w:w="4080" w:type="dxa"/>
            <w:vAlign w:val="center"/>
          </w:tcPr>
          <w:p w14:paraId="5E024806"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516AA079" w14:textId="55CE8FB3" w:rsidR="006C5882" w:rsidRPr="00867D57" w:rsidRDefault="00D7090A"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10%</w:t>
            </w:r>
          </w:p>
        </w:tc>
        <w:tc>
          <w:tcPr>
            <w:tcW w:w="1376" w:type="dxa"/>
            <w:vAlign w:val="center"/>
          </w:tcPr>
          <w:p w14:paraId="1891EF37" w14:textId="325A6893"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3192CD13" w14:textId="77777777" w:rsidR="006C5882" w:rsidRPr="002E6258" w:rsidRDefault="006C5882" w:rsidP="00CB7DBC">
            <w:pPr>
              <w:spacing w:line="260" w:lineRule="exact"/>
              <w:rPr>
                <w:rFonts w:asciiTheme="majorHAnsi" w:hAnsiTheme="majorHAnsi" w:cstheme="majorHAnsi"/>
                <w:sz w:val="22"/>
              </w:rPr>
            </w:pPr>
          </w:p>
        </w:tc>
      </w:tr>
      <w:tr w:rsidR="006C5882" w:rsidRPr="002E6258" w14:paraId="5D5511BB" w14:textId="77777777" w:rsidTr="00867D57">
        <w:trPr>
          <w:trHeight w:val="624"/>
          <w:jc w:val="center"/>
        </w:trPr>
        <w:tc>
          <w:tcPr>
            <w:tcW w:w="1241" w:type="dxa"/>
            <w:shd w:val="clear" w:color="auto" w:fill="F2F2F2" w:themeFill="background1" w:themeFillShade="F2"/>
            <w:vAlign w:val="center"/>
          </w:tcPr>
          <w:p w14:paraId="0307BF2B" w14:textId="60C36859"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E.</w:t>
            </w:r>
          </w:p>
        </w:tc>
        <w:tc>
          <w:tcPr>
            <w:tcW w:w="4080" w:type="dxa"/>
            <w:vAlign w:val="center"/>
          </w:tcPr>
          <w:p w14:paraId="5B3D8134"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11BE1526" w14:textId="4F2951CF" w:rsidR="006C5882" w:rsidRPr="00867D57" w:rsidRDefault="00F45F06"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5%</w:t>
            </w:r>
          </w:p>
        </w:tc>
        <w:tc>
          <w:tcPr>
            <w:tcW w:w="1376" w:type="dxa"/>
            <w:vAlign w:val="center"/>
          </w:tcPr>
          <w:p w14:paraId="619284A7" w14:textId="25B45217"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4CF7E690" w14:textId="77777777" w:rsidR="006C5882" w:rsidRPr="002E6258" w:rsidRDefault="006C5882" w:rsidP="00CB7DBC">
            <w:pPr>
              <w:spacing w:line="260" w:lineRule="exact"/>
              <w:rPr>
                <w:rFonts w:asciiTheme="majorHAnsi" w:hAnsiTheme="majorHAnsi" w:cstheme="majorHAnsi"/>
                <w:sz w:val="22"/>
              </w:rPr>
            </w:pPr>
          </w:p>
        </w:tc>
      </w:tr>
      <w:tr w:rsidR="006C5882" w:rsidRPr="002E6258" w14:paraId="7D77E4DE" w14:textId="77777777" w:rsidTr="00867D57">
        <w:trPr>
          <w:trHeight w:val="624"/>
          <w:jc w:val="center"/>
        </w:trPr>
        <w:tc>
          <w:tcPr>
            <w:tcW w:w="1241" w:type="dxa"/>
            <w:shd w:val="clear" w:color="auto" w:fill="F2F2F2" w:themeFill="background1" w:themeFillShade="F2"/>
            <w:vAlign w:val="center"/>
          </w:tcPr>
          <w:p w14:paraId="34531B7F" w14:textId="4A274D0A" w:rsidR="006C5882" w:rsidRPr="00527FC9" w:rsidRDefault="006C5882"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F.</w:t>
            </w:r>
          </w:p>
        </w:tc>
        <w:tc>
          <w:tcPr>
            <w:tcW w:w="4080" w:type="dxa"/>
            <w:vAlign w:val="center"/>
          </w:tcPr>
          <w:p w14:paraId="73529AF2" w14:textId="77777777" w:rsidR="006C5882" w:rsidRPr="002E6258" w:rsidRDefault="006C5882" w:rsidP="00CB7DBC">
            <w:pPr>
              <w:spacing w:line="260" w:lineRule="exact"/>
              <w:rPr>
                <w:rFonts w:asciiTheme="majorHAnsi" w:hAnsiTheme="majorHAnsi" w:cstheme="majorHAnsi"/>
                <w:sz w:val="22"/>
              </w:rPr>
            </w:pPr>
          </w:p>
        </w:tc>
        <w:tc>
          <w:tcPr>
            <w:tcW w:w="1520" w:type="dxa"/>
            <w:vAlign w:val="center"/>
          </w:tcPr>
          <w:p w14:paraId="49E6C45A" w14:textId="14C8E822" w:rsidR="006C5882" w:rsidRPr="00867D57" w:rsidRDefault="00F45F06"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5%</w:t>
            </w:r>
          </w:p>
        </w:tc>
        <w:tc>
          <w:tcPr>
            <w:tcW w:w="1376" w:type="dxa"/>
            <w:vAlign w:val="center"/>
          </w:tcPr>
          <w:p w14:paraId="430F1E84" w14:textId="254457BD"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3612774F" w14:textId="77777777" w:rsidR="006C5882" w:rsidRPr="002E6258" w:rsidRDefault="006C5882" w:rsidP="00CB7DBC">
            <w:pPr>
              <w:spacing w:line="260" w:lineRule="exact"/>
              <w:rPr>
                <w:rFonts w:asciiTheme="majorHAnsi" w:hAnsiTheme="majorHAnsi" w:cstheme="majorHAnsi"/>
                <w:sz w:val="22"/>
              </w:rPr>
            </w:pPr>
          </w:p>
        </w:tc>
      </w:tr>
      <w:tr w:rsidR="00867D57" w:rsidRPr="002E6258" w14:paraId="186CED77" w14:textId="77777777" w:rsidTr="00867D57">
        <w:trPr>
          <w:trHeight w:val="624"/>
          <w:jc w:val="center"/>
        </w:trPr>
        <w:tc>
          <w:tcPr>
            <w:tcW w:w="1241" w:type="dxa"/>
            <w:shd w:val="clear" w:color="auto" w:fill="F2F2F2" w:themeFill="background1" w:themeFillShade="F2"/>
            <w:vAlign w:val="center"/>
          </w:tcPr>
          <w:p w14:paraId="7DF79AA8" w14:textId="6A94FB6A" w:rsidR="00867D57" w:rsidRPr="00527FC9" w:rsidRDefault="00867D57" w:rsidP="00CB7DBC">
            <w:pPr>
              <w:spacing w:line="260" w:lineRule="exact"/>
              <w:jc w:val="center"/>
              <w:rPr>
                <w:rFonts w:asciiTheme="majorHAnsi" w:hAnsiTheme="majorHAnsi" w:cstheme="majorHAnsi"/>
                <w:b/>
                <w:bCs/>
                <w:sz w:val="24"/>
                <w:szCs w:val="24"/>
              </w:rPr>
            </w:pPr>
            <w:r w:rsidRPr="00527FC9">
              <w:rPr>
                <w:rFonts w:asciiTheme="majorHAnsi" w:hAnsiTheme="majorHAnsi" w:cstheme="majorHAnsi"/>
                <w:b/>
                <w:bCs/>
                <w:sz w:val="24"/>
                <w:szCs w:val="24"/>
              </w:rPr>
              <w:t>G.</w:t>
            </w:r>
          </w:p>
        </w:tc>
        <w:tc>
          <w:tcPr>
            <w:tcW w:w="4080" w:type="dxa"/>
            <w:vAlign w:val="center"/>
          </w:tcPr>
          <w:p w14:paraId="1EF51C17" w14:textId="77777777" w:rsidR="00867D57" w:rsidRPr="002E6258" w:rsidRDefault="00867D57" w:rsidP="00CB7DBC">
            <w:pPr>
              <w:spacing w:line="260" w:lineRule="exact"/>
              <w:rPr>
                <w:rFonts w:asciiTheme="majorHAnsi" w:hAnsiTheme="majorHAnsi" w:cstheme="majorHAnsi"/>
                <w:sz w:val="22"/>
              </w:rPr>
            </w:pPr>
          </w:p>
        </w:tc>
        <w:tc>
          <w:tcPr>
            <w:tcW w:w="1520" w:type="dxa"/>
            <w:vAlign w:val="center"/>
          </w:tcPr>
          <w:p w14:paraId="3C4357FA" w14:textId="75A1D1C8" w:rsidR="00867D57" w:rsidRPr="00867D57" w:rsidRDefault="00867D57" w:rsidP="00867D57">
            <w:pPr>
              <w:spacing w:line="260" w:lineRule="exact"/>
              <w:jc w:val="center"/>
              <w:rPr>
                <w:rFonts w:asciiTheme="majorHAnsi" w:hAnsiTheme="majorHAnsi" w:cstheme="majorHAnsi"/>
                <w:b/>
                <w:bCs/>
                <w:color w:val="EE0000"/>
                <w:sz w:val="22"/>
              </w:rPr>
            </w:pPr>
            <w:r w:rsidRPr="00867D57">
              <w:rPr>
                <w:rFonts w:asciiTheme="majorHAnsi" w:hAnsiTheme="majorHAnsi" w:cstheme="majorHAnsi"/>
                <w:b/>
                <w:bCs/>
                <w:color w:val="EE0000"/>
                <w:sz w:val="22"/>
              </w:rPr>
              <w:t>25%</w:t>
            </w:r>
          </w:p>
        </w:tc>
        <w:tc>
          <w:tcPr>
            <w:tcW w:w="1376" w:type="dxa"/>
            <w:vAlign w:val="center"/>
          </w:tcPr>
          <w:p w14:paraId="7E92DF71" w14:textId="77777777" w:rsidR="00867D57" w:rsidRPr="002E6258" w:rsidRDefault="00867D57" w:rsidP="00CB7DBC">
            <w:pPr>
              <w:spacing w:line="260" w:lineRule="exact"/>
              <w:rPr>
                <w:rFonts w:asciiTheme="majorHAnsi" w:hAnsiTheme="majorHAnsi" w:cstheme="majorHAnsi"/>
                <w:sz w:val="22"/>
              </w:rPr>
            </w:pPr>
          </w:p>
        </w:tc>
        <w:tc>
          <w:tcPr>
            <w:tcW w:w="1133" w:type="dxa"/>
            <w:vAlign w:val="center"/>
          </w:tcPr>
          <w:p w14:paraId="6392F925" w14:textId="77777777" w:rsidR="00867D57" w:rsidRPr="002E6258" w:rsidRDefault="00867D57" w:rsidP="00CB7DBC">
            <w:pPr>
              <w:spacing w:line="260" w:lineRule="exact"/>
              <w:rPr>
                <w:rFonts w:asciiTheme="majorHAnsi" w:hAnsiTheme="majorHAnsi" w:cstheme="majorHAnsi"/>
                <w:sz w:val="22"/>
              </w:rPr>
            </w:pPr>
          </w:p>
        </w:tc>
      </w:tr>
      <w:tr w:rsidR="006C5882" w:rsidRPr="002E6258" w14:paraId="14D90F93" w14:textId="77777777" w:rsidTr="00867D57">
        <w:trPr>
          <w:trHeight w:val="624"/>
          <w:jc w:val="center"/>
        </w:trPr>
        <w:tc>
          <w:tcPr>
            <w:tcW w:w="5321" w:type="dxa"/>
            <w:gridSpan w:val="2"/>
            <w:shd w:val="clear" w:color="auto" w:fill="F2F2F2" w:themeFill="background1" w:themeFillShade="F2"/>
            <w:vAlign w:val="center"/>
          </w:tcPr>
          <w:p w14:paraId="7AD18F0E" w14:textId="4473D50D" w:rsidR="006C5882" w:rsidRPr="002E6258" w:rsidRDefault="006C5882" w:rsidP="00252B37">
            <w:pPr>
              <w:spacing w:line="260" w:lineRule="exact"/>
              <w:jc w:val="right"/>
              <w:rPr>
                <w:rFonts w:asciiTheme="majorHAnsi" w:hAnsiTheme="majorHAnsi" w:cstheme="majorHAnsi"/>
                <w:b/>
                <w:bCs/>
                <w:sz w:val="26"/>
                <w:szCs w:val="26"/>
              </w:rPr>
            </w:pPr>
            <w:r w:rsidRPr="002E6258">
              <w:rPr>
                <w:rFonts w:asciiTheme="majorHAnsi" w:hAnsiTheme="majorHAnsi" w:cstheme="majorHAnsi"/>
                <w:b/>
                <w:bCs/>
                <w:sz w:val="26"/>
                <w:szCs w:val="26"/>
              </w:rPr>
              <w:t>TOTAL</w:t>
            </w:r>
          </w:p>
        </w:tc>
        <w:tc>
          <w:tcPr>
            <w:tcW w:w="1520" w:type="dxa"/>
          </w:tcPr>
          <w:p w14:paraId="699E58D9" w14:textId="77777777" w:rsidR="006C5882" w:rsidRPr="002E6258" w:rsidRDefault="006C5882" w:rsidP="00CB7DBC">
            <w:pPr>
              <w:spacing w:line="260" w:lineRule="exact"/>
              <w:rPr>
                <w:rFonts w:asciiTheme="majorHAnsi" w:hAnsiTheme="majorHAnsi" w:cstheme="majorHAnsi"/>
                <w:sz w:val="22"/>
              </w:rPr>
            </w:pPr>
          </w:p>
        </w:tc>
        <w:tc>
          <w:tcPr>
            <w:tcW w:w="1376" w:type="dxa"/>
            <w:vAlign w:val="center"/>
          </w:tcPr>
          <w:p w14:paraId="546A1820" w14:textId="7785F895" w:rsidR="006C5882" w:rsidRPr="002E6258" w:rsidRDefault="006C5882" w:rsidP="00CB7DBC">
            <w:pPr>
              <w:spacing w:line="260" w:lineRule="exact"/>
              <w:rPr>
                <w:rFonts w:asciiTheme="majorHAnsi" w:hAnsiTheme="majorHAnsi" w:cstheme="majorHAnsi"/>
                <w:sz w:val="22"/>
              </w:rPr>
            </w:pPr>
          </w:p>
        </w:tc>
        <w:tc>
          <w:tcPr>
            <w:tcW w:w="1133" w:type="dxa"/>
            <w:vAlign w:val="center"/>
          </w:tcPr>
          <w:p w14:paraId="052C7033" w14:textId="77777777" w:rsidR="006C5882" w:rsidRPr="002E6258" w:rsidRDefault="006C5882" w:rsidP="00CB7DBC">
            <w:pPr>
              <w:spacing w:line="260" w:lineRule="exact"/>
              <w:rPr>
                <w:rFonts w:asciiTheme="majorHAnsi" w:hAnsiTheme="majorHAnsi" w:cstheme="majorHAnsi"/>
                <w:sz w:val="22"/>
              </w:rPr>
            </w:pPr>
          </w:p>
        </w:tc>
      </w:tr>
    </w:tbl>
    <w:p w14:paraId="594D9F29" w14:textId="77777777" w:rsidR="004F2FB2" w:rsidRPr="002E6258" w:rsidRDefault="004F2FB2" w:rsidP="00CD44B3">
      <w:pPr>
        <w:spacing w:after="0" w:line="260" w:lineRule="exact"/>
        <w:rPr>
          <w:rFonts w:asciiTheme="majorHAnsi" w:hAnsiTheme="majorHAnsi" w:cstheme="majorHAnsi"/>
          <w:szCs w:val="21"/>
        </w:rPr>
      </w:pPr>
    </w:p>
    <w:p w14:paraId="1EFCBAF3" w14:textId="77777777" w:rsidR="00954FFD" w:rsidRDefault="00954FFD" w:rsidP="00CD44B3">
      <w:pPr>
        <w:spacing w:after="0" w:line="260" w:lineRule="exact"/>
        <w:rPr>
          <w:rFonts w:asciiTheme="majorHAnsi" w:hAnsiTheme="majorHAnsi" w:cstheme="majorHAnsi"/>
          <w:b/>
          <w:bCs/>
          <w:color w:val="548DD4" w:themeColor="text2" w:themeTint="99"/>
          <w:sz w:val="24"/>
          <w:szCs w:val="24"/>
        </w:rPr>
      </w:pPr>
    </w:p>
    <w:p w14:paraId="7A90086C" w14:textId="62236D8B" w:rsidR="00954FFD" w:rsidRPr="00527FC9" w:rsidRDefault="00F61602" w:rsidP="00527FC9">
      <w:pPr>
        <w:spacing w:after="0" w:line="260" w:lineRule="exact"/>
        <w:rPr>
          <w:rFonts w:asciiTheme="majorHAnsi" w:hAnsiTheme="majorHAnsi" w:cstheme="majorHAnsi"/>
          <w:b/>
          <w:bCs/>
          <w:color w:val="000000" w:themeColor="text1"/>
          <w:sz w:val="26"/>
          <w:szCs w:val="26"/>
        </w:rPr>
      </w:pPr>
      <w:r w:rsidRPr="00527FC9">
        <w:rPr>
          <w:rFonts w:asciiTheme="majorHAnsi" w:hAnsiTheme="majorHAnsi" w:cstheme="majorHAnsi"/>
          <w:b/>
          <w:bCs/>
          <w:color w:val="000000" w:themeColor="text1"/>
          <w:sz w:val="26"/>
          <w:szCs w:val="26"/>
        </w:rPr>
        <w:t xml:space="preserve">Pricing Score </w:t>
      </w:r>
      <w:r w:rsidR="009273B9" w:rsidRPr="00527FC9">
        <w:rPr>
          <w:rFonts w:asciiTheme="majorHAnsi" w:hAnsiTheme="majorHAnsi" w:cstheme="majorHAnsi"/>
          <w:b/>
          <w:bCs/>
          <w:color w:val="000000" w:themeColor="text1"/>
          <w:sz w:val="26"/>
          <w:szCs w:val="26"/>
        </w:rPr>
        <w:t>Calculation</w:t>
      </w:r>
    </w:p>
    <w:p w14:paraId="4F61914B" w14:textId="77777777" w:rsidR="009273B9" w:rsidRDefault="009273B9" w:rsidP="009273B9">
      <w:pPr>
        <w:spacing w:after="0" w:line="260" w:lineRule="exact"/>
        <w:rPr>
          <w:rFonts w:asciiTheme="majorHAnsi" w:hAnsiTheme="majorHAnsi" w:cstheme="majorHAnsi"/>
          <w:b/>
          <w:bCs/>
          <w:color w:val="548DD4" w:themeColor="text2" w:themeTint="99"/>
          <w:sz w:val="24"/>
          <w:szCs w:val="24"/>
        </w:rPr>
      </w:pPr>
    </w:p>
    <w:p w14:paraId="367CECA0" w14:textId="77777777" w:rsidR="00F61602" w:rsidRPr="00BE0B71" w:rsidRDefault="00F61602" w:rsidP="00F61602">
      <w:pPr>
        <w:spacing w:line="260" w:lineRule="exact"/>
        <w:rPr>
          <w:rFonts w:ascii="Calibri" w:hAnsi="Calibri" w:cs="Calibri"/>
          <w:sz w:val="22"/>
          <w:lang w:val="en-GB"/>
        </w:rPr>
      </w:pPr>
      <w:proofErr w:type="gramStart"/>
      <w:r w:rsidRPr="00BE0B71">
        <w:rPr>
          <w:rFonts w:ascii="Calibri" w:hAnsi="Calibri" w:cs="Calibri"/>
          <w:sz w:val="22"/>
          <w:lang w:val="en-GB"/>
        </w:rPr>
        <w:t>Pricing  Score</w:t>
      </w:r>
      <w:proofErr w:type="gramEnd"/>
      <w:r w:rsidRPr="00BE0B71">
        <w:rPr>
          <w:rFonts w:ascii="Calibri" w:hAnsi="Calibri" w:cs="Calibri"/>
          <w:sz w:val="22"/>
          <w:lang w:val="en-GB"/>
        </w:rPr>
        <w:t xml:space="preserve"> = </w:t>
      </w:r>
      <w:r w:rsidRPr="00BE0B71">
        <w:rPr>
          <w:rFonts w:ascii="Calibri" w:hAnsi="Calibri" w:cs="Calibri"/>
          <w:sz w:val="22"/>
          <w:lang w:val="en-GB"/>
        </w:rPr>
        <w:tab/>
      </w:r>
      <w:r w:rsidRPr="00BE0B71">
        <w:rPr>
          <w:rFonts w:ascii="Calibri" w:hAnsi="Calibri" w:cs="Calibri"/>
          <w:sz w:val="22"/>
          <w:lang w:val="en-GB"/>
        </w:rPr>
        <w:tab/>
      </w:r>
      <w:r w:rsidRPr="00BE0B71">
        <w:rPr>
          <w:rFonts w:ascii="Calibri" w:hAnsi="Calibri" w:cs="Calibri"/>
          <w:sz w:val="22"/>
          <w:u w:val="single"/>
          <w:lang w:val="en-GB"/>
        </w:rPr>
        <w:t>Lowest Tendered Price x Max Points</w:t>
      </w:r>
      <w:r w:rsidRPr="00BE0B71">
        <w:rPr>
          <w:rFonts w:ascii="Calibri" w:hAnsi="Calibri" w:cs="Calibri"/>
          <w:sz w:val="22"/>
          <w:lang w:val="en-GB"/>
        </w:rPr>
        <w:t xml:space="preserve"> </w:t>
      </w:r>
    </w:p>
    <w:p w14:paraId="45897F6F" w14:textId="3DD08D16" w:rsidR="00E06EAE" w:rsidRDefault="00F61602" w:rsidP="00F61602">
      <w:pPr>
        <w:spacing w:line="260" w:lineRule="exact"/>
        <w:rPr>
          <w:rFonts w:ascii="Calibri" w:hAnsi="Calibri" w:cs="Calibri"/>
          <w:sz w:val="22"/>
          <w:lang w:val="en-GB"/>
        </w:rPr>
      </w:pPr>
      <w:r w:rsidRPr="00BE0B71">
        <w:rPr>
          <w:rFonts w:ascii="Calibri" w:hAnsi="Calibri" w:cs="Calibri"/>
          <w:sz w:val="22"/>
          <w:lang w:val="en-GB"/>
        </w:rPr>
        <w:tab/>
        <w:t xml:space="preserve">       </w:t>
      </w:r>
      <w:r w:rsidRPr="00BE0B71">
        <w:rPr>
          <w:rFonts w:ascii="Calibri" w:hAnsi="Calibri" w:cs="Calibri"/>
          <w:sz w:val="22"/>
          <w:lang w:val="en-GB"/>
        </w:rPr>
        <w:tab/>
      </w:r>
      <w:r w:rsidRPr="00BE0B71">
        <w:rPr>
          <w:rFonts w:ascii="Calibri" w:hAnsi="Calibri" w:cs="Calibri"/>
          <w:sz w:val="22"/>
          <w:lang w:val="en-GB"/>
        </w:rPr>
        <w:tab/>
        <w:t>Price of bid being evaluated</w:t>
      </w:r>
      <w:r w:rsidRPr="00BE0B71">
        <w:rPr>
          <w:rFonts w:ascii="Calibri" w:hAnsi="Calibri" w:cs="Calibri"/>
          <w:sz w:val="22"/>
          <w:lang w:val="en-GB"/>
        </w:rPr>
        <w:tab/>
      </w:r>
    </w:p>
    <w:tbl>
      <w:tblPr>
        <w:tblStyle w:val="TableGrid"/>
        <w:tblW w:w="0" w:type="auto"/>
        <w:tblLook w:val="04A0" w:firstRow="1" w:lastRow="0" w:firstColumn="1" w:lastColumn="0" w:noHBand="0" w:noVBand="1"/>
      </w:tblPr>
      <w:tblGrid>
        <w:gridCol w:w="2405"/>
        <w:gridCol w:w="1701"/>
        <w:gridCol w:w="2268"/>
        <w:gridCol w:w="1340"/>
        <w:gridCol w:w="1636"/>
      </w:tblGrid>
      <w:tr w:rsidR="00FC70A6" w14:paraId="70A9EAAB" w14:textId="4B0E03CB" w:rsidTr="00E6600E">
        <w:trPr>
          <w:trHeight w:val="850"/>
        </w:trPr>
        <w:tc>
          <w:tcPr>
            <w:tcW w:w="2405" w:type="dxa"/>
            <w:vAlign w:val="center"/>
          </w:tcPr>
          <w:p w14:paraId="2EE86F09" w14:textId="5213B168" w:rsidR="00FC70A6" w:rsidRPr="00E6600E" w:rsidRDefault="00FC70A6" w:rsidP="00951C2B">
            <w:pPr>
              <w:spacing w:line="260" w:lineRule="exact"/>
              <w:rPr>
                <w:rFonts w:ascii="Calibri" w:hAnsi="Calibri" w:cs="Calibri"/>
                <w:b/>
                <w:bCs/>
                <w:sz w:val="22"/>
                <w:lang w:val="en-GB"/>
              </w:rPr>
            </w:pPr>
            <w:r w:rsidRPr="00E6600E">
              <w:rPr>
                <w:rFonts w:ascii="Calibri" w:hAnsi="Calibri" w:cs="Calibri"/>
                <w:b/>
                <w:bCs/>
                <w:sz w:val="22"/>
                <w:lang w:val="en-GB"/>
              </w:rPr>
              <w:t>Tenderer</w:t>
            </w:r>
          </w:p>
          <w:p w14:paraId="58461055" w14:textId="5C7FD3AD" w:rsidR="00FC70A6" w:rsidRPr="00E6600E" w:rsidRDefault="00FC70A6" w:rsidP="00951C2B">
            <w:pPr>
              <w:spacing w:line="260" w:lineRule="exact"/>
              <w:rPr>
                <w:rFonts w:ascii="Calibri" w:hAnsi="Calibri" w:cs="Calibri"/>
                <w:b/>
                <w:bCs/>
                <w:sz w:val="22"/>
                <w:lang w:val="en-GB"/>
              </w:rPr>
            </w:pPr>
            <w:r w:rsidRPr="00E6600E">
              <w:rPr>
                <w:rFonts w:ascii="Calibri" w:hAnsi="Calibri" w:cs="Calibri"/>
                <w:b/>
                <w:bCs/>
                <w:sz w:val="22"/>
                <w:lang w:val="en-GB"/>
              </w:rPr>
              <w:t>(Enter Company Name)</w:t>
            </w:r>
          </w:p>
        </w:tc>
        <w:tc>
          <w:tcPr>
            <w:tcW w:w="1701" w:type="dxa"/>
            <w:vAlign w:val="center"/>
          </w:tcPr>
          <w:p w14:paraId="0A803C5D" w14:textId="3D5E8547"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Lowest Tender Price</w:t>
            </w:r>
            <w:r w:rsidR="00951C2B" w:rsidRPr="00E6600E">
              <w:rPr>
                <w:rFonts w:ascii="Calibri" w:hAnsi="Calibri" w:cs="Calibri"/>
                <w:b/>
                <w:bCs/>
                <w:sz w:val="22"/>
                <w:lang w:val="en-GB"/>
              </w:rPr>
              <w:t xml:space="preserve"> (</w:t>
            </w:r>
            <w:r w:rsidR="00E6600E" w:rsidRPr="00E6600E">
              <w:rPr>
                <w:rFonts w:ascii="Calibri" w:hAnsi="Calibri" w:cs="Calibri"/>
                <w:b/>
                <w:bCs/>
                <w:sz w:val="22"/>
                <w:lang w:val="en-GB"/>
              </w:rPr>
              <w:t>€)</w:t>
            </w:r>
          </w:p>
        </w:tc>
        <w:tc>
          <w:tcPr>
            <w:tcW w:w="2268" w:type="dxa"/>
            <w:vAlign w:val="center"/>
          </w:tcPr>
          <w:p w14:paraId="12ED8298" w14:textId="70016A54"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Price of the Bid being Evaluated</w:t>
            </w:r>
            <w:r w:rsidR="00E6600E" w:rsidRPr="00E6600E">
              <w:rPr>
                <w:rFonts w:ascii="Calibri" w:hAnsi="Calibri" w:cs="Calibri"/>
                <w:b/>
                <w:bCs/>
                <w:sz w:val="22"/>
                <w:lang w:val="en-GB"/>
              </w:rPr>
              <w:t xml:space="preserve"> (€)</w:t>
            </w:r>
          </w:p>
        </w:tc>
        <w:tc>
          <w:tcPr>
            <w:tcW w:w="1340" w:type="dxa"/>
            <w:vAlign w:val="center"/>
          </w:tcPr>
          <w:p w14:paraId="3CB7C268" w14:textId="0ACF699F"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Max Points</w:t>
            </w:r>
          </w:p>
        </w:tc>
        <w:tc>
          <w:tcPr>
            <w:tcW w:w="1636" w:type="dxa"/>
            <w:vAlign w:val="center"/>
          </w:tcPr>
          <w:p w14:paraId="73B4698B" w14:textId="5889C8E8" w:rsidR="00FC70A6" w:rsidRPr="00E6600E" w:rsidRDefault="00FC70A6" w:rsidP="00951C2B">
            <w:pPr>
              <w:spacing w:line="260" w:lineRule="exact"/>
              <w:jc w:val="center"/>
              <w:rPr>
                <w:rFonts w:ascii="Calibri" w:hAnsi="Calibri" w:cs="Calibri"/>
                <w:b/>
                <w:bCs/>
                <w:sz w:val="22"/>
                <w:lang w:val="en-GB"/>
              </w:rPr>
            </w:pPr>
            <w:r w:rsidRPr="00E6600E">
              <w:rPr>
                <w:rFonts w:ascii="Calibri" w:hAnsi="Calibri" w:cs="Calibri"/>
                <w:b/>
                <w:bCs/>
                <w:sz w:val="22"/>
                <w:lang w:val="en-GB"/>
              </w:rPr>
              <w:t>Price Score</w:t>
            </w:r>
          </w:p>
        </w:tc>
      </w:tr>
      <w:tr w:rsidR="00951C2B" w14:paraId="4036C9AC" w14:textId="133F4D8F" w:rsidTr="00E6600E">
        <w:trPr>
          <w:trHeight w:val="454"/>
        </w:trPr>
        <w:tc>
          <w:tcPr>
            <w:tcW w:w="2405" w:type="dxa"/>
            <w:vAlign w:val="center"/>
          </w:tcPr>
          <w:p w14:paraId="419C88A0" w14:textId="0D7D4FE8"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A</w:t>
            </w:r>
          </w:p>
        </w:tc>
        <w:tc>
          <w:tcPr>
            <w:tcW w:w="1701" w:type="dxa"/>
            <w:vMerge w:val="restart"/>
            <w:vAlign w:val="center"/>
          </w:tcPr>
          <w:p w14:paraId="750E35B2" w14:textId="1837C5FC" w:rsidR="00951C2B" w:rsidRDefault="00951C2B" w:rsidP="00951C2B">
            <w:pPr>
              <w:spacing w:line="260" w:lineRule="exact"/>
              <w:jc w:val="center"/>
              <w:rPr>
                <w:rFonts w:ascii="Calibri" w:hAnsi="Calibri" w:cs="Calibri"/>
                <w:sz w:val="22"/>
                <w:lang w:val="en-GB"/>
              </w:rPr>
            </w:pPr>
            <w:r>
              <w:rPr>
                <w:rFonts w:ascii="Calibri" w:hAnsi="Calibri" w:cs="Calibri"/>
                <w:sz w:val="22"/>
                <w:lang w:val="en-GB"/>
              </w:rPr>
              <w:t>269,500</w:t>
            </w:r>
          </w:p>
        </w:tc>
        <w:tc>
          <w:tcPr>
            <w:tcW w:w="2268" w:type="dxa"/>
            <w:vAlign w:val="center"/>
          </w:tcPr>
          <w:p w14:paraId="2D32282F" w14:textId="4B14B91C" w:rsidR="00951C2B" w:rsidRDefault="00951C2B" w:rsidP="00951C2B">
            <w:pPr>
              <w:spacing w:line="260" w:lineRule="exact"/>
              <w:jc w:val="center"/>
              <w:rPr>
                <w:rFonts w:ascii="Calibri" w:hAnsi="Calibri" w:cs="Calibri"/>
                <w:sz w:val="22"/>
                <w:lang w:val="en-GB"/>
              </w:rPr>
            </w:pPr>
          </w:p>
        </w:tc>
        <w:tc>
          <w:tcPr>
            <w:tcW w:w="1340" w:type="dxa"/>
            <w:vMerge w:val="restart"/>
            <w:vAlign w:val="center"/>
          </w:tcPr>
          <w:p w14:paraId="783C668B" w14:textId="6226233D" w:rsidR="00951C2B" w:rsidRDefault="00951C2B" w:rsidP="00951C2B">
            <w:pPr>
              <w:spacing w:line="260" w:lineRule="exact"/>
              <w:jc w:val="center"/>
              <w:rPr>
                <w:rFonts w:ascii="Calibri" w:hAnsi="Calibri" w:cs="Calibri"/>
                <w:sz w:val="22"/>
                <w:lang w:val="en-GB"/>
              </w:rPr>
            </w:pPr>
            <w:r>
              <w:rPr>
                <w:rFonts w:ascii="Calibri" w:hAnsi="Calibri" w:cs="Calibri"/>
                <w:sz w:val="22"/>
                <w:lang w:val="en-GB"/>
              </w:rPr>
              <w:t>25</w:t>
            </w:r>
          </w:p>
        </w:tc>
        <w:tc>
          <w:tcPr>
            <w:tcW w:w="1636" w:type="dxa"/>
          </w:tcPr>
          <w:p w14:paraId="7E8F13C1" w14:textId="77777777" w:rsidR="00951C2B" w:rsidRDefault="00951C2B" w:rsidP="00F61602">
            <w:pPr>
              <w:spacing w:line="260" w:lineRule="exact"/>
              <w:rPr>
                <w:rFonts w:ascii="Calibri" w:hAnsi="Calibri" w:cs="Calibri"/>
                <w:sz w:val="22"/>
                <w:lang w:val="en-GB"/>
              </w:rPr>
            </w:pPr>
          </w:p>
        </w:tc>
      </w:tr>
      <w:tr w:rsidR="00951C2B" w14:paraId="77ACBACA" w14:textId="59EFE58D" w:rsidTr="00E6600E">
        <w:trPr>
          <w:trHeight w:val="454"/>
        </w:trPr>
        <w:tc>
          <w:tcPr>
            <w:tcW w:w="2405" w:type="dxa"/>
            <w:vAlign w:val="center"/>
          </w:tcPr>
          <w:p w14:paraId="10E3A9F9" w14:textId="71F7F332"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B</w:t>
            </w:r>
          </w:p>
        </w:tc>
        <w:tc>
          <w:tcPr>
            <w:tcW w:w="1701" w:type="dxa"/>
            <w:vMerge/>
          </w:tcPr>
          <w:p w14:paraId="5C66F851" w14:textId="77777777" w:rsidR="00951C2B" w:rsidRDefault="00951C2B" w:rsidP="00F61602">
            <w:pPr>
              <w:spacing w:line="260" w:lineRule="exact"/>
              <w:rPr>
                <w:rFonts w:ascii="Calibri" w:hAnsi="Calibri" w:cs="Calibri"/>
                <w:sz w:val="22"/>
                <w:lang w:val="en-GB"/>
              </w:rPr>
            </w:pPr>
          </w:p>
        </w:tc>
        <w:tc>
          <w:tcPr>
            <w:tcW w:w="2268" w:type="dxa"/>
          </w:tcPr>
          <w:p w14:paraId="08FC6ACF" w14:textId="09B769EA" w:rsidR="00951C2B" w:rsidRDefault="00951C2B" w:rsidP="00F61602">
            <w:pPr>
              <w:spacing w:line="260" w:lineRule="exact"/>
              <w:rPr>
                <w:rFonts w:ascii="Calibri" w:hAnsi="Calibri" w:cs="Calibri"/>
                <w:sz w:val="22"/>
                <w:lang w:val="en-GB"/>
              </w:rPr>
            </w:pPr>
          </w:p>
        </w:tc>
        <w:tc>
          <w:tcPr>
            <w:tcW w:w="1340" w:type="dxa"/>
            <w:vMerge/>
          </w:tcPr>
          <w:p w14:paraId="569A4743" w14:textId="77777777" w:rsidR="00951C2B" w:rsidRDefault="00951C2B" w:rsidP="00F61602">
            <w:pPr>
              <w:spacing w:line="260" w:lineRule="exact"/>
              <w:rPr>
                <w:rFonts w:ascii="Calibri" w:hAnsi="Calibri" w:cs="Calibri"/>
                <w:sz w:val="22"/>
                <w:lang w:val="en-GB"/>
              </w:rPr>
            </w:pPr>
          </w:p>
        </w:tc>
        <w:tc>
          <w:tcPr>
            <w:tcW w:w="1636" w:type="dxa"/>
          </w:tcPr>
          <w:p w14:paraId="634646BC" w14:textId="77777777" w:rsidR="00951C2B" w:rsidRDefault="00951C2B" w:rsidP="00F61602">
            <w:pPr>
              <w:spacing w:line="260" w:lineRule="exact"/>
              <w:rPr>
                <w:rFonts w:ascii="Calibri" w:hAnsi="Calibri" w:cs="Calibri"/>
                <w:sz w:val="22"/>
                <w:lang w:val="en-GB"/>
              </w:rPr>
            </w:pPr>
          </w:p>
        </w:tc>
      </w:tr>
      <w:tr w:rsidR="00951C2B" w14:paraId="0D33A557" w14:textId="40482019" w:rsidTr="00E6600E">
        <w:trPr>
          <w:trHeight w:val="454"/>
        </w:trPr>
        <w:tc>
          <w:tcPr>
            <w:tcW w:w="2405" w:type="dxa"/>
            <w:vAlign w:val="center"/>
          </w:tcPr>
          <w:p w14:paraId="3886D557" w14:textId="512D91BA"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C</w:t>
            </w:r>
          </w:p>
        </w:tc>
        <w:tc>
          <w:tcPr>
            <w:tcW w:w="1701" w:type="dxa"/>
            <w:vMerge/>
          </w:tcPr>
          <w:p w14:paraId="263343DE" w14:textId="77777777" w:rsidR="00951C2B" w:rsidRDefault="00951C2B" w:rsidP="00F61602">
            <w:pPr>
              <w:spacing w:line="260" w:lineRule="exact"/>
              <w:rPr>
                <w:rFonts w:ascii="Calibri" w:hAnsi="Calibri" w:cs="Calibri"/>
                <w:sz w:val="22"/>
                <w:lang w:val="en-GB"/>
              </w:rPr>
            </w:pPr>
          </w:p>
        </w:tc>
        <w:tc>
          <w:tcPr>
            <w:tcW w:w="2268" w:type="dxa"/>
          </w:tcPr>
          <w:p w14:paraId="27B32B1F" w14:textId="58D2B33E" w:rsidR="00951C2B" w:rsidRDefault="00951C2B" w:rsidP="00F61602">
            <w:pPr>
              <w:spacing w:line="260" w:lineRule="exact"/>
              <w:rPr>
                <w:rFonts w:ascii="Calibri" w:hAnsi="Calibri" w:cs="Calibri"/>
                <w:sz w:val="22"/>
                <w:lang w:val="en-GB"/>
              </w:rPr>
            </w:pPr>
          </w:p>
        </w:tc>
        <w:tc>
          <w:tcPr>
            <w:tcW w:w="1340" w:type="dxa"/>
            <w:vMerge/>
          </w:tcPr>
          <w:p w14:paraId="1F8A06CD" w14:textId="77777777" w:rsidR="00951C2B" w:rsidRDefault="00951C2B" w:rsidP="00F61602">
            <w:pPr>
              <w:spacing w:line="260" w:lineRule="exact"/>
              <w:rPr>
                <w:rFonts w:ascii="Calibri" w:hAnsi="Calibri" w:cs="Calibri"/>
                <w:sz w:val="22"/>
                <w:lang w:val="en-GB"/>
              </w:rPr>
            </w:pPr>
          </w:p>
        </w:tc>
        <w:tc>
          <w:tcPr>
            <w:tcW w:w="1636" w:type="dxa"/>
          </w:tcPr>
          <w:p w14:paraId="2A043720" w14:textId="77777777" w:rsidR="00951C2B" w:rsidRDefault="00951C2B" w:rsidP="00F61602">
            <w:pPr>
              <w:spacing w:line="260" w:lineRule="exact"/>
              <w:rPr>
                <w:rFonts w:ascii="Calibri" w:hAnsi="Calibri" w:cs="Calibri"/>
                <w:sz w:val="22"/>
                <w:lang w:val="en-GB"/>
              </w:rPr>
            </w:pPr>
          </w:p>
        </w:tc>
      </w:tr>
      <w:tr w:rsidR="00951C2B" w14:paraId="0595E91D" w14:textId="2017336C" w:rsidTr="00E6600E">
        <w:trPr>
          <w:trHeight w:val="454"/>
        </w:trPr>
        <w:tc>
          <w:tcPr>
            <w:tcW w:w="2405" w:type="dxa"/>
            <w:vAlign w:val="center"/>
          </w:tcPr>
          <w:p w14:paraId="34CEBB58" w14:textId="1303C966"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D</w:t>
            </w:r>
          </w:p>
        </w:tc>
        <w:tc>
          <w:tcPr>
            <w:tcW w:w="1701" w:type="dxa"/>
            <w:vMerge/>
          </w:tcPr>
          <w:p w14:paraId="30203A49" w14:textId="77777777" w:rsidR="00951C2B" w:rsidRDefault="00951C2B" w:rsidP="00F61602">
            <w:pPr>
              <w:spacing w:line="260" w:lineRule="exact"/>
              <w:rPr>
                <w:rFonts w:ascii="Calibri" w:hAnsi="Calibri" w:cs="Calibri"/>
                <w:sz w:val="22"/>
                <w:lang w:val="en-GB"/>
              </w:rPr>
            </w:pPr>
          </w:p>
        </w:tc>
        <w:tc>
          <w:tcPr>
            <w:tcW w:w="2268" w:type="dxa"/>
          </w:tcPr>
          <w:p w14:paraId="79F5F44F" w14:textId="5F2F2EB8" w:rsidR="00951C2B" w:rsidRDefault="00951C2B" w:rsidP="00F61602">
            <w:pPr>
              <w:spacing w:line="260" w:lineRule="exact"/>
              <w:rPr>
                <w:rFonts w:ascii="Calibri" w:hAnsi="Calibri" w:cs="Calibri"/>
                <w:sz w:val="22"/>
                <w:lang w:val="en-GB"/>
              </w:rPr>
            </w:pPr>
          </w:p>
        </w:tc>
        <w:tc>
          <w:tcPr>
            <w:tcW w:w="1340" w:type="dxa"/>
            <w:vMerge/>
          </w:tcPr>
          <w:p w14:paraId="6BAA76A1" w14:textId="77777777" w:rsidR="00951C2B" w:rsidRDefault="00951C2B" w:rsidP="00F61602">
            <w:pPr>
              <w:spacing w:line="260" w:lineRule="exact"/>
              <w:rPr>
                <w:rFonts w:ascii="Calibri" w:hAnsi="Calibri" w:cs="Calibri"/>
                <w:sz w:val="22"/>
                <w:lang w:val="en-GB"/>
              </w:rPr>
            </w:pPr>
          </w:p>
        </w:tc>
        <w:tc>
          <w:tcPr>
            <w:tcW w:w="1636" w:type="dxa"/>
          </w:tcPr>
          <w:p w14:paraId="351C6A63" w14:textId="77777777" w:rsidR="00951C2B" w:rsidRDefault="00951C2B" w:rsidP="00F61602">
            <w:pPr>
              <w:spacing w:line="260" w:lineRule="exact"/>
              <w:rPr>
                <w:rFonts w:ascii="Calibri" w:hAnsi="Calibri" w:cs="Calibri"/>
                <w:sz w:val="22"/>
                <w:lang w:val="en-GB"/>
              </w:rPr>
            </w:pPr>
          </w:p>
        </w:tc>
      </w:tr>
      <w:tr w:rsidR="00951C2B" w14:paraId="5E3C7A22" w14:textId="59024DFB" w:rsidTr="00E6600E">
        <w:trPr>
          <w:trHeight w:val="454"/>
        </w:trPr>
        <w:tc>
          <w:tcPr>
            <w:tcW w:w="2405" w:type="dxa"/>
            <w:vAlign w:val="center"/>
          </w:tcPr>
          <w:p w14:paraId="631CC34B" w14:textId="4D9B5E5C" w:rsidR="00951C2B" w:rsidRPr="00E6600E" w:rsidRDefault="00951C2B" w:rsidP="00E6600E">
            <w:pPr>
              <w:spacing w:line="260" w:lineRule="exact"/>
              <w:rPr>
                <w:rFonts w:ascii="Calibri" w:hAnsi="Calibri" w:cs="Calibri"/>
                <w:b/>
                <w:bCs/>
                <w:sz w:val="22"/>
                <w:lang w:val="en-GB"/>
              </w:rPr>
            </w:pPr>
            <w:r w:rsidRPr="00E6600E">
              <w:rPr>
                <w:rFonts w:ascii="Calibri" w:hAnsi="Calibri" w:cs="Calibri"/>
                <w:b/>
                <w:bCs/>
                <w:sz w:val="22"/>
                <w:lang w:val="en-GB"/>
              </w:rPr>
              <w:t>Company Name E</w:t>
            </w:r>
          </w:p>
        </w:tc>
        <w:tc>
          <w:tcPr>
            <w:tcW w:w="1701" w:type="dxa"/>
            <w:vMerge/>
          </w:tcPr>
          <w:p w14:paraId="15CE09CE" w14:textId="77777777" w:rsidR="00951C2B" w:rsidRDefault="00951C2B" w:rsidP="00F61602">
            <w:pPr>
              <w:spacing w:line="260" w:lineRule="exact"/>
              <w:rPr>
                <w:rFonts w:ascii="Calibri" w:hAnsi="Calibri" w:cs="Calibri"/>
                <w:sz w:val="22"/>
                <w:lang w:val="en-GB"/>
              </w:rPr>
            </w:pPr>
          </w:p>
        </w:tc>
        <w:tc>
          <w:tcPr>
            <w:tcW w:w="2268" w:type="dxa"/>
          </w:tcPr>
          <w:p w14:paraId="617CF234" w14:textId="3B0A50E4" w:rsidR="00951C2B" w:rsidRDefault="00951C2B" w:rsidP="00F61602">
            <w:pPr>
              <w:spacing w:line="260" w:lineRule="exact"/>
              <w:rPr>
                <w:rFonts w:ascii="Calibri" w:hAnsi="Calibri" w:cs="Calibri"/>
                <w:sz w:val="22"/>
                <w:lang w:val="en-GB"/>
              </w:rPr>
            </w:pPr>
          </w:p>
        </w:tc>
        <w:tc>
          <w:tcPr>
            <w:tcW w:w="1340" w:type="dxa"/>
            <w:vMerge/>
          </w:tcPr>
          <w:p w14:paraId="1164AC8E" w14:textId="77777777" w:rsidR="00951C2B" w:rsidRDefault="00951C2B" w:rsidP="00F61602">
            <w:pPr>
              <w:spacing w:line="260" w:lineRule="exact"/>
              <w:rPr>
                <w:rFonts w:ascii="Calibri" w:hAnsi="Calibri" w:cs="Calibri"/>
                <w:sz w:val="22"/>
                <w:lang w:val="en-GB"/>
              </w:rPr>
            </w:pPr>
          </w:p>
        </w:tc>
        <w:tc>
          <w:tcPr>
            <w:tcW w:w="1636" w:type="dxa"/>
          </w:tcPr>
          <w:p w14:paraId="4876689B" w14:textId="77777777" w:rsidR="00951C2B" w:rsidRDefault="00951C2B" w:rsidP="00F61602">
            <w:pPr>
              <w:spacing w:line="260" w:lineRule="exact"/>
              <w:rPr>
                <w:rFonts w:ascii="Calibri" w:hAnsi="Calibri" w:cs="Calibri"/>
                <w:sz w:val="22"/>
                <w:lang w:val="en-GB"/>
              </w:rPr>
            </w:pPr>
          </w:p>
        </w:tc>
      </w:tr>
    </w:tbl>
    <w:p w14:paraId="05DE2262" w14:textId="77777777" w:rsidR="00AE2BAC" w:rsidRDefault="00AE2BAC" w:rsidP="00F61602">
      <w:pPr>
        <w:spacing w:line="260" w:lineRule="exact"/>
        <w:rPr>
          <w:rFonts w:ascii="Calibri" w:hAnsi="Calibri" w:cs="Calibri"/>
          <w:sz w:val="22"/>
          <w:lang w:val="en-GB"/>
        </w:rPr>
      </w:pPr>
    </w:p>
    <w:p w14:paraId="09FCA6F5" w14:textId="02AF38DD" w:rsidR="00145183" w:rsidRPr="000668F1" w:rsidRDefault="00B02F02" w:rsidP="000668F1">
      <w:pPr>
        <w:spacing w:line="260" w:lineRule="exact"/>
        <w:jc w:val="center"/>
        <w:rPr>
          <w:rFonts w:ascii="Calibri" w:hAnsi="Calibri" w:cs="Calibri"/>
          <w:b/>
          <w:bCs/>
          <w:color w:val="EE0000"/>
          <w:sz w:val="22"/>
          <w:lang w:val="en-GB"/>
        </w:rPr>
      </w:pPr>
      <w:r w:rsidRPr="000668F1">
        <w:rPr>
          <w:rFonts w:ascii="Calibri" w:hAnsi="Calibri" w:cs="Calibri"/>
          <w:b/>
          <w:bCs/>
          <w:color w:val="EE0000"/>
          <w:sz w:val="22"/>
          <w:lang w:val="en-GB"/>
        </w:rPr>
        <w:t>END OF DOCUMENT</w:t>
      </w:r>
    </w:p>
    <w:sectPr w:rsidR="00145183" w:rsidRPr="000668F1" w:rsidSect="0081485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EFB89" w14:textId="77777777" w:rsidR="004D3388" w:rsidRDefault="004D3388">
      <w:pPr>
        <w:spacing w:after="0" w:line="240" w:lineRule="auto"/>
      </w:pPr>
      <w:r>
        <w:separator/>
      </w:r>
    </w:p>
  </w:endnote>
  <w:endnote w:type="continuationSeparator" w:id="0">
    <w:p w14:paraId="60E16448" w14:textId="77777777" w:rsidR="004D3388" w:rsidRDefault="004D3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69237814"/>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6D5CCA30" w14:textId="43403326" w:rsidR="0086559B" w:rsidRPr="0086559B" w:rsidRDefault="0086559B">
            <w:pPr>
              <w:pStyle w:val="Footer"/>
              <w:jc w:val="right"/>
              <w:rPr>
                <w:rFonts w:ascii="Arial" w:hAnsi="Arial" w:cs="Arial"/>
              </w:rPr>
            </w:pPr>
            <w:r w:rsidRPr="0086559B">
              <w:rPr>
                <w:rFonts w:ascii="Arial" w:hAnsi="Arial" w:cs="Arial"/>
              </w:rPr>
              <w:t xml:space="preserve">Page </w:t>
            </w:r>
            <w:r w:rsidRPr="0086559B">
              <w:rPr>
                <w:rFonts w:ascii="Arial" w:hAnsi="Arial" w:cs="Arial"/>
                <w:sz w:val="24"/>
                <w:szCs w:val="24"/>
              </w:rPr>
              <w:fldChar w:fldCharType="begin"/>
            </w:r>
            <w:r w:rsidRPr="0086559B">
              <w:rPr>
                <w:rFonts w:ascii="Arial" w:hAnsi="Arial" w:cs="Arial"/>
              </w:rPr>
              <w:instrText xml:space="preserve"> PAGE </w:instrText>
            </w:r>
            <w:r w:rsidRPr="0086559B">
              <w:rPr>
                <w:rFonts w:ascii="Arial" w:hAnsi="Arial" w:cs="Arial"/>
                <w:sz w:val="24"/>
                <w:szCs w:val="24"/>
              </w:rPr>
              <w:fldChar w:fldCharType="separate"/>
            </w:r>
            <w:r w:rsidRPr="0086559B">
              <w:rPr>
                <w:rFonts w:ascii="Arial" w:hAnsi="Arial" w:cs="Arial"/>
                <w:noProof/>
              </w:rPr>
              <w:t>2</w:t>
            </w:r>
            <w:r w:rsidRPr="0086559B">
              <w:rPr>
                <w:rFonts w:ascii="Arial" w:hAnsi="Arial" w:cs="Arial"/>
                <w:sz w:val="24"/>
                <w:szCs w:val="24"/>
              </w:rPr>
              <w:fldChar w:fldCharType="end"/>
            </w:r>
            <w:r w:rsidRPr="0086559B">
              <w:rPr>
                <w:rFonts w:ascii="Arial" w:hAnsi="Arial" w:cs="Arial"/>
              </w:rPr>
              <w:t xml:space="preserve"> of </w:t>
            </w:r>
            <w:r w:rsidRPr="0086559B">
              <w:rPr>
                <w:rFonts w:ascii="Arial" w:hAnsi="Arial" w:cs="Arial"/>
                <w:sz w:val="24"/>
                <w:szCs w:val="24"/>
              </w:rPr>
              <w:fldChar w:fldCharType="begin"/>
            </w:r>
            <w:r w:rsidRPr="0086559B">
              <w:rPr>
                <w:rFonts w:ascii="Arial" w:hAnsi="Arial" w:cs="Arial"/>
              </w:rPr>
              <w:instrText xml:space="preserve"> NUMPAGES  </w:instrText>
            </w:r>
            <w:r w:rsidRPr="0086559B">
              <w:rPr>
                <w:rFonts w:ascii="Arial" w:hAnsi="Arial" w:cs="Arial"/>
                <w:sz w:val="24"/>
                <w:szCs w:val="24"/>
              </w:rPr>
              <w:fldChar w:fldCharType="separate"/>
            </w:r>
            <w:r w:rsidRPr="0086559B">
              <w:rPr>
                <w:rFonts w:ascii="Arial" w:hAnsi="Arial" w:cs="Arial"/>
                <w:noProof/>
              </w:rPr>
              <w:t>2</w:t>
            </w:r>
            <w:r w:rsidRPr="0086559B">
              <w:rPr>
                <w:rFonts w:ascii="Arial" w:hAnsi="Arial" w:cs="Arial"/>
                <w:sz w:val="24"/>
                <w:szCs w:val="24"/>
              </w:rPr>
              <w:fldChar w:fldCharType="end"/>
            </w:r>
          </w:p>
        </w:sdtContent>
      </w:sdt>
    </w:sdtContent>
  </w:sdt>
  <w:p w14:paraId="0F7C5102" w14:textId="01EFF37E" w:rsidR="00A96B7C" w:rsidRDefault="00A96B7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2E4EC" w14:textId="77777777" w:rsidR="004D3388" w:rsidRDefault="004D3388">
      <w:pPr>
        <w:spacing w:after="0" w:line="240" w:lineRule="auto"/>
      </w:pPr>
      <w:r>
        <w:separator/>
      </w:r>
    </w:p>
  </w:footnote>
  <w:footnote w:type="continuationSeparator" w:id="0">
    <w:p w14:paraId="5B8D768A" w14:textId="77777777" w:rsidR="004D3388" w:rsidRDefault="004D3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52C0" w14:textId="40E13FFB" w:rsidR="00A96B7C" w:rsidRDefault="00832A25">
    <w:pPr>
      <w:pStyle w:val="Header"/>
      <w:jc w:val="right"/>
    </w:pPr>
    <w:r>
      <w:rPr>
        <w:sz w:val="16"/>
      </w:rPr>
      <w:t xml:space="preserve">MIDLAND AGRI </w:t>
    </w:r>
    <w:r w:rsidR="009D30B4">
      <w:rPr>
        <w:sz w:val="16"/>
      </w:rPr>
      <w:t xml:space="preserve">CONSULTANTS | </w:t>
    </w:r>
    <w:r w:rsidR="00072363">
      <w:rPr>
        <w:sz w:val="16"/>
      </w:rPr>
      <w:t>TENDER RESPONSE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FB96B73"/>
    <w:multiLevelType w:val="hybridMultilevel"/>
    <w:tmpl w:val="3948FD48"/>
    <w:lvl w:ilvl="0" w:tplc="18090015">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70C2384"/>
    <w:multiLevelType w:val="hybridMultilevel"/>
    <w:tmpl w:val="5CDE4BF0"/>
    <w:lvl w:ilvl="0" w:tplc="92FAE8E0">
      <w:start w:val="1"/>
      <w:numFmt w:val="decimal"/>
      <w:lvlText w:val="%1."/>
      <w:lvlJc w:val="left"/>
      <w:pPr>
        <w:ind w:left="720" w:hanging="360"/>
      </w:pPr>
      <w:rPr>
        <w:rFonts w:hint="default"/>
        <w:b/>
        <w:bCs/>
        <w:sz w:val="32"/>
        <w:szCs w:val="3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0032811"/>
    <w:multiLevelType w:val="hybridMultilevel"/>
    <w:tmpl w:val="A614FADA"/>
    <w:lvl w:ilvl="0" w:tplc="18090015">
      <w:start w:val="2"/>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6BDD4DAB"/>
    <w:multiLevelType w:val="hybridMultilevel"/>
    <w:tmpl w:val="71E4BD2E"/>
    <w:lvl w:ilvl="0" w:tplc="18090015">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79562E12"/>
    <w:multiLevelType w:val="hybridMultilevel"/>
    <w:tmpl w:val="99689D86"/>
    <w:lvl w:ilvl="0" w:tplc="87A433E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C226767"/>
    <w:multiLevelType w:val="hybridMultilevel"/>
    <w:tmpl w:val="5B16F2B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45764038">
    <w:abstractNumId w:val="5"/>
  </w:num>
  <w:num w:numId="2" w16cid:durableId="896160749">
    <w:abstractNumId w:val="3"/>
  </w:num>
  <w:num w:numId="3" w16cid:durableId="1038968544">
    <w:abstractNumId w:val="2"/>
  </w:num>
  <w:num w:numId="4" w16cid:durableId="1144083691">
    <w:abstractNumId w:val="4"/>
  </w:num>
  <w:num w:numId="5" w16cid:durableId="1617445968">
    <w:abstractNumId w:val="1"/>
  </w:num>
  <w:num w:numId="6" w16cid:durableId="980185128">
    <w:abstractNumId w:val="0"/>
  </w:num>
  <w:num w:numId="7" w16cid:durableId="202449458">
    <w:abstractNumId w:val="8"/>
  </w:num>
  <w:num w:numId="8" w16cid:durableId="300769598">
    <w:abstractNumId w:val="9"/>
  </w:num>
  <w:num w:numId="9" w16cid:durableId="46270397">
    <w:abstractNumId w:val="6"/>
  </w:num>
  <w:num w:numId="10" w16cid:durableId="1913198811">
    <w:abstractNumId w:val="10"/>
  </w:num>
  <w:num w:numId="11" w16cid:durableId="176775546">
    <w:abstractNumId w:val="11"/>
  </w:num>
  <w:num w:numId="12" w16cid:durableId="128322447">
    <w:abstractNumId w:val="12"/>
  </w:num>
  <w:num w:numId="13" w16cid:durableId="1199781950">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4EE"/>
    <w:rsid w:val="00006087"/>
    <w:rsid w:val="000128B6"/>
    <w:rsid w:val="00014478"/>
    <w:rsid w:val="00034616"/>
    <w:rsid w:val="0004581B"/>
    <w:rsid w:val="00050121"/>
    <w:rsid w:val="0006063C"/>
    <w:rsid w:val="000617AC"/>
    <w:rsid w:val="000668F1"/>
    <w:rsid w:val="00066B09"/>
    <w:rsid w:val="00072363"/>
    <w:rsid w:val="00073939"/>
    <w:rsid w:val="0007472F"/>
    <w:rsid w:val="00075101"/>
    <w:rsid w:val="00075898"/>
    <w:rsid w:val="000825B8"/>
    <w:rsid w:val="00083A1E"/>
    <w:rsid w:val="00085B0D"/>
    <w:rsid w:val="00086E55"/>
    <w:rsid w:val="0009123B"/>
    <w:rsid w:val="0009277D"/>
    <w:rsid w:val="000A3EE4"/>
    <w:rsid w:val="000A5709"/>
    <w:rsid w:val="000A7196"/>
    <w:rsid w:val="000B6AFE"/>
    <w:rsid w:val="000D0A68"/>
    <w:rsid w:val="000D3CB0"/>
    <w:rsid w:val="000D64A1"/>
    <w:rsid w:val="000E0312"/>
    <w:rsid w:val="000E2803"/>
    <w:rsid w:val="000E6A92"/>
    <w:rsid w:val="000E7E6A"/>
    <w:rsid w:val="000F07A0"/>
    <w:rsid w:val="000F2041"/>
    <w:rsid w:val="000F5049"/>
    <w:rsid w:val="000F77E5"/>
    <w:rsid w:val="0012525E"/>
    <w:rsid w:val="00141E40"/>
    <w:rsid w:val="00145183"/>
    <w:rsid w:val="0015074B"/>
    <w:rsid w:val="0016261F"/>
    <w:rsid w:val="00171274"/>
    <w:rsid w:val="00176212"/>
    <w:rsid w:val="00177173"/>
    <w:rsid w:val="001816B3"/>
    <w:rsid w:val="0018233D"/>
    <w:rsid w:val="00187775"/>
    <w:rsid w:val="001968BE"/>
    <w:rsid w:val="00197081"/>
    <w:rsid w:val="00197CDB"/>
    <w:rsid w:val="001A0AD1"/>
    <w:rsid w:val="001A128C"/>
    <w:rsid w:val="001A3F24"/>
    <w:rsid w:val="001A4377"/>
    <w:rsid w:val="001D77EC"/>
    <w:rsid w:val="001E449E"/>
    <w:rsid w:val="001F06B2"/>
    <w:rsid w:val="001F78A1"/>
    <w:rsid w:val="002101BC"/>
    <w:rsid w:val="00233847"/>
    <w:rsid w:val="002505CD"/>
    <w:rsid w:val="00252B37"/>
    <w:rsid w:val="002547EC"/>
    <w:rsid w:val="00260235"/>
    <w:rsid w:val="0026401E"/>
    <w:rsid w:val="00265114"/>
    <w:rsid w:val="00275701"/>
    <w:rsid w:val="00277A91"/>
    <w:rsid w:val="00281C2B"/>
    <w:rsid w:val="00283E72"/>
    <w:rsid w:val="002878A3"/>
    <w:rsid w:val="00287B25"/>
    <w:rsid w:val="0029639D"/>
    <w:rsid w:val="002A69D1"/>
    <w:rsid w:val="002B47B1"/>
    <w:rsid w:val="002B47ED"/>
    <w:rsid w:val="002B5F06"/>
    <w:rsid w:val="002C04CB"/>
    <w:rsid w:val="002C057A"/>
    <w:rsid w:val="002C1F09"/>
    <w:rsid w:val="002C5229"/>
    <w:rsid w:val="002C69EE"/>
    <w:rsid w:val="002C6C60"/>
    <w:rsid w:val="002D25DD"/>
    <w:rsid w:val="002D3C48"/>
    <w:rsid w:val="002E03F9"/>
    <w:rsid w:val="002E37C0"/>
    <w:rsid w:val="002E5FFA"/>
    <w:rsid w:val="002E6258"/>
    <w:rsid w:val="002F2092"/>
    <w:rsid w:val="0030293F"/>
    <w:rsid w:val="00306EC3"/>
    <w:rsid w:val="00324B89"/>
    <w:rsid w:val="00326BA0"/>
    <w:rsid w:val="00326F90"/>
    <w:rsid w:val="003277CF"/>
    <w:rsid w:val="00327847"/>
    <w:rsid w:val="00342F01"/>
    <w:rsid w:val="00353EFD"/>
    <w:rsid w:val="003540FD"/>
    <w:rsid w:val="00355024"/>
    <w:rsid w:val="00360DDD"/>
    <w:rsid w:val="00361343"/>
    <w:rsid w:val="00364718"/>
    <w:rsid w:val="00387B51"/>
    <w:rsid w:val="00395214"/>
    <w:rsid w:val="003A7E78"/>
    <w:rsid w:val="003C3A28"/>
    <w:rsid w:val="003C5599"/>
    <w:rsid w:val="003C6496"/>
    <w:rsid w:val="003D280F"/>
    <w:rsid w:val="003E2711"/>
    <w:rsid w:val="003E4018"/>
    <w:rsid w:val="003E710D"/>
    <w:rsid w:val="003F1445"/>
    <w:rsid w:val="003F31CE"/>
    <w:rsid w:val="004018E9"/>
    <w:rsid w:val="0040417F"/>
    <w:rsid w:val="004068A4"/>
    <w:rsid w:val="004115B6"/>
    <w:rsid w:val="00413DA1"/>
    <w:rsid w:val="00420CBD"/>
    <w:rsid w:val="00422B95"/>
    <w:rsid w:val="00423650"/>
    <w:rsid w:val="00430B0D"/>
    <w:rsid w:val="00435960"/>
    <w:rsid w:val="00436CA0"/>
    <w:rsid w:val="00444178"/>
    <w:rsid w:val="00451E99"/>
    <w:rsid w:val="00452EFA"/>
    <w:rsid w:val="0045415F"/>
    <w:rsid w:val="004603CB"/>
    <w:rsid w:val="00465D56"/>
    <w:rsid w:val="00471080"/>
    <w:rsid w:val="00471C83"/>
    <w:rsid w:val="004750E5"/>
    <w:rsid w:val="0048198D"/>
    <w:rsid w:val="00492C8E"/>
    <w:rsid w:val="00495077"/>
    <w:rsid w:val="004C1A9A"/>
    <w:rsid w:val="004C5608"/>
    <w:rsid w:val="004D3388"/>
    <w:rsid w:val="004D349A"/>
    <w:rsid w:val="004D3C9D"/>
    <w:rsid w:val="004D52DD"/>
    <w:rsid w:val="004F2FB2"/>
    <w:rsid w:val="004F40BA"/>
    <w:rsid w:val="005116EA"/>
    <w:rsid w:val="00513E6C"/>
    <w:rsid w:val="00517AAF"/>
    <w:rsid w:val="00520909"/>
    <w:rsid w:val="00527FC9"/>
    <w:rsid w:val="00530BD7"/>
    <w:rsid w:val="00531427"/>
    <w:rsid w:val="00531FED"/>
    <w:rsid w:val="005371BC"/>
    <w:rsid w:val="00537EB6"/>
    <w:rsid w:val="00540620"/>
    <w:rsid w:val="00554389"/>
    <w:rsid w:val="00563EB1"/>
    <w:rsid w:val="00572143"/>
    <w:rsid w:val="005732B9"/>
    <w:rsid w:val="005759EA"/>
    <w:rsid w:val="0058196F"/>
    <w:rsid w:val="00581AC0"/>
    <w:rsid w:val="00594782"/>
    <w:rsid w:val="005A7556"/>
    <w:rsid w:val="005B53CE"/>
    <w:rsid w:val="005B5FCF"/>
    <w:rsid w:val="005C0B20"/>
    <w:rsid w:val="005C0BE3"/>
    <w:rsid w:val="005C0DFC"/>
    <w:rsid w:val="005D6AF6"/>
    <w:rsid w:val="005F6C07"/>
    <w:rsid w:val="005F6F00"/>
    <w:rsid w:val="00610896"/>
    <w:rsid w:val="0063177B"/>
    <w:rsid w:val="00634F7A"/>
    <w:rsid w:val="00646613"/>
    <w:rsid w:val="00654E03"/>
    <w:rsid w:val="00666026"/>
    <w:rsid w:val="00667EFC"/>
    <w:rsid w:val="006725B9"/>
    <w:rsid w:val="00681F8D"/>
    <w:rsid w:val="0068368F"/>
    <w:rsid w:val="00691693"/>
    <w:rsid w:val="00694CAF"/>
    <w:rsid w:val="00697FDA"/>
    <w:rsid w:val="006B4E07"/>
    <w:rsid w:val="006B53BD"/>
    <w:rsid w:val="006B77DF"/>
    <w:rsid w:val="006C5882"/>
    <w:rsid w:val="006D0362"/>
    <w:rsid w:val="006D1439"/>
    <w:rsid w:val="006F0F0E"/>
    <w:rsid w:val="007040A0"/>
    <w:rsid w:val="00705A29"/>
    <w:rsid w:val="00715FC7"/>
    <w:rsid w:val="00730C61"/>
    <w:rsid w:val="00736160"/>
    <w:rsid w:val="0074548F"/>
    <w:rsid w:val="00750265"/>
    <w:rsid w:val="00753563"/>
    <w:rsid w:val="00760B52"/>
    <w:rsid w:val="00765A2C"/>
    <w:rsid w:val="007724BB"/>
    <w:rsid w:val="007729EB"/>
    <w:rsid w:val="00776B4E"/>
    <w:rsid w:val="007777A1"/>
    <w:rsid w:val="007847F5"/>
    <w:rsid w:val="0078537D"/>
    <w:rsid w:val="00787C47"/>
    <w:rsid w:val="007A5EEA"/>
    <w:rsid w:val="007B17CF"/>
    <w:rsid w:val="007B1FD6"/>
    <w:rsid w:val="007C57D5"/>
    <w:rsid w:val="007C7A26"/>
    <w:rsid w:val="007E109A"/>
    <w:rsid w:val="00800E8B"/>
    <w:rsid w:val="008128F5"/>
    <w:rsid w:val="00814524"/>
    <w:rsid w:val="0081485A"/>
    <w:rsid w:val="0082072E"/>
    <w:rsid w:val="00821753"/>
    <w:rsid w:val="00822B97"/>
    <w:rsid w:val="00832A25"/>
    <w:rsid w:val="008415CB"/>
    <w:rsid w:val="00842249"/>
    <w:rsid w:val="00844EB5"/>
    <w:rsid w:val="0085255D"/>
    <w:rsid w:val="008649D5"/>
    <w:rsid w:val="0086514D"/>
    <w:rsid w:val="0086559B"/>
    <w:rsid w:val="00867D57"/>
    <w:rsid w:val="0087045B"/>
    <w:rsid w:val="008725B7"/>
    <w:rsid w:val="00872CC0"/>
    <w:rsid w:val="00873AC7"/>
    <w:rsid w:val="008774A2"/>
    <w:rsid w:val="00884063"/>
    <w:rsid w:val="008A609D"/>
    <w:rsid w:val="008C7885"/>
    <w:rsid w:val="008E13BB"/>
    <w:rsid w:val="008E37AA"/>
    <w:rsid w:val="008E7AE9"/>
    <w:rsid w:val="008F4C20"/>
    <w:rsid w:val="009048C3"/>
    <w:rsid w:val="0090588B"/>
    <w:rsid w:val="00916EAB"/>
    <w:rsid w:val="009273B9"/>
    <w:rsid w:val="00930EDE"/>
    <w:rsid w:val="00933D2E"/>
    <w:rsid w:val="009508DA"/>
    <w:rsid w:val="00951C2B"/>
    <w:rsid w:val="0095479E"/>
    <w:rsid w:val="00954FFD"/>
    <w:rsid w:val="00957C6E"/>
    <w:rsid w:val="00962584"/>
    <w:rsid w:val="00967328"/>
    <w:rsid w:val="00967C72"/>
    <w:rsid w:val="00976617"/>
    <w:rsid w:val="009A535F"/>
    <w:rsid w:val="009B01F5"/>
    <w:rsid w:val="009B096A"/>
    <w:rsid w:val="009B287E"/>
    <w:rsid w:val="009B698C"/>
    <w:rsid w:val="009B7F04"/>
    <w:rsid w:val="009C163C"/>
    <w:rsid w:val="009D18CF"/>
    <w:rsid w:val="009D30B4"/>
    <w:rsid w:val="009D4F19"/>
    <w:rsid w:val="009D6013"/>
    <w:rsid w:val="009E5DAA"/>
    <w:rsid w:val="009F344A"/>
    <w:rsid w:val="009F3BD2"/>
    <w:rsid w:val="00A04D08"/>
    <w:rsid w:val="00A149A5"/>
    <w:rsid w:val="00A25CDC"/>
    <w:rsid w:val="00A30A28"/>
    <w:rsid w:val="00A340B2"/>
    <w:rsid w:val="00A52922"/>
    <w:rsid w:val="00A533CB"/>
    <w:rsid w:val="00A538DD"/>
    <w:rsid w:val="00A605A2"/>
    <w:rsid w:val="00A60BB0"/>
    <w:rsid w:val="00A74205"/>
    <w:rsid w:val="00A8307E"/>
    <w:rsid w:val="00A90A4F"/>
    <w:rsid w:val="00A9495C"/>
    <w:rsid w:val="00A96B7C"/>
    <w:rsid w:val="00AA1D8D"/>
    <w:rsid w:val="00AA7F87"/>
    <w:rsid w:val="00AB4CE5"/>
    <w:rsid w:val="00AC02E8"/>
    <w:rsid w:val="00AE2BAC"/>
    <w:rsid w:val="00B02F02"/>
    <w:rsid w:val="00B03E7B"/>
    <w:rsid w:val="00B21D6F"/>
    <w:rsid w:val="00B25DD1"/>
    <w:rsid w:val="00B271CC"/>
    <w:rsid w:val="00B32D59"/>
    <w:rsid w:val="00B41495"/>
    <w:rsid w:val="00B47730"/>
    <w:rsid w:val="00B51988"/>
    <w:rsid w:val="00B522CB"/>
    <w:rsid w:val="00B533B4"/>
    <w:rsid w:val="00B537E4"/>
    <w:rsid w:val="00B54207"/>
    <w:rsid w:val="00B6415D"/>
    <w:rsid w:val="00B7312A"/>
    <w:rsid w:val="00B81947"/>
    <w:rsid w:val="00B8570C"/>
    <w:rsid w:val="00B8599A"/>
    <w:rsid w:val="00BC5641"/>
    <w:rsid w:val="00BD2170"/>
    <w:rsid w:val="00BD6282"/>
    <w:rsid w:val="00BE21DB"/>
    <w:rsid w:val="00BE25D2"/>
    <w:rsid w:val="00C25036"/>
    <w:rsid w:val="00C43FDD"/>
    <w:rsid w:val="00C46878"/>
    <w:rsid w:val="00C605CD"/>
    <w:rsid w:val="00C643C9"/>
    <w:rsid w:val="00C67000"/>
    <w:rsid w:val="00C76886"/>
    <w:rsid w:val="00C84FE1"/>
    <w:rsid w:val="00C87D6A"/>
    <w:rsid w:val="00C911ED"/>
    <w:rsid w:val="00C9313B"/>
    <w:rsid w:val="00CB0664"/>
    <w:rsid w:val="00CB494B"/>
    <w:rsid w:val="00CB7DBC"/>
    <w:rsid w:val="00CD44B3"/>
    <w:rsid w:val="00CE3BF1"/>
    <w:rsid w:val="00CE707F"/>
    <w:rsid w:val="00D13407"/>
    <w:rsid w:val="00D139E4"/>
    <w:rsid w:val="00D408D4"/>
    <w:rsid w:val="00D4655C"/>
    <w:rsid w:val="00D46C99"/>
    <w:rsid w:val="00D5489B"/>
    <w:rsid w:val="00D65AAF"/>
    <w:rsid w:val="00D67355"/>
    <w:rsid w:val="00D7090A"/>
    <w:rsid w:val="00D81D37"/>
    <w:rsid w:val="00D83A15"/>
    <w:rsid w:val="00D86BAB"/>
    <w:rsid w:val="00D94FA4"/>
    <w:rsid w:val="00D96EEE"/>
    <w:rsid w:val="00DA57A3"/>
    <w:rsid w:val="00DA7863"/>
    <w:rsid w:val="00DC0B3D"/>
    <w:rsid w:val="00DC2C1D"/>
    <w:rsid w:val="00DC652B"/>
    <w:rsid w:val="00DD7B7E"/>
    <w:rsid w:val="00DF3F94"/>
    <w:rsid w:val="00DF61DE"/>
    <w:rsid w:val="00E03A50"/>
    <w:rsid w:val="00E06EAE"/>
    <w:rsid w:val="00E100A5"/>
    <w:rsid w:val="00E31ADC"/>
    <w:rsid w:val="00E31D35"/>
    <w:rsid w:val="00E3375B"/>
    <w:rsid w:val="00E34937"/>
    <w:rsid w:val="00E477B0"/>
    <w:rsid w:val="00E6590D"/>
    <w:rsid w:val="00E6600E"/>
    <w:rsid w:val="00E80F64"/>
    <w:rsid w:val="00E865F2"/>
    <w:rsid w:val="00E92138"/>
    <w:rsid w:val="00EA7B88"/>
    <w:rsid w:val="00EB1200"/>
    <w:rsid w:val="00EC15AC"/>
    <w:rsid w:val="00EC5E3B"/>
    <w:rsid w:val="00EE7C8E"/>
    <w:rsid w:val="00EF300E"/>
    <w:rsid w:val="00F03ECB"/>
    <w:rsid w:val="00F05C71"/>
    <w:rsid w:val="00F0685A"/>
    <w:rsid w:val="00F34FB2"/>
    <w:rsid w:val="00F416C5"/>
    <w:rsid w:val="00F4370C"/>
    <w:rsid w:val="00F4571F"/>
    <w:rsid w:val="00F45F06"/>
    <w:rsid w:val="00F541AB"/>
    <w:rsid w:val="00F61602"/>
    <w:rsid w:val="00F61A72"/>
    <w:rsid w:val="00F61BA1"/>
    <w:rsid w:val="00F668C6"/>
    <w:rsid w:val="00F73791"/>
    <w:rsid w:val="00F74F21"/>
    <w:rsid w:val="00F86C21"/>
    <w:rsid w:val="00F87367"/>
    <w:rsid w:val="00FA29DF"/>
    <w:rsid w:val="00FA3F41"/>
    <w:rsid w:val="00FC1781"/>
    <w:rsid w:val="00FC20D7"/>
    <w:rsid w:val="00FC41C3"/>
    <w:rsid w:val="00FC693F"/>
    <w:rsid w:val="00FC70A6"/>
    <w:rsid w:val="00FC7ED1"/>
    <w:rsid w:val="00FD2105"/>
    <w:rsid w:val="00FD556A"/>
    <w:rsid w:val="00FD667D"/>
    <w:rsid w:val="00FE7D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995DF1"/>
  <w14:defaultImageDpi w14:val="300"/>
  <w15:docId w15:val="{F9264692-9721-4721-98E6-8D643E69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C04CB"/>
    <w:rPr>
      <w:color w:val="0000FF" w:themeColor="hyperlink"/>
      <w:u w:val="single"/>
    </w:rPr>
  </w:style>
  <w:style w:type="character" w:styleId="UnresolvedMention">
    <w:name w:val="Unresolved Mention"/>
    <w:basedOn w:val="DefaultParagraphFont"/>
    <w:uiPriority w:val="99"/>
    <w:semiHidden/>
    <w:unhideWhenUsed/>
    <w:rsid w:val="002C04CB"/>
    <w:rPr>
      <w:color w:val="605E5C"/>
      <w:shd w:val="clear" w:color="auto" w:fill="E1DFDD"/>
    </w:rPr>
  </w:style>
  <w:style w:type="character" w:styleId="PlaceholderText">
    <w:name w:val="Placeholder Text"/>
    <w:basedOn w:val="DefaultParagraphFont"/>
    <w:uiPriority w:val="99"/>
    <w:rsid w:val="00471C83"/>
    <w:rPr>
      <w:color w:val="666666"/>
    </w:rPr>
  </w:style>
  <w:style w:type="character" w:customStyle="1" w:styleId="DefaultTextChar">
    <w:name w:val="Default Text Char"/>
    <w:link w:val="DefaultText"/>
    <w:locked/>
    <w:rsid w:val="00610896"/>
    <w:rPr>
      <w:sz w:val="24"/>
      <w:szCs w:val="24"/>
    </w:rPr>
  </w:style>
  <w:style w:type="paragraph" w:customStyle="1" w:styleId="DefaultText">
    <w:name w:val="Default Text"/>
    <w:basedOn w:val="Normal"/>
    <w:link w:val="DefaultTextChar"/>
    <w:rsid w:val="00610896"/>
    <w:pPr>
      <w:spacing w:after="0" w:line="240" w:lineRule="auto"/>
    </w:pPr>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1336</TotalTime>
  <Pages>13</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RFT – Three Multi-Purpose Machinery Training Simulator Systems</vt:lpstr>
    </vt:vector>
  </TitlesOfParts>
  <Manager/>
  <Company/>
  <LinksUpToDate>false</LinksUpToDate>
  <CharactersWithSpaces>11121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RFT – Three Multi-Purpose Machinery Training Simulator Systems</dc:title>
  <dc:subject>LEADER 2023–2027 Category 1 procurement</dc:subject>
  <dc:creator>Midland Agri Consultants</dc:creator>
  <cp:keywords/>
  <dc:description>Final issue prepared for eTenders publication; estimated value/notice route must be completed in eTenders before release.</dc:description>
  <cp:lastModifiedBy>Paul Belton</cp:lastModifiedBy>
  <cp:revision>180</cp:revision>
  <cp:lastPrinted>2026-10-08T13:26:00Z</cp:lastPrinted>
  <dcterms:created xsi:type="dcterms:W3CDTF">2026-10-08T09:48:00Z</dcterms:created>
  <dcterms:modified xsi:type="dcterms:W3CDTF">2026-10-09T10:25:00Z</dcterms:modified>
  <cp:category/>
</cp:coreProperties>
</file>