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8721F" w14:textId="77777777" w:rsidR="009E7EAA" w:rsidRDefault="009E7EAA"/>
    <w:p w14:paraId="029690F6" w14:textId="77777777" w:rsidR="009E7EAA" w:rsidRDefault="009E7EAA" w:rsidP="009E7EAA">
      <w:pPr>
        <w:spacing w:after="160"/>
        <w:jc w:val="center"/>
        <w:rPr>
          <w:b/>
          <w:color w:val="1F4E79"/>
          <w:sz w:val="36"/>
          <w:szCs w:val="36"/>
        </w:rPr>
      </w:pPr>
      <w:r>
        <w:rPr>
          <w:b/>
          <w:noProof/>
        </w:rPr>
        <w:drawing>
          <wp:inline distT="0" distB="0" distL="0" distR="0" wp14:anchorId="43EF3D4D" wp14:editId="4C0F7B47">
            <wp:extent cx="3533775" cy="1247775"/>
            <wp:effectExtent l="0" t="0" r="9525" b="9525"/>
            <wp:docPr id="1350977621" name="Picture 2" descr="A colorful swirly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77621" name="Picture 2" descr="A colorful swirly lines on a black backgroun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33775" cy="1247775"/>
                    </a:xfrm>
                    <a:prstGeom prst="rect">
                      <a:avLst/>
                    </a:prstGeom>
                    <a:noFill/>
                  </pic:spPr>
                </pic:pic>
              </a:graphicData>
            </a:graphic>
          </wp:inline>
        </w:drawing>
      </w:r>
    </w:p>
    <w:p w14:paraId="6543DF0B" w14:textId="77777777" w:rsidR="009E7EAA" w:rsidRDefault="009E7EAA" w:rsidP="009E7EAA">
      <w:pPr>
        <w:spacing w:after="160"/>
        <w:jc w:val="center"/>
        <w:rPr>
          <w:b/>
          <w:color w:val="1F4E79"/>
          <w:sz w:val="36"/>
          <w:szCs w:val="36"/>
        </w:rPr>
      </w:pPr>
    </w:p>
    <w:p w14:paraId="77D0933E" w14:textId="77777777" w:rsidR="009E7EAA" w:rsidRDefault="009E7EAA" w:rsidP="009E7EAA">
      <w:pPr>
        <w:spacing w:after="160"/>
        <w:jc w:val="center"/>
        <w:rPr>
          <w:b/>
          <w:color w:val="1F4E79"/>
          <w:sz w:val="36"/>
          <w:szCs w:val="36"/>
        </w:rPr>
      </w:pPr>
    </w:p>
    <w:p w14:paraId="7E7C533F" w14:textId="3C8554C4" w:rsidR="009E7EAA" w:rsidRPr="00926033" w:rsidRDefault="009E7EAA" w:rsidP="009E7EAA">
      <w:pPr>
        <w:spacing w:after="160"/>
        <w:jc w:val="center"/>
        <w:rPr>
          <w:b/>
          <w:color w:val="175515"/>
          <w:sz w:val="36"/>
          <w:szCs w:val="36"/>
        </w:rPr>
      </w:pPr>
      <w:r w:rsidRPr="009E7EAA">
        <w:rPr>
          <w:b/>
          <w:color w:val="175515"/>
          <w:sz w:val="36"/>
          <w:szCs w:val="36"/>
        </w:rPr>
        <w:t>Tender Response Document</w:t>
      </w:r>
    </w:p>
    <w:p w14:paraId="029292A0" w14:textId="77777777" w:rsidR="009E7EAA" w:rsidRPr="00926033" w:rsidRDefault="009E7EAA" w:rsidP="009E7EAA">
      <w:pPr>
        <w:spacing w:after="160"/>
        <w:jc w:val="center"/>
        <w:rPr>
          <w:b/>
          <w:color w:val="175515"/>
          <w:sz w:val="36"/>
          <w:szCs w:val="36"/>
        </w:rPr>
      </w:pPr>
      <w:r w:rsidRPr="00926033">
        <w:rPr>
          <w:b/>
          <w:color w:val="175515"/>
          <w:sz w:val="36"/>
          <w:szCs w:val="36"/>
        </w:rPr>
        <w:t xml:space="preserve">For the Provision of </w:t>
      </w:r>
    </w:p>
    <w:p w14:paraId="4C0FA59E" w14:textId="77777777" w:rsidR="009E7EAA" w:rsidRDefault="009E7EAA" w:rsidP="009E7EAA">
      <w:pPr>
        <w:spacing w:after="160"/>
        <w:jc w:val="center"/>
        <w:rPr>
          <w:b/>
          <w:color w:val="175515"/>
          <w:sz w:val="36"/>
          <w:szCs w:val="36"/>
        </w:rPr>
      </w:pPr>
      <w:r w:rsidRPr="00477725">
        <w:rPr>
          <w:b/>
          <w:color w:val="175515"/>
          <w:sz w:val="36"/>
          <w:szCs w:val="36"/>
        </w:rPr>
        <w:t xml:space="preserve">Radio Communications and CCTV for St. Patrick's Festival </w:t>
      </w:r>
    </w:p>
    <w:p w14:paraId="522C250F" w14:textId="77777777" w:rsidR="009E7EAA" w:rsidRDefault="009E7EAA"/>
    <w:p w14:paraId="67E4550E" w14:textId="103EBED8" w:rsidR="00DE3D85" w:rsidRDefault="004E7BCF">
      <w:r>
        <w:br w:type="page"/>
      </w:r>
    </w:p>
    <w:sdt>
      <w:sdtPr>
        <w:rPr>
          <w:rFonts w:ascii="Calibri" w:eastAsia="Times New Roman" w:hAnsi="Calibri" w:cs="Calibri"/>
          <w:color w:val="292929"/>
          <w:sz w:val="21"/>
          <w:szCs w:val="20"/>
        </w:rPr>
        <w:id w:val="-1371147029"/>
        <w:docPartObj>
          <w:docPartGallery w:val="Table of Contents"/>
          <w:docPartUnique/>
        </w:docPartObj>
      </w:sdtPr>
      <w:sdtEndPr>
        <w:rPr>
          <w:b/>
          <w:bCs/>
          <w:noProof/>
        </w:rPr>
      </w:sdtEndPr>
      <w:sdtContent>
        <w:p w14:paraId="56BF52B9" w14:textId="0040F5D2" w:rsidR="00615A6F" w:rsidRPr="009E7EAA" w:rsidRDefault="00615A6F">
          <w:pPr>
            <w:pStyle w:val="TOCHeading"/>
            <w:rPr>
              <w:rFonts w:asciiTheme="minorHAnsi" w:hAnsiTheme="minorHAnsi" w:cstheme="minorHAnsi"/>
              <w:b/>
              <w:bCs/>
              <w:color w:val="175515"/>
            </w:rPr>
          </w:pPr>
          <w:r w:rsidRPr="009E7EAA">
            <w:rPr>
              <w:rFonts w:asciiTheme="minorHAnsi" w:hAnsiTheme="minorHAnsi" w:cstheme="minorHAnsi"/>
              <w:b/>
              <w:bCs/>
              <w:color w:val="175515"/>
            </w:rPr>
            <w:t>Contents</w:t>
          </w:r>
        </w:p>
        <w:p w14:paraId="25997ADA" w14:textId="252516B8" w:rsidR="00B83247" w:rsidRDefault="00615A6F">
          <w:pPr>
            <w:pStyle w:val="TOC1"/>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r>
            <w:fldChar w:fldCharType="begin"/>
          </w:r>
          <w:r>
            <w:instrText xml:space="preserve"> TOC \o "1-3" \h \z \u </w:instrText>
          </w:r>
          <w:r>
            <w:fldChar w:fldCharType="separate"/>
          </w:r>
          <w:hyperlink w:anchor="_Toc239681279" w:history="1">
            <w:r w:rsidR="00B83247" w:rsidRPr="0054263A">
              <w:rPr>
                <w:rStyle w:val="Hyperlink"/>
                <w:noProof/>
              </w:rPr>
              <w:t>Part 1: Tenderer Information and Submission Checklist</w:t>
            </w:r>
            <w:r w:rsidR="00B83247">
              <w:rPr>
                <w:noProof/>
                <w:webHidden/>
              </w:rPr>
              <w:tab/>
            </w:r>
            <w:r w:rsidR="00B83247">
              <w:rPr>
                <w:noProof/>
                <w:webHidden/>
              </w:rPr>
              <w:fldChar w:fldCharType="begin"/>
            </w:r>
            <w:r w:rsidR="00B83247">
              <w:rPr>
                <w:noProof/>
                <w:webHidden/>
              </w:rPr>
              <w:instrText xml:space="preserve"> PAGEREF _Toc239681279 \h </w:instrText>
            </w:r>
            <w:r w:rsidR="00B83247">
              <w:rPr>
                <w:noProof/>
                <w:webHidden/>
              </w:rPr>
            </w:r>
            <w:r w:rsidR="00B83247">
              <w:rPr>
                <w:noProof/>
                <w:webHidden/>
              </w:rPr>
              <w:fldChar w:fldCharType="separate"/>
            </w:r>
            <w:r w:rsidR="00B83247">
              <w:rPr>
                <w:noProof/>
                <w:webHidden/>
              </w:rPr>
              <w:t>3</w:t>
            </w:r>
            <w:r w:rsidR="00B83247">
              <w:rPr>
                <w:noProof/>
                <w:webHidden/>
              </w:rPr>
              <w:fldChar w:fldCharType="end"/>
            </w:r>
          </w:hyperlink>
        </w:p>
        <w:p w14:paraId="0C0AC774" w14:textId="6C9C9FDE"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0" w:history="1">
            <w:r w:rsidRPr="0054263A">
              <w:rPr>
                <w:rStyle w:val="Hyperlink"/>
                <w:noProof/>
              </w:rPr>
              <w:t>1.1 Tenderer details</w:t>
            </w:r>
            <w:r>
              <w:rPr>
                <w:noProof/>
                <w:webHidden/>
              </w:rPr>
              <w:tab/>
            </w:r>
            <w:r>
              <w:rPr>
                <w:noProof/>
                <w:webHidden/>
              </w:rPr>
              <w:fldChar w:fldCharType="begin"/>
            </w:r>
            <w:r>
              <w:rPr>
                <w:noProof/>
                <w:webHidden/>
              </w:rPr>
              <w:instrText xml:space="preserve"> PAGEREF _Toc239681280 \h </w:instrText>
            </w:r>
            <w:r>
              <w:rPr>
                <w:noProof/>
                <w:webHidden/>
              </w:rPr>
            </w:r>
            <w:r>
              <w:rPr>
                <w:noProof/>
                <w:webHidden/>
              </w:rPr>
              <w:fldChar w:fldCharType="separate"/>
            </w:r>
            <w:r>
              <w:rPr>
                <w:noProof/>
                <w:webHidden/>
              </w:rPr>
              <w:t>3</w:t>
            </w:r>
            <w:r>
              <w:rPr>
                <w:noProof/>
                <w:webHidden/>
              </w:rPr>
              <w:fldChar w:fldCharType="end"/>
            </w:r>
          </w:hyperlink>
        </w:p>
        <w:p w14:paraId="149260D8" w14:textId="5F50EBE5"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1" w:history="1">
            <w:r w:rsidRPr="0054263A">
              <w:rPr>
                <w:rStyle w:val="Hyperlink"/>
                <w:noProof/>
              </w:rPr>
              <w:t>1.2 Consortium, Prime Contractor and Subcontractors</w:t>
            </w:r>
            <w:r>
              <w:rPr>
                <w:noProof/>
                <w:webHidden/>
              </w:rPr>
              <w:tab/>
            </w:r>
            <w:r>
              <w:rPr>
                <w:noProof/>
                <w:webHidden/>
              </w:rPr>
              <w:fldChar w:fldCharType="begin"/>
            </w:r>
            <w:r>
              <w:rPr>
                <w:noProof/>
                <w:webHidden/>
              </w:rPr>
              <w:instrText xml:space="preserve"> PAGEREF _Toc239681281 \h </w:instrText>
            </w:r>
            <w:r>
              <w:rPr>
                <w:noProof/>
                <w:webHidden/>
              </w:rPr>
            </w:r>
            <w:r>
              <w:rPr>
                <w:noProof/>
                <w:webHidden/>
              </w:rPr>
              <w:fldChar w:fldCharType="separate"/>
            </w:r>
            <w:r>
              <w:rPr>
                <w:noProof/>
                <w:webHidden/>
              </w:rPr>
              <w:t>3</w:t>
            </w:r>
            <w:r>
              <w:rPr>
                <w:noProof/>
                <w:webHidden/>
              </w:rPr>
              <w:fldChar w:fldCharType="end"/>
            </w:r>
          </w:hyperlink>
        </w:p>
        <w:p w14:paraId="4E99FEAF" w14:textId="64CB0461"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2" w:history="1">
            <w:r w:rsidRPr="0054263A">
              <w:rPr>
                <w:rStyle w:val="Hyperlink"/>
                <w:noProof/>
              </w:rPr>
              <w:t>1.3 Tender submission checklist</w:t>
            </w:r>
            <w:r>
              <w:rPr>
                <w:noProof/>
                <w:webHidden/>
              </w:rPr>
              <w:tab/>
            </w:r>
            <w:r>
              <w:rPr>
                <w:noProof/>
                <w:webHidden/>
              </w:rPr>
              <w:fldChar w:fldCharType="begin"/>
            </w:r>
            <w:r>
              <w:rPr>
                <w:noProof/>
                <w:webHidden/>
              </w:rPr>
              <w:instrText xml:space="preserve"> PAGEREF _Toc239681282 \h </w:instrText>
            </w:r>
            <w:r>
              <w:rPr>
                <w:noProof/>
                <w:webHidden/>
              </w:rPr>
            </w:r>
            <w:r>
              <w:rPr>
                <w:noProof/>
                <w:webHidden/>
              </w:rPr>
              <w:fldChar w:fldCharType="separate"/>
            </w:r>
            <w:r>
              <w:rPr>
                <w:noProof/>
                <w:webHidden/>
              </w:rPr>
              <w:t>4</w:t>
            </w:r>
            <w:r>
              <w:rPr>
                <w:noProof/>
                <w:webHidden/>
              </w:rPr>
              <w:fldChar w:fldCharType="end"/>
            </w:r>
          </w:hyperlink>
        </w:p>
        <w:p w14:paraId="04CC4C9B" w14:textId="06FD8135" w:rsidR="00B83247" w:rsidRDefault="00B83247">
          <w:pPr>
            <w:pStyle w:val="TOC1"/>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3" w:history="1">
            <w:r w:rsidRPr="0054263A">
              <w:rPr>
                <w:rStyle w:val="Hyperlink"/>
                <w:noProof/>
              </w:rPr>
              <w:t>Part 2: Selection Criteria Response</w:t>
            </w:r>
            <w:r>
              <w:rPr>
                <w:noProof/>
                <w:webHidden/>
              </w:rPr>
              <w:tab/>
            </w:r>
            <w:r>
              <w:rPr>
                <w:noProof/>
                <w:webHidden/>
              </w:rPr>
              <w:fldChar w:fldCharType="begin"/>
            </w:r>
            <w:r>
              <w:rPr>
                <w:noProof/>
                <w:webHidden/>
              </w:rPr>
              <w:instrText xml:space="preserve"> PAGEREF _Toc239681283 \h </w:instrText>
            </w:r>
            <w:r>
              <w:rPr>
                <w:noProof/>
                <w:webHidden/>
              </w:rPr>
            </w:r>
            <w:r>
              <w:rPr>
                <w:noProof/>
                <w:webHidden/>
              </w:rPr>
              <w:fldChar w:fldCharType="separate"/>
            </w:r>
            <w:r>
              <w:rPr>
                <w:noProof/>
                <w:webHidden/>
              </w:rPr>
              <w:t>5</w:t>
            </w:r>
            <w:r>
              <w:rPr>
                <w:noProof/>
                <w:webHidden/>
              </w:rPr>
              <w:fldChar w:fldCharType="end"/>
            </w:r>
          </w:hyperlink>
        </w:p>
        <w:p w14:paraId="2CA37F4C" w14:textId="66B20FD1"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4" w:history="1">
            <w:r w:rsidRPr="0054263A">
              <w:rPr>
                <w:rStyle w:val="Hyperlink"/>
                <w:noProof/>
              </w:rPr>
              <w:t>2.1 Economic and Financial Standing</w:t>
            </w:r>
            <w:r>
              <w:rPr>
                <w:noProof/>
                <w:webHidden/>
              </w:rPr>
              <w:tab/>
            </w:r>
            <w:r>
              <w:rPr>
                <w:noProof/>
                <w:webHidden/>
              </w:rPr>
              <w:fldChar w:fldCharType="begin"/>
            </w:r>
            <w:r>
              <w:rPr>
                <w:noProof/>
                <w:webHidden/>
              </w:rPr>
              <w:instrText xml:space="preserve"> PAGEREF _Toc239681284 \h </w:instrText>
            </w:r>
            <w:r>
              <w:rPr>
                <w:noProof/>
                <w:webHidden/>
              </w:rPr>
            </w:r>
            <w:r>
              <w:rPr>
                <w:noProof/>
                <w:webHidden/>
              </w:rPr>
              <w:fldChar w:fldCharType="separate"/>
            </w:r>
            <w:r>
              <w:rPr>
                <w:noProof/>
                <w:webHidden/>
              </w:rPr>
              <w:t>5</w:t>
            </w:r>
            <w:r>
              <w:rPr>
                <w:noProof/>
                <w:webHidden/>
              </w:rPr>
              <w:fldChar w:fldCharType="end"/>
            </w:r>
          </w:hyperlink>
        </w:p>
        <w:p w14:paraId="175747CD" w14:textId="564C73C1"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5" w:history="1">
            <w:r w:rsidRPr="0054263A">
              <w:rPr>
                <w:rStyle w:val="Hyperlink"/>
                <w:noProof/>
              </w:rPr>
              <w:t>2.2 Technical and Professional Ability</w:t>
            </w:r>
            <w:r>
              <w:rPr>
                <w:noProof/>
                <w:webHidden/>
              </w:rPr>
              <w:tab/>
            </w:r>
            <w:r>
              <w:rPr>
                <w:noProof/>
                <w:webHidden/>
              </w:rPr>
              <w:fldChar w:fldCharType="begin"/>
            </w:r>
            <w:r>
              <w:rPr>
                <w:noProof/>
                <w:webHidden/>
              </w:rPr>
              <w:instrText xml:space="preserve"> PAGEREF _Toc239681285 \h </w:instrText>
            </w:r>
            <w:r>
              <w:rPr>
                <w:noProof/>
                <w:webHidden/>
              </w:rPr>
            </w:r>
            <w:r>
              <w:rPr>
                <w:noProof/>
                <w:webHidden/>
              </w:rPr>
              <w:fldChar w:fldCharType="separate"/>
            </w:r>
            <w:r>
              <w:rPr>
                <w:noProof/>
                <w:webHidden/>
              </w:rPr>
              <w:t>5</w:t>
            </w:r>
            <w:r>
              <w:rPr>
                <w:noProof/>
                <w:webHidden/>
              </w:rPr>
              <w:fldChar w:fldCharType="end"/>
            </w:r>
          </w:hyperlink>
        </w:p>
        <w:p w14:paraId="0A6A3800" w14:textId="2DE50EAA"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6" w:history="1">
            <w:r w:rsidRPr="0054263A">
              <w:rPr>
                <w:rStyle w:val="Hyperlink"/>
                <w:noProof/>
              </w:rPr>
              <w:t>2.3 Insurance confirmation</w:t>
            </w:r>
            <w:r>
              <w:rPr>
                <w:noProof/>
                <w:webHidden/>
              </w:rPr>
              <w:tab/>
            </w:r>
            <w:r>
              <w:rPr>
                <w:noProof/>
                <w:webHidden/>
              </w:rPr>
              <w:fldChar w:fldCharType="begin"/>
            </w:r>
            <w:r>
              <w:rPr>
                <w:noProof/>
                <w:webHidden/>
              </w:rPr>
              <w:instrText xml:space="preserve"> PAGEREF _Toc239681286 \h </w:instrText>
            </w:r>
            <w:r>
              <w:rPr>
                <w:noProof/>
                <w:webHidden/>
              </w:rPr>
            </w:r>
            <w:r>
              <w:rPr>
                <w:noProof/>
                <w:webHidden/>
              </w:rPr>
              <w:fldChar w:fldCharType="separate"/>
            </w:r>
            <w:r>
              <w:rPr>
                <w:noProof/>
                <w:webHidden/>
              </w:rPr>
              <w:t>6</w:t>
            </w:r>
            <w:r>
              <w:rPr>
                <w:noProof/>
                <w:webHidden/>
              </w:rPr>
              <w:fldChar w:fldCharType="end"/>
            </w:r>
          </w:hyperlink>
        </w:p>
        <w:p w14:paraId="27F31824" w14:textId="3E8184E7" w:rsidR="00B83247" w:rsidRDefault="00B83247">
          <w:pPr>
            <w:pStyle w:val="TOC1"/>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7" w:history="1">
            <w:r w:rsidRPr="0054263A">
              <w:rPr>
                <w:rStyle w:val="Hyperlink"/>
                <w:noProof/>
              </w:rPr>
              <w:t>Part 3: Award Criteria Responses</w:t>
            </w:r>
            <w:r>
              <w:rPr>
                <w:noProof/>
                <w:webHidden/>
              </w:rPr>
              <w:tab/>
            </w:r>
            <w:r>
              <w:rPr>
                <w:noProof/>
                <w:webHidden/>
              </w:rPr>
              <w:fldChar w:fldCharType="begin"/>
            </w:r>
            <w:r>
              <w:rPr>
                <w:noProof/>
                <w:webHidden/>
              </w:rPr>
              <w:instrText xml:space="preserve"> PAGEREF _Toc239681287 \h </w:instrText>
            </w:r>
            <w:r>
              <w:rPr>
                <w:noProof/>
                <w:webHidden/>
              </w:rPr>
            </w:r>
            <w:r>
              <w:rPr>
                <w:noProof/>
                <w:webHidden/>
              </w:rPr>
              <w:fldChar w:fldCharType="separate"/>
            </w:r>
            <w:r>
              <w:rPr>
                <w:noProof/>
                <w:webHidden/>
              </w:rPr>
              <w:t>8</w:t>
            </w:r>
            <w:r>
              <w:rPr>
                <w:noProof/>
                <w:webHidden/>
              </w:rPr>
              <w:fldChar w:fldCharType="end"/>
            </w:r>
          </w:hyperlink>
        </w:p>
        <w:p w14:paraId="33F1E323" w14:textId="327C4293"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8" w:history="1">
            <w:r w:rsidRPr="0054263A">
              <w:rPr>
                <w:rStyle w:val="Hyperlink"/>
                <w:noProof/>
              </w:rPr>
              <w:t>3.1 Understanding of the Requirement</w:t>
            </w:r>
            <w:r>
              <w:rPr>
                <w:noProof/>
                <w:webHidden/>
              </w:rPr>
              <w:tab/>
            </w:r>
            <w:r>
              <w:rPr>
                <w:noProof/>
                <w:webHidden/>
              </w:rPr>
              <w:fldChar w:fldCharType="begin"/>
            </w:r>
            <w:r>
              <w:rPr>
                <w:noProof/>
                <w:webHidden/>
              </w:rPr>
              <w:instrText xml:space="preserve"> PAGEREF _Toc239681288 \h </w:instrText>
            </w:r>
            <w:r>
              <w:rPr>
                <w:noProof/>
                <w:webHidden/>
              </w:rPr>
            </w:r>
            <w:r>
              <w:rPr>
                <w:noProof/>
                <w:webHidden/>
              </w:rPr>
              <w:fldChar w:fldCharType="separate"/>
            </w:r>
            <w:r>
              <w:rPr>
                <w:noProof/>
                <w:webHidden/>
              </w:rPr>
              <w:t>8</w:t>
            </w:r>
            <w:r>
              <w:rPr>
                <w:noProof/>
                <w:webHidden/>
              </w:rPr>
              <w:fldChar w:fldCharType="end"/>
            </w:r>
          </w:hyperlink>
        </w:p>
        <w:p w14:paraId="61A3892F" w14:textId="42F8C51E"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89" w:history="1">
            <w:r w:rsidRPr="0054263A">
              <w:rPr>
                <w:rStyle w:val="Hyperlink"/>
                <w:noProof/>
              </w:rPr>
              <w:t>3.2 Methodology and Approach</w:t>
            </w:r>
            <w:r>
              <w:rPr>
                <w:noProof/>
                <w:webHidden/>
              </w:rPr>
              <w:tab/>
            </w:r>
            <w:r>
              <w:rPr>
                <w:noProof/>
                <w:webHidden/>
              </w:rPr>
              <w:fldChar w:fldCharType="begin"/>
            </w:r>
            <w:r>
              <w:rPr>
                <w:noProof/>
                <w:webHidden/>
              </w:rPr>
              <w:instrText xml:space="preserve"> PAGEREF _Toc239681289 \h </w:instrText>
            </w:r>
            <w:r>
              <w:rPr>
                <w:noProof/>
                <w:webHidden/>
              </w:rPr>
            </w:r>
            <w:r>
              <w:rPr>
                <w:noProof/>
                <w:webHidden/>
              </w:rPr>
              <w:fldChar w:fldCharType="separate"/>
            </w:r>
            <w:r>
              <w:rPr>
                <w:noProof/>
                <w:webHidden/>
              </w:rPr>
              <w:t>9</w:t>
            </w:r>
            <w:r>
              <w:rPr>
                <w:noProof/>
                <w:webHidden/>
              </w:rPr>
              <w:fldChar w:fldCharType="end"/>
            </w:r>
          </w:hyperlink>
        </w:p>
        <w:p w14:paraId="59D2B740" w14:textId="3CF0AD57"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90" w:history="1">
            <w:r w:rsidRPr="0054263A">
              <w:rPr>
                <w:rStyle w:val="Hyperlink"/>
                <w:noProof/>
              </w:rPr>
              <w:t>3.3 Quality and Experience of the Proposed Team</w:t>
            </w:r>
            <w:r>
              <w:rPr>
                <w:noProof/>
                <w:webHidden/>
              </w:rPr>
              <w:tab/>
            </w:r>
            <w:r>
              <w:rPr>
                <w:noProof/>
                <w:webHidden/>
              </w:rPr>
              <w:fldChar w:fldCharType="begin"/>
            </w:r>
            <w:r>
              <w:rPr>
                <w:noProof/>
                <w:webHidden/>
              </w:rPr>
              <w:instrText xml:space="preserve"> PAGEREF _Toc239681290 \h </w:instrText>
            </w:r>
            <w:r>
              <w:rPr>
                <w:noProof/>
                <w:webHidden/>
              </w:rPr>
            </w:r>
            <w:r>
              <w:rPr>
                <w:noProof/>
                <w:webHidden/>
              </w:rPr>
              <w:fldChar w:fldCharType="separate"/>
            </w:r>
            <w:r>
              <w:rPr>
                <w:noProof/>
                <w:webHidden/>
              </w:rPr>
              <w:t>10</w:t>
            </w:r>
            <w:r>
              <w:rPr>
                <w:noProof/>
                <w:webHidden/>
              </w:rPr>
              <w:fldChar w:fldCharType="end"/>
            </w:r>
          </w:hyperlink>
        </w:p>
        <w:p w14:paraId="03CCF0AA" w14:textId="68BCBE01"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91" w:history="1">
            <w:r w:rsidRPr="0054263A">
              <w:rPr>
                <w:rStyle w:val="Hyperlink"/>
                <w:noProof/>
              </w:rPr>
              <w:t>3.4 Contract Management and Service Delivery</w:t>
            </w:r>
            <w:r>
              <w:rPr>
                <w:noProof/>
                <w:webHidden/>
              </w:rPr>
              <w:tab/>
            </w:r>
            <w:r>
              <w:rPr>
                <w:noProof/>
                <w:webHidden/>
              </w:rPr>
              <w:fldChar w:fldCharType="begin"/>
            </w:r>
            <w:r>
              <w:rPr>
                <w:noProof/>
                <w:webHidden/>
              </w:rPr>
              <w:instrText xml:space="preserve"> PAGEREF _Toc239681291 \h </w:instrText>
            </w:r>
            <w:r>
              <w:rPr>
                <w:noProof/>
                <w:webHidden/>
              </w:rPr>
            </w:r>
            <w:r>
              <w:rPr>
                <w:noProof/>
                <w:webHidden/>
              </w:rPr>
              <w:fldChar w:fldCharType="separate"/>
            </w:r>
            <w:r>
              <w:rPr>
                <w:noProof/>
                <w:webHidden/>
              </w:rPr>
              <w:t>11</w:t>
            </w:r>
            <w:r>
              <w:rPr>
                <w:noProof/>
                <w:webHidden/>
              </w:rPr>
              <w:fldChar w:fldCharType="end"/>
            </w:r>
          </w:hyperlink>
        </w:p>
        <w:p w14:paraId="7AF72142" w14:textId="7E510C7E" w:rsidR="00B83247" w:rsidRDefault="00B83247">
          <w:pPr>
            <w:pStyle w:val="TOC2"/>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93" w:history="1">
            <w:r w:rsidRPr="0054263A">
              <w:rPr>
                <w:rStyle w:val="Hyperlink"/>
                <w:noProof/>
              </w:rPr>
              <w:t>3.5 Cost</w:t>
            </w:r>
            <w:r>
              <w:rPr>
                <w:noProof/>
                <w:webHidden/>
              </w:rPr>
              <w:tab/>
            </w:r>
            <w:r>
              <w:rPr>
                <w:noProof/>
                <w:webHidden/>
              </w:rPr>
              <w:fldChar w:fldCharType="begin"/>
            </w:r>
            <w:r>
              <w:rPr>
                <w:noProof/>
                <w:webHidden/>
              </w:rPr>
              <w:instrText xml:space="preserve"> PAGEREF _Toc239681293 \h </w:instrText>
            </w:r>
            <w:r>
              <w:rPr>
                <w:noProof/>
                <w:webHidden/>
              </w:rPr>
            </w:r>
            <w:r>
              <w:rPr>
                <w:noProof/>
                <w:webHidden/>
              </w:rPr>
              <w:fldChar w:fldCharType="separate"/>
            </w:r>
            <w:r>
              <w:rPr>
                <w:noProof/>
                <w:webHidden/>
              </w:rPr>
              <w:t>12</w:t>
            </w:r>
            <w:r>
              <w:rPr>
                <w:noProof/>
                <w:webHidden/>
              </w:rPr>
              <w:fldChar w:fldCharType="end"/>
            </w:r>
          </w:hyperlink>
        </w:p>
        <w:p w14:paraId="75C3EC6A" w14:textId="28F62E35" w:rsidR="00B83247" w:rsidRDefault="00B83247">
          <w:pPr>
            <w:pStyle w:val="TOC1"/>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94" w:history="1">
            <w:r w:rsidRPr="0054263A">
              <w:rPr>
                <w:rStyle w:val="Hyperlink"/>
                <w:noProof/>
              </w:rPr>
              <w:t>Tenderers’ Statement</w:t>
            </w:r>
            <w:r>
              <w:rPr>
                <w:noProof/>
                <w:webHidden/>
              </w:rPr>
              <w:tab/>
            </w:r>
            <w:r>
              <w:rPr>
                <w:noProof/>
                <w:webHidden/>
              </w:rPr>
              <w:fldChar w:fldCharType="begin"/>
            </w:r>
            <w:r>
              <w:rPr>
                <w:noProof/>
                <w:webHidden/>
              </w:rPr>
              <w:instrText xml:space="preserve"> PAGEREF _Toc239681294 \h </w:instrText>
            </w:r>
            <w:r>
              <w:rPr>
                <w:noProof/>
                <w:webHidden/>
              </w:rPr>
            </w:r>
            <w:r>
              <w:rPr>
                <w:noProof/>
                <w:webHidden/>
              </w:rPr>
              <w:fldChar w:fldCharType="separate"/>
            </w:r>
            <w:r>
              <w:rPr>
                <w:noProof/>
                <w:webHidden/>
              </w:rPr>
              <w:t>13</w:t>
            </w:r>
            <w:r>
              <w:rPr>
                <w:noProof/>
                <w:webHidden/>
              </w:rPr>
              <w:fldChar w:fldCharType="end"/>
            </w:r>
          </w:hyperlink>
        </w:p>
        <w:p w14:paraId="7851A00E" w14:textId="3F6B50A5" w:rsidR="00B83247" w:rsidRDefault="00B83247">
          <w:pPr>
            <w:pStyle w:val="TOC1"/>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95" w:history="1">
            <w:r w:rsidRPr="0054263A">
              <w:rPr>
                <w:rStyle w:val="Hyperlink"/>
                <w:noProof/>
              </w:rPr>
              <w:t>Declaration as to Personal Circumstances of Tenderer</w:t>
            </w:r>
            <w:r>
              <w:rPr>
                <w:noProof/>
                <w:webHidden/>
              </w:rPr>
              <w:tab/>
            </w:r>
            <w:r>
              <w:rPr>
                <w:noProof/>
                <w:webHidden/>
              </w:rPr>
              <w:fldChar w:fldCharType="begin"/>
            </w:r>
            <w:r>
              <w:rPr>
                <w:noProof/>
                <w:webHidden/>
              </w:rPr>
              <w:instrText xml:space="preserve"> PAGEREF _Toc239681295 \h </w:instrText>
            </w:r>
            <w:r>
              <w:rPr>
                <w:noProof/>
                <w:webHidden/>
              </w:rPr>
            </w:r>
            <w:r>
              <w:rPr>
                <w:noProof/>
                <w:webHidden/>
              </w:rPr>
              <w:fldChar w:fldCharType="separate"/>
            </w:r>
            <w:r>
              <w:rPr>
                <w:noProof/>
                <w:webHidden/>
              </w:rPr>
              <w:t>15</w:t>
            </w:r>
            <w:r>
              <w:rPr>
                <w:noProof/>
                <w:webHidden/>
              </w:rPr>
              <w:fldChar w:fldCharType="end"/>
            </w:r>
          </w:hyperlink>
        </w:p>
        <w:p w14:paraId="6E763B89" w14:textId="426D9063" w:rsidR="00B83247" w:rsidRDefault="00B83247">
          <w:pPr>
            <w:pStyle w:val="TOC1"/>
            <w:tabs>
              <w:tab w:val="right" w:leader="dot" w:pos="9628"/>
            </w:tabs>
            <w:rPr>
              <w:rFonts w:asciiTheme="minorHAnsi" w:eastAsiaTheme="minorEastAsia" w:hAnsiTheme="minorHAnsi" w:cstheme="minorBidi"/>
              <w:noProof/>
              <w:color w:val="auto"/>
              <w:kern w:val="2"/>
              <w:sz w:val="24"/>
              <w:szCs w:val="24"/>
              <w:lang w:val="en-GB" w:eastAsia="en-GB"/>
              <w14:ligatures w14:val="standardContextual"/>
            </w:rPr>
          </w:pPr>
          <w:hyperlink w:anchor="_Toc239681296" w:history="1">
            <w:r w:rsidRPr="0054263A">
              <w:rPr>
                <w:rStyle w:val="Hyperlink"/>
                <w:noProof/>
              </w:rPr>
              <w:t>Declaration of Artificial Intelligence (AI) usage</w:t>
            </w:r>
            <w:r>
              <w:rPr>
                <w:noProof/>
                <w:webHidden/>
              </w:rPr>
              <w:tab/>
            </w:r>
            <w:r>
              <w:rPr>
                <w:noProof/>
                <w:webHidden/>
              </w:rPr>
              <w:fldChar w:fldCharType="begin"/>
            </w:r>
            <w:r>
              <w:rPr>
                <w:noProof/>
                <w:webHidden/>
              </w:rPr>
              <w:instrText xml:space="preserve"> PAGEREF _Toc239681296 \h </w:instrText>
            </w:r>
            <w:r>
              <w:rPr>
                <w:noProof/>
                <w:webHidden/>
              </w:rPr>
            </w:r>
            <w:r>
              <w:rPr>
                <w:noProof/>
                <w:webHidden/>
              </w:rPr>
              <w:fldChar w:fldCharType="separate"/>
            </w:r>
            <w:r>
              <w:rPr>
                <w:noProof/>
                <w:webHidden/>
              </w:rPr>
              <w:t>18</w:t>
            </w:r>
            <w:r>
              <w:rPr>
                <w:noProof/>
                <w:webHidden/>
              </w:rPr>
              <w:fldChar w:fldCharType="end"/>
            </w:r>
          </w:hyperlink>
        </w:p>
        <w:p w14:paraId="04D56837" w14:textId="48D6D9C0" w:rsidR="00615A6F" w:rsidRDefault="00615A6F">
          <w:r>
            <w:rPr>
              <w:b/>
              <w:bCs/>
              <w:noProof/>
            </w:rPr>
            <w:fldChar w:fldCharType="end"/>
          </w:r>
        </w:p>
      </w:sdtContent>
    </w:sdt>
    <w:p w14:paraId="5239D32E" w14:textId="77777777" w:rsidR="00911642" w:rsidRDefault="00815615">
      <w:r>
        <w:br w:type="page"/>
      </w:r>
    </w:p>
    <w:p w14:paraId="0F675D3C" w14:textId="77777777" w:rsidR="00911642" w:rsidRDefault="00815615">
      <w:pPr>
        <w:pStyle w:val="Heading1"/>
      </w:pPr>
      <w:bookmarkStart w:id="0" w:name="_Toc239681279"/>
      <w:r>
        <w:lastRenderedPageBreak/>
        <w:t>Part 1: Tenderer Information and Submission Checklist</w:t>
      </w:r>
      <w:bookmarkEnd w:id="0"/>
    </w:p>
    <w:p w14:paraId="0B709241" w14:textId="77777777" w:rsidR="00911642" w:rsidRDefault="00815615">
      <w:pPr>
        <w:pStyle w:val="Heading2"/>
      </w:pPr>
      <w:bookmarkStart w:id="1" w:name="_Toc239681280"/>
      <w:r>
        <w:t>1.1 Tenderer details</w:t>
      </w:r>
      <w:bookmarkEnd w:id="1"/>
    </w:p>
    <w:tbl>
      <w:tblPr>
        <w:tblStyle w:val="TableGrid"/>
        <w:tblW w:w="0" w:type="auto"/>
        <w:jc w:val="center"/>
        <w:tblLook w:val="04A0" w:firstRow="1" w:lastRow="0" w:firstColumn="1" w:lastColumn="0" w:noHBand="0" w:noVBand="1"/>
      </w:tblPr>
      <w:tblGrid>
        <w:gridCol w:w="3966"/>
        <w:gridCol w:w="5662"/>
      </w:tblGrid>
      <w:tr w:rsidR="00911642" w14:paraId="1DFC8FEE" w14:textId="77777777" w:rsidTr="009E7EAA">
        <w:trPr>
          <w:cantSplit/>
          <w:tblHeader/>
          <w:jc w:val="center"/>
        </w:trPr>
        <w:tc>
          <w:tcPr>
            <w:tcW w:w="3966" w:type="dxa"/>
            <w:shd w:val="clear" w:color="auto" w:fill="175515"/>
            <w:tcMar>
              <w:top w:w="80" w:type="dxa"/>
              <w:left w:w="100" w:type="dxa"/>
              <w:bottom w:w="80" w:type="dxa"/>
              <w:right w:w="100" w:type="dxa"/>
            </w:tcMar>
          </w:tcPr>
          <w:p w14:paraId="78A777B7" w14:textId="77777777" w:rsidR="00911642" w:rsidRDefault="00815615">
            <w:pPr>
              <w:spacing w:after="40"/>
              <w:jc w:val="center"/>
            </w:pPr>
            <w:r>
              <w:rPr>
                <w:b/>
                <w:color w:val="FFFFFF"/>
                <w:sz w:val="18"/>
              </w:rPr>
              <w:t>Field</w:t>
            </w:r>
          </w:p>
        </w:tc>
        <w:tc>
          <w:tcPr>
            <w:tcW w:w="5662" w:type="dxa"/>
            <w:shd w:val="clear" w:color="auto" w:fill="175515"/>
            <w:tcMar>
              <w:top w:w="80" w:type="dxa"/>
              <w:left w:w="100" w:type="dxa"/>
              <w:bottom w:w="80" w:type="dxa"/>
              <w:right w:w="100" w:type="dxa"/>
            </w:tcMar>
          </w:tcPr>
          <w:p w14:paraId="4BA898D9" w14:textId="77777777" w:rsidR="00911642" w:rsidRDefault="00815615">
            <w:pPr>
              <w:spacing w:after="40"/>
              <w:jc w:val="center"/>
            </w:pPr>
            <w:r>
              <w:rPr>
                <w:b/>
                <w:color w:val="FFFFFF"/>
                <w:sz w:val="18"/>
              </w:rPr>
              <w:t>Tenderer response</w:t>
            </w:r>
          </w:p>
        </w:tc>
      </w:tr>
      <w:tr w:rsidR="008C0D59" w14:paraId="58C25AC9" w14:textId="77777777" w:rsidTr="008C0D59">
        <w:trPr>
          <w:cantSplit/>
          <w:jc w:val="center"/>
        </w:trPr>
        <w:tc>
          <w:tcPr>
            <w:tcW w:w="3966" w:type="dxa"/>
            <w:tcMar>
              <w:top w:w="80" w:type="dxa"/>
              <w:left w:w="100" w:type="dxa"/>
              <w:bottom w:w="80" w:type="dxa"/>
              <w:right w:w="100" w:type="dxa"/>
            </w:tcMar>
          </w:tcPr>
          <w:p w14:paraId="7D2A61CB" w14:textId="77777777" w:rsidR="008C0D59" w:rsidRDefault="008C0D59" w:rsidP="008C0D59">
            <w:pPr>
              <w:spacing w:after="40"/>
            </w:pPr>
            <w:r>
              <w:rPr>
                <w:sz w:val="18"/>
              </w:rPr>
              <w:t>Full legal name</w:t>
            </w:r>
          </w:p>
        </w:tc>
        <w:tc>
          <w:tcPr>
            <w:tcW w:w="5662" w:type="dxa"/>
            <w:tcMar>
              <w:top w:w="80" w:type="dxa"/>
              <w:left w:w="100" w:type="dxa"/>
              <w:bottom w:w="80" w:type="dxa"/>
              <w:right w:w="100" w:type="dxa"/>
            </w:tcMar>
            <w:vAlign w:val="center"/>
          </w:tcPr>
          <w:p w14:paraId="5DF69BC2" w14:textId="1F01F58E" w:rsidR="008C0D59" w:rsidRDefault="008C0D59" w:rsidP="008C0D59">
            <w:pPr>
              <w:spacing w:after="40"/>
            </w:pPr>
          </w:p>
        </w:tc>
      </w:tr>
      <w:tr w:rsidR="008C0D59" w14:paraId="69464158" w14:textId="77777777" w:rsidTr="008C0D59">
        <w:trPr>
          <w:cantSplit/>
          <w:jc w:val="center"/>
        </w:trPr>
        <w:tc>
          <w:tcPr>
            <w:tcW w:w="3966" w:type="dxa"/>
            <w:tcMar>
              <w:top w:w="80" w:type="dxa"/>
              <w:left w:w="100" w:type="dxa"/>
              <w:bottom w:w="80" w:type="dxa"/>
              <w:right w:w="100" w:type="dxa"/>
            </w:tcMar>
          </w:tcPr>
          <w:p w14:paraId="3321ADC8" w14:textId="77777777" w:rsidR="008C0D59" w:rsidRDefault="008C0D59" w:rsidP="008C0D59">
            <w:pPr>
              <w:spacing w:after="40"/>
            </w:pPr>
            <w:r>
              <w:rPr>
                <w:sz w:val="18"/>
              </w:rPr>
              <w:t>Trading name (if different)</w:t>
            </w:r>
          </w:p>
        </w:tc>
        <w:tc>
          <w:tcPr>
            <w:tcW w:w="5662" w:type="dxa"/>
            <w:tcMar>
              <w:top w:w="80" w:type="dxa"/>
              <w:left w:w="100" w:type="dxa"/>
              <w:bottom w:w="80" w:type="dxa"/>
              <w:right w:w="100" w:type="dxa"/>
            </w:tcMar>
          </w:tcPr>
          <w:p w14:paraId="2E14A68D" w14:textId="29361863" w:rsidR="008C0D59" w:rsidRDefault="008C0D59" w:rsidP="008C0D59">
            <w:pPr>
              <w:spacing w:after="40"/>
            </w:pPr>
          </w:p>
        </w:tc>
      </w:tr>
      <w:tr w:rsidR="008C0D59" w14:paraId="721CE406" w14:textId="77777777" w:rsidTr="008C0D59">
        <w:trPr>
          <w:cantSplit/>
          <w:jc w:val="center"/>
        </w:trPr>
        <w:tc>
          <w:tcPr>
            <w:tcW w:w="3966" w:type="dxa"/>
            <w:tcMar>
              <w:top w:w="80" w:type="dxa"/>
              <w:left w:w="100" w:type="dxa"/>
              <w:bottom w:w="80" w:type="dxa"/>
              <w:right w:w="100" w:type="dxa"/>
            </w:tcMar>
          </w:tcPr>
          <w:p w14:paraId="4745A9CE" w14:textId="77777777" w:rsidR="008C0D59" w:rsidRDefault="008C0D59" w:rsidP="008C0D59">
            <w:pPr>
              <w:spacing w:after="40"/>
            </w:pPr>
            <w:r>
              <w:rPr>
                <w:sz w:val="18"/>
              </w:rPr>
              <w:t>Legal form</w:t>
            </w:r>
          </w:p>
        </w:tc>
        <w:tc>
          <w:tcPr>
            <w:tcW w:w="5662" w:type="dxa"/>
            <w:tcMar>
              <w:top w:w="80" w:type="dxa"/>
              <w:left w:w="100" w:type="dxa"/>
              <w:bottom w:w="80" w:type="dxa"/>
              <w:right w:w="100" w:type="dxa"/>
            </w:tcMar>
          </w:tcPr>
          <w:p w14:paraId="56901FB2" w14:textId="1B52529A" w:rsidR="008C0D59" w:rsidRDefault="008C0D59" w:rsidP="008C0D59">
            <w:pPr>
              <w:spacing w:after="40"/>
            </w:pPr>
          </w:p>
        </w:tc>
      </w:tr>
      <w:tr w:rsidR="008C0D59" w14:paraId="3F03DAE6" w14:textId="77777777" w:rsidTr="008C0D59">
        <w:trPr>
          <w:cantSplit/>
          <w:jc w:val="center"/>
        </w:trPr>
        <w:tc>
          <w:tcPr>
            <w:tcW w:w="3966" w:type="dxa"/>
            <w:tcMar>
              <w:top w:w="80" w:type="dxa"/>
              <w:left w:w="100" w:type="dxa"/>
              <w:bottom w:w="80" w:type="dxa"/>
              <w:right w:w="100" w:type="dxa"/>
            </w:tcMar>
          </w:tcPr>
          <w:p w14:paraId="5964BDC1" w14:textId="77777777" w:rsidR="008C0D59" w:rsidRDefault="008C0D59" w:rsidP="008C0D59">
            <w:pPr>
              <w:spacing w:after="40"/>
            </w:pPr>
            <w:r>
              <w:rPr>
                <w:sz w:val="18"/>
              </w:rPr>
              <w:t>Country of establishment</w:t>
            </w:r>
          </w:p>
        </w:tc>
        <w:tc>
          <w:tcPr>
            <w:tcW w:w="5662" w:type="dxa"/>
            <w:tcMar>
              <w:top w:w="80" w:type="dxa"/>
              <w:left w:w="100" w:type="dxa"/>
              <w:bottom w:w="80" w:type="dxa"/>
              <w:right w:w="100" w:type="dxa"/>
            </w:tcMar>
          </w:tcPr>
          <w:p w14:paraId="08D06D75" w14:textId="4037A01B" w:rsidR="008C0D59" w:rsidRDefault="008C0D59" w:rsidP="008C0D59">
            <w:pPr>
              <w:spacing w:after="40"/>
            </w:pPr>
          </w:p>
        </w:tc>
      </w:tr>
      <w:tr w:rsidR="008C0D59" w14:paraId="63123C85" w14:textId="77777777" w:rsidTr="008C0D59">
        <w:trPr>
          <w:cantSplit/>
          <w:jc w:val="center"/>
        </w:trPr>
        <w:tc>
          <w:tcPr>
            <w:tcW w:w="3966" w:type="dxa"/>
            <w:tcMar>
              <w:top w:w="80" w:type="dxa"/>
              <w:left w:w="100" w:type="dxa"/>
              <w:bottom w:w="80" w:type="dxa"/>
              <w:right w:w="100" w:type="dxa"/>
            </w:tcMar>
          </w:tcPr>
          <w:p w14:paraId="11F188A4" w14:textId="77777777" w:rsidR="008C0D59" w:rsidRDefault="008C0D59" w:rsidP="008C0D59">
            <w:pPr>
              <w:spacing w:after="40"/>
            </w:pPr>
            <w:r>
              <w:rPr>
                <w:sz w:val="18"/>
              </w:rPr>
              <w:t>Registered address</w:t>
            </w:r>
          </w:p>
        </w:tc>
        <w:tc>
          <w:tcPr>
            <w:tcW w:w="5662" w:type="dxa"/>
            <w:tcMar>
              <w:top w:w="80" w:type="dxa"/>
              <w:left w:w="100" w:type="dxa"/>
              <w:bottom w:w="80" w:type="dxa"/>
              <w:right w:w="100" w:type="dxa"/>
            </w:tcMar>
          </w:tcPr>
          <w:p w14:paraId="7A13C24F" w14:textId="3106148F" w:rsidR="008C0D59" w:rsidRDefault="008C0D59" w:rsidP="008C0D59">
            <w:pPr>
              <w:spacing w:after="40"/>
            </w:pPr>
          </w:p>
        </w:tc>
      </w:tr>
      <w:tr w:rsidR="008C0D59" w14:paraId="04537ADB" w14:textId="77777777" w:rsidTr="008C0D59">
        <w:trPr>
          <w:cantSplit/>
          <w:jc w:val="center"/>
        </w:trPr>
        <w:tc>
          <w:tcPr>
            <w:tcW w:w="3966" w:type="dxa"/>
            <w:tcMar>
              <w:top w:w="80" w:type="dxa"/>
              <w:left w:w="100" w:type="dxa"/>
              <w:bottom w:w="80" w:type="dxa"/>
              <w:right w:w="100" w:type="dxa"/>
            </w:tcMar>
          </w:tcPr>
          <w:p w14:paraId="4DA8A2D7" w14:textId="77777777" w:rsidR="008C0D59" w:rsidRDefault="008C0D59" w:rsidP="008C0D59">
            <w:pPr>
              <w:spacing w:after="40"/>
            </w:pPr>
            <w:r>
              <w:rPr>
                <w:sz w:val="18"/>
              </w:rPr>
              <w:t>Company/registration number</w:t>
            </w:r>
          </w:p>
        </w:tc>
        <w:tc>
          <w:tcPr>
            <w:tcW w:w="5662" w:type="dxa"/>
            <w:tcMar>
              <w:top w:w="80" w:type="dxa"/>
              <w:left w:w="100" w:type="dxa"/>
              <w:bottom w:w="80" w:type="dxa"/>
              <w:right w:w="100" w:type="dxa"/>
            </w:tcMar>
          </w:tcPr>
          <w:p w14:paraId="597BFADB" w14:textId="514F893D" w:rsidR="008C0D59" w:rsidRDefault="008C0D59" w:rsidP="008C0D59">
            <w:pPr>
              <w:spacing w:after="40"/>
            </w:pPr>
          </w:p>
        </w:tc>
      </w:tr>
      <w:tr w:rsidR="008C0D59" w14:paraId="58B5B7B2" w14:textId="77777777" w:rsidTr="008C0D59">
        <w:trPr>
          <w:cantSplit/>
          <w:jc w:val="center"/>
        </w:trPr>
        <w:tc>
          <w:tcPr>
            <w:tcW w:w="3966" w:type="dxa"/>
            <w:tcMar>
              <w:top w:w="80" w:type="dxa"/>
              <w:left w:w="100" w:type="dxa"/>
              <w:bottom w:w="80" w:type="dxa"/>
              <w:right w:w="100" w:type="dxa"/>
            </w:tcMar>
          </w:tcPr>
          <w:p w14:paraId="119CC820" w14:textId="77777777" w:rsidR="008C0D59" w:rsidRDefault="008C0D59" w:rsidP="008C0D59">
            <w:pPr>
              <w:spacing w:after="40"/>
            </w:pPr>
            <w:r>
              <w:rPr>
                <w:sz w:val="18"/>
              </w:rPr>
              <w:t>Tender contact name and title</w:t>
            </w:r>
          </w:p>
        </w:tc>
        <w:tc>
          <w:tcPr>
            <w:tcW w:w="5662" w:type="dxa"/>
            <w:tcMar>
              <w:top w:w="80" w:type="dxa"/>
              <w:left w:w="100" w:type="dxa"/>
              <w:bottom w:w="80" w:type="dxa"/>
              <w:right w:w="100" w:type="dxa"/>
            </w:tcMar>
          </w:tcPr>
          <w:p w14:paraId="46B63FAD" w14:textId="7350DA73" w:rsidR="008C0D59" w:rsidRDefault="008C0D59" w:rsidP="008C0D59">
            <w:pPr>
              <w:spacing w:after="40"/>
            </w:pPr>
          </w:p>
        </w:tc>
      </w:tr>
      <w:tr w:rsidR="008C0D59" w14:paraId="0319A1F6" w14:textId="77777777" w:rsidTr="008C0D59">
        <w:trPr>
          <w:cantSplit/>
          <w:jc w:val="center"/>
        </w:trPr>
        <w:tc>
          <w:tcPr>
            <w:tcW w:w="3966" w:type="dxa"/>
            <w:tcMar>
              <w:top w:w="80" w:type="dxa"/>
              <w:left w:w="100" w:type="dxa"/>
              <w:bottom w:w="80" w:type="dxa"/>
              <w:right w:w="100" w:type="dxa"/>
            </w:tcMar>
          </w:tcPr>
          <w:p w14:paraId="4E551E6D" w14:textId="77777777" w:rsidR="008C0D59" w:rsidRDefault="008C0D59" w:rsidP="008C0D59">
            <w:pPr>
              <w:spacing w:after="40"/>
            </w:pPr>
            <w:r>
              <w:rPr>
                <w:sz w:val="18"/>
              </w:rPr>
              <w:t>Email address</w:t>
            </w:r>
          </w:p>
        </w:tc>
        <w:tc>
          <w:tcPr>
            <w:tcW w:w="5662" w:type="dxa"/>
            <w:tcMar>
              <w:top w:w="80" w:type="dxa"/>
              <w:left w:w="100" w:type="dxa"/>
              <w:bottom w:w="80" w:type="dxa"/>
              <w:right w:w="100" w:type="dxa"/>
            </w:tcMar>
          </w:tcPr>
          <w:p w14:paraId="327D119E" w14:textId="7FD96030" w:rsidR="008C0D59" w:rsidRDefault="008C0D59" w:rsidP="008C0D59">
            <w:pPr>
              <w:spacing w:after="40"/>
            </w:pPr>
          </w:p>
        </w:tc>
      </w:tr>
      <w:tr w:rsidR="008C0D59" w14:paraId="40080E4F" w14:textId="77777777" w:rsidTr="008C0D59">
        <w:trPr>
          <w:cantSplit/>
          <w:jc w:val="center"/>
        </w:trPr>
        <w:tc>
          <w:tcPr>
            <w:tcW w:w="3966" w:type="dxa"/>
            <w:tcMar>
              <w:top w:w="80" w:type="dxa"/>
              <w:left w:w="100" w:type="dxa"/>
              <w:bottom w:w="80" w:type="dxa"/>
              <w:right w:w="100" w:type="dxa"/>
            </w:tcMar>
          </w:tcPr>
          <w:p w14:paraId="0966F964" w14:textId="77777777" w:rsidR="008C0D59" w:rsidRDefault="008C0D59" w:rsidP="008C0D59">
            <w:pPr>
              <w:spacing w:after="40"/>
            </w:pPr>
            <w:r>
              <w:rPr>
                <w:sz w:val="18"/>
              </w:rPr>
              <w:t>Telephone number</w:t>
            </w:r>
          </w:p>
        </w:tc>
        <w:tc>
          <w:tcPr>
            <w:tcW w:w="5662" w:type="dxa"/>
            <w:tcMar>
              <w:top w:w="80" w:type="dxa"/>
              <w:left w:w="100" w:type="dxa"/>
              <w:bottom w:w="80" w:type="dxa"/>
              <w:right w:w="100" w:type="dxa"/>
            </w:tcMar>
          </w:tcPr>
          <w:p w14:paraId="4E7A2C73" w14:textId="514C1FBA" w:rsidR="008C0D59" w:rsidRDefault="008C0D59" w:rsidP="008C0D59">
            <w:pPr>
              <w:spacing w:after="40"/>
            </w:pPr>
          </w:p>
        </w:tc>
      </w:tr>
    </w:tbl>
    <w:p w14:paraId="030B8576" w14:textId="77777777" w:rsidR="00911642" w:rsidRDefault="00815615">
      <w:pPr>
        <w:pStyle w:val="Heading2"/>
      </w:pPr>
      <w:bookmarkStart w:id="2" w:name="_Toc239681281"/>
      <w:r>
        <w:t>1.2 Consortium, Prime Contractor and Subcontractors</w:t>
      </w:r>
      <w:bookmarkEnd w:id="2"/>
    </w:p>
    <w:p w14:paraId="6C0BB344" w14:textId="77777777" w:rsidR="00911642" w:rsidRDefault="00815615">
      <w:r>
        <w:t>Complete the following table where the Tender is submitted by a group of undertakings or where the Tenderer proposes to rely on, or subcontract to, another entity.</w:t>
      </w:r>
    </w:p>
    <w:tbl>
      <w:tblPr>
        <w:tblStyle w:val="TableGrid"/>
        <w:tblW w:w="0" w:type="auto"/>
        <w:jc w:val="center"/>
        <w:tblLook w:val="04A0" w:firstRow="1" w:lastRow="0" w:firstColumn="1" w:lastColumn="0" w:noHBand="0" w:noVBand="1"/>
      </w:tblPr>
      <w:tblGrid>
        <w:gridCol w:w="2266"/>
        <w:gridCol w:w="3681"/>
        <w:gridCol w:w="1416"/>
        <w:gridCol w:w="2265"/>
      </w:tblGrid>
      <w:tr w:rsidR="00911642" w14:paraId="65D388D0" w14:textId="77777777" w:rsidTr="001E08C4">
        <w:trPr>
          <w:cantSplit/>
          <w:tblHeader/>
          <w:jc w:val="center"/>
        </w:trPr>
        <w:tc>
          <w:tcPr>
            <w:tcW w:w="2266" w:type="dxa"/>
            <w:shd w:val="clear" w:color="auto" w:fill="175515"/>
            <w:tcMar>
              <w:top w:w="80" w:type="dxa"/>
              <w:left w:w="100" w:type="dxa"/>
              <w:bottom w:w="80" w:type="dxa"/>
              <w:right w:w="100" w:type="dxa"/>
            </w:tcMar>
          </w:tcPr>
          <w:p w14:paraId="17E928C6" w14:textId="77777777" w:rsidR="00911642" w:rsidRDefault="00815615">
            <w:pPr>
              <w:spacing w:after="40"/>
              <w:jc w:val="center"/>
            </w:pPr>
            <w:r>
              <w:rPr>
                <w:b/>
                <w:color w:val="FFFFFF"/>
                <w:sz w:val="18"/>
              </w:rPr>
              <w:t>Entity name</w:t>
            </w:r>
          </w:p>
        </w:tc>
        <w:tc>
          <w:tcPr>
            <w:tcW w:w="3681" w:type="dxa"/>
            <w:shd w:val="clear" w:color="auto" w:fill="175515"/>
            <w:tcMar>
              <w:top w:w="80" w:type="dxa"/>
              <w:left w:w="100" w:type="dxa"/>
              <w:bottom w:w="80" w:type="dxa"/>
              <w:right w:w="100" w:type="dxa"/>
            </w:tcMar>
          </w:tcPr>
          <w:p w14:paraId="66CE0214" w14:textId="77777777" w:rsidR="00911642" w:rsidRDefault="00815615">
            <w:pPr>
              <w:spacing w:after="40"/>
              <w:jc w:val="center"/>
            </w:pPr>
            <w:r>
              <w:rPr>
                <w:b/>
                <w:color w:val="FFFFFF"/>
                <w:sz w:val="18"/>
              </w:rPr>
              <w:t>Role (Prime Contractor / consortium member / entity relied upon / Subcontractor)</w:t>
            </w:r>
          </w:p>
        </w:tc>
        <w:tc>
          <w:tcPr>
            <w:tcW w:w="1416" w:type="dxa"/>
            <w:shd w:val="clear" w:color="auto" w:fill="175515"/>
            <w:tcMar>
              <w:top w:w="80" w:type="dxa"/>
              <w:left w:w="100" w:type="dxa"/>
              <w:bottom w:w="80" w:type="dxa"/>
              <w:right w:w="100" w:type="dxa"/>
            </w:tcMar>
          </w:tcPr>
          <w:p w14:paraId="0832A46B" w14:textId="77777777" w:rsidR="00911642" w:rsidRDefault="00815615">
            <w:pPr>
              <w:spacing w:after="40"/>
              <w:jc w:val="center"/>
            </w:pPr>
            <w:r>
              <w:rPr>
                <w:b/>
                <w:color w:val="FFFFFF"/>
                <w:sz w:val="18"/>
              </w:rPr>
              <w:t>Relevant part of the Services</w:t>
            </w:r>
          </w:p>
        </w:tc>
        <w:tc>
          <w:tcPr>
            <w:tcW w:w="2265" w:type="dxa"/>
            <w:shd w:val="clear" w:color="auto" w:fill="175515"/>
            <w:tcMar>
              <w:top w:w="80" w:type="dxa"/>
              <w:left w:w="100" w:type="dxa"/>
              <w:bottom w:w="80" w:type="dxa"/>
              <w:right w:w="100" w:type="dxa"/>
            </w:tcMar>
          </w:tcPr>
          <w:p w14:paraId="19DA469C" w14:textId="77777777" w:rsidR="00911642" w:rsidRDefault="00815615">
            <w:pPr>
              <w:spacing w:after="40"/>
              <w:jc w:val="center"/>
            </w:pPr>
            <w:r>
              <w:rPr>
                <w:b/>
                <w:color w:val="FFFFFF"/>
                <w:sz w:val="18"/>
              </w:rPr>
              <w:t>Contact details</w:t>
            </w:r>
          </w:p>
        </w:tc>
      </w:tr>
      <w:tr w:rsidR="00C768B3" w14:paraId="19AD70A4" w14:textId="77777777" w:rsidTr="00C768B3">
        <w:trPr>
          <w:cantSplit/>
          <w:jc w:val="center"/>
        </w:trPr>
        <w:tc>
          <w:tcPr>
            <w:tcW w:w="2266" w:type="dxa"/>
            <w:tcMar>
              <w:top w:w="80" w:type="dxa"/>
              <w:left w:w="100" w:type="dxa"/>
              <w:bottom w:w="80" w:type="dxa"/>
              <w:right w:w="100" w:type="dxa"/>
            </w:tcMar>
          </w:tcPr>
          <w:p w14:paraId="7F3491F7" w14:textId="79ABA2D2" w:rsidR="00C768B3" w:rsidRDefault="00C768B3" w:rsidP="00C768B3">
            <w:pPr>
              <w:spacing w:after="40"/>
            </w:pPr>
            <w:r w:rsidRPr="00863B9E">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63B9E">
              <w:rPr>
                <w:rFonts w:asciiTheme="minorHAnsi" w:hAnsiTheme="minorHAnsi" w:cs="Arial"/>
                <w:sz w:val="18"/>
                <w:szCs w:val="18"/>
                <w:lang w:val="en-US"/>
              </w:rPr>
              <w:instrText xml:space="preserve"> FORMTEXT </w:instrText>
            </w:r>
            <w:r w:rsidRPr="00863B9E">
              <w:rPr>
                <w:rFonts w:asciiTheme="minorHAnsi" w:hAnsiTheme="minorHAnsi" w:cs="Arial"/>
                <w:sz w:val="18"/>
                <w:szCs w:val="18"/>
                <w:lang w:val="en-US"/>
              </w:rPr>
            </w:r>
            <w:r w:rsidRPr="00863B9E">
              <w:rPr>
                <w:rFonts w:asciiTheme="minorHAnsi" w:hAnsiTheme="minorHAnsi" w:cs="Arial"/>
                <w:sz w:val="18"/>
                <w:szCs w:val="18"/>
                <w:lang w:val="en-US"/>
              </w:rPr>
              <w:fldChar w:fldCharType="separate"/>
            </w:r>
            <w:r w:rsidRPr="00863B9E">
              <w:rPr>
                <w:rFonts w:asciiTheme="minorHAnsi" w:hAnsiTheme="minorHAnsi" w:cs="Arial"/>
                <w:noProof/>
                <w:sz w:val="18"/>
                <w:szCs w:val="18"/>
                <w:lang w:val="en-US"/>
              </w:rPr>
              <w:t>Click here and insert details</w:t>
            </w:r>
            <w:r w:rsidRPr="00863B9E">
              <w:rPr>
                <w:rFonts w:asciiTheme="minorHAnsi" w:hAnsiTheme="minorHAnsi" w:cs="Arial"/>
                <w:sz w:val="18"/>
                <w:szCs w:val="18"/>
                <w:lang w:val="en-US"/>
              </w:rPr>
              <w:fldChar w:fldCharType="end"/>
            </w:r>
          </w:p>
        </w:tc>
        <w:tc>
          <w:tcPr>
            <w:tcW w:w="3681" w:type="dxa"/>
            <w:tcMar>
              <w:top w:w="80" w:type="dxa"/>
              <w:left w:w="100" w:type="dxa"/>
              <w:bottom w:w="80" w:type="dxa"/>
              <w:right w:w="100" w:type="dxa"/>
            </w:tcMar>
          </w:tcPr>
          <w:p w14:paraId="1ED09AFB" w14:textId="47B3158C" w:rsidR="00C768B3" w:rsidRDefault="00C768B3" w:rsidP="00C768B3">
            <w:pPr>
              <w:spacing w:after="40"/>
            </w:pPr>
            <w:r w:rsidRPr="005C3FE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5C3FE1">
              <w:rPr>
                <w:rFonts w:asciiTheme="minorHAnsi" w:hAnsiTheme="minorHAnsi" w:cs="Arial"/>
                <w:sz w:val="18"/>
                <w:szCs w:val="18"/>
                <w:lang w:val="en-US"/>
              </w:rPr>
              <w:instrText xml:space="preserve"> FORMTEXT </w:instrText>
            </w:r>
            <w:r w:rsidRPr="005C3FE1">
              <w:rPr>
                <w:rFonts w:asciiTheme="minorHAnsi" w:hAnsiTheme="minorHAnsi" w:cs="Arial"/>
                <w:sz w:val="18"/>
                <w:szCs w:val="18"/>
                <w:lang w:val="en-US"/>
              </w:rPr>
            </w:r>
            <w:r w:rsidRPr="005C3FE1">
              <w:rPr>
                <w:rFonts w:asciiTheme="minorHAnsi" w:hAnsiTheme="minorHAnsi" w:cs="Arial"/>
                <w:sz w:val="18"/>
                <w:szCs w:val="18"/>
                <w:lang w:val="en-US"/>
              </w:rPr>
              <w:fldChar w:fldCharType="separate"/>
            </w:r>
            <w:r w:rsidRPr="005C3FE1">
              <w:rPr>
                <w:rFonts w:asciiTheme="minorHAnsi" w:hAnsiTheme="minorHAnsi" w:cs="Arial"/>
                <w:noProof/>
                <w:sz w:val="18"/>
                <w:szCs w:val="18"/>
                <w:lang w:val="en-US"/>
              </w:rPr>
              <w:t>Click here and insert details</w:t>
            </w:r>
            <w:r w:rsidRPr="005C3FE1">
              <w:rPr>
                <w:rFonts w:asciiTheme="minorHAnsi" w:hAnsiTheme="minorHAnsi" w:cs="Arial"/>
                <w:sz w:val="18"/>
                <w:szCs w:val="18"/>
                <w:lang w:val="en-US"/>
              </w:rPr>
              <w:fldChar w:fldCharType="end"/>
            </w:r>
          </w:p>
        </w:tc>
        <w:tc>
          <w:tcPr>
            <w:tcW w:w="1416" w:type="dxa"/>
            <w:tcMar>
              <w:top w:w="80" w:type="dxa"/>
              <w:left w:w="100" w:type="dxa"/>
              <w:bottom w:w="80" w:type="dxa"/>
              <w:right w:w="100" w:type="dxa"/>
            </w:tcMar>
          </w:tcPr>
          <w:p w14:paraId="43D6588A" w14:textId="092AF6BA" w:rsidR="00C768B3" w:rsidRDefault="00C768B3" w:rsidP="00C768B3">
            <w:pPr>
              <w:spacing w:after="40"/>
            </w:pPr>
            <w:r w:rsidRPr="00BF6D0A">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F6D0A">
              <w:rPr>
                <w:rFonts w:asciiTheme="minorHAnsi" w:hAnsiTheme="minorHAnsi" w:cs="Arial"/>
                <w:sz w:val="18"/>
                <w:szCs w:val="18"/>
                <w:lang w:val="en-US"/>
              </w:rPr>
              <w:instrText xml:space="preserve"> FORMTEXT </w:instrText>
            </w:r>
            <w:r w:rsidRPr="00BF6D0A">
              <w:rPr>
                <w:rFonts w:asciiTheme="minorHAnsi" w:hAnsiTheme="minorHAnsi" w:cs="Arial"/>
                <w:sz w:val="18"/>
                <w:szCs w:val="18"/>
                <w:lang w:val="en-US"/>
              </w:rPr>
            </w:r>
            <w:r w:rsidRPr="00BF6D0A">
              <w:rPr>
                <w:rFonts w:asciiTheme="minorHAnsi" w:hAnsiTheme="minorHAnsi" w:cs="Arial"/>
                <w:sz w:val="18"/>
                <w:szCs w:val="18"/>
                <w:lang w:val="en-US"/>
              </w:rPr>
              <w:fldChar w:fldCharType="separate"/>
            </w:r>
            <w:r w:rsidRPr="00BF6D0A">
              <w:rPr>
                <w:rFonts w:asciiTheme="minorHAnsi" w:hAnsiTheme="minorHAnsi" w:cs="Arial"/>
                <w:noProof/>
                <w:sz w:val="18"/>
                <w:szCs w:val="18"/>
                <w:lang w:val="en-US"/>
              </w:rPr>
              <w:t>Click here and insert details</w:t>
            </w:r>
            <w:r w:rsidRPr="00BF6D0A">
              <w:rPr>
                <w:rFonts w:asciiTheme="minorHAnsi" w:hAnsiTheme="minorHAnsi" w:cs="Arial"/>
                <w:sz w:val="18"/>
                <w:szCs w:val="18"/>
                <w:lang w:val="en-US"/>
              </w:rPr>
              <w:fldChar w:fldCharType="end"/>
            </w:r>
          </w:p>
        </w:tc>
        <w:tc>
          <w:tcPr>
            <w:tcW w:w="2265" w:type="dxa"/>
            <w:tcMar>
              <w:top w:w="80" w:type="dxa"/>
              <w:left w:w="100" w:type="dxa"/>
              <w:bottom w:w="80" w:type="dxa"/>
              <w:right w:w="100" w:type="dxa"/>
            </w:tcMar>
          </w:tcPr>
          <w:p w14:paraId="110F794E" w14:textId="708C6151" w:rsidR="00C768B3" w:rsidRDefault="00C768B3" w:rsidP="00C768B3">
            <w:pPr>
              <w:spacing w:after="40"/>
            </w:pPr>
            <w:r w:rsidRPr="008E04B8">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E04B8">
              <w:rPr>
                <w:rFonts w:asciiTheme="minorHAnsi" w:hAnsiTheme="minorHAnsi" w:cs="Arial"/>
                <w:sz w:val="18"/>
                <w:szCs w:val="18"/>
                <w:lang w:val="en-US"/>
              </w:rPr>
              <w:instrText xml:space="preserve"> FORMTEXT </w:instrText>
            </w:r>
            <w:r w:rsidRPr="008E04B8">
              <w:rPr>
                <w:rFonts w:asciiTheme="minorHAnsi" w:hAnsiTheme="minorHAnsi" w:cs="Arial"/>
                <w:sz w:val="18"/>
                <w:szCs w:val="18"/>
                <w:lang w:val="en-US"/>
              </w:rPr>
            </w:r>
            <w:r w:rsidRPr="008E04B8">
              <w:rPr>
                <w:rFonts w:asciiTheme="minorHAnsi" w:hAnsiTheme="minorHAnsi" w:cs="Arial"/>
                <w:sz w:val="18"/>
                <w:szCs w:val="18"/>
                <w:lang w:val="en-US"/>
              </w:rPr>
              <w:fldChar w:fldCharType="separate"/>
            </w:r>
            <w:r w:rsidRPr="008E04B8">
              <w:rPr>
                <w:rFonts w:asciiTheme="minorHAnsi" w:hAnsiTheme="minorHAnsi" w:cs="Arial"/>
                <w:noProof/>
                <w:sz w:val="18"/>
                <w:szCs w:val="18"/>
                <w:lang w:val="en-US"/>
              </w:rPr>
              <w:t>Click here and insert details</w:t>
            </w:r>
            <w:r w:rsidRPr="008E04B8">
              <w:rPr>
                <w:rFonts w:asciiTheme="minorHAnsi" w:hAnsiTheme="minorHAnsi" w:cs="Arial"/>
                <w:sz w:val="18"/>
                <w:szCs w:val="18"/>
                <w:lang w:val="en-US"/>
              </w:rPr>
              <w:fldChar w:fldCharType="end"/>
            </w:r>
          </w:p>
        </w:tc>
      </w:tr>
      <w:tr w:rsidR="00C768B3" w14:paraId="0C7709D2" w14:textId="77777777" w:rsidTr="00C768B3">
        <w:trPr>
          <w:cantSplit/>
          <w:jc w:val="center"/>
        </w:trPr>
        <w:tc>
          <w:tcPr>
            <w:tcW w:w="2266" w:type="dxa"/>
            <w:tcMar>
              <w:top w:w="80" w:type="dxa"/>
              <w:left w:w="100" w:type="dxa"/>
              <w:bottom w:w="80" w:type="dxa"/>
              <w:right w:w="100" w:type="dxa"/>
            </w:tcMar>
          </w:tcPr>
          <w:p w14:paraId="2DC70C1C" w14:textId="0E55D5FB" w:rsidR="00C768B3" w:rsidRDefault="00C768B3" w:rsidP="00C768B3">
            <w:pPr>
              <w:spacing w:after="40"/>
            </w:pPr>
            <w:r w:rsidRPr="002941D0">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2941D0">
              <w:rPr>
                <w:rFonts w:asciiTheme="minorHAnsi" w:hAnsiTheme="minorHAnsi" w:cs="Arial"/>
                <w:sz w:val="18"/>
                <w:szCs w:val="18"/>
                <w:lang w:val="en-US"/>
              </w:rPr>
              <w:instrText xml:space="preserve"> FORMTEXT </w:instrText>
            </w:r>
            <w:r w:rsidRPr="002941D0">
              <w:rPr>
                <w:rFonts w:asciiTheme="minorHAnsi" w:hAnsiTheme="minorHAnsi" w:cs="Arial"/>
                <w:sz w:val="18"/>
                <w:szCs w:val="18"/>
                <w:lang w:val="en-US"/>
              </w:rPr>
            </w:r>
            <w:r w:rsidRPr="002941D0">
              <w:rPr>
                <w:rFonts w:asciiTheme="minorHAnsi" w:hAnsiTheme="minorHAnsi" w:cs="Arial"/>
                <w:sz w:val="18"/>
                <w:szCs w:val="18"/>
                <w:lang w:val="en-US"/>
              </w:rPr>
              <w:fldChar w:fldCharType="separate"/>
            </w:r>
            <w:r w:rsidRPr="002941D0">
              <w:rPr>
                <w:rFonts w:asciiTheme="minorHAnsi" w:hAnsiTheme="minorHAnsi" w:cs="Arial"/>
                <w:noProof/>
                <w:sz w:val="18"/>
                <w:szCs w:val="18"/>
                <w:lang w:val="en-US"/>
              </w:rPr>
              <w:t>Click here and insert details</w:t>
            </w:r>
            <w:r w:rsidRPr="002941D0">
              <w:rPr>
                <w:rFonts w:asciiTheme="minorHAnsi" w:hAnsiTheme="minorHAnsi" w:cs="Arial"/>
                <w:sz w:val="18"/>
                <w:szCs w:val="18"/>
                <w:lang w:val="en-US"/>
              </w:rPr>
              <w:fldChar w:fldCharType="end"/>
            </w:r>
          </w:p>
        </w:tc>
        <w:tc>
          <w:tcPr>
            <w:tcW w:w="3681" w:type="dxa"/>
            <w:tcMar>
              <w:top w:w="80" w:type="dxa"/>
              <w:left w:w="100" w:type="dxa"/>
              <w:bottom w:w="80" w:type="dxa"/>
              <w:right w:w="100" w:type="dxa"/>
            </w:tcMar>
          </w:tcPr>
          <w:p w14:paraId="4828616B" w14:textId="27BB9493" w:rsidR="00C768B3" w:rsidRDefault="00C768B3" w:rsidP="00C768B3">
            <w:pPr>
              <w:spacing w:after="40"/>
            </w:pPr>
            <w:r w:rsidRPr="005C3FE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5C3FE1">
              <w:rPr>
                <w:rFonts w:asciiTheme="minorHAnsi" w:hAnsiTheme="minorHAnsi" w:cs="Arial"/>
                <w:sz w:val="18"/>
                <w:szCs w:val="18"/>
                <w:lang w:val="en-US"/>
              </w:rPr>
              <w:instrText xml:space="preserve"> FORMTEXT </w:instrText>
            </w:r>
            <w:r w:rsidRPr="005C3FE1">
              <w:rPr>
                <w:rFonts w:asciiTheme="minorHAnsi" w:hAnsiTheme="minorHAnsi" w:cs="Arial"/>
                <w:sz w:val="18"/>
                <w:szCs w:val="18"/>
                <w:lang w:val="en-US"/>
              </w:rPr>
            </w:r>
            <w:r w:rsidRPr="005C3FE1">
              <w:rPr>
                <w:rFonts w:asciiTheme="minorHAnsi" w:hAnsiTheme="minorHAnsi" w:cs="Arial"/>
                <w:sz w:val="18"/>
                <w:szCs w:val="18"/>
                <w:lang w:val="en-US"/>
              </w:rPr>
              <w:fldChar w:fldCharType="separate"/>
            </w:r>
            <w:r w:rsidRPr="005C3FE1">
              <w:rPr>
                <w:rFonts w:asciiTheme="minorHAnsi" w:hAnsiTheme="minorHAnsi" w:cs="Arial"/>
                <w:noProof/>
                <w:sz w:val="18"/>
                <w:szCs w:val="18"/>
                <w:lang w:val="en-US"/>
              </w:rPr>
              <w:t>Click here and insert details</w:t>
            </w:r>
            <w:r w:rsidRPr="005C3FE1">
              <w:rPr>
                <w:rFonts w:asciiTheme="minorHAnsi" w:hAnsiTheme="minorHAnsi" w:cs="Arial"/>
                <w:sz w:val="18"/>
                <w:szCs w:val="18"/>
                <w:lang w:val="en-US"/>
              </w:rPr>
              <w:fldChar w:fldCharType="end"/>
            </w:r>
          </w:p>
        </w:tc>
        <w:tc>
          <w:tcPr>
            <w:tcW w:w="1416" w:type="dxa"/>
            <w:tcMar>
              <w:top w:w="80" w:type="dxa"/>
              <w:left w:w="100" w:type="dxa"/>
              <w:bottom w:w="80" w:type="dxa"/>
              <w:right w:w="100" w:type="dxa"/>
            </w:tcMar>
          </w:tcPr>
          <w:p w14:paraId="502E1824" w14:textId="74FC93C0" w:rsidR="00C768B3" w:rsidRDefault="00C768B3" w:rsidP="00C768B3">
            <w:pPr>
              <w:spacing w:after="40"/>
            </w:pPr>
            <w:r w:rsidRPr="00BF6D0A">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F6D0A">
              <w:rPr>
                <w:rFonts w:asciiTheme="minorHAnsi" w:hAnsiTheme="minorHAnsi" w:cs="Arial"/>
                <w:sz w:val="18"/>
                <w:szCs w:val="18"/>
                <w:lang w:val="en-US"/>
              </w:rPr>
              <w:instrText xml:space="preserve"> FORMTEXT </w:instrText>
            </w:r>
            <w:r w:rsidRPr="00BF6D0A">
              <w:rPr>
                <w:rFonts w:asciiTheme="minorHAnsi" w:hAnsiTheme="minorHAnsi" w:cs="Arial"/>
                <w:sz w:val="18"/>
                <w:szCs w:val="18"/>
                <w:lang w:val="en-US"/>
              </w:rPr>
            </w:r>
            <w:r w:rsidRPr="00BF6D0A">
              <w:rPr>
                <w:rFonts w:asciiTheme="minorHAnsi" w:hAnsiTheme="minorHAnsi" w:cs="Arial"/>
                <w:sz w:val="18"/>
                <w:szCs w:val="18"/>
                <w:lang w:val="en-US"/>
              </w:rPr>
              <w:fldChar w:fldCharType="separate"/>
            </w:r>
            <w:r w:rsidRPr="00BF6D0A">
              <w:rPr>
                <w:rFonts w:asciiTheme="minorHAnsi" w:hAnsiTheme="minorHAnsi" w:cs="Arial"/>
                <w:noProof/>
                <w:sz w:val="18"/>
                <w:szCs w:val="18"/>
                <w:lang w:val="en-US"/>
              </w:rPr>
              <w:t>Click here and insert details</w:t>
            </w:r>
            <w:r w:rsidRPr="00BF6D0A">
              <w:rPr>
                <w:rFonts w:asciiTheme="minorHAnsi" w:hAnsiTheme="minorHAnsi" w:cs="Arial"/>
                <w:sz w:val="18"/>
                <w:szCs w:val="18"/>
                <w:lang w:val="en-US"/>
              </w:rPr>
              <w:fldChar w:fldCharType="end"/>
            </w:r>
          </w:p>
        </w:tc>
        <w:tc>
          <w:tcPr>
            <w:tcW w:w="2265" w:type="dxa"/>
            <w:tcMar>
              <w:top w:w="80" w:type="dxa"/>
              <w:left w:w="100" w:type="dxa"/>
              <w:bottom w:w="80" w:type="dxa"/>
              <w:right w:w="100" w:type="dxa"/>
            </w:tcMar>
          </w:tcPr>
          <w:p w14:paraId="136107DB" w14:textId="0C87D21B" w:rsidR="00C768B3" w:rsidRDefault="00C768B3" w:rsidP="00C768B3">
            <w:pPr>
              <w:spacing w:after="40"/>
            </w:pPr>
            <w:r w:rsidRPr="008E04B8">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E04B8">
              <w:rPr>
                <w:rFonts w:asciiTheme="minorHAnsi" w:hAnsiTheme="minorHAnsi" w:cs="Arial"/>
                <w:sz w:val="18"/>
                <w:szCs w:val="18"/>
                <w:lang w:val="en-US"/>
              </w:rPr>
              <w:instrText xml:space="preserve"> FORMTEXT </w:instrText>
            </w:r>
            <w:r w:rsidRPr="008E04B8">
              <w:rPr>
                <w:rFonts w:asciiTheme="minorHAnsi" w:hAnsiTheme="minorHAnsi" w:cs="Arial"/>
                <w:sz w:val="18"/>
                <w:szCs w:val="18"/>
                <w:lang w:val="en-US"/>
              </w:rPr>
            </w:r>
            <w:r w:rsidRPr="008E04B8">
              <w:rPr>
                <w:rFonts w:asciiTheme="minorHAnsi" w:hAnsiTheme="minorHAnsi" w:cs="Arial"/>
                <w:sz w:val="18"/>
                <w:szCs w:val="18"/>
                <w:lang w:val="en-US"/>
              </w:rPr>
              <w:fldChar w:fldCharType="separate"/>
            </w:r>
            <w:r w:rsidRPr="008E04B8">
              <w:rPr>
                <w:rFonts w:asciiTheme="minorHAnsi" w:hAnsiTheme="minorHAnsi" w:cs="Arial"/>
                <w:noProof/>
                <w:sz w:val="18"/>
                <w:szCs w:val="18"/>
                <w:lang w:val="en-US"/>
              </w:rPr>
              <w:t>Click here and insert details</w:t>
            </w:r>
            <w:r w:rsidRPr="008E04B8">
              <w:rPr>
                <w:rFonts w:asciiTheme="minorHAnsi" w:hAnsiTheme="minorHAnsi" w:cs="Arial"/>
                <w:sz w:val="18"/>
                <w:szCs w:val="18"/>
                <w:lang w:val="en-US"/>
              </w:rPr>
              <w:fldChar w:fldCharType="end"/>
            </w:r>
          </w:p>
        </w:tc>
      </w:tr>
      <w:tr w:rsidR="00C768B3" w14:paraId="0D52B81B" w14:textId="77777777" w:rsidTr="00C768B3">
        <w:trPr>
          <w:cantSplit/>
          <w:jc w:val="center"/>
        </w:trPr>
        <w:tc>
          <w:tcPr>
            <w:tcW w:w="2266" w:type="dxa"/>
            <w:tcMar>
              <w:top w:w="80" w:type="dxa"/>
              <w:left w:w="100" w:type="dxa"/>
              <w:bottom w:w="80" w:type="dxa"/>
              <w:right w:w="100" w:type="dxa"/>
            </w:tcMar>
          </w:tcPr>
          <w:p w14:paraId="4DC065AD" w14:textId="7F76AC1D" w:rsidR="00C768B3" w:rsidRDefault="00C768B3" w:rsidP="00C768B3">
            <w:pPr>
              <w:spacing w:after="40"/>
            </w:pPr>
            <w:r w:rsidRPr="002941D0">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2941D0">
              <w:rPr>
                <w:rFonts w:asciiTheme="minorHAnsi" w:hAnsiTheme="minorHAnsi" w:cs="Arial"/>
                <w:sz w:val="18"/>
                <w:szCs w:val="18"/>
                <w:lang w:val="en-US"/>
              </w:rPr>
              <w:instrText xml:space="preserve"> FORMTEXT </w:instrText>
            </w:r>
            <w:r w:rsidRPr="002941D0">
              <w:rPr>
                <w:rFonts w:asciiTheme="minorHAnsi" w:hAnsiTheme="minorHAnsi" w:cs="Arial"/>
                <w:sz w:val="18"/>
                <w:szCs w:val="18"/>
                <w:lang w:val="en-US"/>
              </w:rPr>
            </w:r>
            <w:r w:rsidRPr="002941D0">
              <w:rPr>
                <w:rFonts w:asciiTheme="minorHAnsi" w:hAnsiTheme="minorHAnsi" w:cs="Arial"/>
                <w:sz w:val="18"/>
                <w:szCs w:val="18"/>
                <w:lang w:val="en-US"/>
              </w:rPr>
              <w:fldChar w:fldCharType="separate"/>
            </w:r>
            <w:r w:rsidRPr="002941D0">
              <w:rPr>
                <w:rFonts w:asciiTheme="minorHAnsi" w:hAnsiTheme="minorHAnsi" w:cs="Arial"/>
                <w:noProof/>
                <w:sz w:val="18"/>
                <w:szCs w:val="18"/>
                <w:lang w:val="en-US"/>
              </w:rPr>
              <w:t>Click here and insert details</w:t>
            </w:r>
            <w:r w:rsidRPr="002941D0">
              <w:rPr>
                <w:rFonts w:asciiTheme="minorHAnsi" w:hAnsiTheme="minorHAnsi" w:cs="Arial"/>
                <w:sz w:val="18"/>
                <w:szCs w:val="18"/>
                <w:lang w:val="en-US"/>
              </w:rPr>
              <w:fldChar w:fldCharType="end"/>
            </w:r>
          </w:p>
        </w:tc>
        <w:tc>
          <w:tcPr>
            <w:tcW w:w="3681" w:type="dxa"/>
            <w:tcMar>
              <w:top w:w="80" w:type="dxa"/>
              <w:left w:w="100" w:type="dxa"/>
              <w:bottom w:w="80" w:type="dxa"/>
              <w:right w:w="100" w:type="dxa"/>
            </w:tcMar>
          </w:tcPr>
          <w:p w14:paraId="69097403" w14:textId="3AEA58C7" w:rsidR="00C768B3" w:rsidRDefault="00C768B3" w:rsidP="00C768B3">
            <w:pPr>
              <w:spacing w:after="40"/>
            </w:pPr>
            <w:r w:rsidRPr="005C3FE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5C3FE1">
              <w:rPr>
                <w:rFonts w:asciiTheme="minorHAnsi" w:hAnsiTheme="minorHAnsi" w:cs="Arial"/>
                <w:sz w:val="18"/>
                <w:szCs w:val="18"/>
                <w:lang w:val="en-US"/>
              </w:rPr>
              <w:instrText xml:space="preserve"> FORMTEXT </w:instrText>
            </w:r>
            <w:r w:rsidRPr="005C3FE1">
              <w:rPr>
                <w:rFonts w:asciiTheme="minorHAnsi" w:hAnsiTheme="minorHAnsi" w:cs="Arial"/>
                <w:sz w:val="18"/>
                <w:szCs w:val="18"/>
                <w:lang w:val="en-US"/>
              </w:rPr>
            </w:r>
            <w:r w:rsidRPr="005C3FE1">
              <w:rPr>
                <w:rFonts w:asciiTheme="minorHAnsi" w:hAnsiTheme="minorHAnsi" w:cs="Arial"/>
                <w:sz w:val="18"/>
                <w:szCs w:val="18"/>
                <w:lang w:val="en-US"/>
              </w:rPr>
              <w:fldChar w:fldCharType="separate"/>
            </w:r>
            <w:r w:rsidRPr="005C3FE1">
              <w:rPr>
                <w:rFonts w:asciiTheme="minorHAnsi" w:hAnsiTheme="minorHAnsi" w:cs="Arial"/>
                <w:noProof/>
                <w:sz w:val="18"/>
                <w:szCs w:val="18"/>
                <w:lang w:val="en-US"/>
              </w:rPr>
              <w:t>Click here and insert details</w:t>
            </w:r>
            <w:r w:rsidRPr="005C3FE1">
              <w:rPr>
                <w:rFonts w:asciiTheme="minorHAnsi" w:hAnsiTheme="minorHAnsi" w:cs="Arial"/>
                <w:sz w:val="18"/>
                <w:szCs w:val="18"/>
                <w:lang w:val="en-US"/>
              </w:rPr>
              <w:fldChar w:fldCharType="end"/>
            </w:r>
          </w:p>
        </w:tc>
        <w:tc>
          <w:tcPr>
            <w:tcW w:w="1416" w:type="dxa"/>
            <w:tcMar>
              <w:top w:w="80" w:type="dxa"/>
              <w:left w:w="100" w:type="dxa"/>
              <w:bottom w:w="80" w:type="dxa"/>
              <w:right w:w="100" w:type="dxa"/>
            </w:tcMar>
          </w:tcPr>
          <w:p w14:paraId="2AB492F3" w14:textId="2A72B569" w:rsidR="00C768B3" w:rsidRDefault="00C768B3" w:rsidP="00C768B3">
            <w:pPr>
              <w:spacing w:after="40"/>
            </w:pPr>
            <w:r w:rsidRPr="00BF6D0A">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F6D0A">
              <w:rPr>
                <w:rFonts w:asciiTheme="minorHAnsi" w:hAnsiTheme="minorHAnsi" w:cs="Arial"/>
                <w:sz w:val="18"/>
                <w:szCs w:val="18"/>
                <w:lang w:val="en-US"/>
              </w:rPr>
              <w:instrText xml:space="preserve"> FORMTEXT </w:instrText>
            </w:r>
            <w:r w:rsidRPr="00BF6D0A">
              <w:rPr>
                <w:rFonts w:asciiTheme="minorHAnsi" w:hAnsiTheme="minorHAnsi" w:cs="Arial"/>
                <w:sz w:val="18"/>
                <w:szCs w:val="18"/>
                <w:lang w:val="en-US"/>
              </w:rPr>
            </w:r>
            <w:r w:rsidRPr="00BF6D0A">
              <w:rPr>
                <w:rFonts w:asciiTheme="minorHAnsi" w:hAnsiTheme="minorHAnsi" w:cs="Arial"/>
                <w:sz w:val="18"/>
                <w:szCs w:val="18"/>
                <w:lang w:val="en-US"/>
              </w:rPr>
              <w:fldChar w:fldCharType="separate"/>
            </w:r>
            <w:r w:rsidRPr="00BF6D0A">
              <w:rPr>
                <w:rFonts w:asciiTheme="minorHAnsi" w:hAnsiTheme="minorHAnsi" w:cs="Arial"/>
                <w:noProof/>
                <w:sz w:val="18"/>
                <w:szCs w:val="18"/>
                <w:lang w:val="en-US"/>
              </w:rPr>
              <w:t>Click here and insert details</w:t>
            </w:r>
            <w:r w:rsidRPr="00BF6D0A">
              <w:rPr>
                <w:rFonts w:asciiTheme="minorHAnsi" w:hAnsiTheme="minorHAnsi" w:cs="Arial"/>
                <w:sz w:val="18"/>
                <w:szCs w:val="18"/>
                <w:lang w:val="en-US"/>
              </w:rPr>
              <w:fldChar w:fldCharType="end"/>
            </w:r>
          </w:p>
        </w:tc>
        <w:tc>
          <w:tcPr>
            <w:tcW w:w="2265" w:type="dxa"/>
            <w:tcMar>
              <w:top w:w="80" w:type="dxa"/>
              <w:left w:w="100" w:type="dxa"/>
              <w:bottom w:w="80" w:type="dxa"/>
              <w:right w:w="100" w:type="dxa"/>
            </w:tcMar>
          </w:tcPr>
          <w:p w14:paraId="6C76316B" w14:textId="3A3484A9" w:rsidR="00C768B3" w:rsidRDefault="00C768B3" w:rsidP="00C768B3">
            <w:pPr>
              <w:spacing w:after="40"/>
            </w:pPr>
            <w:r w:rsidRPr="008E04B8">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E04B8">
              <w:rPr>
                <w:rFonts w:asciiTheme="minorHAnsi" w:hAnsiTheme="minorHAnsi" w:cs="Arial"/>
                <w:sz w:val="18"/>
                <w:szCs w:val="18"/>
                <w:lang w:val="en-US"/>
              </w:rPr>
              <w:instrText xml:space="preserve"> FORMTEXT </w:instrText>
            </w:r>
            <w:r w:rsidRPr="008E04B8">
              <w:rPr>
                <w:rFonts w:asciiTheme="minorHAnsi" w:hAnsiTheme="minorHAnsi" w:cs="Arial"/>
                <w:sz w:val="18"/>
                <w:szCs w:val="18"/>
                <w:lang w:val="en-US"/>
              </w:rPr>
            </w:r>
            <w:r w:rsidRPr="008E04B8">
              <w:rPr>
                <w:rFonts w:asciiTheme="minorHAnsi" w:hAnsiTheme="minorHAnsi" w:cs="Arial"/>
                <w:sz w:val="18"/>
                <w:szCs w:val="18"/>
                <w:lang w:val="en-US"/>
              </w:rPr>
              <w:fldChar w:fldCharType="separate"/>
            </w:r>
            <w:r w:rsidRPr="008E04B8">
              <w:rPr>
                <w:rFonts w:asciiTheme="minorHAnsi" w:hAnsiTheme="minorHAnsi" w:cs="Arial"/>
                <w:noProof/>
                <w:sz w:val="18"/>
                <w:szCs w:val="18"/>
                <w:lang w:val="en-US"/>
              </w:rPr>
              <w:t>Click here and insert details</w:t>
            </w:r>
            <w:r w:rsidRPr="008E04B8">
              <w:rPr>
                <w:rFonts w:asciiTheme="minorHAnsi" w:hAnsiTheme="minorHAnsi" w:cs="Arial"/>
                <w:sz w:val="18"/>
                <w:szCs w:val="18"/>
                <w:lang w:val="en-US"/>
              </w:rPr>
              <w:fldChar w:fldCharType="end"/>
            </w:r>
          </w:p>
        </w:tc>
      </w:tr>
    </w:tbl>
    <w:p w14:paraId="396D9C61" w14:textId="77777777" w:rsidR="00911642" w:rsidRDefault="00815615">
      <w:pPr>
        <w:pStyle w:val="Heading2"/>
        <w:pageBreakBefore/>
      </w:pPr>
      <w:bookmarkStart w:id="3" w:name="_Toc239681282"/>
      <w:r>
        <w:lastRenderedPageBreak/>
        <w:t>1.3 Tender submission checklist</w:t>
      </w:r>
      <w:bookmarkEnd w:id="3"/>
    </w:p>
    <w:tbl>
      <w:tblPr>
        <w:tblStyle w:val="TableGrid"/>
        <w:tblW w:w="0" w:type="auto"/>
        <w:jc w:val="center"/>
        <w:tblLook w:val="04A0" w:firstRow="1" w:lastRow="0" w:firstColumn="1" w:lastColumn="0" w:noHBand="0" w:noVBand="1"/>
      </w:tblPr>
      <w:tblGrid>
        <w:gridCol w:w="4530"/>
        <w:gridCol w:w="2266"/>
        <w:gridCol w:w="2832"/>
      </w:tblGrid>
      <w:tr w:rsidR="00911642" w14:paraId="43046563" w14:textId="77777777" w:rsidTr="001E08C4">
        <w:trPr>
          <w:cantSplit/>
          <w:tblHeader/>
          <w:jc w:val="center"/>
        </w:trPr>
        <w:tc>
          <w:tcPr>
            <w:tcW w:w="4530" w:type="dxa"/>
            <w:shd w:val="clear" w:color="auto" w:fill="175515"/>
            <w:tcMar>
              <w:top w:w="80" w:type="dxa"/>
              <w:left w:w="100" w:type="dxa"/>
              <w:bottom w:w="80" w:type="dxa"/>
              <w:right w:w="100" w:type="dxa"/>
            </w:tcMar>
          </w:tcPr>
          <w:p w14:paraId="3D151466" w14:textId="77777777" w:rsidR="00911642" w:rsidRDefault="00815615">
            <w:pPr>
              <w:spacing w:after="40"/>
              <w:jc w:val="center"/>
            </w:pPr>
            <w:r>
              <w:rPr>
                <w:b/>
                <w:color w:val="FFFFFF"/>
                <w:sz w:val="18"/>
              </w:rPr>
              <w:t>Returnable item</w:t>
            </w:r>
          </w:p>
        </w:tc>
        <w:tc>
          <w:tcPr>
            <w:tcW w:w="2266" w:type="dxa"/>
            <w:shd w:val="clear" w:color="auto" w:fill="175515"/>
            <w:tcMar>
              <w:top w:w="80" w:type="dxa"/>
              <w:left w:w="100" w:type="dxa"/>
              <w:bottom w:w="80" w:type="dxa"/>
              <w:right w:w="100" w:type="dxa"/>
            </w:tcMar>
          </w:tcPr>
          <w:p w14:paraId="6CBC5AC1" w14:textId="77777777" w:rsidR="00911642" w:rsidRDefault="00815615">
            <w:pPr>
              <w:spacing w:after="40"/>
              <w:jc w:val="center"/>
            </w:pPr>
            <w:r>
              <w:rPr>
                <w:b/>
                <w:color w:val="FFFFFF"/>
                <w:sz w:val="18"/>
              </w:rPr>
              <w:t>Included / completed</w:t>
            </w:r>
          </w:p>
        </w:tc>
        <w:tc>
          <w:tcPr>
            <w:tcW w:w="2832" w:type="dxa"/>
            <w:shd w:val="clear" w:color="auto" w:fill="175515"/>
            <w:tcMar>
              <w:top w:w="80" w:type="dxa"/>
              <w:left w:w="100" w:type="dxa"/>
              <w:bottom w:w="80" w:type="dxa"/>
              <w:right w:w="100" w:type="dxa"/>
            </w:tcMar>
          </w:tcPr>
          <w:p w14:paraId="10F285D1" w14:textId="77777777" w:rsidR="00911642" w:rsidRDefault="00815615">
            <w:pPr>
              <w:spacing w:after="40"/>
              <w:jc w:val="center"/>
            </w:pPr>
            <w:r>
              <w:rPr>
                <w:b/>
                <w:color w:val="FFFFFF"/>
                <w:sz w:val="18"/>
              </w:rPr>
              <w:t>Tenderer reference or filename</w:t>
            </w:r>
          </w:p>
        </w:tc>
      </w:tr>
      <w:tr w:rsidR="002C64D6" w14:paraId="249B5E8D" w14:textId="77777777" w:rsidTr="002C64D6">
        <w:trPr>
          <w:cantSplit/>
          <w:jc w:val="center"/>
        </w:trPr>
        <w:tc>
          <w:tcPr>
            <w:tcW w:w="4530" w:type="dxa"/>
            <w:tcMar>
              <w:top w:w="80" w:type="dxa"/>
              <w:left w:w="100" w:type="dxa"/>
              <w:bottom w:w="80" w:type="dxa"/>
              <w:right w:w="100" w:type="dxa"/>
            </w:tcMar>
          </w:tcPr>
          <w:p w14:paraId="08B9DBA7" w14:textId="5CD4662E" w:rsidR="002C64D6" w:rsidRDefault="002C64D6" w:rsidP="002C64D6">
            <w:pPr>
              <w:spacing w:after="40"/>
            </w:pPr>
            <w:r>
              <w:rPr>
                <w:sz w:val="18"/>
              </w:rPr>
              <w:t xml:space="preserve">Completed Services Tender Response Document </w:t>
            </w:r>
          </w:p>
        </w:tc>
        <w:tc>
          <w:tcPr>
            <w:tcW w:w="2266" w:type="dxa"/>
            <w:tcMar>
              <w:top w:w="80" w:type="dxa"/>
              <w:left w:w="100" w:type="dxa"/>
              <w:bottom w:w="80" w:type="dxa"/>
              <w:right w:w="100" w:type="dxa"/>
            </w:tcMar>
          </w:tcPr>
          <w:p w14:paraId="5D2C4758" w14:textId="77777777" w:rsidR="002C64D6" w:rsidRDefault="002C64D6" w:rsidP="002C64D6">
            <w:pPr>
              <w:spacing w:after="40"/>
            </w:pPr>
            <w:r>
              <w:rPr>
                <w:sz w:val="18"/>
              </w:rPr>
              <w:t>[Yes / No]</w:t>
            </w:r>
          </w:p>
        </w:tc>
        <w:tc>
          <w:tcPr>
            <w:tcW w:w="2832" w:type="dxa"/>
            <w:tcMar>
              <w:top w:w="80" w:type="dxa"/>
              <w:left w:w="100" w:type="dxa"/>
              <w:bottom w:w="80" w:type="dxa"/>
              <w:right w:w="100" w:type="dxa"/>
            </w:tcMar>
          </w:tcPr>
          <w:p w14:paraId="06B9E539" w14:textId="12C5B1EE" w:rsidR="002C64D6" w:rsidRDefault="002C64D6" w:rsidP="002C64D6">
            <w:pPr>
              <w:spacing w:after="40"/>
            </w:pPr>
            <w:r w:rsidRPr="00800F07">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00F07">
              <w:rPr>
                <w:rFonts w:asciiTheme="minorHAnsi" w:hAnsiTheme="minorHAnsi" w:cs="Arial"/>
                <w:sz w:val="18"/>
                <w:szCs w:val="18"/>
                <w:lang w:val="en-US"/>
              </w:rPr>
              <w:instrText xml:space="preserve"> FORMTEXT </w:instrText>
            </w:r>
            <w:r w:rsidRPr="00800F07">
              <w:rPr>
                <w:rFonts w:asciiTheme="minorHAnsi" w:hAnsiTheme="minorHAnsi" w:cs="Arial"/>
                <w:sz w:val="18"/>
                <w:szCs w:val="18"/>
                <w:lang w:val="en-US"/>
              </w:rPr>
            </w:r>
            <w:r w:rsidRPr="00800F07">
              <w:rPr>
                <w:rFonts w:asciiTheme="minorHAnsi" w:hAnsiTheme="minorHAnsi" w:cs="Arial"/>
                <w:sz w:val="18"/>
                <w:szCs w:val="18"/>
                <w:lang w:val="en-US"/>
              </w:rPr>
              <w:fldChar w:fldCharType="separate"/>
            </w:r>
            <w:r w:rsidRPr="00800F07">
              <w:rPr>
                <w:rFonts w:asciiTheme="minorHAnsi" w:hAnsiTheme="minorHAnsi" w:cs="Arial"/>
                <w:noProof/>
                <w:sz w:val="18"/>
                <w:szCs w:val="18"/>
                <w:lang w:val="en-US"/>
              </w:rPr>
              <w:t>Click here and insert details</w:t>
            </w:r>
            <w:r w:rsidRPr="00800F07">
              <w:rPr>
                <w:rFonts w:asciiTheme="minorHAnsi" w:hAnsiTheme="minorHAnsi" w:cs="Arial"/>
                <w:sz w:val="18"/>
                <w:szCs w:val="18"/>
                <w:lang w:val="en-US"/>
              </w:rPr>
              <w:fldChar w:fldCharType="end"/>
            </w:r>
          </w:p>
        </w:tc>
      </w:tr>
      <w:tr w:rsidR="002C64D6" w14:paraId="32DE1906" w14:textId="77777777" w:rsidTr="002C64D6">
        <w:trPr>
          <w:cantSplit/>
          <w:jc w:val="center"/>
        </w:trPr>
        <w:tc>
          <w:tcPr>
            <w:tcW w:w="4530" w:type="dxa"/>
            <w:tcMar>
              <w:top w:w="80" w:type="dxa"/>
              <w:left w:w="100" w:type="dxa"/>
              <w:bottom w:w="80" w:type="dxa"/>
              <w:right w:w="100" w:type="dxa"/>
            </w:tcMar>
          </w:tcPr>
          <w:p w14:paraId="77870C74" w14:textId="77777777" w:rsidR="002C64D6" w:rsidRDefault="002C64D6" w:rsidP="002C64D6">
            <w:pPr>
              <w:spacing w:after="40"/>
            </w:pPr>
            <w:r>
              <w:rPr>
                <w:sz w:val="18"/>
              </w:rPr>
              <w:t>Responses to all award criteria</w:t>
            </w:r>
          </w:p>
        </w:tc>
        <w:tc>
          <w:tcPr>
            <w:tcW w:w="2266" w:type="dxa"/>
            <w:tcMar>
              <w:top w:w="80" w:type="dxa"/>
              <w:left w:w="100" w:type="dxa"/>
              <w:bottom w:w="80" w:type="dxa"/>
              <w:right w:w="100" w:type="dxa"/>
            </w:tcMar>
          </w:tcPr>
          <w:p w14:paraId="12F5B80D" w14:textId="77777777" w:rsidR="002C64D6" w:rsidRDefault="002C64D6" w:rsidP="002C64D6">
            <w:pPr>
              <w:spacing w:after="40"/>
            </w:pPr>
            <w:r>
              <w:rPr>
                <w:sz w:val="18"/>
              </w:rPr>
              <w:t>[Yes / No]</w:t>
            </w:r>
          </w:p>
        </w:tc>
        <w:tc>
          <w:tcPr>
            <w:tcW w:w="2832" w:type="dxa"/>
            <w:tcMar>
              <w:top w:w="80" w:type="dxa"/>
              <w:left w:w="100" w:type="dxa"/>
              <w:bottom w:w="80" w:type="dxa"/>
              <w:right w:w="100" w:type="dxa"/>
            </w:tcMar>
          </w:tcPr>
          <w:p w14:paraId="77A29293" w14:textId="6C020D80" w:rsidR="002C64D6" w:rsidRDefault="002C64D6" w:rsidP="002C64D6">
            <w:pPr>
              <w:spacing w:after="40"/>
            </w:pPr>
            <w:r w:rsidRPr="00800F07">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00F07">
              <w:rPr>
                <w:rFonts w:asciiTheme="minorHAnsi" w:hAnsiTheme="minorHAnsi" w:cs="Arial"/>
                <w:sz w:val="18"/>
                <w:szCs w:val="18"/>
                <w:lang w:val="en-US"/>
              </w:rPr>
              <w:instrText xml:space="preserve"> FORMTEXT </w:instrText>
            </w:r>
            <w:r w:rsidRPr="00800F07">
              <w:rPr>
                <w:rFonts w:asciiTheme="minorHAnsi" w:hAnsiTheme="minorHAnsi" w:cs="Arial"/>
                <w:sz w:val="18"/>
                <w:szCs w:val="18"/>
                <w:lang w:val="en-US"/>
              </w:rPr>
            </w:r>
            <w:r w:rsidRPr="00800F07">
              <w:rPr>
                <w:rFonts w:asciiTheme="minorHAnsi" w:hAnsiTheme="minorHAnsi" w:cs="Arial"/>
                <w:sz w:val="18"/>
                <w:szCs w:val="18"/>
                <w:lang w:val="en-US"/>
              </w:rPr>
              <w:fldChar w:fldCharType="separate"/>
            </w:r>
            <w:r w:rsidRPr="00800F07">
              <w:rPr>
                <w:rFonts w:asciiTheme="minorHAnsi" w:hAnsiTheme="minorHAnsi" w:cs="Arial"/>
                <w:noProof/>
                <w:sz w:val="18"/>
                <w:szCs w:val="18"/>
                <w:lang w:val="en-US"/>
              </w:rPr>
              <w:t>Click here and insert details</w:t>
            </w:r>
            <w:r w:rsidRPr="00800F07">
              <w:rPr>
                <w:rFonts w:asciiTheme="minorHAnsi" w:hAnsiTheme="minorHAnsi" w:cs="Arial"/>
                <w:sz w:val="18"/>
                <w:szCs w:val="18"/>
                <w:lang w:val="en-US"/>
              </w:rPr>
              <w:fldChar w:fldCharType="end"/>
            </w:r>
          </w:p>
        </w:tc>
      </w:tr>
      <w:tr w:rsidR="002C64D6" w14:paraId="2061F52E" w14:textId="77777777" w:rsidTr="002C64D6">
        <w:trPr>
          <w:cantSplit/>
          <w:jc w:val="center"/>
        </w:trPr>
        <w:tc>
          <w:tcPr>
            <w:tcW w:w="4530" w:type="dxa"/>
            <w:tcMar>
              <w:top w:w="80" w:type="dxa"/>
              <w:left w:w="100" w:type="dxa"/>
              <w:bottom w:w="80" w:type="dxa"/>
              <w:right w:w="100" w:type="dxa"/>
            </w:tcMar>
          </w:tcPr>
          <w:p w14:paraId="0D72CC55" w14:textId="5B60D7A3" w:rsidR="002C64D6" w:rsidRDefault="002C64D6" w:rsidP="002C64D6">
            <w:pPr>
              <w:spacing w:after="40"/>
            </w:pPr>
            <w:r>
              <w:rPr>
                <w:sz w:val="18"/>
              </w:rPr>
              <w:t>Completed Pricing Schedule (Excel workbook)</w:t>
            </w:r>
          </w:p>
        </w:tc>
        <w:tc>
          <w:tcPr>
            <w:tcW w:w="2266" w:type="dxa"/>
            <w:tcMar>
              <w:top w:w="80" w:type="dxa"/>
              <w:left w:w="100" w:type="dxa"/>
              <w:bottom w:w="80" w:type="dxa"/>
              <w:right w:w="100" w:type="dxa"/>
            </w:tcMar>
          </w:tcPr>
          <w:p w14:paraId="0815817E" w14:textId="77777777" w:rsidR="002C64D6" w:rsidRDefault="002C64D6" w:rsidP="002C64D6">
            <w:pPr>
              <w:spacing w:after="40"/>
            </w:pPr>
            <w:r>
              <w:rPr>
                <w:sz w:val="18"/>
              </w:rPr>
              <w:t>[Yes / No]</w:t>
            </w:r>
          </w:p>
        </w:tc>
        <w:tc>
          <w:tcPr>
            <w:tcW w:w="2832" w:type="dxa"/>
            <w:tcMar>
              <w:top w:w="80" w:type="dxa"/>
              <w:left w:w="100" w:type="dxa"/>
              <w:bottom w:w="80" w:type="dxa"/>
              <w:right w:w="100" w:type="dxa"/>
            </w:tcMar>
          </w:tcPr>
          <w:p w14:paraId="3C15837C" w14:textId="3E9A3051" w:rsidR="002C64D6" w:rsidRDefault="002C64D6" w:rsidP="002C64D6">
            <w:pPr>
              <w:spacing w:after="40"/>
            </w:pPr>
            <w:r w:rsidRPr="00800F07">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00F07">
              <w:rPr>
                <w:rFonts w:asciiTheme="minorHAnsi" w:hAnsiTheme="minorHAnsi" w:cs="Arial"/>
                <w:sz w:val="18"/>
                <w:szCs w:val="18"/>
                <w:lang w:val="en-US"/>
              </w:rPr>
              <w:instrText xml:space="preserve"> FORMTEXT </w:instrText>
            </w:r>
            <w:r w:rsidRPr="00800F07">
              <w:rPr>
                <w:rFonts w:asciiTheme="minorHAnsi" w:hAnsiTheme="minorHAnsi" w:cs="Arial"/>
                <w:sz w:val="18"/>
                <w:szCs w:val="18"/>
                <w:lang w:val="en-US"/>
              </w:rPr>
            </w:r>
            <w:r w:rsidRPr="00800F07">
              <w:rPr>
                <w:rFonts w:asciiTheme="minorHAnsi" w:hAnsiTheme="minorHAnsi" w:cs="Arial"/>
                <w:sz w:val="18"/>
                <w:szCs w:val="18"/>
                <w:lang w:val="en-US"/>
              </w:rPr>
              <w:fldChar w:fldCharType="separate"/>
            </w:r>
            <w:r w:rsidRPr="00800F07">
              <w:rPr>
                <w:rFonts w:asciiTheme="minorHAnsi" w:hAnsiTheme="minorHAnsi" w:cs="Arial"/>
                <w:noProof/>
                <w:sz w:val="18"/>
                <w:szCs w:val="18"/>
                <w:lang w:val="en-US"/>
              </w:rPr>
              <w:t>Click here and insert details</w:t>
            </w:r>
            <w:r w:rsidRPr="00800F07">
              <w:rPr>
                <w:rFonts w:asciiTheme="minorHAnsi" w:hAnsiTheme="minorHAnsi" w:cs="Arial"/>
                <w:sz w:val="18"/>
                <w:szCs w:val="18"/>
                <w:lang w:val="en-US"/>
              </w:rPr>
              <w:fldChar w:fldCharType="end"/>
            </w:r>
          </w:p>
        </w:tc>
      </w:tr>
      <w:tr w:rsidR="002C64D6" w14:paraId="307DD6BD" w14:textId="77777777" w:rsidTr="002C64D6">
        <w:trPr>
          <w:cantSplit/>
          <w:jc w:val="center"/>
        </w:trPr>
        <w:tc>
          <w:tcPr>
            <w:tcW w:w="4530" w:type="dxa"/>
            <w:tcMar>
              <w:top w:w="80" w:type="dxa"/>
              <w:left w:w="100" w:type="dxa"/>
              <w:bottom w:w="80" w:type="dxa"/>
              <w:right w:w="100" w:type="dxa"/>
            </w:tcMar>
          </w:tcPr>
          <w:p w14:paraId="6907A3F9" w14:textId="77777777" w:rsidR="002C64D6" w:rsidRDefault="002C64D6" w:rsidP="002C64D6">
            <w:pPr>
              <w:spacing w:after="40"/>
            </w:pPr>
            <w:r>
              <w:rPr>
                <w:sz w:val="18"/>
              </w:rPr>
              <w:t>Signed Tenderers’ Statement</w:t>
            </w:r>
          </w:p>
        </w:tc>
        <w:tc>
          <w:tcPr>
            <w:tcW w:w="2266" w:type="dxa"/>
            <w:tcMar>
              <w:top w:w="80" w:type="dxa"/>
              <w:left w:w="100" w:type="dxa"/>
              <w:bottom w:w="80" w:type="dxa"/>
              <w:right w:w="100" w:type="dxa"/>
            </w:tcMar>
          </w:tcPr>
          <w:p w14:paraId="652A857C" w14:textId="77777777" w:rsidR="002C64D6" w:rsidRDefault="002C64D6" w:rsidP="002C64D6">
            <w:pPr>
              <w:spacing w:after="40"/>
            </w:pPr>
            <w:r>
              <w:rPr>
                <w:sz w:val="18"/>
              </w:rPr>
              <w:t>[Yes / No]</w:t>
            </w:r>
          </w:p>
        </w:tc>
        <w:tc>
          <w:tcPr>
            <w:tcW w:w="2832" w:type="dxa"/>
            <w:tcMar>
              <w:top w:w="80" w:type="dxa"/>
              <w:left w:w="100" w:type="dxa"/>
              <w:bottom w:w="80" w:type="dxa"/>
              <w:right w:w="100" w:type="dxa"/>
            </w:tcMar>
          </w:tcPr>
          <w:p w14:paraId="2B4FD3D2" w14:textId="740AC8F4" w:rsidR="002C64D6" w:rsidRDefault="002C64D6" w:rsidP="002C64D6">
            <w:pPr>
              <w:spacing w:after="40"/>
            </w:pPr>
            <w:r w:rsidRPr="00800F07">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00F07">
              <w:rPr>
                <w:rFonts w:asciiTheme="minorHAnsi" w:hAnsiTheme="minorHAnsi" w:cs="Arial"/>
                <w:sz w:val="18"/>
                <w:szCs w:val="18"/>
                <w:lang w:val="en-US"/>
              </w:rPr>
              <w:instrText xml:space="preserve"> FORMTEXT </w:instrText>
            </w:r>
            <w:r w:rsidRPr="00800F07">
              <w:rPr>
                <w:rFonts w:asciiTheme="minorHAnsi" w:hAnsiTheme="minorHAnsi" w:cs="Arial"/>
                <w:sz w:val="18"/>
                <w:szCs w:val="18"/>
                <w:lang w:val="en-US"/>
              </w:rPr>
            </w:r>
            <w:r w:rsidRPr="00800F07">
              <w:rPr>
                <w:rFonts w:asciiTheme="minorHAnsi" w:hAnsiTheme="minorHAnsi" w:cs="Arial"/>
                <w:sz w:val="18"/>
                <w:szCs w:val="18"/>
                <w:lang w:val="en-US"/>
              </w:rPr>
              <w:fldChar w:fldCharType="separate"/>
            </w:r>
            <w:r w:rsidRPr="00800F07">
              <w:rPr>
                <w:rFonts w:asciiTheme="minorHAnsi" w:hAnsiTheme="minorHAnsi" w:cs="Arial"/>
                <w:noProof/>
                <w:sz w:val="18"/>
                <w:szCs w:val="18"/>
                <w:lang w:val="en-US"/>
              </w:rPr>
              <w:t>Click here and insert details</w:t>
            </w:r>
            <w:r w:rsidRPr="00800F07">
              <w:rPr>
                <w:rFonts w:asciiTheme="minorHAnsi" w:hAnsiTheme="minorHAnsi" w:cs="Arial"/>
                <w:sz w:val="18"/>
                <w:szCs w:val="18"/>
                <w:lang w:val="en-US"/>
              </w:rPr>
              <w:fldChar w:fldCharType="end"/>
            </w:r>
          </w:p>
        </w:tc>
      </w:tr>
      <w:tr w:rsidR="002C64D6" w14:paraId="772B0CFF" w14:textId="77777777" w:rsidTr="002C64D6">
        <w:trPr>
          <w:cantSplit/>
          <w:jc w:val="center"/>
        </w:trPr>
        <w:tc>
          <w:tcPr>
            <w:tcW w:w="4530" w:type="dxa"/>
            <w:tcMar>
              <w:top w:w="80" w:type="dxa"/>
              <w:left w:w="100" w:type="dxa"/>
              <w:bottom w:w="80" w:type="dxa"/>
              <w:right w:w="100" w:type="dxa"/>
            </w:tcMar>
          </w:tcPr>
          <w:p w14:paraId="03A7A3B4" w14:textId="77777777" w:rsidR="002C64D6" w:rsidRDefault="002C64D6" w:rsidP="002C64D6">
            <w:pPr>
              <w:spacing w:after="40"/>
            </w:pPr>
            <w:r>
              <w:rPr>
                <w:sz w:val="18"/>
              </w:rPr>
              <w:t>Completed Declaration of Artificial Intelligence (AI) usage</w:t>
            </w:r>
          </w:p>
        </w:tc>
        <w:tc>
          <w:tcPr>
            <w:tcW w:w="2266" w:type="dxa"/>
            <w:tcMar>
              <w:top w:w="80" w:type="dxa"/>
              <w:left w:w="100" w:type="dxa"/>
              <w:bottom w:w="80" w:type="dxa"/>
              <w:right w:w="100" w:type="dxa"/>
            </w:tcMar>
          </w:tcPr>
          <w:p w14:paraId="513FF3C0" w14:textId="77777777" w:rsidR="002C64D6" w:rsidRDefault="002C64D6" w:rsidP="002C64D6">
            <w:pPr>
              <w:spacing w:after="40"/>
            </w:pPr>
            <w:r>
              <w:rPr>
                <w:sz w:val="18"/>
              </w:rPr>
              <w:t>[Yes / No]</w:t>
            </w:r>
          </w:p>
        </w:tc>
        <w:tc>
          <w:tcPr>
            <w:tcW w:w="2832" w:type="dxa"/>
            <w:tcMar>
              <w:top w:w="80" w:type="dxa"/>
              <w:left w:w="100" w:type="dxa"/>
              <w:bottom w:w="80" w:type="dxa"/>
              <w:right w:w="100" w:type="dxa"/>
            </w:tcMar>
          </w:tcPr>
          <w:p w14:paraId="1D76F1E8" w14:textId="77777777" w:rsidR="002C64D6" w:rsidRDefault="002C64D6" w:rsidP="002C64D6">
            <w:pPr>
              <w:spacing w:after="40"/>
            </w:pPr>
            <w:r w:rsidRPr="00800F07">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00F07">
              <w:rPr>
                <w:rFonts w:asciiTheme="minorHAnsi" w:hAnsiTheme="minorHAnsi" w:cs="Arial"/>
                <w:sz w:val="18"/>
                <w:szCs w:val="18"/>
                <w:lang w:val="en-US"/>
              </w:rPr>
              <w:instrText xml:space="preserve"> FORMTEXT </w:instrText>
            </w:r>
            <w:r w:rsidRPr="00800F07">
              <w:rPr>
                <w:rFonts w:asciiTheme="minorHAnsi" w:hAnsiTheme="minorHAnsi" w:cs="Arial"/>
                <w:sz w:val="18"/>
                <w:szCs w:val="18"/>
                <w:lang w:val="en-US"/>
              </w:rPr>
            </w:r>
            <w:r w:rsidRPr="00800F07">
              <w:rPr>
                <w:rFonts w:asciiTheme="minorHAnsi" w:hAnsiTheme="minorHAnsi" w:cs="Arial"/>
                <w:sz w:val="18"/>
                <w:szCs w:val="18"/>
                <w:lang w:val="en-US"/>
              </w:rPr>
              <w:fldChar w:fldCharType="separate"/>
            </w:r>
            <w:r w:rsidRPr="00800F07">
              <w:rPr>
                <w:rFonts w:asciiTheme="minorHAnsi" w:hAnsiTheme="minorHAnsi" w:cs="Arial"/>
                <w:noProof/>
                <w:sz w:val="18"/>
                <w:szCs w:val="18"/>
                <w:lang w:val="en-US"/>
              </w:rPr>
              <w:t>Click here and insert details</w:t>
            </w:r>
            <w:r w:rsidRPr="00800F07">
              <w:rPr>
                <w:rFonts w:asciiTheme="minorHAnsi" w:hAnsiTheme="minorHAnsi" w:cs="Arial"/>
                <w:sz w:val="18"/>
                <w:szCs w:val="18"/>
                <w:lang w:val="en-US"/>
              </w:rPr>
              <w:fldChar w:fldCharType="end"/>
            </w:r>
          </w:p>
        </w:tc>
      </w:tr>
      <w:tr w:rsidR="002C64D6" w14:paraId="246144FA" w14:textId="77777777" w:rsidTr="002C64D6">
        <w:trPr>
          <w:cantSplit/>
          <w:jc w:val="center"/>
        </w:trPr>
        <w:tc>
          <w:tcPr>
            <w:tcW w:w="4530" w:type="dxa"/>
            <w:tcMar>
              <w:top w:w="80" w:type="dxa"/>
              <w:left w:w="100" w:type="dxa"/>
              <w:bottom w:w="80" w:type="dxa"/>
              <w:right w:w="100" w:type="dxa"/>
            </w:tcMar>
          </w:tcPr>
          <w:p w14:paraId="2B03DE80" w14:textId="77777777" w:rsidR="002C64D6" w:rsidRDefault="002C64D6" w:rsidP="002C64D6">
            <w:pPr>
              <w:spacing w:after="40"/>
            </w:pPr>
            <w:r>
              <w:rPr>
                <w:sz w:val="18"/>
              </w:rPr>
              <w:t>Any other document expressly required by the RFT</w:t>
            </w:r>
          </w:p>
        </w:tc>
        <w:tc>
          <w:tcPr>
            <w:tcW w:w="2266" w:type="dxa"/>
            <w:tcMar>
              <w:top w:w="80" w:type="dxa"/>
              <w:left w:w="100" w:type="dxa"/>
              <w:bottom w:w="80" w:type="dxa"/>
              <w:right w:w="100" w:type="dxa"/>
            </w:tcMar>
          </w:tcPr>
          <w:p w14:paraId="4E7BA592" w14:textId="77777777" w:rsidR="002C64D6" w:rsidRDefault="002C64D6" w:rsidP="002C64D6">
            <w:pPr>
              <w:spacing w:after="40"/>
            </w:pPr>
            <w:r>
              <w:rPr>
                <w:sz w:val="18"/>
              </w:rPr>
              <w:t>[Yes / No / Not applicable]</w:t>
            </w:r>
          </w:p>
        </w:tc>
        <w:tc>
          <w:tcPr>
            <w:tcW w:w="2832" w:type="dxa"/>
            <w:tcMar>
              <w:top w:w="80" w:type="dxa"/>
              <w:left w:w="100" w:type="dxa"/>
              <w:bottom w:w="80" w:type="dxa"/>
              <w:right w:w="100" w:type="dxa"/>
            </w:tcMar>
          </w:tcPr>
          <w:p w14:paraId="788BC068" w14:textId="57D19BC8" w:rsidR="002C64D6" w:rsidRDefault="002C64D6" w:rsidP="002C64D6">
            <w:pPr>
              <w:spacing w:after="40"/>
            </w:pPr>
            <w:r w:rsidRPr="00800F07">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800F07">
              <w:rPr>
                <w:rFonts w:asciiTheme="minorHAnsi" w:hAnsiTheme="minorHAnsi" w:cs="Arial"/>
                <w:sz w:val="18"/>
                <w:szCs w:val="18"/>
                <w:lang w:val="en-US"/>
              </w:rPr>
              <w:instrText xml:space="preserve"> FORMTEXT </w:instrText>
            </w:r>
            <w:r w:rsidRPr="00800F07">
              <w:rPr>
                <w:rFonts w:asciiTheme="minorHAnsi" w:hAnsiTheme="minorHAnsi" w:cs="Arial"/>
                <w:sz w:val="18"/>
                <w:szCs w:val="18"/>
                <w:lang w:val="en-US"/>
              </w:rPr>
            </w:r>
            <w:r w:rsidRPr="00800F07">
              <w:rPr>
                <w:rFonts w:asciiTheme="minorHAnsi" w:hAnsiTheme="minorHAnsi" w:cs="Arial"/>
                <w:sz w:val="18"/>
                <w:szCs w:val="18"/>
                <w:lang w:val="en-US"/>
              </w:rPr>
              <w:fldChar w:fldCharType="separate"/>
            </w:r>
            <w:r w:rsidRPr="00800F07">
              <w:rPr>
                <w:rFonts w:asciiTheme="minorHAnsi" w:hAnsiTheme="minorHAnsi" w:cs="Arial"/>
                <w:noProof/>
                <w:sz w:val="18"/>
                <w:szCs w:val="18"/>
                <w:lang w:val="en-US"/>
              </w:rPr>
              <w:t>Click here and insert details</w:t>
            </w:r>
            <w:r w:rsidRPr="00800F07">
              <w:rPr>
                <w:rFonts w:asciiTheme="minorHAnsi" w:hAnsiTheme="minorHAnsi" w:cs="Arial"/>
                <w:sz w:val="18"/>
                <w:szCs w:val="18"/>
                <w:lang w:val="en-US"/>
              </w:rPr>
              <w:fldChar w:fldCharType="end"/>
            </w:r>
          </w:p>
        </w:tc>
      </w:tr>
    </w:tbl>
    <w:p w14:paraId="429FF393" w14:textId="77777777" w:rsidR="00911642" w:rsidRDefault="00815615">
      <w:pPr>
        <w:pStyle w:val="Heading1"/>
        <w:pageBreakBefore/>
      </w:pPr>
      <w:bookmarkStart w:id="4" w:name="_Toc239681283"/>
      <w:r>
        <w:lastRenderedPageBreak/>
        <w:t>Part 2: Selection Criteria Response</w:t>
      </w:r>
      <w:bookmarkEnd w:id="4"/>
    </w:p>
    <w:p w14:paraId="0D50368E" w14:textId="5D3B99B9" w:rsidR="00911642" w:rsidRDefault="00815615">
      <w:r>
        <w:t>Tenderers must declare that they satisfy each applicable Selection Criterion in Part 3.2 of the RFT. Supporting documentation is to be provided only when requested by the Contracting Authority.</w:t>
      </w:r>
    </w:p>
    <w:p w14:paraId="5949AB7E" w14:textId="77777777" w:rsidR="00911642" w:rsidRDefault="00815615">
      <w:pPr>
        <w:pStyle w:val="Heading2"/>
      </w:pPr>
      <w:bookmarkStart w:id="5" w:name="_Toc239681284"/>
      <w:r>
        <w:t>2.1 Economic and Financial Standing</w:t>
      </w:r>
      <w:bookmarkEnd w:id="5"/>
    </w:p>
    <w:tbl>
      <w:tblPr>
        <w:tblStyle w:val="TableGrid"/>
        <w:tblW w:w="0" w:type="auto"/>
        <w:jc w:val="center"/>
        <w:tblLook w:val="04A0" w:firstRow="1" w:lastRow="0" w:firstColumn="1" w:lastColumn="0" w:noHBand="0" w:noVBand="1"/>
      </w:tblPr>
      <w:tblGrid>
        <w:gridCol w:w="4816"/>
        <w:gridCol w:w="2265"/>
        <w:gridCol w:w="2547"/>
      </w:tblGrid>
      <w:tr w:rsidR="006B722C" w14:paraId="2C511DB2" w14:textId="77777777" w:rsidTr="009E7EAA">
        <w:trPr>
          <w:cantSplit/>
          <w:tblHeader/>
          <w:jc w:val="center"/>
        </w:trPr>
        <w:tc>
          <w:tcPr>
            <w:tcW w:w="4820" w:type="dxa"/>
            <w:shd w:val="clear" w:color="auto" w:fill="175515"/>
            <w:tcMar>
              <w:top w:w="80" w:type="dxa"/>
              <w:left w:w="100" w:type="dxa"/>
              <w:bottom w:w="80" w:type="dxa"/>
              <w:right w:w="100" w:type="dxa"/>
            </w:tcMar>
          </w:tcPr>
          <w:p w14:paraId="7A44ECAB" w14:textId="77777777" w:rsidR="006B722C" w:rsidRDefault="006B722C">
            <w:pPr>
              <w:spacing w:after="40"/>
              <w:jc w:val="center"/>
            </w:pPr>
            <w:r>
              <w:rPr>
                <w:b/>
                <w:color w:val="FFFFFF"/>
                <w:sz w:val="18"/>
              </w:rPr>
              <w:t>RFT criterion</w:t>
            </w:r>
          </w:p>
        </w:tc>
        <w:tc>
          <w:tcPr>
            <w:tcW w:w="2266" w:type="dxa"/>
            <w:shd w:val="clear" w:color="auto" w:fill="175515"/>
            <w:tcMar>
              <w:top w:w="80" w:type="dxa"/>
              <w:left w:w="100" w:type="dxa"/>
              <w:bottom w:w="80" w:type="dxa"/>
              <w:right w:w="100" w:type="dxa"/>
            </w:tcMar>
          </w:tcPr>
          <w:p w14:paraId="41384B8A" w14:textId="77777777" w:rsidR="006B722C" w:rsidRDefault="006B722C">
            <w:pPr>
              <w:spacing w:after="40"/>
              <w:jc w:val="center"/>
            </w:pPr>
            <w:r>
              <w:rPr>
                <w:b/>
                <w:color w:val="FFFFFF"/>
                <w:sz w:val="18"/>
              </w:rPr>
              <w:t>Tenderer confirmation</w:t>
            </w:r>
          </w:p>
        </w:tc>
        <w:tc>
          <w:tcPr>
            <w:tcW w:w="2548" w:type="dxa"/>
            <w:shd w:val="clear" w:color="auto" w:fill="175515"/>
            <w:tcMar>
              <w:top w:w="80" w:type="dxa"/>
              <w:left w:w="100" w:type="dxa"/>
              <w:bottom w:w="80" w:type="dxa"/>
              <w:right w:w="100" w:type="dxa"/>
            </w:tcMar>
          </w:tcPr>
          <w:p w14:paraId="2A918968" w14:textId="77777777" w:rsidR="006B722C" w:rsidRDefault="006B722C">
            <w:pPr>
              <w:spacing w:after="40"/>
              <w:jc w:val="center"/>
            </w:pPr>
            <w:r>
              <w:rPr>
                <w:b/>
                <w:color w:val="FFFFFF"/>
                <w:sz w:val="18"/>
              </w:rPr>
              <w:t>Supporting evidence available on request</w:t>
            </w:r>
          </w:p>
        </w:tc>
      </w:tr>
      <w:tr w:rsidR="006B722C" w14:paraId="200476D6" w14:textId="77777777" w:rsidTr="006B722C">
        <w:trPr>
          <w:cantSplit/>
          <w:jc w:val="center"/>
        </w:trPr>
        <w:tc>
          <w:tcPr>
            <w:tcW w:w="4820" w:type="dxa"/>
            <w:tcMar>
              <w:top w:w="80" w:type="dxa"/>
              <w:left w:w="100" w:type="dxa"/>
              <w:bottom w:w="80" w:type="dxa"/>
              <w:right w:w="100" w:type="dxa"/>
            </w:tcMar>
          </w:tcPr>
          <w:p w14:paraId="3EECF102" w14:textId="4E82572C" w:rsidR="006B722C" w:rsidRDefault="006B722C" w:rsidP="00BB66E9">
            <w:pPr>
              <w:spacing w:after="40"/>
            </w:pPr>
            <w:r>
              <w:rPr>
                <w:sz w:val="18"/>
              </w:rPr>
              <w:t xml:space="preserve">EF1 </w:t>
            </w:r>
            <w:r w:rsidR="00331F8A">
              <w:rPr>
                <w:sz w:val="18"/>
              </w:rPr>
              <w:t>-</w:t>
            </w:r>
            <w:r>
              <w:rPr>
                <w:sz w:val="18"/>
              </w:rPr>
              <w:t>Minimum annual turnover</w:t>
            </w:r>
          </w:p>
        </w:tc>
        <w:tc>
          <w:tcPr>
            <w:tcW w:w="2266" w:type="dxa"/>
            <w:tcMar>
              <w:top w:w="80" w:type="dxa"/>
              <w:left w:w="100" w:type="dxa"/>
              <w:bottom w:w="80" w:type="dxa"/>
              <w:right w:w="100" w:type="dxa"/>
            </w:tcMar>
          </w:tcPr>
          <w:p w14:paraId="22E6AE2C" w14:textId="77777777" w:rsidR="006B722C" w:rsidRDefault="006B722C" w:rsidP="00BB66E9">
            <w:pPr>
              <w:spacing w:after="40"/>
            </w:pPr>
            <w:r>
              <w:rPr>
                <w:sz w:val="18"/>
              </w:rPr>
              <w:t>[Yes / No / Not applicable]</w:t>
            </w:r>
          </w:p>
        </w:tc>
        <w:tc>
          <w:tcPr>
            <w:tcW w:w="2548" w:type="dxa"/>
            <w:tcMar>
              <w:top w:w="80" w:type="dxa"/>
              <w:left w:w="100" w:type="dxa"/>
              <w:bottom w:w="80" w:type="dxa"/>
              <w:right w:w="100" w:type="dxa"/>
            </w:tcMar>
          </w:tcPr>
          <w:p w14:paraId="59EACE98" w14:textId="3B3F7261" w:rsidR="006B722C" w:rsidRDefault="006B722C" w:rsidP="00BB66E9">
            <w:pPr>
              <w:spacing w:after="40"/>
            </w:pPr>
            <w:r w:rsidRPr="00982F44">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982F44">
              <w:rPr>
                <w:rFonts w:asciiTheme="minorHAnsi" w:hAnsiTheme="minorHAnsi" w:cs="Arial"/>
                <w:sz w:val="18"/>
                <w:szCs w:val="18"/>
                <w:lang w:val="en-US"/>
              </w:rPr>
              <w:instrText xml:space="preserve"> FORMTEXT </w:instrText>
            </w:r>
            <w:r w:rsidRPr="00982F44">
              <w:rPr>
                <w:rFonts w:asciiTheme="minorHAnsi" w:hAnsiTheme="minorHAnsi" w:cs="Arial"/>
                <w:sz w:val="18"/>
                <w:szCs w:val="18"/>
                <w:lang w:val="en-US"/>
              </w:rPr>
            </w:r>
            <w:r w:rsidRPr="00982F44">
              <w:rPr>
                <w:rFonts w:asciiTheme="minorHAnsi" w:hAnsiTheme="minorHAnsi" w:cs="Arial"/>
                <w:sz w:val="18"/>
                <w:szCs w:val="18"/>
                <w:lang w:val="en-US"/>
              </w:rPr>
              <w:fldChar w:fldCharType="separate"/>
            </w:r>
            <w:r w:rsidRPr="00982F44">
              <w:rPr>
                <w:rFonts w:asciiTheme="minorHAnsi" w:hAnsiTheme="minorHAnsi" w:cs="Arial"/>
                <w:noProof/>
                <w:sz w:val="18"/>
                <w:szCs w:val="18"/>
                <w:lang w:val="en-US"/>
              </w:rPr>
              <w:t>Click here and insert details</w:t>
            </w:r>
            <w:r w:rsidRPr="00982F44">
              <w:rPr>
                <w:rFonts w:asciiTheme="minorHAnsi" w:hAnsiTheme="minorHAnsi" w:cs="Arial"/>
                <w:sz w:val="18"/>
                <w:szCs w:val="18"/>
                <w:lang w:val="en-US"/>
              </w:rPr>
              <w:fldChar w:fldCharType="end"/>
            </w:r>
          </w:p>
        </w:tc>
      </w:tr>
      <w:tr w:rsidR="006B722C" w14:paraId="2AEC692C" w14:textId="77777777" w:rsidTr="006B722C">
        <w:trPr>
          <w:cantSplit/>
          <w:jc w:val="center"/>
        </w:trPr>
        <w:tc>
          <w:tcPr>
            <w:tcW w:w="4820" w:type="dxa"/>
            <w:tcMar>
              <w:top w:w="80" w:type="dxa"/>
              <w:left w:w="100" w:type="dxa"/>
              <w:bottom w:w="80" w:type="dxa"/>
              <w:right w:w="100" w:type="dxa"/>
            </w:tcMar>
          </w:tcPr>
          <w:p w14:paraId="664FAC82" w14:textId="19970338" w:rsidR="006B722C" w:rsidRDefault="006B722C" w:rsidP="00BB66E9">
            <w:pPr>
              <w:spacing w:after="40"/>
            </w:pPr>
            <w:r>
              <w:rPr>
                <w:sz w:val="18"/>
              </w:rPr>
              <w:t xml:space="preserve">EF2 </w:t>
            </w:r>
            <w:r w:rsidR="00331F8A">
              <w:rPr>
                <w:sz w:val="18"/>
              </w:rPr>
              <w:t>-</w:t>
            </w:r>
            <w:r>
              <w:rPr>
                <w:sz w:val="18"/>
              </w:rPr>
              <w:t>Economic and financial standing</w:t>
            </w:r>
          </w:p>
        </w:tc>
        <w:tc>
          <w:tcPr>
            <w:tcW w:w="2266" w:type="dxa"/>
            <w:tcMar>
              <w:top w:w="80" w:type="dxa"/>
              <w:left w:w="100" w:type="dxa"/>
              <w:bottom w:w="80" w:type="dxa"/>
              <w:right w:w="100" w:type="dxa"/>
            </w:tcMar>
          </w:tcPr>
          <w:p w14:paraId="1999DCFB" w14:textId="77777777" w:rsidR="006B722C" w:rsidRDefault="006B722C" w:rsidP="00BB66E9">
            <w:pPr>
              <w:spacing w:after="40"/>
            </w:pPr>
            <w:r>
              <w:rPr>
                <w:sz w:val="18"/>
              </w:rPr>
              <w:t>[Yes / No / Not applicable]</w:t>
            </w:r>
          </w:p>
        </w:tc>
        <w:tc>
          <w:tcPr>
            <w:tcW w:w="2548" w:type="dxa"/>
            <w:tcMar>
              <w:top w:w="80" w:type="dxa"/>
              <w:left w:w="100" w:type="dxa"/>
              <w:bottom w:w="80" w:type="dxa"/>
              <w:right w:w="100" w:type="dxa"/>
            </w:tcMar>
          </w:tcPr>
          <w:p w14:paraId="4D5E04D6" w14:textId="6E814C01" w:rsidR="006B722C" w:rsidRDefault="006B722C" w:rsidP="00BB66E9">
            <w:pPr>
              <w:spacing w:after="40"/>
            </w:pPr>
            <w:r w:rsidRPr="00982F44">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982F44">
              <w:rPr>
                <w:rFonts w:asciiTheme="minorHAnsi" w:hAnsiTheme="minorHAnsi" w:cs="Arial"/>
                <w:sz w:val="18"/>
                <w:szCs w:val="18"/>
                <w:lang w:val="en-US"/>
              </w:rPr>
              <w:instrText xml:space="preserve"> FORMTEXT </w:instrText>
            </w:r>
            <w:r w:rsidRPr="00982F44">
              <w:rPr>
                <w:rFonts w:asciiTheme="minorHAnsi" w:hAnsiTheme="minorHAnsi" w:cs="Arial"/>
                <w:sz w:val="18"/>
                <w:szCs w:val="18"/>
                <w:lang w:val="en-US"/>
              </w:rPr>
            </w:r>
            <w:r w:rsidRPr="00982F44">
              <w:rPr>
                <w:rFonts w:asciiTheme="minorHAnsi" w:hAnsiTheme="minorHAnsi" w:cs="Arial"/>
                <w:sz w:val="18"/>
                <w:szCs w:val="18"/>
                <w:lang w:val="en-US"/>
              </w:rPr>
              <w:fldChar w:fldCharType="separate"/>
            </w:r>
            <w:r w:rsidRPr="00982F44">
              <w:rPr>
                <w:rFonts w:asciiTheme="minorHAnsi" w:hAnsiTheme="minorHAnsi" w:cs="Arial"/>
                <w:noProof/>
                <w:sz w:val="18"/>
                <w:szCs w:val="18"/>
                <w:lang w:val="en-US"/>
              </w:rPr>
              <w:t>Click here and insert details</w:t>
            </w:r>
            <w:r w:rsidRPr="00982F44">
              <w:rPr>
                <w:rFonts w:asciiTheme="minorHAnsi" w:hAnsiTheme="minorHAnsi" w:cs="Arial"/>
                <w:sz w:val="18"/>
                <w:szCs w:val="18"/>
                <w:lang w:val="en-US"/>
              </w:rPr>
              <w:fldChar w:fldCharType="end"/>
            </w:r>
          </w:p>
        </w:tc>
      </w:tr>
      <w:tr w:rsidR="006B722C" w14:paraId="2FC951F9" w14:textId="77777777" w:rsidTr="006B722C">
        <w:trPr>
          <w:cantSplit/>
          <w:jc w:val="center"/>
        </w:trPr>
        <w:tc>
          <w:tcPr>
            <w:tcW w:w="4820" w:type="dxa"/>
            <w:tcMar>
              <w:top w:w="80" w:type="dxa"/>
              <w:left w:w="100" w:type="dxa"/>
              <w:bottom w:w="80" w:type="dxa"/>
              <w:right w:w="100" w:type="dxa"/>
            </w:tcMar>
          </w:tcPr>
          <w:p w14:paraId="4A8B983F" w14:textId="77777777" w:rsidR="006B722C" w:rsidRDefault="006B722C" w:rsidP="00BB66E9">
            <w:pPr>
              <w:spacing w:after="40"/>
            </w:pPr>
            <w:r>
              <w:rPr>
                <w:sz w:val="18"/>
              </w:rPr>
              <w:t>EF3 -Tax compliance</w:t>
            </w:r>
          </w:p>
        </w:tc>
        <w:tc>
          <w:tcPr>
            <w:tcW w:w="2266" w:type="dxa"/>
            <w:tcMar>
              <w:top w:w="80" w:type="dxa"/>
              <w:left w:w="100" w:type="dxa"/>
              <w:bottom w:w="80" w:type="dxa"/>
              <w:right w:w="100" w:type="dxa"/>
            </w:tcMar>
          </w:tcPr>
          <w:p w14:paraId="685C8BDD" w14:textId="77777777" w:rsidR="006B722C" w:rsidRDefault="006B722C" w:rsidP="00BB66E9">
            <w:pPr>
              <w:spacing w:after="40"/>
            </w:pPr>
            <w:r>
              <w:rPr>
                <w:sz w:val="18"/>
              </w:rPr>
              <w:t>[Yes / No / Not applicable]</w:t>
            </w:r>
          </w:p>
        </w:tc>
        <w:tc>
          <w:tcPr>
            <w:tcW w:w="2548" w:type="dxa"/>
            <w:tcMar>
              <w:top w:w="80" w:type="dxa"/>
              <w:left w:w="100" w:type="dxa"/>
              <w:bottom w:w="80" w:type="dxa"/>
              <w:right w:w="100" w:type="dxa"/>
            </w:tcMar>
          </w:tcPr>
          <w:p w14:paraId="4B4EF993" w14:textId="4D7ED9D2" w:rsidR="006B722C" w:rsidRDefault="006B722C" w:rsidP="00BB66E9">
            <w:pPr>
              <w:spacing w:after="40"/>
            </w:pPr>
            <w:r w:rsidRPr="00982F44">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982F44">
              <w:rPr>
                <w:rFonts w:asciiTheme="minorHAnsi" w:hAnsiTheme="minorHAnsi" w:cs="Arial"/>
                <w:sz w:val="18"/>
                <w:szCs w:val="18"/>
                <w:lang w:val="en-US"/>
              </w:rPr>
              <w:instrText xml:space="preserve"> FORMTEXT </w:instrText>
            </w:r>
            <w:r w:rsidRPr="00982F44">
              <w:rPr>
                <w:rFonts w:asciiTheme="minorHAnsi" w:hAnsiTheme="minorHAnsi" w:cs="Arial"/>
                <w:sz w:val="18"/>
                <w:szCs w:val="18"/>
                <w:lang w:val="en-US"/>
              </w:rPr>
            </w:r>
            <w:r w:rsidRPr="00982F44">
              <w:rPr>
                <w:rFonts w:asciiTheme="minorHAnsi" w:hAnsiTheme="minorHAnsi" w:cs="Arial"/>
                <w:sz w:val="18"/>
                <w:szCs w:val="18"/>
                <w:lang w:val="en-US"/>
              </w:rPr>
              <w:fldChar w:fldCharType="separate"/>
            </w:r>
            <w:r w:rsidRPr="00982F44">
              <w:rPr>
                <w:rFonts w:asciiTheme="minorHAnsi" w:hAnsiTheme="minorHAnsi" w:cs="Arial"/>
                <w:noProof/>
                <w:sz w:val="18"/>
                <w:szCs w:val="18"/>
                <w:lang w:val="en-US"/>
              </w:rPr>
              <w:t>Click here and insert details</w:t>
            </w:r>
            <w:r w:rsidRPr="00982F44">
              <w:rPr>
                <w:rFonts w:asciiTheme="minorHAnsi" w:hAnsiTheme="minorHAnsi" w:cs="Arial"/>
                <w:sz w:val="18"/>
                <w:szCs w:val="18"/>
                <w:lang w:val="en-US"/>
              </w:rPr>
              <w:fldChar w:fldCharType="end"/>
            </w:r>
          </w:p>
        </w:tc>
      </w:tr>
      <w:tr w:rsidR="006B722C" w14:paraId="3BB9C9AC" w14:textId="77777777" w:rsidTr="006B722C">
        <w:trPr>
          <w:cantSplit/>
          <w:jc w:val="center"/>
        </w:trPr>
        <w:tc>
          <w:tcPr>
            <w:tcW w:w="4820" w:type="dxa"/>
            <w:tcMar>
              <w:top w:w="80" w:type="dxa"/>
              <w:left w:w="100" w:type="dxa"/>
              <w:bottom w:w="80" w:type="dxa"/>
              <w:right w:w="100" w:type="dxa"/>
            </w:tcMar>
          </w:tcPr>
          <w:p w14:paraId="499E89EC" w14:textId="77777777" w:rsidR="006B722C" w:rsidRDefault="006B722C" w:rsidP="00BB66E9">
            <w:pPr>
              <w:spacing w:after="40"/>
            </w:pPr>
            <w:r>
              <w:rPr>
                <w:sz w:val="18"/>
              </w:rPr>
              <w:t>EF4 -Insurance</w:t>
            </w:r>
          </w:p>
        </w:tc>
        <w:tc>
          <w:tcPr>
            <w:tcW w:w="2266" w:type="dxa"/>
            <w:tcMar>
              <w:top w:w="80" w:type="dxa"/>
              <w:left w:w="100" w:type="dxa"/>
              <w:bottom w:w="80" w:type="dxa"/>
              <w:right w:w="100" w:type="dxa"/>
            </w:tcMar>
          </w:tcPr>
          <w:p w14:paraId="621E032A" w14:textId="77777777" w:rsidR="006B722C" w:rsidRDefault="006B722C" w:rsidP="00BB66E9">
            <w:pPr>
              <w:spacing w:after="40"/>
            </w:pPr>
            <w:r>
              <w:rPr>
                <w:sz w:val="18"/>
              </w:rPr>
              <w:t>[Yes / No / Not applicable]</w:t>
            </w:r>
          </w:p>
        </w:tc>
        <w:tc>
          <w:tcPr>
            <w:tcW w:w="2548" w:type="dxa"/>
            <w:tcMar>
              <w:top w:w="80" w:type="dxa"/>
              <w:left w:w="100" w:type="dxa"/>
              <w:bottom w:w="80" w:type="dxa"/>
              <w:right w:w="100" w:type="dxa"/>
            </w:tcMar>
          </w:tcPr>
          <w:p w14:paraId="346C59B2" w14:textId="77777777" w:rsidR="006B722C" w:rsidRDefault="006B722C" w:rsidP="00BB66E9">
            <w:pPr>
              <w:spacing w:after="40"/>
            </w:pPr>
            <w:r w:rsidRPr="00982F44">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982F44">
              <w:rPr>
                <w:rFonts w:asciiTheme="minorHAnsi" w:hAnsiTheme="minorHAnsi" w:cs="Arial"/>
                <w:sz w:val="18"/>
                <w:szCs w:val="18"/>
                <w:lang w:val="en-US"/>
              </w:rPr>
              <w:instrText xml:space="preserve"> FORMTEXT </w:instrText>
            </w:r>
            <w:r w:rsidRPr="00982F44">
              <w:rPr>
                <w:rFonts w:asciiTheme="minorHAnsi" w:hAnsiTheme="minorHAnsi" w:cs="Arial"/>
                <w:sz w:val="18"/>
                <w:szCs w:val="18"/>
                <w:lang w:val="en-US"/>
              </w:rPr>
            </w:r>
            <w:r w:rsidRPr="00982F44">
              <w:rPr>
                <w:rFonts w:asciiTheme="minorHAnsi" w:hAnsiTheme="minorHAnsi" w:cs="Arial"/>
                <w:sz w:val="18"/>
                <w:szCs w:val="18"/>
                <w:lang w:val="en-US"/>
              </w:rPr>
              <w:fldChar w:fldCharType="separate"/>
            </w:r>
            <w:r w:rsidRPr="00982F44">
              <w:rPr>
                <w:rFonts w:asciiTheme="minorHAnsi" w:hAnsiTheme="minorHAnsi" w:cs="Arial"/>
                <w:noProof/>
                <w:sz w:val="18"/>
                <w:szCs w:val="18"/>
                <w:lang w:val="en-US"/>
              </w:rPr>
              <w:t>Click here and insert details</w:t>
            </w:r>
            <w:r w:rsidRPr="00982F44">
              <w:rPr>
                <w:rFonts w:asciiTheme="minorHAnsi" w:hAnsiTheme="minorHAnsi" w:cs="Arial"/>
                <w:sz w:val="18"/>
                <w:szCs w:val="18"/>
                <w:lang w:val="en-US"/>
              </w:rPr>
              <w:fldChar w:fldCharType="end"/>
            </w:r>
          </w:p>
        </w:tc>
      </w:tr>
    </w:tbl>
    <w:p w14:paraId="136C8493" w14:textId="77777777" w:rsidR="004215EC" w:rsidRDefault="004215EC">
      <w:pPr>
        <w:pStyle w:val="Heading2"/>
      </w:pPr>
    </w:p>
    <w:tbl>
      <w:tblPr>
        <w:tblStyle w:val="TableGrid"/>
        <w:tblW w:w="9639" w:type="dxa"/>
        <w:tblInd w:w="-5" w:type="dxa"/>
        <w:tblLook w:val="04A0" w:firstRow="1" w:lastRow="0" w:firstColumn="1" w:lastColumn="0" w:noHBand="0" w:noVBand="1"/>
      </w:tblPr>
      <w:tblGrid>
        <w:gridCol w:w="2327"/>
        <w:gridCol w:w="2322"/>
        <w:gridCol w:w="2323"/>
        <w:gridCol w:w="827"/>
        <w:gridCol w:w="1840"/>
      </w:tblGrid>
      <w:tr w:rsidR="004215EC" w:rsidRPr="00270F20" w14:paraId="59212A81" w14:textId="77777777" w:rsidTr="009E7EAA">
        <w:tc>
          <w:tcPr>
            <w:tcW w:w="9639" w:type="dxa"/>
            <w:gridSpan w:val="5"/>
            <w:shd w:val="clear" w:color="auto" w:fill="175515"/>
          </w:tcPr>
          <w:p w14:paraId="5FCD1165"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bCs/>
                <w:color w:val="FFFFFF" w:themeColor="background1"/>
                <w:sz w:val="18"/>
                <w:szCs w:val="18"/>
                <w:lang w:val="en-US"/>
              </w:rPr>
              <w:t>Turnover</w:t>
            </w:r>
          </w:p>
        </w:tc>
      </w:tr>
      <w:tr w:rsidR="004215EC" w:rsidRPr="00270F20" w14:paraId="41455590" w14:textId="77777777" w:rsidTr="004215EC">
        <w:tc>
          <w:tcPr>
            <w:tcW w:w="2327" w:type="dxa"/>
            <w:vAlign w:val="center"/>
          </w:tcPr>
          <w:p w14:paraId="423D5DE4" w14:textId="77777777" w:rsidR="004215EC" w:rsidRPr="00FA1567" w:rsidRDefault="004215EC" w:rsidP="00EA4A10">
            <w:pPr>
              <w:rPr>
                <w:rFonts w:asciiTheme="minorHAnsi" w:hAnsiTheme="minorHAnsi" w:cstheme="minorHAnsi"/>
                <w:sz w:val="18"/>
                <w:szCs w:val="18"/>
              </w:rPr>
            </w:pPr>
            <w:r w:rsidRPr="00FA1567">
              <w:rPr>
                <w:rFonts w:asciiTheme="minorHAnsi" w:hAnsiTheme="minorHAnsi" w:cstheme="minorHAnsi"/>
                <w:b/>
                <w:sz w:val="18"/>
                <w:szCs w:val="18"/>
              </w:rPr>
              <w:t>Year</w:t>
            </w:r>
          </w:p>
        </w:tc>
        <w:tc>
          <w:tcPr>
            <w:tcW w:w="2322" w:type="dxa"/>
            <w:vAlign w:val="center"/>
          </w:tcPr>
          <w:p w14:paraId="4747DE87"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2025</w:t>
            </w:r>
          </w:p>
        </w:tc>
        <w:tc>
          <w:tcPr>
            <w:tcW w:w="2323" w:type="dxa"/>
            <w:vAlign w:val="center"/>
          </w:tcPr>
          <w:p w14:paraId="2B30ADB2"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2024</w:t>
            </w:r>
          </w:p>
        </w:tc>
        <w:tc>
          <w:tcPr>
            <w:tcW w:w="2667" w:type="dxa"/>
            <w:gridSpan w:val="2"/>
            <w:vAlign w:val="center"/>
          </w:tcPr>
          <w:p w14:paraId="0584588A"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2023</w:t>
            </w:r>
          </w:p>
        </w:tc>
      </w:tr>
      <w:tr w:rsidR="004215EC" w:rsidRPr="00270F20" w14:paraId="76DA1D38" w14:textId="77777777" w:rsidTr="004215EC">
        <w:tc>
          <w:tcPr>
            <w:tcW w:w="2327" w:type="dxa"/>
            <w:vAlign w:val="center"/>
          </w:tcPr>
          <w:p w14:paraId="1BF04E54" w14:textId="77777777" w:rsidR="004215EC" w:rsidRPr="00FA1567" w:rsidRDefault="004215EC" w:rsidP="00EA4A10">
            <w:pPr>
              <w:rPr>
                <w:rFonts w:asciiTheme="minorHAnsi" w:hAnsiTheme="minorHAnsi" w:cstheme="minorHAnsi"/>
                <w:sz w:val="18"/>
                <w:szCs w:val="18"/>
              </w:rPr>
            </w:pPr>
            <w:r w:rsidRPr="00FA1567">
              <w:rPr>
                <w:rFonts w:asciiTheme="minorHAnsi" w:hAnsiTheme="minorHAnsi" w:cstheme="minorHAnsi"/>
                <w:sz w:val="18"/>
                <w:szCs w:val="18"/>
              </w:rPr>
              <w:t>Month End (e.g., December)</w:t>
            </w:r>
          </w:p>
        </w:tc>
        <w:tc>
          <w:tcPr>
            <w:tcW w:w="2322" w:type="dxa"/>
          </w:tcPr>
          <w:p w14:paraId="6CF9BE43" w14:textId="77777777" w:rsidR="004215EC" w:rsidRPr="004215EC" w:rsidRDefault="004215EC" w:rsidP="00EA4A10">
            <w:pPr>
              <w:rPr>
                <w:rFonts w:asciiTheme="minorHAnsi" w:hAnsiTheme="minorHAnsi" w:cstheme="minorHAnsi"/>
                <w:sz w:val="18"/>
                <w:szCs w:val="18"/>
              </w:rPr>
            </w:pPr>
          </w:p>
        </w:tc>
        <w:tc>
          <w:tcPr>
            <w:tcW w:w="2323" w:type="dxa"/>
          </w:tcPr>
          <w:p w14:paraId="4404F0B3" w14:textId="77777777" w:rsidR="004215EC" w:rsidRPr="004215EC" w:rsidRDefault="004215EC" w:rsidP="00EA4A10">
            <w:pPr>
              <w:rPr>
                <w:rFonts w:asciiTheme="minorHAnsi" w:hAnsiTheme="minorHAnsi" w:cstheme="minorHAnsi"/>
                <w:sz w:val="18"/>
                <w:szCs w:val="18"/>
              </w:rPr>
            </w:pPr>
          </w:p>
        </w:tc>
        <w:tc>
          <w:tcPr>
            <w:tcW w:w="2667" w:type="dxa"/>
            <w:gridSpan w:val="2"/>
          </w:tcPr>
          <w:p w14:paraId="0C92CD49" w14:textId="77777777" w:rsidR="004215EC" w:rsidRPr="004215EC" w:rsidRDefault="004215EC" w:rsidP="00EA4A10">
            <w:pPr>
              <w:rPr>
                <w:rFonts w:asciiTheme="minorHAnsi" w:hAnsiTheme="minorHAnsi" w:cstheme="minorHAnsi"/>
                <w:sz w:val="18"/>
                <w:szCs w:val="18"/>
              </w:rPr>
            </w:pPr>
          </w:p>
        </w:tc>
      </w:tr>
      <w:tr w:rsidR="004215EC" w:rsidRPr="00270F20" w14:paraId="63652A13" w14:textId="77777777" w:rsidTr="004215EC">
        <w:tc>
          <w:tcPr>
            <w:tcW w:w="2327" w:type="dxa"/>
            <w:vAlign w:val="center"/>
          </w:tcPr>
          <w:p w14:paraId="289FD3EC" w14:textId="77777777" w:rsidR="004215EC" w:rsidRPr="00FA1567" w:rsidRDefault="004215EC" w:rsidP="00EA4A10">
            <w:pPr>
              <w:rPr>
                <w:rFonts w:asciiTheme="minorHAnsi" w:hAnsiTheme="minorHAnsi" w:cstheme="minorHAnsi"/>
                <w:sz w:val="18"/>
                <w:szCs w:val="18"/>
              </w:rPr>
            </w:pPr>
            <w:r w:rsidRPr="00FA1567">
              <w:rPr>
                <w:rFonts w:asciiTheme="minorHAnsi" w:hAnsiTheme="minorHAnsi" w:cstheme="minorHAnsi"/>
                <w:sz w:val="18"/>
                <w:szCs w:val="18"/>
              </w:rPr>
              <w:t>Turnover €</w:t>
            </w:r>
          </w:p>
        </w:tc>
        <w:tc>
          <w:tcPr>
            <w:tcW w:w="2322" w:type="dxa"/>
          </w:tcPr>
          <w:p w14:paraId="1691D1D7" w14:textId="77777777" w:rsidR="004215EC" w:rsidRPr="004215EC" w:rsidRDefault="004215EC" w:rsidP="00EA4A10">
            <w:pPr>
              <w:rPr>
                <w:rFonts w:asciiTheme="minorHAnsi" w:hAnsiTheme="minorHAnsi" w:cstheme="minorHAnsi"/>
                <w:sz w:val="18"/>
                <w:szCs w:val="18"/>
              </w:rPr>
            </w:pPr>
          </w:p>
        </w:tc>
        <w:tc>
          <w:tcPr>
            <w:tcW w:w="2323" w:type="dxa"/>
          </w:tcPr>
          <w:p w14:paraId="732BD50F" w14:textId="77777777" w:rsidR="004215EC" w:rsidRPr="004215EC" w:rsidRDefault="004215EC" w:rsidP="00EA4A10">
            <w:pPr>
              <w:rPr>
                <w:rFonts w:asciiTheme="minorHAnsi" w:hAnsiTheme="minorHAnsi" w:cstheme="minorHAnsi"/>
                <w:sz w:val="18"/>
                <w:szCs w:val="18"/>
              </w:rPr>
            </w:pPr>
          </w:p>
        </w:tc>
        <w:tc>
          <w:tcPr>
            <w:tcW w:w="2667" w:type="dxa"/>
            <w:gridSpan w:val="2"/>
          </w:tcPr>
          <w:p w14:paraId="739983E0" w14:textId="77777777" w:rsidR="004215EC" w:rsidRPr="004215EC" w:rsidRDefault="004215EC" w:rsidP="00EA4A10">
            <w:pPr>
              <w:rPr>
                <w:rFonts w:asciiTheme="minorHAnsi" w:hAnsiTheme="minorHAnsi" w:cstheme="minorHAnsi"/>
                <w:sz w:val="18"/>
                <w:szCs w:val="18"/>
              </w:rPr>
            </w:pPr>
          </w:p>
        </w:tc>
      </w:tr>
      <w:tr w:rsidR="004215EC" w:rsidRPr="00270F20" w14:paraId="7C9584B1" w14:textId="77777777" w:rsidTr="004215EC">
        <w:tc>
          <w:tcPr>
            <w:tcW w:w="6972" w:type="dxa"/>
            <w:gridSpan w:val="3"/>
            <w:vMerge w:val="restart"/>
          </w:tcPr>
          <w:p w14:paraId="3B0C04ED" w14:textId="77777777" w:rsidR="004215EC" w:rsidRPr="004215EC" w:rsidRDefault="004215EC" w:rsidP="00EA4A10">
            <w:pPr>
              <w:jc w:val="both"/>
              <w:rPr>
                <w:sz w:val="18"/>
                <w:szCs w:val="18"/>
              </w:rPr>
            </w:pPr>
            <w:r w:rsidRPr="004215EC">
              <w:rPr>
                <w:sz w:val="18"/>
                <w:szCs w:val="18"/>
              </w:rPr>
              <w:t>We confirm that we have the financial capacity to pay our debts identified on the current statement of assets and liabilities as being the debts as they fall due and that I will provide evidence of turnover promptly on request.</w:t>
            </w:r>
          </w:p>
          <w:p w14:paraId="6113546F" w14:textId="0C31EBAB" w:rsidR="004215EC" w:rsidRPr="00FA1567" w:rsidRDefault="004215EC" w:rsidP="00FA1567">
            <w:pPr>
              <w:jc w:val="both"/>
              <w:rPr>
                <w:sz w:val="18"/>
                <w:szCs w:val="18"/>
              </w:rPr>
            </w:pPr>
            <w:r w:rsidRPr="004215EC">
              <w:rPr>
                <w:b/>
                <w:sz w:val="18"/>
                <w:szCs w:val="18"/>
              </w:rPr>
              <w:t>NOTE</w:t>
            </w:r>
            <w:r w:rsidRPr="004215EC">
              <w:rPr>
                <w:sz w:val="18"/>
                <w:szCs w:val="18"/>
              </w:rPr>
              <w:t>:  In the case of sole traders or partnerships this condition may be satisfied by a letter of confirmation from a senior partner.</w:t>
            </w:r>
          </w:p>
        </w:tc>
        <w:tc>
          <w:tcPr>
            <w:tcW w:w="827" w:type="dxa"/>
            <w:vAlign w:val="center"/>
          </w:tcPr>
          <w:p w14:paraId="3D9B1F1C"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Yes</w:t>
            </w:r>
          </w:p>
        </w:tc>
        <w:tc>
          <w:tcPr>
            <w:tcW w:w="1840" w:type="dxa"/>
          </w:tcPr>
          <w:p w14:paraId="03054786" w14:textId="77777777" w:rsidR="004215EC" w:rsidRPr="004215EC" w:rsidRDefault="004215EC" w:rsidP="00EA4A10">
            <w:pPr>
              <w:rPr>
                <w:rFonts w:asciiTheme="minorHAnsi" w:hAnsiTheme="minorHAnsi" w:cstheme="minorHAnsi"/>
                <w:sz w:val="18"/>
                <w:szCs w:val="18"/>
              </w:rPr>
            </w:pPr>
          </w:p>
        </w:tc>
      </w:tr>
      <w:tr w:rsidR="004215EC" w:rsidRPr="00270F20" w14:paraId="7CD52891" w14:textId="77777777" w:rsidTr="004215EC">
        <w:tc>
          <w:tcPr>
            <w:tcW w:w="6972" w:type="dxa"/>
            <w:gridSpan w:val="3"/>
            <w:vMerge/>
          </w:tcPr>
          <w:p w14:paraId="0F10702B" w14:textId="77777777" w:rsidR="004215EC" w:rsidRPr="004215EC" w:rsidRDefault="004215EC" w:rsidP="00EA4A10">
            <w:pPr>
              <w:rPr>
                <w:rFonts w:asciiTheme="minorHAnsi" w:hAnsiTheme="minorHAnsi" w:cstheme="minorHAnsi"/>
                <w:sz w:val="18"/>
                <w:szCs w:val="18"/>
              </w:rPr>
            </w:pPr>
          </w:p>
        </w:tc>
        <w:tc>
          <w:tcPr>
            <w:tcW w:w="827" w:type="dxa"/>
            <w:vAlign w:val="center"/>
          </w:tcPr>
          <w:p w14:paraId="04ABE164" w14:textId="77777777" w:rsidR="004215EC" w:rsidRPr="004215EC" w:rsidRDefault="004215EC" w:rsidP="00EA4A10">
            <w:pPr>
              <w:rPr>
                <w:rFonts w:asciiTheme="minorHAnsi" w:hAnsiTheme="minorHAnsi" w:cstheme="minorHAnsi"/>
                <w:sz w:val="18"/>
                <w:szCs w:val="18"/>
              </w:rPr>
            </w:pPr>
            <w:r w:rsidRPr="004215EC">
              <w:rPr>
                <w:rFonts w:asciiTheme="minorHAnsi" w:hAnsiTheme="minorHAnsi" w:cstheme="minorHAnsi"/>
                <w:b/>
                <w:sz w:val="18"/>
                <w:szCs w:val="18"/>
              </w:rPr>
              <w:t>No</w:t>
            </w:r>
          </w:p>
        </w:tc>
        <w:tc>
          <w:tcPr>
            <w:tcW w:w="1840" w:type="dxa"/>
          </w:tcPr>
          <w:p w14:paraId="50F25C8B" w14:textId="77777777" w:rsidR="004215EC" w:rsidRPr="004215EC" w:rsidRDefault="004215EC" w:rsidP="00EA4A10">
            <w:pPr>
              <w:rPr>
                <w:rFonts w:asciiTheme="minorHAnsi" w:hAnsiTheme="minorHAnsi" w:cstheme="minorHAnsi"/>
                <w:sz w:val="18"/>
                <w:szCs w:val="18"/>
              </w:rPr>
            </w:pPr>
          </w:p>
        </w:tc>
      </w:tr>
    </w:tbl>
    <w:p w14:paraId="5BB592C9" w14:textId="77777777" w:rsidR="004215EC" w:rsidRPr="004215EC" w:rsidRDefault="004215EC" w:rsidP="004215EC"/>
    <w:p w14:paraId="595A8191" w14:textId="465058D4" w:rsidR="00911642" w:rsidRDefault="00815615">
      <w:pPr>
        <w:pStyle w:val="Heading2"/>
      </w:pPr>
      <w:bookmarkStart w:id="6" w:name="_Toc239681285"/>
      <w:r>
        <w:t>2.2 Technical and Professional Ability</w:t>
      </w:r>
      <w:bookmarkEnd w:id="6"/>
    </w:p>
    <w:tbl>
      <w:tblPr>
        <w:tblStyle w:val="TableGrid"/>
        <w:tblW w:w="9634" w:type="dxa"/>
        <w:jc w:val="center"/>
        <w:tblLook w:val="04A0" w:firstRow="1" w:lastRow="0" w:firstColumn="1" w:lastColumn="0" w:noHBand="0" w:noVBand="1"/>
      </w:tblPr>
      <w:tblGrid>
        <w:gridCol w:w="3114"/>
        <w:gridCol w:w="2266"/>
        <w:gridCol w:w="4254"/>
      </w:tblGrid>
      <w:tr w:rsidR="006B722C" w14:paraId="3D4DF2AB" w14:textId="77777777" w:rsidTr="009E7EAA">
        <w:trPr>
          <w:cantSplit/>
          <w:tblHeader/>
          <w:jc w:val="center"/>
        </w:trPr>
        <w:tc>
          <w:tcPr>
            <w:tcW w:w="3114" w:type="dxa"/>
            <w:shd w:val="clear" w:color="auto" w:fill="175515"/>
            <w:tcMar>
              <w:top w:w="80" w:type="dxa"/>
              <w:left w:w="100" w:type="dxa"/>
              <w:bottom w:w="80" w:type="dxa"/>
              <w:right w:w="100" w:type="dxa"/>
            </w:tcMar>
          </w:tcPr>
          <w:p w14:paraId="002975CA" w14:textId="77777777" w:rsidR="006B722C" w:rsidRDefault="006B722C">
            <w:pPr>
              <w:spacing w:after="40"/>
              <w:jc w:val="center"/>
            </w:pPr>
            <w:r>
              <w:rPr>
                <w:b/>
                <w:color w:val="FFFFFF"/>
                <w:sz w:val="18"/>
              </w:rPr>
              <w:t>RFT criterion</w:t>
            </w:r>
          </w:p>
        </w:tc>
        <w:tc>
          <w:tcPr>
            <w:tcW w:w="2266" w:type="dxa"/>
            <w:shd w:val="clear" w:color="auto" w:fill="175515"/>
            <w:tcMar>
              <w:top w:w="80" w:type="dxa"/>
              <w:left w:w="100" w:type="dxa"/>
              <w:bottom w:w="80" w:type="dxa"/>
              <w:right w:w="100" w:type="dxa"/>
            </w:tcMar>
          </w:tcPr>
          <w:p w14:paraId="51987F41" w14:textId="77777777" w:rsidR="006B722C" w:rsidRDefault="006B722C">
            <w:pPr>
              <w:spacing w:after="40"/>
              <w:jc w:val="center"/>
            </w:pPr>
            <w:r>
              <w:rPr>
                <w:b/>
                <w:color w:val="FFFFFF"/>
                <w:sz w:val="18"/>
              </w:rPr>
              <w:t>Tenderer confirmation</w:t>
            </w:r>
          </w:p>
        </w:tc>
        <w:tc>
          <w:tcPr>
            <w:tcW w:w="4254" w:type="dxa"/>
            <w:shd w:val="clear" w:color="auto" w:fill="175515"/>
            <w:tcMar>
              <w:top w:w="80" w:type="dxa"/>
              <w:left w:w="100" w:type="dxa"/>
              <w:bottom w:w="80" w:type="dxa"/>
              <w:right w:w="100" w:type="dxa"/>
            </w:tcMar>
          </w:tcPr>
          <w:p w14:paraId="33757D20" w14:textId="77777777" w:rsidR="006B722C" w:rsidRDefault="006B722C">
            <w:pPr>
              <w:spacing w:after="40"/>
              <w:jc w:val="center"/>
            </w:pPr>
            <w:r>
              <w:rPr>
                <w:b/>
                <w:color w:val="FFFFFF"/>
                <w:sz w:val="18"/>
              </w:rPr>
              <w:t>Supporting evidence available on request</w:t>
            </w:r>
          </w:p>
        </w:tc>
      </w:tr>
      <w:tr w:rsidR="006B722C" w14:paraId="6D7A9AA9" w14:textId="77777777" w:rsidTr="006B722C">
        <w:trPr>
          <w:cantSplit/>
          <w:jc w:val="center"/>
        </w:trPr>
        <w:tc>
          <w:tcPr>
            <w:tcW w:w="3114" w:type="dxa"/>
            <w:tcMar>
              <w:top w:w="80" w:type="dxa"/>
              <w:left w:w="100" w:type="dxa"/>
              <w:bottom w:w="80" w:type="dxa"/>
              <w:right w:w="100" w:type="dxa"/>
            </w:tcMar>
          </w:tcPr>
          <w:p w14:paraId="72634CE1" w14:textId="650DBFB3" w:rsidR="006B722C" w:rsidRDefault="006B722C" w:rsidP="00E343E7">
            <w:pPr>
              <w:spacing w:after="40"/>
            </w:pPr>
            <w:r>
              <w:rPr>
                <w:sz w:val="18"/>
              </w:rPr>
              <w:t xml:space="preserve">TP1 </w:t>
            </w:r>
            <w:r w:rsidR="00331F8A">
              <w:rPr>
                <w:sz w:val="18"/>
              </w:rPr>
              <w:t>-</w:t>
            </w:r>
            <w:r>
              <w:rPr>
                <w:sz w:val="18"/>
              </w:rPr>
              <w:t>Comparable services experience</w:t>
            </w:r>
          </w:p>
        </w:tc>
        <w:tc>
          <w:tcPr>
            <w:tcW w:w="2266" w:type="dxa"/>
            <w:tcMar>
              <w:top w:w="80" w:type="dxa"/>
              <w:left w:w="100" w:type="dxa"/>
              <w:bottom w:w="80" w:type="dxa"/>
              <w:right w:w="100" w:type="dxa"/>
            </w:tcMar>
          </w:tcPr>
          <w:p w14:paraId="66894DDF" w14:textId="77777777" w:rsidR="006B722C" w:rsidRDefault="006B722C" w:rsidP="00E343E7">
            <w:pPr>
              <w:spacing w:after="40"/>
            </w:pPr>
            <w:r>
              <w:rPr>
                <w:sz w:val="18"/>
              </w:rPr>
              <w:t>[Yes / No / Not applicable]</w:t>
            </w:r>
          </w:p>
        </w:tc>
        <w:tc>
          <w:tcPr>
            <w:tcW w:w="4254" w:type="dxa"/>
            <w:tcMar>
              <w:top w:w="80" w:type="dxa"/>
              <w:left w:w="100" w:type="dxa"/>
              <w:bottom w:w="80" w:type="dxa"/>
              <w:right w:w="100" w:type="dxa"/>
            </w:tcMar>
          </w:tcPr>
          <w:p w14:paraId="2C2DA0B2" w14:textId="3EAF51E3" w:rsidR="006B722C" w:rsidRDefault="006B722C" w:rsidP="00E343E7">
            <w:pPr>
              <w:spacing w:after="40"/>
            </w:pPr>
            <w:r w:rsidRPr="00B83F4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83F41">
              <w:rPr>
                <w:rFonts w:asciiTheme="minorHAnsi" w:hAnsiTheme="minorHAnsi" w:cs="Arial"/>
                <w:sz w:val="18"/>
                <w:szCs w:val="18"/>
                <w:lang w:val="en-US"/>
              </w:rPr>
              <w:instrText xml:space="preserve"> FORMTEXT </w:instrText>
            </w:r>
            <w:r w:rsidRPr="00B83F41">
              <w:rPr>
                <w:rFonts w:asciiTheme="minorHAnsi" w:hAnsiTheme="minorHAnsi" w:cs="Arial"/>
                <w:sz w:val="18"/>
                <w:szCs w:val="18"/>
                <w:lang w:val="en-US"/>
              </w:rPr>
            </w:r>
            <w:r w:rsidRPr="00B83F41">
              <w:rPr>
                <w:rFonts w:asciiTheme="minorHAnsi" w:hAnsiTheme="minorHAnsi" w:cs="Arial"/>
                <w:sz w:val="18"/>
                <w:szCs w:val="18"/>
                <w:lang w:val="en-US"/>
              </w:rPr>
              <w:fldChar w:fldCharType="separate"/>
            </w:r>
            <w:r w:rsidRPr="00B83F41">
              <w:rPr>
                <w:rFonts w:asciiTheme="minorHAnsi" w:hAnsiTheme="minorHAnsi" w:cs="Arial"/>
                <w:noProof/>
                <w:sz w:val="18"/>
                <w:szCs w:val="18"/>
                <w:lang w:val="en-US"/>
              </w:rPr>
              <w:t>Click here and insert details</w:t>
            </w:r>
            <w:r w:rsidRPr="00B83F41">
              <w:rPr>
                <w:rFonts w:asciiTheme="minorHAnsi" w:hAnsiTheme="minorHAnsi" w:cs="Arial"/>
                <w:sz w:val="18"/>
                <w:szCs w:val="18"/>
                <w:lang w:val="en-US"/>
              </w:rPr>
              <w:fldChar w:fldCharType="end"/>
            </w:r>
          </w:p>
        </w:tc>
      </w:tr>
      <w:tr w:rsidR="006B722C" w14:paraId="07BF8B37" w14:textId="77777777" w:rsidTr="006B722C">
        <w:trPr>
          <w:cantSplit/>
          <w:jc w:val="center"/>
        </w:trPr>
        <w:tc>
          <w:tcPr>
            <w:tcW w:w="3114" w:type="dxa"/>
            <w:tcMar>
              <w:top w:w="80" w:type="dxa"/>
              <w:left w:w="100" w:type="dxa"/>
              <w:bottom w:w="80" w:type="dxa"/>
              <w:right w:w="100" w:type="dxa"/>
            </w:tcMar>
          </w:tcPr>
          <w:p w14:paraId="138C48F9" w14:textId="5F5FD61B" w:rsidR="006B722C" w:rsidRDefault="006B722C" w:rsidP="00E343E7">
            <w:pPr>
              <w:spacing w:after="40"/>
            </w:pPr>
            <w:r>
              <w:rPr>
                <w:sz w:val="18"/>
              </w:rPr>
              <w:t xml:space="preserve">TP2 </w:t>
            </w:r>
            <w:r w:rsidR="00331F8A">
              <w:rPr>
                <w:sz w:val="18"/>
              </w:rPr>
              <w:t>-</w:t>
            </w:r>
            <w:r>
              <w:rPr>
                <w:sz w:val="18"/>
              </w:rPr>
              <w:t>Key personnel qualifications and experience</w:t>
            </w:r>
          </w:p>
        </w:tc>
        <w:tc>
          <w:tcPr>
            <w:tcW w:w="2266" w:type="dxa"/>
            <w:tcMar>
              <w:top w:w="80" w:type="dxa"/>
              <w:left w:w="100" w:type="dxa"/>
              <w:bottom w:w="80" w:type="dxa"/>
              <w:right w:w="100" w:type="dxa"/>
            </w:tcMar>
          </w:tcPr>
          <w:p w14:paraId="07D82A70" w14:textId="77777777" w:rsidR="006B722C" w:rsidRDefault="006B722C" w:rsidP="00E343E7">
            <w:pPr>
              <w:spacing w:after="40"/>
            </w:pPr>
            <w:r>
              <w:rPr>
                <w:sz w:val="18"/>
              </w:rPr>
              <w:t>[Yes / No / Not applicable]</w:t>
            </w:r>
          </w:p>
        </w:tc>
        <w:tc>
          <w:tcPr>
            <w:tcW w:w="4254" w:type="dxa"/>
            <w:tcMar>
              <w:top w:w="80" w:type="dxa"/>
              <w:left w:w="100" w:type="dxa"/>
              <w:bottom w:w="80" w:type="dxa"/>
              <w:right w:w="100" w:type="dxa"/>
            </w:tcMar>
          </w:tcPr>
          <w:p w14:paraId="6BCF38B6" w14:textId="062D7983" w:rsidR="006B722C" w:rsidRDefault="006B722C" w:rsidP="00E343E7">
            <w:pPr>
              <w:spacing w:after="40"/>
            </w:pPr>
            <w:r w:rsidRPr="00B83F4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83F41">
              <w:rPr>
                <w:rFonts w:asciiTheme="minorHAnsi" w:hAnsiTheme="minorHAnsi" w:cs="Arial"/>
                <w:sz w:val="18"/>
                <w:szCs w:val="18"/>
                <w:lang w:val="en-US"/>
              </w:rPr>
              <w:instrText xml:space="preserve"> FORMTEXT </w:instrText>
            </w:r>
            <w:r w:rsidRPr="00B83F41">
              <w:rPr>
                <w:rFonts w:asciiTheme="minorHAnsi" w:hAnsiTheme="minorHAnsi" w:cs="Arial"/>
                <w:sz w:val="18"/>
                <w:szCs w:val="18"/>
                <w:lang w:val="en-US"/>
              </w:rPr>
            </w:r>
            <w:r w:rsidRPr="00B83F41">
              <w:rPr>
                <w:rFonts w:asciiTheme="minorHAnsi" w:hAnsiTheme="minorHAnsi" w:cs="Arial"/>
                <w:sz w:val="18"/>
                <w:szCs w:val="18"/>
                <w:lang w:val="en-US"/>
              </w:rPr>
              <w:fldChar w:fldCharType="separate"/>
            </w:r>
            <w:r w:rsidRPr="00B83F41">
              <w:rPr>
                <w:rFonts w:asciiTheme="minorHAnsi" w:hAnsiTheme="minorHAnsi" w:cs="Arial"/>
                <w:noProof/>
                <w:sz w:val="18"/>
                <w:szCs w:val="18"/>
                <w:lang w:val="en-US"/>
              </w:rPr>
              <w:t>Click here and insert details</w:t>
            </w:r>
            <w:r w:rsidRPr="00B83F41">
              <w:rPr>
                <w:rFonts w:asciiTheme="minorHAnsi" w:hAnsiTheme="minorHAnsi" w:cs="Arial"/>
                <w:sz w:val="18"/>
                <w:szCs w:val="18"/>
                <w:lang w:val="en-US"/>
              </w:rPr>
              <w:fldChar w:fldCharType="end"/>
            </w:r>
          </w:p>
        </w:tc>
      </w:tr>
      <w:tr w:rsidR="006B722C" w14:paraId="11E519C8" w14:textId="77777777" w:rsidTr="006B722C">
        <w:trPr>
          <w:cantSplit/>
          <w:jc w:val="center"/>
        </w:trPr>
        <w:tc>
          <w:tcPr>
            <w:tcW w:w="3114" w:type="dxa"/>
            <w:tcMar>
              <w:top w:w="80" w:type="dxa"/>
              <w:left w:w="100" w:type="dxa"/>
              <w:bottom w:w="80" w:type="dxa"/>
              <w:right w:w="100" w:type="dxa"/>
            </w:tcMar>
          </w:tcPr>
          <w:p w14:paraId="5A4C8270" w14:textId="42190B3B" w:rsidR="006B722C" w:rsidRDefault="006B722C" w:rsidP="00E343E7">
            <w:pPr>
              <w:spacing w:after="40"/>
            </w:pPr>
            <w:r>
              <w:rPr>
                <w:sz w:val="18"/>
              </w:rPr>
              <w:t xml:space="preserve">TP3 </w:t>
            </w:r>
            <w:r w:rsidR="00331F8A">
              <w:rPr>
                <w:sz w:val="18"/>
              </w:rPr>
              <w:t>-</w:t>
            </w:r>
            <w:r>
              <w:rPr>
                <w:sz w:val="18"/>
              </w:rPr>
              <w:t>Technical resources and delivery capacity</w:t>
            </w:r>
          </w:p>
        </w:tc>
        <w:tc>
          <w:tcPr>
            <w:tcW w:w="2266" w:type="dxa"/>
            <w:tcMar>
              <w:top w:w="80" w:type="dxa"/>
              <w:left w:w="100" w:type="dxa"/>
              <w:bottom w:w="80" w:type="dxa"/>
              <w:right w:w="100" w:type="dxa"/>
            </w:tcMar>
          </w:tcPr>
          <w:p w14:paraId="4434EB23" w14:textId="77777777" w:rsidR="006B722C" w:rsidRDefault="006B722C" w:rsidP="00E343E7">
            <w:pPr>
              <w:spacing w:after="40"/>
            </w:pPr>
            <w:r>
              <w:rPr>
                <w:sz w:val="18"/>
              </w:rPr>
              <w:t>[Yes / No / Not applicable]</w:t>
            </w:r>
          </w:p>
        </w:tc>
        <w:tc>
          <w:tcPr>
            <w:tcW w:w="4254" w:type="dxa"/>
            <w:tcMar>
              <w:top w:w="80" w:type="dxa"/>
              <w:left w:w="100" w:type="dxa"/>
              <w:bottom w:w="80" w:type="dxa"/>
              <w:right w:w="100" w:type="dxa"/>
            </w:tcMar>
          </w:tcPr>
          <w:p w14:paraId="1581068D" w14:textId="7410CFE2" w:rsidR="006B722C" w:rsidRDefault="006B722C" w:rsidP="00E343E7">
            <w:pPr>
              <w:spacing w:after="40"/>
            </w:pPr>
            <w:r w:rsidRPr="00B83F41">
              <w:rPr>
                <w:rFonts w:asciiTheme="minorHAnsi" w:hAnsiTheme="minorHAnsi" w:cs="Arial"/>
                <w:sz w:val="18"/>
                <w:szCs w:val="18"/>
                <w:lang w:val="en-US"/>
              </w:rPr>
              <w:fldChar w:fldCharType="begin">
                <w:ffData>
                  <w:name w:val="Text1"/>
                  <w:enabled/>
                  <w:calcOnExit w:val="0"/>
                  <w:textInput>
                    <w:default w:val="Click here and insert details"/>
                  </w:textInput>
                </w:ffData>
              </w:fldChar>
            </w:r>
            <w:r w:rsidRPr="00B83F41">
              <w:rPr>
                <w:rFonts w:asciiTheme="minorHAnsi" w:hAnsiTheme="minorHAnsi" w:cs="Arial"/>
                <w:sz w:val="18"/>
                <w:szCs w:val="18"/>
                <w:lang w:val="en-US"/>
              </w:rPr>
              <w:instrText xml:space="preserve"> FORMTEXT </w:instrText>
            </w:r>
            <w:r w:rsidRPr="00B83F41">
              <w:rPr>
                <w:rFonts w:asciiTheme="minorHAnsi" w:hAnsiTheme="minorHAnsi" w:cs="Arial"/>
                <w:sz w:val="18"/>
                <w:szCs w:val="18"/>
                <w:lang w:val="en-US"/>
              </w:rPr>
            </w:r>
            <w:r w:rsidRPr="00B83F41">
              <w:rPr>
                <w:rFonts w:asciiTheme="minorHAnsi" w:hAnsiTheme="minorHAnsi" w:cs="Arial"/>
                <w:sz w:val="18"/>
                <w:szCs w:val="18"/>
                <w:lang w:val="en-US"/>
              </w:rPr>
              <w:fldChar w:fldCharType="separate"/>
            </w:r>
            <w:r w:rsidRPr="00B83F41">
              <w:rPr>
                <w:rFonts w:asciiTheme="minorHAnsi" w:hAnsiTheme="minorHAnsi" w:cs="Arial"/>
                <w:noProof/>
                <w:sz w:val="18"/>
                <w:szCs w:val="18"/>
                <w:lang w:val="en-US"/>
              </w:rPr>
              <w:t>Click here and insert details</w:t>
            </w:r>
            <w:r w:rsidRPr="00B83F41">
              <w:rPr>
                <w:rFonts w:asciiTheme="minorHAnsi" w:hAnsiTheme="minorHAnsi" w:cs="Arial"/>
                <w:sz w:val="18"/>
                <w:szCs w:val="18"/>
                <w:lang w:val="en-US"/>
              </w:rPr>
              <w:fldChar w:fldCharType="end"/>
            </w:r>
          </w:p>
        </w:tc>
      </w:tr>
    </w:tbl>
    <w:p w14:paraId="41C55C75" w14:textId="77777777" w:rsidR="00FF28D0" w:rsidRDefault="00FF28D0" w:rsidP="00FF28D0"/>
    <w:p w14:paraId="73716492" w14:textId="77777777" w:rsidR="00FF28D0" w:rsidRPr="00FF28D0" w:rsidRDefault="00FF28D0" w:rsidP="00FF28D0"/>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2"/>
      </w:tblGrid>
      <w:tr w:rsidR="002A2D92" w:rsidRPr="00FF28D0" w14:paraId="59EAD2E2" w14:textId="77777777" w:rsidTr="009E7EAA">
        <w:trPr>
          <w:trHeight w:val="677"/>
        </w:trPr>
        <w:tc>
          <w:tcPr>
            <w:tcW w:w="9634" w:type="dxa"/>
            <w:gridSpan w:val="2"/>
            <w:shd w:val="clear" w:color="auto" w:fill="175515"/>
            <w:vAlign w:val="center"/>
          </w:tcPr>
          <w:p w14:paraId="7FB83C36" w14:textId="77777777" w:rsidR="002A2D92" w:rsidRPr="005A0A20" w:rsidRDefault="002A2D92" w:rsidP="00EA4A10">
            <w:pPr>
              <w:rPr>
                <w:rFonts w:asciiTheme="minorHAnsi" w:hAnsiTheme="minorHAnsi" w:cstheme="minorHAnsi"/>
                <w:b/>
                <w:bCs/>
                <w:sz w:val="18"/>
                <w:szCs w:val="18"/>
              </w:rPr>
            </w:pPr>
            <w:bookmarkStart w:id="7" w:name="_Toc158298405"/>
            <w:r w:rsidRPr="005A0A20">
              <w:rPr>
                <w:rFonts w:asciiTheme="minorHAnsi" w:hAnsiTheme="minorHAnsi" w:cstheme="minorHAnsi"/>
                <w:b/>
                <w:bCs/>
                <w:color w:val="FFFFFF" w:themeColor="background1"/>
                <w:sz w:val="18"/>
                <w:szCs w:val="18"/>
              </w:rPr>
              <w:t>PREVIOUS REFERENCE CONTRACT #1</w:t>
            </w:r>
            <w:bookmarkEnd w:id="7"/>
          </w:p>
        </w:tc>
      </w:tr>
      <w:tr w:rsidR="002A2D92" w:rsidRPr="00FF28D0" w14:paraId="3CBD5AC5" w14:textId="77777777" w:rsidTr="009E7EAA">
        <w:tc>
          <w:tcPr>
            <w:tcW w:w="3202" w:type="dxa"/>
            <w:shd w:val="clear" w:color="auto" w:fill="175515"/>
            <w:vAlign w:val="center"/>
          </w:tcPr>
          <w:p w14:paraId="20A91E44" w14:textId="77777777" w:rsidR="002A2D92" w:rsidRPr="00FF28D0" w:rsidRDefault="002A2D92" w:rsidP="00EA4A10">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2" w:type="dxa"/>
            <w:vAlign w:val="center"/>
          </w:tcPr>
          <w:p w14:paraId="12FADB57"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project or matter on which you delivered servic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project or matter on which you delivered service</w:t>
            </w:r>
            <w:r w:rsidRPr="00FF28D0">
              <w:rPr>
                <w:sz w:val="18"/>
                <w:szCs w:val="18"/>
              </w:rPr>
              <w:fldChar w:fldCharType="end"/>
            </w:r>
          </w:p>
        </w:tc>
      </w:tr>
      <w:tr w:rsidR="002A2D92" w:rsidRPr="00FF28D0" w14:paraId="210C87C1" w14:textId="77777777" w:rsidTr="009E7EAA">
        <w:tc>
          <w:tcPr>
            <w:tcW w:w="3202" w:type="dxa"/>
            <w:shd w:val="clear" w:color="auto" w:fill="175515"/>
            <w:vAlign w:val="center"/>
          </w:tcPr>
          <w:p w14:paraId="474FF9F4"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2" w:type="dxa"/>
            <w:vAlign w:val="center"/>
          </w:tcPr>
          <w:p w14:paraId="6234DCEE"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the client or 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the client or contracting authority</w:t>
            </w:r>
            <w:r w:rsidRPr="00FF28D0">
              <w:rPr>
                <w:sz w:val="18"/>
                <w:szCs w:val="18"/>
              </w:rPr>
              <w:fldChar w:fldCharType="end"/>
            </w:r>
          </w:p>
        </w:tc>
      </w:tr>
      <w:tr w:rsidR="002A2D92" w:rsidRPr="00FF28D0" w14:paraId="66ECA4B8" w14:textId="77777777" w:rsidTr="009E7EAA">
        <w:tc>
          <w:tcPr>
            <w:tcW w:w="3202" w:type="dxa"/>
            <w:shd w:val="clear" w:color="auto" w:fill="175515"/>
            <w:vAlign w:val="center"/>
          </w:tcPr>
          <w:p w14:paraId="78C0C32A"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2" w:type="dxa"/>
            <w:vAlign w:val="center"/>
          </w:tcPr>
          <w:p w14:paraId="160C0A1C"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either Public or Privat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either Public or Private</w:t>
            </w:r>
            <w:r w:rsidRPr="00FF28D0">
              <w:rPr>
                <w:sz w:val="18"/>
                <w:szCs w:val="18"/>
              </w:rPr>
              <w:fldChar w:fldCharType="end"/>
            </w:r>
          </w:p>
        </w:tc>
      </w:tr>
      <w:tr w:rsidR="002A2D92" w:rsidRPr="00FF28D0" w14:paraId="38412084" w14:textId="77777777" w:rsidTr="009E7EAA">
        <w:tc>
          <w:tcPr>
            <w:tcW w:w="3202" w:type="dxa"/>
            <w:shd w:val="clear" w:color="auto" w:fill="175515"/>
            <w:vAlign w:val="center"/>
          </w:tcPr>
          <w:p w14:paraId="1F780ACD"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2" w:type="dxa"/>
            <w:vAlign w:val="center"/>
          </w:tcPr>
          <w:p w14:paraId="5B4319C9"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full description of services provided to the Client/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full description of services provided to the Client/Contracting Authority</w:t>
            </w:r>
            <w:r w:rsidRPr="00FF28D0">
              <w:rPr>
                <w:sz w:val="18"/>
                <w:szCs w:val="18"/>
              </w:rPr>
              <w:fldChar w:fldCharType="end"/>
            </w:r>
          </w:p>
        </w:tc>
      </w:tr>
      <w:tr w:rsidR="002A2D92" w:rsidRPr="00FF28D0" w14:paraId="33D46363" w14:textId="77777777" w:rsidTr="009E7EAA">
        <w:tc>
          <w:tcPr>
            <w:tcW w:w="3202" w:type="dxa"/>
            <w:shd w:val="clear" w:color="auto" w:fill="175515"/>
            <w:vAlign w:val="center"/>
          </w:tcPr>
          <w:p w14:paraId="35894264"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lastRenderedPageBreak/>
              <w:t>Contract Management</w:t>
            </w:r>
          </w:p>
        </w:tc>
        <w:tc>
          <w:tcPr>
            <w:tcW w:w="6432" w:type="dxa"/>
            <w:vAlign w:val="center"/>
          </w:tcPr>
          <w:p w14:paraId="6DC4D961"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details of the management systems/approach employed during the course of the 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details of the management systems/approach employed during the course of the contract</w:t>
            </w:r>
            <w:r w:rsidRPr="00FF28D0">
              <w:rPr>
                <w:sz w:val="18"/>
                <w:szCs w:val="18"/>
              </w:rPr>
              <w:fldChar w:fldCharType="end"/>
            </w:r>
          </w:p>
        </w:tc>
      </w:tr>
      <w:tr w:rsidR="002A2D92" w:rsidRPr="00FF28D0" w14:paraId="2E317315" w14:textId="77777777" w:rsidTr="009E7EAA">
        <w:tc>
          <w:tcPr>
            <w:tcW w:w="3202" w:type="dxa"/>
            <w:shd w:val="clear" w:color="auto" w:fill="175515"/>
            <w:vAlign w:val="center"/>
          </w:tcPr>
          <w:p w14:paraId="75F59E42"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Performance</w:t>
            </w:r>
          </w:p>
        </w:tc>
        <w:tc>
          <w:tcPr>
            <w:tcW w:w="6432" w:type="dxa"/>
            <w:vAlign w:val="center"/>
          </w:tcPr>
          <w:p w14:paraId="6AC54D40"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angible examples of where your expertise and skill added valu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tangible examples of where your expertise and skill added value</w:t>
            </w:r>
            <w:r w:rsidRPr="00FF28D0">
              <w:rPr>
                <w:sz w:val="18"/>
                <w:szCs w:val="18"/>
              </w:rPr>
              <w:fldChar w:fldCharType="end"/>
            </w:r>
          </w:p>
        </w:tc>
      </w:tr>
      <w:tr w:rsidR="002A2D92" w:rsidRPr="00FF28D0" w14:paraId="4D6C70F5" w14:textId="77777777" w:rsidTr="009E7EAA">
        <w:tc>
          <w:tcPr>
            <w:tcW w:w="3202" w:type="dxa"/>
            <w:shd w:val="clear" w:color="auto" w:fill="175515"/>
            <w:vAlign w:val="center"/>
          </w:tcPr>
          <w:p w14:paraId="3A18B695"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612156AE"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2" w:type="dxa"/>
            <w:vAlign w:val="center"/>
          </w:tcPr>
          <w:p w14:paraId="57074845"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total value charged"/>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total value charged</w:t>
            </w:r>
            <w:r w:rsidRPr="00FF28D0">
              <w:rPr>
                <w:sz w:val="18"/>
                <w:szCs w:val="18"/>
              </w:rPr>
              <w:fldChar w:fldCharType="end"/>
            </w:r>
          </w:p>
        </w:tc>
      </w:tr>
      <w:tr w:rsidR="002A2D92" w:rsidRPr="00FF28D0" w14:paraId="48A8C938" w14:textId="77777777" w:rsidTr="009E7EAA">
        <w:tc>
          <w:tcPr>
            <w:tcW w:w="3202" w:type="dxa"/>
            <w:shd w:val="clear" w:color="auto" w:fill="175515"/>
            <w:vAlign w:val="center"/>
          </w:tcPr>
          <w:p w14:paraId="54364470"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2" w:type="dxa"/>
            <w:vAlign w:val="center"/>
          </w:tcPr>
          <w:p w14:paraId="40EC69EF"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start date and finish date of the project/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start date and finish date of the project/contract</w:t>
            </w:r>
            <w:r w:rsidRPr="00FF28D0">
              <w:rPr>
                <w:sz w:val="18"/>
                <w:szCs w:val="18"/>
              </w:rPr>
              <w:fldChar w:fldCharType="end"/>
            </w:r>
          </w:p>
        </w:tc>
      </w:tr>
      <w:tr w:rsidR="002A2D92" w:rsidRPr="00FF28D0" w14:paraId="2931287C" w14:textId="77777777" w:rsidTr="009E7EAA">
        <w:tc>
          <w:tcPr>
            <w:tcW w:w="3202" w:type="dxa"/>
            <w:shd w:val="clear" w:color="auto" w:fill="175515"/>
            <w:vAlign w:val="center"/>
          </w:tcPr>
          <w:p w14:paraId="0E3C498E" w14:textId="021C7276"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Comparability to this </w:t>
            </w:r>
            <w:r w:rsidR="00FF28D0" w:rsidRPr="00FF28D0">
              <w:rPr>
                <w:b/>
                <w:color w:val="FFFFFF" w:themeColor="background1"/>
                <w:sz w:val="18"/>
                <w:szCs w:val="18"/>
              </w:rPr>
              <w:t>RFT</w:t>
            </w:r>
          </w:p>
        </w:tc>
        <w:tc>
          <w:tcPr>
            <w:tcW w:w="6432" w:type="dxa"/>
            <w:vAlign w:val="center"/>
          </w:tcPr>
          <w:p w14:paraId="39DE88C1"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narrative that outlines the extent to which you feel the services are comparable to the Contracting Authorities current requirements</w:t>
            </w:r>
            <w:r w:rsidRPr="00FF28D0">
              <w:rPr>
                <w:sz w:val="18"/>
                <w:szCs w:val="18"/>
              </w:rPr>
              <w:fldChar w:fldCharType="end"/>
            </w:r>
          </w:p>
        </w:tc>
      </w:tr>
      <w:tr w:rsidR="002A2D92" w:rsidRPr="00FF28D0" w14:paraId="6F62E290" w14:textId="77777777" w:rsidTr="009E7EAA">
        <w:tc>
          <w:tcPr>
            <w:tcW w:w="3202" w:type="dxa"/>
            <w:shd w:val="clear" w:color="auto" w:fill="175515"/>
            <w:vAlign w:val="center"/>
          </w:tcPr>
          <w:p w14:paraId="5DEAE4C0"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2" w:type="dxa"/>
            <w:vAlign w:val="center"/>
          </w:tcPr>
          <w:p w14:paraId="17569370"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nam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name</w:t>
            </w:r>
            <w:r w:rsidRPr="00FF28D0">
              <w:rPr>
                <w:sz w:val="18"/>
                <w:szCs w:val="18"/>
              </w:rPr>
              <w:fldChar w:fldCharType="end"/>
            </w:r>
          </w:p>
        </w:tc>
      </w:tr>
      <w:tr w:rsidR="002A2D92" w:rsidRPr="00FF28D0" w14:paraId="5DD5B98A" w14:textId="77777777" w:rsidTr="009E7EAA">
        <w:tc>
          <w:tcPr>
            <w:tcW w:w="3202" w:type="dxa"/>
            <w:shd w:val="clear" w:color="auto" w:fill="175515"/>
            <w:vAlign w:val="center"/>
          </w:tcPr>
          <w:p w14:paraId="3F9A94F7"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2" w:type="dxa"/>
            <w:vAlign w:val="center"/>
          </w:tcPr>
          <w:p w14:paraId="28519BE0"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itle/rol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title/role</w:t>
            </w:r>
            <w:r w:rsidRPr="00FF28D0">
              <w:rPr>
                <w:sz w:val="18"/>
                <w:szCs w:val="18"/>
              </w:rPr>
              <w:fldChar w:fldCharType="end"/>
            </w:r>
          </w:p>
        </w:tc>
      </w:tr>
      <w:tr w:rsidR="002A2D92" w:rsidRPr="00FF28D0" w14:paraId="167B04DA" w14:textId="77777777" w:rsidTr="009E7EAA">
        <w:tc>
          <w:tcPr>
            <w:tcW w:w="3202" w:type="dxa"/>
            <w:shd w:val="clear" w:color="auto" w:fill="175515"/>
            <w:vAlign w:val="center"/>
          </w:tcPr>
          <w:p w14:paraId="6B3BC2D0"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Telephone of Client Referee</w:t>
            </w:r>
          </w:p>
        </w:tc>
        <w:tc>
          <w:tcPr>
            <w:tcW w:w="6432" w:type="dxa"/>
            <w:vAlign w:val="center"/>
          </w:tcPr>
          <w:p w14:paraId="6EADA40A"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telephone number"/>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telephone number</w:t>
            </w:r>
            <w:r w:rsidRPr="00FF28D0">
              <w:rPr>
                <w:sz w:val="18"/>
                <w:szCs w:val="18"/>
              </w:rPr>
              <w:fldChar w:fldCharType="end"/>
            </w:r>
          </w:p>
        </w:tc>
      </w:tr>
      <w:tr w:rsidR="002A2D92" w:rsidRPr="00FF28D0" w14:paraId="2A1D901E" w14:textId="77777777" w:rsidTr="009E7EAA">
        <w:tc>
          <w:tcPr>
            <w:tcW w:w="3202" w:type="dxa"/>
            <w:shd w:val="clear" w:color="auto" w:fill="175515"/>
            <w:vAlign w:val="center"/>
          </w:tcPr>
          <w:p w14:paraId="0875E45C" w14:textId="77777777" w:rsidR="002A2D92" w:rsidRPr="00FF28D0" w:rsidRDefault="002A2D92"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2" w:type="dxa"/>
            <w:vAlign w:val="center"/>
          </w:tcPr>
          <w:p w14:paraId="2DC643A3" w14:textId="77777777" w:rsidR="002A2D92" w:rsidRPr="00FF28D0" w:rsidRDefault="002A2D92" w:rsidP="00EA4A10">
            <w:pPr>
              <w:spacing w:line="360" w:lineRule="auto"/>
              <w:jc w:val="both"/>
              <w:rPr>
                <w:sz w:val="18"/>
                <w:szCs w:val="18"/>
              </w:rPr>
            </w:pPr>
            <w:r w:rsidRPr="00FF28D0">
              <w:rPr>
                <w:sz w:val="18"/>
                <w:szCs w:val="18"/>
              </w:rPr>
              <w:fldChar w:fldCharType="begin">
                <w:ffData>
                  <w:name w:val=""/>
                  <w:enabled/>
                  <w:calcOnExit w:val="0"/>
                  <w:textInput>
                    <w:default w:val="Click here and insert email addres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email address</w:t>
            </w:r>
            <w:r w:rsidRPr="00FF28D0">
              <w:rPr>
                <w:sz w:val="18"/>
                <w:szCs w:val="18"/>
              </w:rPr>
              <w:fldChar w:fldCharType="end"/>
            </w:r>
          </w:p>
        </w:tc>
      </w:tr>
    </w:tbl>
    <w:p w14:paraId="5026E8A7" w14:textId="77777777" w:rsidR="002A2D92" w:rsidRPr="002A2D92" w:rsidRDefault="002A2D92" w:rsidP="002A2D92"/>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2"/>
      </w:tblGrid>
      <w:tr w:rsidR="00FF28D0" w:rsidRPr="00FF28D0" w14:paraId="218DEFF0" w14:textId="77777777" w:rsidTr="009E7EAA">
        <w:trPr>
          <w:trHeight w:val="677"/>
        </w:trPr>
        <w:tc>
          <w:tcPr>
            <w:tcW w:w="9634" w:type="dxa"/>
            <w:gridSpan w:val="2"/>
            <w:shd w:val="clear" w:color="auto" w:fill="175515"/>
            <w:vAlign w:val="center"/>
          </w:tcPr>
          <w:p w14:paraId="45EC9E9E" w14:textId="6676E463" w:rsidR="00FF28D0" w:rsidRPr="005A0A20" w:rsidRDefault="00FF28D0" w:rsidP="00EA4A10">
            <w:pPr>
              <w:rPr>
                <w:rFonts w:asciiTheme="minorHAnsi" w:hAnsiTheme="minorHAnsi" w:cstheme="minorHAnsi"/>
                <w:b/>
                <w:bCs/>
                <w:sz w:val="18"/>
                <w:szCs w:val="18"/>
              </w:rPr>
            </w:pPr>
            <w:r w:rsidRPr="005A0A20">
              <w:rPr>
                <w:rFonts w:asciiTheme="minorHAnsi" w:hAnsiTheme="minorHAnsi" w:cstheme="minorHAnsi"/>
                <w:b/>
                <w:bCs/>
                <w:color w:val="FFFFFF" w:themeColor="background1"/>
                <w:sz w:val="18"/>
                <w:szCs w:val="18"/>
              </w:rPr>
              <w:t>PREVIOUS REFERENCE CONTRACT #2</w:t>
            </w:r>
          </w:p>
        </w:tc>
      </w:tr>
      <w:tr w:rsidR="00FF28D0" w:rsidRPr="00FF28D0" w14:paraId="3B4CCD17" w14:textId="77777777" w:rsidTr="009E7EAA">
        <w:tc>
          <w:tcPr>
            <w:tcW w:w="3202" w:type="dxa"/>
            <w:shd w:val="clear" w:color="auto" w:fill="175515"/>
            <w:vAlign w:val="center"/>
          </w:tcPr>
          <w:p w14:paraId="5D3A8A2D" w14:textId="77777777" w:rsidR="00FF28D0" w:rsidRPr="00FF28D0" w:rsidRDefault="00FF28D0" w:rsidP="00EA4A10">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2" w:type="dxa"/>
            <w:vAlign w:val="center"/>
          </w:tcPr>
          <w:p w14:paraId="29D3BED5"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project or matter on which you delivered servic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project or matter on which you delivered service</w:t>
            </w:r>
            <w:r w:rsidRPr="00FF28D0">
              <w:rPr>
                <w:sz w:val="18"/>
                <w:szCs w:val="18"/>
              </w:rPr>
              <w:fldChar w:fldCharType="end"/>
            </w:r>
          </w:p>
        </w:tc>
      </w:tr>
      <w:tr w:rsidR="00FF28D0" w:rsidRPr="00FF28D0" w14:paraId="6F0CC8C3" w14:textId="77777777" w:rsidTr="009E7EAA">
        <w:tc>
          <w:tcPr>
            <w:tcW w:w="3202" w:type="dxa"/>
            <w:shd w:val="clear" w:color="auto" w:fill="175515"/>
            <w:vAlign w:val="center"/>
          </w:tcPr>
          <w:p w14:paraId="0C64D1C9"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2" w:type="dxa"/>
            <w:vAlign w:val="center"/>
          </w:tcPr>
          <w:p w14:paraId="12D0CB1D"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name of the client or 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name of the client or contracting authority</w:t>
            </w:r>
            <w:r w:rsidRPr="00FF28D0">
              <w:rPr>
                <w:sz w:val="18"/>
                <w:szCs w:val="18"/>
              </w:rPr>
              <w:fldChar w:fldCharType="end"/>
            </w:r>
          </w:p>
        </w:tc>
      </w:tr>
      <w:tr w:rsidR="00FF28D0" w:rsidRPr="00FF28D0" w14:paraId="148F2494" w14:textId="77777777" w:rsidTr="009E7EAA">
        <w:tc>
          <w:tcPr>
            <w:tcW w:w="3202" w:type="dxa"/>
            <w:shd w:val="clear" w:color="auto" w:fill="175515"/>
            <w:vAlign w:val="center"/>
          </w:tcPr>
          <w:p w14:paraId="587EC7A4"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2" w:type="dxa"/>
            <w:vAlign w:val="center"/>
          </w:tcPr>
          <w:p w14:paraId="12BDC083"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either Public or Privat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either Public or Private</w:t>
            </w:r>
            <w:r w:rsidRPr="00FF28D0">
              <w:rPr>
                <w:sz w:val="18"/>
                <w:szCs w:val="18"/>
              </w:rPr>
              <w:fldChar w:fldCharType="end"/>
            </w:r>
          </w:p>
        </w:tc>
      </w:tr>
      <w:tr w:rsidR="00FF28D0" w:rsidRPr="00FF28D0" w14:paraId="5925C6E7" w14:textId="77777777" w:rsidTr="009E7EAA">
        <w:tc>
          <w:tcPr>
            <w:tcW w:w="3202" w:type="dxa"/>
            <w:shd w:val="clear" w:color="auto" w:fill="175515"/>
            <w:vAlign w:val="center"/>
          </w:tcPr>
          <w:p w14:paraId="527B0414"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2" w:type="dxa"/>
            <w:vAlign w:val="center"/>
          </w:tcPr>
          <w:p w14:paraId="54584396"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full description of services provided to the Client/Contracting Authority"/>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full description of services provided to the Client/Contracting Authority</w:t>
            </w:r>
            <w:r w:rsidRPr="00FF28D0">
              <w:rPr>
                <w:sz w:val="18"/>
                <w:szCs w:val="18"/>
              </w:rPr>
              <w:fldChar w:fldCharType="end"/>
            </w:r>
          </w:p>
        </w:tc>
      </w:tr>
      <w:tr w:rsidR="00FF28D0" w:rsidRPr="00FF28D0" w14:paraId="728646E0" w14:textId="77777777" w:rsidTr="009E7EAA">
        <w:tc>
          <w:tcPr>
            <w:tcW w:w="3202" w:type="dxa"/>
            <w:shd w:val="clear" w:color="auto" w:fill="175515"/>
            <w:vAlign w:val="center"/>
          </w:tcPr>
          <w:p w14:paraId="194C7DF6"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Management</w:t>
            </w:r>
          </w:p>
        </w:tc>
        <w:tc>
          <w:tcPr>
            <w:tcW w:w="6432" w:type="dxa"/>
            <w:vAlign w:val="center"/>
          </w:tcPr>
          <w:p w14:paraId="26890B61"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details of the management systems/approach employed during the course of the 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details of the management systems/approach employed during the course of the contract</w:t>
            </w:r>
            <w:r w:rsidRPr="00FF28D0">
              <w:rPr>
                <w:sz w:val="18"/>
                <w:szCs w:val="18"/>
              </w:rPr>
              <w:fldChar w:fldCharType="end"/>
            </w:r>
          </w:p>
        </w:tc>
      </w:tr>
      <w:tr w:rsidR="00FF28D0" w:rsidRPr="00FF28D0" w14:paraId="28B5EC42" w14:textId="77777777" w:rsidTr="009E7EAA">
        <w:tc>
          <w:tcPr>
            <w:tcW w:w="3202" w:type="dxa"/>
            <w:shd w:val="clear" w:color="auto" w:fill="175515"/>
            <w:vAlign w:val="center"/>
          </w:tcPr>
          <w:p w14:paraId="2459F9E3"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Performance</w:t>
            </w:r>
          </w:p>
        </w:tc>
        <w:tc>
          <w:tcPr>
            <w:tcW w:w="6432" w:type="dxa"/>
            <w:vAlign w:val="center"/>
          </w:tcPr>
          <w:p w14:paraId="2AD42C58"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angible examples of where your expertise and skill added valu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tangible examples of where your expertise and skill added value</w:t>
            </w:r>
            <w:r w:rsidRPr="00FF28D0">
              <w:rPr>
                <w:sz w:val="18"/>
                <w:szCs w:val="18"/>
              </w:rPr>
              <w:fldChar w:fldCharType="end"/>
            </w:r>
          </w:p>
        </w:tc>
      </w:tr>
      <w:tr w:rsidR="00FF28D0" w:rsidRPr="00FF28D0" w14:paraId="4E6674DE" w14:textId="77777777" w:rsidTr="009E7EAA">
        <w:tc>
          <w:tcPr>
            <w:tcW w:w="3202" w:type="dxa"/>
            <w:shd w:val="clear" w:color="auto" w:fill="175515"/>
            <w:vAlign w:val="center"/>
          </w:tcPr>
          <w:p w14:paraId="663573F8"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2BAEE2B0"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2" w:type="dxa"/>
            <w:vAlign w:val="center"/>
          </w:tcPr>
          <w:p w14:paraId="6F3B3B7F"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total value charged"/>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total value charged</w:t>
            </w:r>
            <w:r w:rsidRPr="00FF28D0">
              <w:rPr>
                <w:sz w:val="18"/>
                <w:szCs w:val="18"/>
              </w:rPr>
              <w:fldChar w:fldCharType="end"/>
            </w:r>
          </w:p>
        </w:tc>
      </w:tr>
      <w:tr w:rsidR="00FF28D0" w:rsidRPr="00FF28D0" w14:paraId="4BD50564" w14:textId="77777777" w:rsidTr="009E7EAA">
        <w:tc>
          <w:tcPr>
            <w:tcW w:w="3202" w:type="dxa"/>
            <w:shd w:val="clear" w:color="auto" w:fill="175515"/>
            <w:vAlign w:val="center"/>
          </w:tcPr>
          <w:p w14:paraId="4B9E3AB2"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2" w:type="dxa"/>
            <w:vAlign w:val="center"/>
          </w:tcPr>
          <w:p w14:paraId="103E9489"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he start date and finish date of the project/contract"/>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the start date and finish date of the project/contract</w:t>
            </w:r>
            <w:r w:rsidRPr="00FF28D0">
              <w:rPr>
                <w:sz w:val="18"/>
                <w:szCs w:val="18"/>
              </w:rPr>
              <w:fldChar w:fldCharType="end"/>
            </w:r>
          </w:p>
        </w:tc>
      </w:tr>
      <w:tr w:rsidR="00FF28D0" w:rsidRPr="00FF28D0" w14:paraId="1C1E2076" w14:textId="77777777" w:rsidTr="009E7EAA">
        <w:tc>
          <w:tcPr>
            <w:tcW w:w="3202" w:type="dxa"/>
            <w:shd w:val="clear" w:color="auto" w:fill="175515"/>
            <w:vAlign w:val="center"/>
          </w:tcPr>
          <w:p w14:paraId="463C9AF4"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Comparability to this RFT</w:t>
            </w:r>
          </w:p>
        </w:tc>
        <w:tc>
          <w:tcPr>
            <w:tcW w:w="6432" w:type="dxa"/>
            <w:vAlign w:val="center"/>
          </w:tcPr>
          <w:p w14:paraId="1E116360"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a narrative that outlines the extent to which you feel the services are comparable to the Contracting Authorities current requirements</w:t>
            </w:r>
            <w:r w:rsidRPr="00FF28D0">
              <w:rPr>
                <w:sz w:val="18"/>
                <w:szCs w:val="18"/>
              </w:rPr>
              <w:fldChar w:fldCharType="end"/>
            </w:r>
          </w:p>
        </w:tc>
      </w:tr>
      <w:tr w:rsidR="00FF28D0" w:rsidRPr="00FF28D0" w14:paraId="5F63B210" w14:textId="77777777" w:rsidTr="009E7EAA">
        <w:tc>
          <w:tcPr>
            <w:tcW w:w="3202" w:type="dxa"/>
            <w:shd w:val="clear" w:color="auto" w:fill="175515"/>
            <w:vAlign w:val="center"/>
          </w:tcPr>
          <w:p w14:paraId="4AD00664"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2" w:type="dxa"/>
            <w:vAlign w:val="center"/>
          </w:tcPr>
          <w:p w14:paraId="2991F4A9"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nam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name</w:t>
            </w:r>
            <w:r w:rsidRPr="00FF28D0">
              <w:rPr>
                <w:sz w:val="18"/>
                <w:szCs w:val="18"/>
              </w:rPr>
              <w:fldChar w:fldCharType="end"/>
            </w:r>
          </w:p>
        </w:tc>
      </w:tr>
      <w:tr w:rsidR="00FF28D0" w:rsidRPr="00FF28D0" w14:paraId="1708DD6D" w14:textId="77777777" w:rsidTr="009E7EAA">
        <w:tc>
          <w:tcPr>
            <w:tcW w:w="3202" w:type="dxa"/>
            <w:shd w:val="clear" w:color="auto" w:fill="175515"/>
            <w:vAlign w:val="center"/>
          </w:tcPr>
          <w:p w14:paraId="0EB2F246"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2" w:type="dxa"/>
            <w:vAlign w:val="center"/>
          </w:tcPr>
          <w:p w14:paraId="02050E79"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itle/role"/>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title/role</w:t>
            </w:r>
            <w:r w:rsidRPr="00FF28D0">
              <w:rPr>
                <w:sz w:val="18"/>
                <w:szCs w:val="18"/>
              </w:rPr>
              <w:fldChar w:fldCharType="end"/>
            </w:r>
          </w:p>
        </w:tc>
      </w:tr>
      <w:tr w:rsidR="00FF28D0" w:rsidRPr="00FF28D0" w14:paraId="1C796F26" w14:textId="77777777" w:rsidTr="009E7EAA">
        <w:tc>
          <w:tcPr>
            <w:tcW w:w="3202" w:type="dxa"/>
            <w:shd w:val="clear" w:color="auto" w:fill="175515"/>
            <w:vAlign w:val="center"/>
          </w:tcPr>
          <w:p w14:paraId="4A234B2F"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Telephone of Client Referee</w:t>
            </w:r>
          </w:p>
        </w:tc>
        <w:tc>
          <w:tcPr>
            <w:tcW w:w="6432" w:type="dxa"/>
            <w:vAlign w:val="center"/>
          </w:tcPr>
          <w:p w14:paraId="4708177A"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telephone number"/>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telephone number</w:t>
            </w:r>
            <w:r w:rsidRPr="00FF28D0">
              <w:rPr>
                <w:sz w:val="18"/>
                <w:szCs w:val="18"/>
              </w:rPr>
              <w:fldChar w:fldCharType="end"/>
            </w:r>
          </w:p>
        </w:tc>
      </w:tr>
      <w:tr w:rsidR="00FF28D0" w:rsidRPr="00FF28D0" w14:paraId="7A611FA1" w14:textId="77777777" w:rsidTr="009E7EAA">
        <w:tc>
          <w:tcPr>
            <w:tcW w:w="3202" w:type="dxa"/>
            <w:shd w:val="clear" w:color="auto" w:fill="175515"/>
            <w:vAlign w:val="center"/>
          </w:tcPr>
          <w:p w14:paraId="79A9D7BF" w14:textId="77777777" w:rsidR="00FF28D0" w:rsidRPr="00FF28D0" w:rsidRDefault="00FF28D0" w:rsidP="00EA4A10">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2" w:type="dxa"/>
            <w:vAlign w:val="center"/>
          </w:tcPr>
          <w:p w14:paraId="03C6BD84" w14:textId="77777777" w:rsidR="00FF28D0" w:rsidRPr="00FF28D0" w:rsidRDefault="00FF28D0" w:rsidP="00EA4A10">
            <w:pPr>
              <w:spacing w:line="360" w:lineRule="auto"/>
              <w:jc w:val="both"/>
              <w:rPr>
                <w:sz w:val="18"/>
                <w:szCs w:val="18"/>
              </w:rPr>
            </w:pPr>
            <w:r w:rsidRPr="00FF28D0">
              <w:rPr>
                <w:sz w:val="18"/>
                <w:szCs w:val="18"/>
              </w:rPr>
              <w:fldChar w:fldCharType="begin">
                <w:ffData>
                  <w:name w:val=""/>
                  <w:enabled/>
                  <w:calcOnExit w:val="0"/>
                  <w:textInput>
                    <w:default w:val="Click here and insert email address"/>
                  </w:textInput>
                </w:ffData>
              </w:fldChar>
            </w:r>
            <w:r w:rsidRPr="00FF28D0">
              <w:rPr>
                <w:sz w:val="18"/>
                <w:szCs w:val="18"/>
              </w:rPr>
              <w:instrText xml:space="preserve"> FORMTEXT </w:instrText>
            </w:r>
            <w:r w:rsidRPr="00FF28D0">
              <w:rPr>
                <w:sz w:val="18"/>
                <w:szCs w:val="18"/>
              </w:rPr>
            </w:r>
            <w:r w:rsidRPr="00FF28D0">
              <w:rPr>
                <w:sz w:val="18"/>
                <w:szCs w:val="18"/>
              </w:rPr>
              <w:fldChar w:fldCharType="separate"/>
            </w:r>
            <w:r w:rsidRPr="00FF28D0">
              <w:rPr>
                <w:noProof/>
                <w:sz w:val="18"/>
                <w:szCs w:val="18"/>
              </w:rPr>
              <w:t>Click here and insert email address</w:t>
            </w:r>
            <w:r w:rsidRPr="00FF28D0">
              <w:rPr>
                <w:sz w:val="18"/>
                <w:szCs w:val="18"/>
              </w:rPr>
              <w:fldChar w:fldCharType="end"/>
            </w:r>
          </w:p>
        </w:tc>
      </w:tr>
    </w:tbl>
    <w:p w14:paraId="17AF94D0" w14:textId="77777777" w:rsidR="00FF28D0" w:rsidRDefault="00FF28D0">
      <w:pPr>
        <w:pStyle w:val="Heading2"/>
      </w:pPr>
    </w:p>
    <w:p w14:paraId="68652A89" w14:textId="77777777" w:rsidR="00FF28D0" w:rsidRPr="00FF28D0" w:rsidRDefault="00FF28D0" w:rsidP="00FF28D0"/>
    <w:p w14:paraId="09E62AD9" w14:textId="5D4E1605" w:rsidR="00911642" w:rsidRDefault="00815615">
      <w:pPr>
        <w:pStyle w:val="Heading2"/>
      </w:pPr>
      <w:bookmarkStart w:id="8" w:name="_Toc239681286"/>
      <w:r>
        <w:lastRenderedPageBreak/>
        <w:t>2.3 Insurance confirmation</w:t>
      </w:r>
      <w:bookmarkEnd w:id="8"/>
    </w:p>
    <w:p w14:paraId="5E067BF4" w14:textId="77777777" w:rsidR="00911642" w:rsidRDefault="00815615">
      <w:r>
        <w:t>By signing the Tenderers’ Statement, the Tenderer confirms that, if awarded the Services Contract, it will obtain and maintain the insurance types and minimum levels specified at paragraph 2.21.1 of the RFT.</w:t>
      </w:r>
    </w:p>
    <w:p w14:paraId="502D03C8" w14:textId="77777777" w:rsidR="00B65314" w:rsidRDefault="00B65314"/>
    <w:tbl>
      <w:tblPr>
        <w:tblStyle w:val="TableGrid"/>
        <w:tblW w:w="0" w:type="auto"/>
        <w:tblLook w:val="04A0" w:firstRow="1" w:lastRow="0" w:firstColumn="1" w:lastColumn="0" w:noHBand="0" w:noVBand="1"/>
      </w:tblPr>
      <w:tblGrid>
        <w:gridCol w:w="3096"/>
        <w:gridCol w:w="3097"/>
        <w:gridCol w:w="3405"/>
      </w:tblGrid>
      <w:tr w:rsidR="00602A71" w:rsidRPr="00602A71" w14:paraId="544EE147" w14:textId="77777777" w:rsidTr="009E7EAA">
        <w:tc>
          <w:tcPr>
            <w:tcW w:w="9598" w:type="dxa"/>
            <w:gridSpan w:val="3"/>
            <w:shd w:val="clear" w:color="auto" w:fill="175515"/>
          </w:tcPr>
          <w:p w14:paraId="7071AEE1" w14:textId="77777777" w:rsidR="00602A71" w:rsidRPr="00602A71" w:rsidRDefault="00602A71" w:rsidP="00EA4A10">
            <w:pPr>
              <w:rPr>
                <w:color w:val="3071C3" w:themeColor="text2" w:themeTint="BF"/>
                <w:sz w:val="18"/>
                <w:szCs w:val="18"/>
              </w:rPr>
            </w:pPr>
            <w:r w:rsidRPr="00602A71">
              <w:rPr>
                <w:b/>
                <w:bCs/>
                <w:color w:val="FFFFFF" w:themeColor="background1"/>
                <w:sz w:val="18"/>
                <w:szCs w:val="18"/>
              </w:rPr>
              <w:t>Insurance Liability</w:t>
            </w:r>
          </w:p>
        </w:tc>
      </w:tr>
      <w:tr w:rsidR="00602A71" w:rsidRPr="00602A71" w14:paraId="3CD12451" w14:textId="77777777" w:rsidTr="009E7EAA">
        <w:tc>
          <w:tcPr>
            <w:tcW w:w="9598" w:type="dxa"/>
            <w:gridSpan w:val="3"/>
            <w:shd w:val="clear" w:color="auto" w:fill="FFFFFF" w:themeFill="background1"/>
          </w:tcPr>
          <w:p w14:paraId="71253E3A" w14:textId="77777777" w:rsidR="00602A71" w:rsidRPr="00602A71" w:rsidRDefault="00602A71" w:rsidP="00EA4A10">
            <w:pPr>
              <w:rPr>
                <w:b/>
                <w:bCs/>
                <w:sz w:val="18"/>
                <w:szCs w:val="18"/>
              </w:rPr>
            </w:pPr>
            <w:r w:rsidRPr="00602A71">
              <w:rPr>
                <w:b/>
                <w:bCs/>
                <w:sz w:val="18"/>
                <w:szCs w:val="18"/>
              </w:rPr>
              <w:t>Declarations (Pass/Fail) - Insurance Liability</w:t>
            </w:r>
          </w:p>
        </w:tc>
      </w:tr>
      <w:tr w:rsidR="00602A71" w:rsidRPr="00602A71" w14:paraId="09C360E6" w14:textId="77777777" w:rsidTr="009E7EAA">
        <w:tc>
          <w:tcPr>
            <w:tcW w:w="3096" w:type="dxa"/>
            <w:shd w:val="clear" w:color="auto" w:fill="175515"/>
            <w:vAlign w:val="center"/>
          </w:tcPr>
          <w:p w14:paraId="3E6B0AF9" w14:textId="77777777" w:rsidR="00602A71" w:rsidRPr="00602A71" w:rsidRDefault="00602A71" w:rsidP="00EA4A10">
            <w:pPr>
              <w:rPr>
                <w:sz w:val="18"/>
                <w:szCs w:val="18"/>
              </w:rPr>
            </w:pPr>
            <w:r w:rsidRPr="00602A71">
              <w:rPr>
                <w:b/>
                <w:color w:val="FFFFFF"/>
                <w:sz w:val="18"/>
                <w:szCs w:val="18"/>
              </w:rPr>
              <w:t>Type of Insurance</w:t>
            </w:r>
          </w:p>
        </w:tc>
        <w:tc>
          <w:tcPr>
            <w:tcW w:w="3097" w:type="dxa"/>
            <w:shd w:val="clear" w:color="auto" w:fill="175515"/>
            <w:vAlign w:val="center"/>
          </w:tcPr>
          <w:p w14:paraId="2B90BA3D" w14:textId="77777777" w:rsidR="00602A71" w:rsidRPr="00602A71" w:rsidRDefault="00602A71" w:rsidP="00EA4A10">
            <w:pPr>
              <w:rPr>
                <w:sz w:val="18"/>
                <w:szCs w:val="18"/>
              </w:rPr>
            </w:pPr>
            <w:r w:rsidRPr="00602A71">
              <w:rPr>
                <w:b/>
                <w:color w:val="FFFFFF"/>
                <w:sz w:val="18"/>
                <w:szCs w:val="18"/>
              </w:rPr>
              <w:t>Indemnity Limit</w:t>
            </w:r>
          </w:p>
        </w:tc>
        <w:tc>
          <w:tcPr>
            <w:tcW w:w="3405" w:type="dxa"/>
            <w:shd w:val="clear" w:color="auto" w:fill="175515"/>
          </w:tcPr>
          <w:p w14:paraId="6A459072" w14:textId="77777777" w:rsidR="00602A71" w:rsidRPr="00602A71" w:rsidRDefault="00602A71" w:rsidP="00EA4A10">
            <w:pPr>
              <w:rPr>
                <w:sz w:val="18"/>
                <w:szCs w:val="18"/>
              </w:rPr>
            </w:pPr>
            <w:r w:rsidRPr="00602A71">
              <w:rPr>
                <w:b/>
                <w:bCs/>
                <w:color w:val="FFFFFF"/>
                <w:sz w:val="18"/>
                <w:szCs w:val="18"/>
                <w:lang w:val="en-US"/>
              </w:rPr>
              <w:t>Please State YES or NO if you agree to Statement</w:t>
            </w:r>
          </w:p>
        </w:tc>
      </w:tr>
      <w:tr w:rsidR="00602A71" w:rsidRPr="00602A71" w14:paraId="441A992C" w14:textId="77777777" w:rsidTr="00B65314">
        <w:tc>
          <w:tcPr>
            <w:tcW w:w="3096" w:type="dxa"/>
            <w:vAlign w:val="center"/>
          </w:tcPr>
          <w:p w14:paraId="27691838" w14:textId="77777777" w:rsidR="00602A71" w:rsidRPr="00602A71" w:rsidRDefault="00602A71" w:rsidP="00EA4A10">
            <w:pPr>
              <w:rPr>
                <w:sz w:val="18"/>
                <w:szCs w:val="18"/>
              </w:rPr>
            </w:pPr>
            <w:r w:rsidRPr="00602A71">
              <w:rPr>
                <w:sz w:val="18"/>
                <w:szCs w:val="18"/>
              </w:rPr>
              <w:t>Employer’s Liability</w:t>
            </w:r>
          </w:p>
        </w:tc>
        <w:tc>
          <w:tcPr>
            <w:tcW w:w="3097" w:type="dxa"/>
            <w:vAlign w:val="center"/>
          </w:tcPr>
          <w:p w14:paraId="05D2ECD2" w14:textId="48128CCE" w:rsidR="00602A71" w:rsidRPr="00602A71" w:rsidRDefault="009E7EAA" w:rsidP="00EA4A10">
            <w:pPr>
              <w:jc w:val="both"/>
              <w:rPr>
                <w:sz w:val="18"/>
                <w:szCs w:val="18"/>
              </w:rPr>
            </w:pPr>
            <w:r>
              <w:rPr>
                <w:b/>
                <w:bCs/>
                <w:sz w:val="18"/>
                <w:szCs w:val="18"/>
              </w:rPr>
              <w:t>13</w:t>
            </w:r>
            <w:r w:rsidR="003F2B84">
              <w:rPr>
                <w:b/>
                <w:bCs/>
                <w:sz w:val="18"/>
                <w:szCs w:val="18"/>
              </w:rPr>
              <w:t xml:space="preserve"> </w:t>
            </w:r>
            <w:r w:rsidR="00602A71" w:rsidRPr="00602A71">
              <w:rPr>
                <w:sz w:val="18"/>
                <w:szCs w:val="18"/>
              </w:rPr>
              <w:t>million for any one claim or series of claims arising out of a single occurrence (where required. If self- employed this is not necessary).</w:t>
            </w:r>
          </w:p>
          <w:p w14:paraId="07D3EAEA" w14:textId="77777777" w:rsidR="00602A71" w:rsidRPr="00602A71" w:rsidRDefault="00602A71" w:rsidP="00EA4A10">
            <w:pPr>
              <w:rPr>
                <w:sz w:val="18"/>
                <w:szCs w:val="18"/>
              </w:rPr>
            </w:pPr>
          </w:p>
        </w:tc>
        <w:tc>
          <w:tcPr>
            <w:tcW w:w="3405" w:type="dxa"/>
            <w:vAlign w:val="center"/>
          </w:tcPr>
          <w:p w14:paraId="67E7D671" w14:textId="77777777" w:rsidR="00602A71" w:rsidRPr="00602A71" w:rsidRDefault="00962DEA" w:rsidP="00EA4A10">
            <w:pPr>
              <w:rPr>
                <w:sz w:val="18"/>
                <w:szCs w:val="18"/>
              </w:rPr>
            </w:pPr>
            <w:sdt>
              <w:sdtPr>
                <w:rPr>
                  <w:b/>
                  <w:bCs/>
                  <w:color w:val="000000"/>
                  <w:sz w:val="18"/>
                  <w:szCs w:val="18"/>
                  <w:lang w:val="en-US"/>
                </w:rPr>
                <w:alias w:val="Please State YES or NO to Statement"/>
                <w:tag w:val="Please State YES or NO to Statement"/>
                <w:id w:val="-1998179430"/>
                <w:placeholder>
                  <w:docPart w:val="3CE04EC224254A2981FE7284DFCF6AFD"/>
                </w:placeholder>
                <w:dropDownList>
                  <w:listItem w:displayText="Please choose Yes or No" w:value="Please choose Yes or No"/>
                  <w:listItem w:displayText="YES" w:value="YES"/>
                  <w:listItem w:displayText="NO" w:value="NO"/>
                </w:dropDownList>
              </w:sdtPr>
              <w:sdtEndPr/>
              <w:sdtContent>
                <w:r w:rsidR="00602A71" w:rsidRPr="00602A71">
                  <w:rPr>
                    <w:b/>
                    <w:bCs/>
                    <w:color w:val="000000"/>
                    <w:sz w:val="18"/>
                    <w:szCs w:val="18"/>
                    <w:lang w:val="en-US"/>
                  </w:rPr>
                  <w:t>Please choose Yes or No</w:t>
                </w:r>
              </w:sdtContent>
            </w:sdt>
          </w:p>
        </w:tc>
      </w:tr>
      <w:tr w:rsidR="00602A71" w:rsidRPr="00602A71" w14:paraId="660F70DF" w14:textId="77777777" w:rsidTr="00B65314">
        <w:tc>
          <w:tcPr>
            <w:tcW w:w="3096" w:type="dxa"/>
            <w:vAlign w:val="center"/>
          </w:tcPr>
          <w:p w14:paraId="4B730AF2" w14:textId="77777777" w:rsidR="00602A71" w:rsidRPr="00602A71" w:rsidRDefault="00602A71" w:rsidP="00EA4A10">
            <w:pPr>
              <w:rPr>
                <w:sz w:val="18"/>
                <w:szCs w:val="18"/>
              </w:rPr>
            </w:pPr>
            <w:r w:rsidRPr="00602A71">
              <w:rPr>
                <w:sz w:val="18"/>
                <w:szCs w:val="18"/>
              </w:rPr>
              <w:t>Public Liability</w:t>
            </w:r>
          </w:p>
        </w:tc>
        <w:tc>
          <w:tcPr>
            <w:tcW w:w="3097" w:type="dxa"/>
            <w:vAlign w:val="center"/>
          </w:tcPr>
          <w:p w14:paraId="1777B737" w14:textId="607B7ED0" w:rsidR="00602A71" w:rsidRPr="00602A71" w:rsidRDefault="009E7EAA" w:rsidP="00EA4A10">
            <w:pPr>
              <w:rPr>
                <w:sz w:val="18"/>
                <w:szCs w:val="18"/>
              </w:rPr>
            </w:pPr>
            <w:r>
              <w:rPr>
                <w:b/>
                <w:bCs/>
                <w:sz w:val="18"/>
                <w:szCs w:val="18"/>
              </w:rPr>
              <w:t>6.5</w:t>
            </w:r>
            <w:r w:rsidR="003F2B84" w:rsidRPr="00602A71">
              <w:rPr>
                <w:sz w:val="18"/>
                <w:szCs w:val="18"/>
              </w:rPr>
              <w:t xml:space="preserve"> </w:t>
            </w:r>
            <w:r w:rsidR="00602A71" w:rsidRPr="00602A71">
              <w:rPr>
                <w:sz w:val="18"/>
                <w:szCs w:val="18"/>
              </w:rPr>
              <w:t>million for any one claim or series of claims arising out of a single occurrence.</w:t>
            </w:r>
          </w:p>
        </w:tc>
        <w:tc>
          <w:tcPr>
            <w:tcW w:w="3405" w:type="dxa"/>
            <w:vAlign w:val="center"/>
          </w:tcPr>
          <w:p w14:paraId="66BC6F87" w14:textId="77777777" w:rsidR="00602A71" w:rsidRPr="00602A71" w:rsidRDefault="00962DEA" w:rsidP="00EA4A10">
            <w:pPr>
              <w:rPr>
                <w:sz w:val="18"/>
                <w:szCs w:val="18"/>
              </w:rPr>
            </w:pPr>
            <w:sdt>
              <w:sdtPr>
                <w:rPr>
                  <w:b/>
                  <w:bCs/>
                  <w:color w:val="000000"/>
                  <w:sz w:val="18"/>
                  <w:szCs w:val="18"/>
                  <w:lang w:val="en-US"/>
                </w:rPr>
                <w:alias w:val="Please State YES or NO to Statement"/>
                <w:tag w:val="Please State YES or NO to Statement"/>
                <w:id w:val="-106813336"/>
                <w:placeholder>
                  <w:docPart w:val="021EAAFB7FBB4C1AB248F359CB44D0A2"/>
                </w:placeholder>
                <w:dropDownList>
                  <w:listItem w:displayText="Please choose Yes or No" w:value="Please choose Yes or No"/>
                  <w:listItem w:displayText="YES" w:value="YES"/>
                  <w:listItem w:displayText="NO" w:value="NO"/>
                </w:dropDownList>
              </w:sdtPr>
              <w:sdtEndPr/>
              <w:sdtContent>
                <w:r w:rsidR="00602A71" w:rsidRPr="00602A71">
                  <w:rPr>
                    <w:b/>
                    <w:bCs/>
                    <w:color w:val="000000"/>
                    <w:sz w:val="18"/>
                    <w:szCs w:val="18"/>
                    <w:lang w:val="en-US"/>
                  </w:rPr>
                  <w:t>Please choose Yes or No</w:t>
                </w:r>
              </w:sdtContent>
            </w:sdt>
          </w:p>
        </w:tc>
      </w:tr>
      <w:tr w:rsidR="00602A71" w:rsidRPr="00602A71" w14:paraId="5E5BE06E" w14:textId="77777777" w:rsidTr="00B65314">
        <w:tc>
          <w:tcPr>
            <w:tcW w:w="3096" w:type="dxa"/>
            <w:vAlign w:val="center"/>
          </w:tcPr>
          <w:p w14:paraId="796A0B40" w14:textId="04BAB357" w:rsidR="00602A71" w:rsidRPr="00602A71" w:rsidRDefault="009E7EAA" w:rsidP="00EA4A10">
            <w:pPr>
              <w:rPr>
                <w:sz w:val="18"/>
                <w:szCs w:val="18"/>
              </w:rPr>
            </w:pPr>
            <w:r w:rsidRPr="009E7EAA">
              <w:rPr>
                <w:sz w:val="18"/>
                <w:szCs w:val="18"/>
              </w:rPr>
              <w:t>Product Liability</w:t>
            </w:r>
          </w:p>
        </w:tc>
        <w:tc>
          <w:tcPr>
            <w:tcW w:w="3097" w:type="dxa"/>
            <w:vAlign w:val="center"/>
          </w:tcPr>
          <w:p w14:paraId="743E9A32" w14:textId="03EFB16D" w:rsidR="00602A71" w:rsidRPr="00602A71" w:rsidRDefault="009E7EAA" w:rsidP="00EA4A10">
            <w:pPr>
              <w:rPr>
                <w:sz w:val="18"/>
                <w:szCs w:val="18"/>
              </w:rPr>
            </w:pPr>
            <w:r>
              <w:rPr>
                <w:b/>
                <w:bCs/>
                <w:sz w:val="18"/>
                <w:szCs w:val="18"/>
              </w:rPr>
              <w:t xml:space="preserve">6.5 </w:t>
            </w:r>
            <w:r w:rsidRPr="00602A71">
              <w:rPr>
                <w:sz w:val="18"/>
                <w:szCs w:val="18"/>
              </w:rPr>
              <w:t xml:space="preserve">million </w:t>
            </w:r>
            <w:r w:rsidR="00602A71" w:rsidRPr="00602A71">
              <w:rPr>
                <w:sz w:val="18"/>
                <w:szCs w:val="18"/>
              </w:rPr>
              <w:t>for each and every claim excluding defence costs</w:t>
            </w:r>
          </w:p>
        </w:tc>
        <w:tc>
          <w:tcPr>
            <w:tcW w:w="3405" w:type="dxa"/>
            <w:vAlign w:val="center"/>
          </w:tcPr>
          <w:p w14:paraId="20AE6B6C" w14:textId="77777777" w:rsidR="00602A71" w:rsidRPr="00602A71" w:rsidRDefault="00962DEA" w:rsidP="00EA4A10">
            <w:pPr>
              <w:rPr>
                <w:sz w:val="18"/>
                <w:szCs w:val="18"/>
              </w:rPr>
            </w:pPr>
            <w:sdt>
              <w:sdtPr>
                <w:rPr>
                  <w:b/>
                  <w:bCs/>
                  <w:color w:val="000000" w:themeColor="text1"/>
                  <w:sz w:val="18"/>
                  <w:szCs w:val="18"/>
                  <w:lang w:val="en-US"/>
                </w:rPr>
                <w:alias w:val="Please State YES or NO to Statement"/>
                <w:tag w:val="Please State YES or NO to Statement"/>
                <w:id w:val="1686941497"/>
                <w:placeholder>
                  <w:docPart w:val="3646CAF745B744D4AA582521BFF6AD8F"/>
                </w:placeholder>
                <w:dropDownList>
                  <w:listItem w:displayText="Please choose Yes or No" w:value="Please choose Yes or No"/>
                  <w:listItem w:displayText="YES" w:value="YES"/>
                  <w:listItem w:displayText="NO" w:value="NO"/>
                </w:dropDownList>
              </w:sdtPr>
              <w:sdtEndPr/>
              <w:sdtContent>
                <w:r w:rsidR="00602A71" w:rsidRPr="00602A71">
                  <w:rPr>
                    <w:b/>
                    <w:bCs/>
                    <w:color w:val="000000" w:themeColor="text1"/>
                    <w:sz w:val="18"/>
                    <w:szCs w:val="18"/>
                    <w:lang w:val="en-US"/>
                  </w:rPr>
                  <w:t>Please choose Yes or No</w:t>
                </w:r>
              </w:sdtContent>
            </w:sdt>
          </w:p>
        </w:tc>
      </w:tr>
    </w:tbl>
    <w:p w14:paraId="5740EA84" w14:textId="77777777" w:rsidR="00602A71" w:rsidRDefault="00602A71"/>
    <w:p w14:paraId="72B323DD" w14:textId="77777777" w:rsidR="00911642" w:rsidRDefault="00815615">
      <w:pPr>
        <w:pStyle w:val="Heading1"/>
        <w:pageBreakBefore/>
      </w:pPr>
      <w:bookmarkStart w:id="9" w:name="_Toc239681287"/>
      <w:r>
        <w:lastRenderedPageBreak/>
        <w:t>Part 3: Award Criteria Responses</w:t>
      </w:r>
      <w:bookmarkEnd w:id="9"/>
    </w:p>
    <w:p w14:paraId="5D73C993" w14:textId="77777777" w:rsidR="00911642" w:rsidRDefault="00815615">
      <w:r>
        <w:t>Complete each applicable response section in accordance with Part 3.3 of the RFT.</w:t>
      </w:r>
    </w:p>
    <w:p w14:paraId="3E08E2A5" w14:textId="77777777" w:rsidR="00911642" w:rsidRDefault="00815615">
      <w:pPr>
        <w:pStyle w:val="Heading2"/>
      </w:pPr>
      <w:bookmarkStart w:id="10" w:name="_Toc239681288"/>
      <w:r>
        <w:t>3.1 Understanding of the Requirement</w:t>
      </w:r>
      <w:bookmarkEnd w:id="10"/>
    </w:p>
    <w:tbl>
      <w:tblPr>
        <w:tblStyle w:val="TableGrid"/>
        <w:tblW w:w="9653" w:type="dxa"/>
        <w:tblInd w:w="-19" w:type="dxa"/>
        <w:tblLook w:val="04A0" w:firstRow="1" w:lastRow="0" w:firstColumn="1" w:lastColumn="0" w:noHBand="0" w:noVBand="1"/>
      </w:tblPr>
      <w:tblGrid>
        <w:gridCol w:w="3983"/>
        <w:gridCol w:w="1701"/>
        <w:gridCol w:w="1843"/>
        <w:gridCol w:w="2126"/>
      </w:tblGrid>
      <w:tr w:rsidR="00EF5171" w:rsidRPr="001E08C4" w14:paraId="098F516C" w14:textId="77777777" w:rsidTr="001E08C4">
        <w:tc>
          <w:tcPr>
            <w:tcW w:w="3983" w:type="dxa"/>
            <w:vMerge w:val="restart"/>
            <w:shd w:val="clear" w:color="auto" w:fill="175515"/>
            <w:vAlign w:val="center"/>
          </w:tcPr>
          <w:p w14:paraId="1C69707D" w14:textId="43A52C7B" w:rsidR="00EF5171" w:rsidRPr="001E08C4" w:rsidRDefault="00EF5171" w:rsidP="00EA4A10">
            <w:pPr>
              <w:spacing w:before="120" w:after="120" w:line="276" w:lineRule="auto"/>
              <w:rPr>
                <w:rFonts w:ascii="Book Antiqua" w:eastAsia="Book Antiqua" w:hAnsi="Book Antiqua" w:cs="Book Antiqua"/>
                <w:color w:val="FFFFFF" w:themeColor="background1"/>
                <w:sz w:val="18"/>
                <w:szCs w:val="18"/>
              </w:rPr>
            </w:pPr>
            <w:r w:rsidRPr="001E08C4">
              <w:rPr>
                <w:rFonts w:asciiTheme="minorHAnsi" w:eastAsiaTheme="minorEastAsia" w:hAnsiTheme="minorHAnsi" w:cstheme="minorBidi"/>
                <w:b/>
                <w:bCs/>
                <w:color w:val="FFFFFF" w:themeColor="background1"/>
                <w:sz w:val="18"/>
                <w:szCs w:val="18"/>
              </w:rPr>
              <w:t xml:space="preserve">Criterion </w:t>
            </w:r>
            <w:r w:rsidR="005B3134" w:rsidRPr="001E08C4">
              <w:rPr>
                <w:rFonts w:asciiTheme="minorHAnsi" w:eastAsiaTheme="minorEastAsia" w:hAnsiTheme="minorHAnsi" w:cstheme="minorBidi"/>
                <w:b/>
                <w:bCs/>
                <w:color w:val="FFFFFF" w:themeColor="background1"/>
                <w:sz w:val="18"/>
                <w:szCs w:val="18"/>
              </w:rPr>
              <w:t>A</w:t>
            </w:r>
            <w:r w:rsidRPr="001E08C4">
              <w:rPr>
                <w:rFonts w:asciiTheme="minorHAnsi" w:eastAsiaTheme="minorEastAsia" w:hAnsiTheme="minorHAnsi" w:cstheme="minorBidi"/>
                <w:b/>
                <w:bCs/>
                <w:color w:val="FFFFFF" w:themeColor="background1"/>
                <w:sz w:val="18"/>
                <w:szCs w:val="18"/>
              </w:rPr>
              <w:t xml:space="preserve"> </w:t>
            </w:r>
            <w:r w:rsidR="00331F8A" w:rsidRPr="001E08C4">
              <w:rPr>
                <w:rFonts w:asciiTheme="minorHAnsi" w:eastAsiaTheme="minorEastAsia" w:hAnsiTheme="minorHAnsi" w:cstheme="minorBidi"/>
                <w:b/>
                <w:bCs/>
                <w:color w:val="FFFFFF" w:themeColor="background1"/>
                <w:sz w:val="18"/>
                <w:szCs w:val="18"/>
              </w:rPr>
              <w:t>-</w:t>
            </w:r>
            <w:r w:rsidRPr="001E08C4">
              <w:rPr>
                <w:rFonts w:asciiTheme="minorHAnsi" w:eastAsiaTheme="minorEastAsia" w:hAnsiTheme="minorHAnsi" w:cstheme="minorBidi"/>
                <w:b/>
                <w:bCs/>
                <w:color w:val="FFFFFF" w:themeColor="background1"/>
                <w:sz w:val="18"/>
                <w:szCs w:val="18"/>
              </w:rPr>
              <w:t>Understanding</w:t>
            </w:r>
            <w:r w:rsidR="009511A4" w:rsidRPr="001E08C4">
              <w:rPr>
                <w:rFonts w:asciiTheme="minorHAnsi" w:eastAsiaTheme="minorEastAsia" w:hAnsiTheme="minorHAnsi" w:cstheme="minorBidi"/>
                <w:b/>
                <w:bCs/>
                <w:color w:val="FFFFFF" w:themeColor="background1"/>
                <w:sz w:val="18"/>
                <w:szCs w:val="18"/>
              </w:rPr>
              <w:t xml:space="preserve"> of </w:t>
            </w:r>
            <w:r w:rsidRPr="001E08C4">
              <w:rPr>
                <w:rFonts w:asciiTheme="minorHAnsi" w:eastAsiaTheme="minorEastAsia" w:hAnsiTheme="minorHAnsi" w:cstheme="minorBidi"/>
                <w:b/>
                <w:bCs/>
                <w:color w:val="FFFFFF" w:themeColor="background1"/>
                <w:sz w:val="18"/>
                <w:szCs w:val="18"/>
              </w:rPr>
              <w:t xml:space="preserve">the requirement  </w:t>
            </w:r>
          </w:p>
          <w:p w14:paraId="140D2987" w14:textId="77777777" w:rsidR="00EF5171" w:rsidRPr="001E08C4" w:rsidRDefault="00EF5171" w:rsidP="00EA4A10">
            <w:pPr>
              <w:spacing w:before="120" w:after="120" w:line="276" w:lineRule="auto"/>
              <w:rPr>
                <w:rFonts w:asciiTheme="minorHAnsi" w:hAnsiTheme="minorHAnsi" w:cstheme="minorBidi"/>
                <w:i/>
                <w:iCs/>
                <w:color w:val="FFFFFF" w:themeColor="background1"/>
                <w:sz w:val="18"/>
                <w:szCs w:val="18"/>
              </w:rPr>
            </w:pPr>
          </w:p>
        </w:tc>
        <w:tc>
          <w:tcPr>
            <w:tcW w:w="1701" w:type="dxa"/>
            <w:shd w:val="clear" w:color="auto" w:fill="175515"/>
            <w:vAlign w:val="center"/>
          </w:tcPr>
          <w:p w14:paraId="57FEE9C5" w14:textId="77777777" w:rsidR="00EF5171" w:rsidRPr="001E08C4" w:rsidRDefault="00EF5171"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Total Weighting</w:t>
            </w:r>
          </w:p>
        </w:tc>
        <w:tc>
          <w:tcPr>
            <w:tcW w:w="1843" w:type="dxa"/>
            <w:shd w:val="clear" w:color="auto" w:fill="175515"/>
            <w:vAlign w:val="center"/>
          </w:tcPr>
          <w:p w14:paraId="695B2094" w14:textId="77777777" w:rsidR="00EF5171" w:rsidRPr="001E08C4" w:rsidRDefault="00EF5171"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Maximum Marks</w:t>
            </w:r>
          </w:p>
        </w:tc>
        <w:tc>
          <w:tcPr>
            <w:tcW w:w="2126" w:type="dxa"/>
            <w:shd w:val="clear" w:color="auto" w:fill="175515"/>
            <w:vAlign w:val="center"/>
          </w:tcPr>
          <w:p w14:paraId="67FDAAD3" w14:textId="77777777" w:rsidR="00EF5171" w:rsidRPr="001E08C4" w:rsidRDefault="00EF5171"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Min Marks Required</w:t>
            </w:r>
          </w:p>
        </w:tc>
      </w:tr>
      <w:tr w:rsidR="00EF5171" w:rsidRPr="009511A4" w14:paraId="2FCF5CD7" w14:textId="77777777" w:rsidTr="001E08C4">
        <w:tc>
          <w:tcPr>
            <w:tcW w:w="3983" w:type="dxa"/>
            <w:vMerge/>
            <w:vAlign w:val="center"/>
          </w:tcPr>
          <w:p w14:paraId="5A335DDF" w14:textId="77777777" w:rsidR="00EF5171" w:rsidRPr="009511A4" w:rsidRDefault="00EF5171" w:rsidP="00EA4A10">
            <w:pPr>
              <w:spacing w:before="120" w:after="120" w:line="276" w:lineRule="auto"/>
              <w:rPr>
                <w:rFonts w:asciiTheme="minorHAnsi" w:hAnsiTheme="minorHAnsi" w:cstheme="minorBidi"/>
                <w:i/>
                <w:iCs/>
                <w:color w:val="C00000"/>
                <w:sz w:val="18"/>
                <w:szCs w:val="18"/>
              </w:rPr>
            </w:pPr>
          </w:p>
        </w:tc>
        <w:tc>
          <w:tcPr>
            <w:tcW w:w="1701" w:type="dxa"/>
            <w:vAlign w:val="center"/>
          </w:tcPr>
          <w:p w14:paraId="7FA51258" w14:textId="5DC482BE" w:rsidR="00EF5171"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10%</w:t>
            </w:r>
          </w:p>
        </w:tc>
        <w:tc>
          <w:tcPr>
            <w:tcW w:w="1843" w:type="dxa"/>
            <w:vAlign w:val="center"/>
          </w:tcPr>
          <w:p w14:paraId="7ABDAE1B" w14:textId="55449D80" w:rsidR="00EF5171"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100</w:t>
            </w:r>
          </w:p>
        </w:tc>
        <w:tc>
          <w:tcPr>
            <w:tcW w:w="2126" w:type="dxa"/>
            <w:vAlign w:val="center"/>
          </w:tcPr>
          <w:p w14:paraId="59CD30A0" w14:textId="6F4285B1" w:rsidR="00EF5171"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60</w:t>
            </w:r>
          </w:p>
        </w:tc>
      </w:tr>
      <w:tr w:rsidR="00EF5171" w:rsidRPr="009511A4" w14:paraId="7B97659E" w14:textId="77777777" w:rsidTr="001E08C4">
        <w:tc>
          <w:tcPr>
            <w:tcW w:w="9653" w:type="dxa"/>
            <w:gridSpan w:val="4"/>
            <w:vAlign w:val="center"/>
          </w:tcPr>
          <w:p w14:paraId="280094C3" w14:textId="77777777" w:rsidR="00117EB7" w:rsidRPr="00117EB7" w:rsidRDefault="00117EB7" w:rsidP="00117EB7">
            <w:pPr>
              <w:spacing w:line="276" w:lineRule="auto"/>
              <w:ind w:left="45" w:right="45"/>
              <w:jc w:val="both"/>
              <w:rPr>
                <w:sz w:val="18"/>
                <w:szCs w:val="18"/>
              </w:rPr>
            </w:pPr>
            <w:r w:rsidRPr="00117EB7">
              <w:rPr>
                <w:sz w:val="18"/>
                <w:szCs w:val="18"/>
              </w:rPr>
              <w:t>Tenderers must demonstrate a clear understanding of the Contracting Authority’s requirements for the Services, as described in Appendix 1 of the RFT.</w:t>
            </w:r>
          </w:p>
          <w:p w14:paraId="3957C991" w14:textId="77777777" w:rsidR="00117EB7" w:rsidRPr="00117EB7" w:rsidRDefault="00117EB7" w:rsidP="00117EB7">
            <w:pPr>
              <w:spacing w:line="276" w:lineRule="auto"/>
              <w:ind w:left="45" w:right="45"/>
              <w:jc w:val="both"/>
              <w:rPr>
                <w:sz w:val="18"/>
                <w:szCs w:val="18"/>
              </w:rPr>
            </w:pPr>
            <w:r w:rsidRPr="00117EB7">
              <w:rPr>
                <w:sz w:val="18"/>
                <w:szCs w:val="18"/>
              </w:rPr>
              <w:t>The response should demonstrate an understanding of the operational context in which the Services will be delivered, the importance of reliable and continuous service provision, the principal risks and dependencies associated with delivery, and the key factors required to achieve a successful outcome.</w:t>
            </w:r>
          </w:p>
          <w:p w14:paraId="77DC9983" w14:textId="77777777" w:rsidR="00117EB7" w:rsidRPr="00117EB7" w:rsidRDefault="00117EB7" w:rsidP="00117EB7">
            <w:pPr>
              <w:spacing w:line="276" w:lineRule="auto"/>
              <w:ind w:left="45" w:right="45"/>
              <w:jc w:val="both"/>
              <w:rPr>
                <w:sz w:val="18"/>
                <w:szCs w:val="18"/>
              </w:rPr>
            </w:pPr>
            <w:r w:rsidRPr="00117EB7">
              <w:rPr>
                <w:sz w:val="18"/>
                <w:szCs w:val="18"/>
              </w:rPr>
              <w:t>Tenderers should also demonstrate an understanding of the coordination required with St. Patrick’s Festival personnel and other relevant stakeholders throughout mobilisation, event delivery and demobilisation.</w:t>
            </w:r>
          </w:p>
          <w:p w14:paraId="64FA2EA0" w14:textId="77777777" w:rsidR="00117EB7" w:rsidRPr="00117EB7" w:rsidRDefault="00117EB7" w:rsidP="00117EB7">
            <w:pPr>
              <w:spacing w:line="276" w:lineRule="auto"/>
              <w:ind w:left="45" w:right="45"/>
              <w:jc w:val="both"/>
              <w:rPr>
                <w:sz w:val="18"/>
                <w:szCs w:val="18"/>
              </w:rPr>
            </w:pPr>
            <w:r w:rsidRPr="00117EB7">
              <w:rPr>
                <w:sz w:val="18"/>
                <w:szCs w:val="18"/>
              </w:rPr>
              <w:t>A simple confirmation that the Tenderer understands or can comply with the requirements will not be sufficient. Responses should demonstrate an informed and practical understanding of the Services.</w:t>
            </w:r>
          </w:p>
          <w:p w14:paraId="00858EA7" w14:textId="7C3C781B" w:rsidR="00EF5171" w:rsidRPr="009511A4" w:rsidRDefault="00EF5171" w:rsidP="00EA4A10">
            <w:pPr>
              <w:spacing w:line="276" w:lineRule="auto"/>
              <w:ind w:left="45" w:right="45"/>
              <w:jc w:val="both"/>
              <w:rPr>
                <w:sz w:val="18"/>
                <w:szCs w:val="18"/>
              </w:rPr>
            </w:pPr>
          </w:p>
          <w:p w14:paraId="1EBE3C24" w14:textId="650AC818" w:rsidR="00EF5171" w:rsidRPr="009511A4" w:rsidRDefault="00EF5171" w:rsidP="00EA4A10">
            <w:pPr>
              <w:spacing w:line="276" w:lineRule="auto"/>
              <w:ind w:left="45" w:right="45"/>
              <w:jc w:val="both"/>
              <w:rPr>
                <w:rFonts w:eastAsia="Calibri"/>
                <w:sz w:val="18"/>
                <w:szCs w:val="18"/>
              </w:rPr>
            </w:pPr>
            <w:r w:rsidRPr="009511A4">
              <w:rPr>
                <w:rFonts w:eastAsia="Calibri"/>
                <w:b/>
                <w:bCs/>
                <w:sz w:val="18"/>
                <w:szCs w:val="18"/>
              </w:rPr>
              <w:t xml:space="preserve">Please limit your response </w:t>
            </w:r>
            <w:r w:rsidR="00117EB7">
              <w:rPr>
                <w:rFonts w:eastAsia="Calibri"/>
                <w:b/>
                <w:bCs/>
                <w:sz w:val="18"/>
                <w:szCs w:val="18"/>
              </w:rPr>
              <w:t>to two</w:t>
            </w:r>
            <w:r w:rsidRPr="009511A4">
              <w:rPr>
                <w:rFonts w:eastAsia="Calibri"/>
                <w:b/>
                <w:bCs/>
                <w:sz w:val="18"/>
                <w:szCs w:val="18"/>
              </w:rPr>
              <w:t>(</w:t>
            </w:r>
            <w:r w:rsidR="00117EB7">
              <w:rPr>
                <w:rFonts w:eastAsia="Calibri"/>
                <w:b/>
                <w:bCs/>
                <w:sz w:val="18"/>
                <w:szCs w:val="18"/>
              </w:rPr>
              <w:t>2</w:t>
            </w:r>
            <w:r w:rsidRPr="009511A4">
              <w:rPr>
                <w:rFonts w:eastAsia="Calibri"/>
                <w:b/>
                <w:bCs/>
                <w:sz w:val="18"/>
                <w:szCs w:val="18"/>
              </w:rPr>
              <w:t xml:space="preserve">) A4 pages. </w:t>
            </w:r>
          </w:p>
          <w:p w14:paraId="0315EFA6" w14:textId="77777777" w:rsidR="00EF5171" w:rsidRPr="009511A4" w:rsidRDefault="00EF5171" w:rsidP="00EA4A10">
            <w:pPr>
              <w:spacing w:before="120" w:after="120" w:line="276" w:lineRule="auto"/>
              <w:ind w:left="42"/>
              <w:rPr>
                <w:rFonts w:ascii="Book Antiqua" w:eastAsia="Book Antiqua" w:hAnsi="Book Antiqua" w:cs="Book Antiqua"/>
                <w:color w:val="000000" w:themeColor="text1"/>
                <w:sz w:val="18"/>
                <w:szCs w:val="18"/>
              </w:rPr>
            </w:pPr>
            <w:r w:rsidRPr="009511A4">
              <w:rPr>
                <w:b/>
                <w:bCs/>
                <w:spacing w:val="-3"/>
                <w:sz w:val="18"/>
                <w:szCs w:val="18"/>
                <w:lang w:eastAsia="ar-SA"/>
              </w:rPr>
              <w:t xml:space="preserve">Where page limits are provided, any material provided in excess of the stated page count will not be considered at evaluation.  </w:t>
            </w:r>
          </w:p>
        </w:tc>
      </w:tr>
      <w:tr w:rsidR="00EF5171" w:rsidRPr="009511A4" w14:paraId="108A95A5" w14:textId="77777777" w:rsidTr="00EF5171">
        <w:trPr>
          <w:trHeight w:val="4213"/>
        </w:trPr>
        <w:tc>
          <w:tcPr>
            <w:tcW w:w="9653" w:type="dxa"/>
            <w:gridSpan w:val="4"/>
          </w:tcPr>
          <w:p w14:paraId="7A224A55" w14:textId="77777777" w:rsidR="00EF5171" w:rsidRPr="009511A4" w:rsidRDefault="00EF5171" w:rsidP="00EA4A10">
            <w:pPr>
              <w:rPr>
                <w:rFonts w:asciiTheme="minorHAnsi" w:hAnsiTheme="minorHAnsi" w:cstheme="minorHAnsi"/>
                <w:sz w:val="18"/>
                <w:szCs w:val="18"/>
              </w:rPr>
            </w:pPr>
          </w:p>
        </w:tc>
      </w:tr>
    </w:tbl>
    <w:p w14:paraId="1BCCD739" w14:textId="77777777" w:rsidR="00EF5171" w:rsidRDefault="00EF5171"/>
    <w:p w14:paraId="6BEF62A7" w14:textId="77777777" w:rsidR="00911642" w:rsidRDefault="00815615">
      <w:pPr>
        <w:pStyle w:val="Heading2"/>
        <w:pageBreakBefore/>
      </w:pPr>
      <w:bookmarkStart w:id="11" w:name="_Toc239681289"/>
      <w:r>
        <w:lastRenderedPageBreak/>
        <w:t>3.2 Methodology and Approach</w:t>
      </w:r>
      <w:bookmarkEnd w:id="11"/>
    </w:p>
    <w:tbl>
      <w:tblPr>
        <w:tblStyle w:val="TableGrid"/>
        <w:tblW w:w="9645" w:type="dxa"/>
        <w:tblInd w:w="-5" w:type="dxa"/>
        <w:tblLook w:val="04A0" w:firstRow="1" w:lastRow="0" w:firstColumn="1" w:lastColumn="0" w:noHBand="0" w:noVBand="1"/>
      </w:tblPr>
      <w:tblGrid>
        <w:gridCol w:w="3969"/>
        <w:gridCol w:w="1701"/>
        <w:gridCol w:w="1843"/>
        <w:gridCol w:w="2132"/>
      </w:tblGrid>
      <w:tr w:rsidR="00DE362A" w:rsidRPr="005B3134" w14:paraId="7F0AC76F" w14:textId="77777777" w:rsidTr="001E08C4">
        <w:tc>
          <w:tcPr>
            <w:tcW w:w="3969" w:type="dxa"/>
            <w:vMerge w:val="restart"/>
            <w:shd w:val="clear" w:color="auto" w:fill="175515"/>
            <w:vAlign w:val="center"/>
          </w:tcPr>
          <w:p w14:paraId="6EBD7F64" w14:textId="7CE9DAE1" w:rsidR="00DE362A" w:rsidRPr="001E08C4" w:rsidRDefault="00DE362A" w:rsidP="00EA4A10">
            <w:pPr>
              <w:spacing w:before="120" w:after="120" w:line="276" w:lineRule="auto"/>
              <w:rPr>
                <w:rFonts w:ascii="Book Antiqua" w:eastAsia="Book Antiqua" w:hAnsi="Book Antiqua" w:cs="Book Antiqua"/>
                <w:color w:val="FFFFFF" w:themeColor="background1"/>
                <w:sz w:val="18"/>
                <w:szCs w:val="18"/>
              </w:rPr>
            </w:pPr>
            <w:r w:rsidRPr="001E08C4">
              <w:rPr>
                <w:rFonts w:asciiTheme="minorHAnsi" w:eastAsiaTheme="minorEastAsia" w:hAnsiTheme="minorHAnsi" w:cstheme="minorBidi"/>
                <w:b/>
                <w:bCs/>
                <w:color w:val="FFFFFF" w:themeColor="background1"/>
                <w:sz w:val="18"/>
                <w:szCs w:val="18"/>
              </w:rPr>
              <w:t xml:space="preserve">Criterion B </w:t>
            </w:r>
            <w:r w:rsidR="00331F8A" w:rsidRPr="001E08C4">
              <w:rPr>
                <w:rFonts w:asciiTheme="minorHAnsi" w:eastAsiaTheme="minorEastAsia" w:hAnsiTheme="minorHAnsi" w:cstheme="minorBidi"/>
                <w:b/>
                <w:bCs/>
                <w:color w:val="FFFFFF" w:themeColor="background1"/>
                <w:sz w:val="18"/>
                <w:szCs w:val="18"/>
              </w:rPr>
              <w:t>-</w:t>
            </w:r>
            <w:r w:rsidR="006635F8" w:rsidRPr="001E08C4">
              <w:rPr>
                <w:rFonts w:asciiTheme="minorHAnsi" w:eastAsiaTheme="minorEastAsia" w:hAnsiTheme="minorHAnsi" w:cstheme="minorBidi"/>
                <w:b/>
                <w:bCs/>
                <w:color w:val="FFFFFF" w:themeColor="background1"/>
                <w:sz w:val="18"/>
                <w:szCs w:val="18"/>
              </w:rPr>
              <w:t>Methodology and</w:t>
            </w:r>
            <w:r w:rsidRPr="001E08C4">
              <w:rPr>
                <w:rFonts w:asciiTheme="minorHAnsi" w:eastAsiaTheme="minorEastAsia" w:hAnsiTheme="minorHAnsi" w:cstheme="minorBidi"/>
                <w:b/>
                <w:bCs/>
                <w:color w:val="FFFFFF" w:themeColor="background1"/>
                <w:sz w:val="18"/>
                <w:szCs w:val="18"/>
              </w:rPr>
              <w:t xml:space="preserve"> Approach </w:t>
            </w:r>
          </w:p>
          <w:p w14:paraId="76CD0108" w14:textId="77777777" w:rsidR="00DE362A" w:rsidRPr="001E08C4" w:rsidRDefault="00DE362A" w:rsidP="00EA4A10">
            <w:pPr>
              <w:spacing w:before="120" w:after="120" w:line="276" w:lineRule="auto"/>
              <w:rPr>
                <w:rFonts w:asciiTheme="minorHAnsi" w:hAnsiTheme="minorHAnsi" w:cstheme="minorBidi"/>
                <w:i/>
                <w:iCs/>
                <w:color w:val="FFFFFF" w:themeColor="background1"/>
                <w:sz w:val="18"/>
                <w:szCs w:val="18"/>
              </w:rPr>
            </w:pPr>
          </w:p>
        </w:tc>
        <w:tc>
          <w:tcPr>
            <w:tcW w:w="1701" w:type="dxa"/>
            <w:shd w:val="clear" w:color="auto" w:fill="175515"/>
            <w:vAlign w:val="center"/>
          </w:tcPr>
          <w:p w14:paraId="31AD8AB7" w14:textId="77777777" w:rsidR="00DE362A" w:rsidRPr="001E08C4" w:rsidRDefault="00DE362A"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Total Weighting</w:t>
            </w:r>
          </w:p>
        </w:tc>
        <w:tc>
          <w:tcPr>
            <w:tcW w:w="1843" w:type="dxa"/>
            <w:shd w:val="clear" w:color="auto" w:fill="175515"/>
            <w:vAlign w:val="center"/>
          </w:tcPr>
          <w:p w14:paraId="69AF5D3A" w14:textId="77777777" w:rsidR="00DE362A" w:rsidRPr="001E08C4" w:rsidRDefault="00DE362A"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Maximum Marks</w:t>
            </w:r>
          </w:p>
        </w:tc>
        <w:tc>
          <w:tcPr>
            <w:tcW w:w="2132" w:type="dxa"/>
            <w:shd w:val="clear" w:color="auto" w:fill="175515"/>
            <w:vAlign w:val="center"/>
          </w:tcPr>
          <w:p w14:paraId="0798769B" w14:textId="77777777" w:rsidR="00DE362A" w:rsidRPr="001E08C4" w:rsidRDefault="00DE362A"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Min Marks Required</w:t>
            </w:r>
          </w:p>
        </w:tc>
      </w:tr>
      <w:tr w:rsidR="00DE362A" w:rsidRPr="005B3134" w14:paraId="0C751184" w14:textId="77777777" w:rsidTr="001E08C4">
        <w:tc>
          <w:tcPr>
            <w:tcW w:w="3969" w:type="dxa"/>
            <w:vMerge/>
            <w:vAlign w:val="center"/>
          </w:tcPr>
          <w:p w14:paraId="5B91F731" w14:textId="77777777" w:rsidR="00DE362A" w:rsidRPr="005B3134" w:rsidRDefault="00DE362A" w:rsidP="00EA4A10">
            <w:pPr>
              <w:spacing w:before="120" w:after="120" w:line="276" w:lineRule="auto"/>
              <w:rPr>
                <w:rFonts w:asciiTheme="minorHAnsi" w:hAnsiTheme="minorHAnsi" w:cstheme="minorBidi"/>
                <w:i/>
                <w:iCs/>
                <w:color w:val="C00000"/>
                <w:sz w:val="18"/>
                <w:szCs w:val="18"/>
              </w:rPr>
            </w:pPr>
          </w:p>
        </w:tc>
        <w:tc>
          <w:tcPr>
            <w:tcW w:w="1701" w:type="dxa"/>
            <w:vAlign w:val="center"/>
          </w:tcPr>
          <w:p w14:paraId="09C4F509" w14:textId="15EC5052" w:rsidR="00DE362A"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37.5%</w:t>
            </w:r>
          </w:p>
        </w:tc>
        <w:tc>
          <w:tcPr>
            <w:tcW w:w="1843" w:type="dxa"/>
            <w:vAlign w:val="center"/>
          </w:tcPr>
          <w:p w14:paraId="63F912C3" w14:textId="34038B5E" w:rsidR="00DE362A"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375</w:t>
            </w:r>
          </w:p>
        </w:tc>
        <w:tc>
          <w:tcPr>
            <w:tcW w:w="2132" w:type="dxa"/>
            <w:vAlign w:val="center"/>
          </w:tcPr>
          <w:p w14:paraId="6551C164" w14:textId="4A0102B0" w:rsidR="00DE362A"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225</w:t>
            </w:r>
          </w:p>
        </w:tc>
      </w:tr>
      <w:tr w:rsidR="00DE362A" w:rsidRPr="005B3134" w14:paraId="2710517E" w14:textId="77777777" w:rsidTr="001E08C4">
        <w:tc>
          <w:tcPr>
            <w:tcW w:w="9645" w:type="dxa"/>
            <w:gridSpan w:val="4"/>
            <w:vAlign w:val="center"/>
          </w:tcPr>
          <w:p w14:paraId="4CD8FEC9" w14:textId="77777777" w:rsidR="00C12FFF" w:rsidRPr="00C12FFF" w:rsidRDefault="00C12FFF" w:rsidP="00C12FFF">
            <w:pPr>
              <w:spacing w:line="276" w:lineRule="auto"/>
              <w:ind w:left="45" w:right="45"/>
              <w:jc w:val="both"/>
              <w:rPr>
                <w:rFonts w:eastAsia="Calibri"/>
                <w:sz w:val="18"/>
                <w:szCs w:val="18"/>
              </w:rPr>
            </w:pPr>
            <w:r w:rsidRPr="00C12FFF">
              <w:rPr>
                <w:rFonts w:eastAsia="Calibri"/>
                <w:sz w:val="18"/>
                <w:szCs w:val="18"/>
              </w:rPr>
              <w:t>Tenderers must set out their proposed methodology and approach for delivering the Services in accordance with the requirements described in Appendix 1 of the RFT.</w:t>
            </w:r>
          </w:p>
          <w:p w14:paraId="3BB34E85" w14:textId="77777777" w:rsidR="00C12FFF" w:rsidRPr="00C12FFF" w:rsidRDefault="00C12FFF" w:rsidP="00C12FFF">
            <w:pPr>
              <w:spacing w:line="276" w:lineRule="auto"/>
              <w:ind w:left="45" w:right="45"/>
              <w:jc w:val="both"/>
              <w:rPr>
                <w:rFonts w:eastAsia="Calibri"/>
                <w:sz w:val="18"/>
                <w:szCs w:val="18"/>
              </w:rPr>
            </w:pPr>
            <w:r w:rsidRPr="00C12FFF">
              <w:rPr>
                <w:rFonts w:eastAsia="Calibri"/>
                <w:sz w:val="18"/>
                <w:szCs w:val="18"/>
              </w:rPr>
              <w:t>The response should describe how the Tenderer proposes to plan, mobilise, install, configure, test, operate, support and demobilise the required systems and equipment, including the arrangements for quality control, risk management, service continuity and contingency planning.</w:t>
            </w:r>
          </w:p>
          <w:p w14:paraId="68D82007" w14:textId="77777777" w:rsidR="00C12FFF" w:rsidRPr="00C12FFF" w:rsidRDefault="00C12FFF" w:rsidP="00C12FFF">
            <w:pPr>
              <w:spacing w:line="276" w:lineRule="auto"/>
              <w:ind w:left="45" w:right="45"/>
              <w:jc w:val="both"/>
              <w:rPr>
                <w:rFonts w:eastAsia="Calibri"/>
                <w:sz w:val="18"/>
                <w:szCs w:val="18"/>
              </w:rPr>
            </w:pPr>
            <w:r w:rsidRPr="00C12FFF">
              <w:rPr>
                <w:rFonts w:eastAsia="Calibri"/>
                <w:sz w:val="18"/>
                <w:szCs w:val="18"/>
              </w:rPr>
              <w:t>Tenderers must include a clear delivery plan setting out the principal activities, sequencing, timelines and responsibilities required to ensure that all Services are fully operational within the required event timelines.</w:t>
            </w:r>
          </w:p>
          <w:p w14:paraId="465192F8" w14:textId="77777777" w:rsidR="00C12FFF" w:rsidRPr="00C12FFF" w:rsidRDefault="00C12FFF" w:rsidP="00C12FFF">
            <w:pPr>
              <w:spacing w:line="276" w:lineRule="auto"/>
              <w:ind w:left="45" w:right="45"/>
              <w:jc w:val="both"/>
              <w:rPr>
                <w:rFonts w:eastAsia="Calibri"/>
                <w:sz w:val="18"/>
                <w:szCs w:val="18"/>
              </w:rPr>
            </w:pPr>
            <w:r w:rsidRPr="00C12FFF">
              <w:rPr>
                <w:rFonts w:eastAsia="Calibri"/>
                <w:sz w:val="18"/>
                <w:szCs w:val="18"/>
              </w:rPr>
              <w:t>The response should also explain how technical issues, equipment failures or other operational challenges will be managed so as to minimise disruption to the Services.</w:t>
            </w:r>
          </w:p>
          <w:p w14:paraId="493AB3B3" w14:textId="77777777" w:rsidR="00C12FFF" w:rsidRPr="00C12FFF" w:rsidRDefault="00C12FFF" w:rsidP="00C12FFF">
            <w:pPr>
              <w:spacing w:line="276" w:lineRule="auto"/>
              <w:ind w:left="45" w:right="45"/>
              <w:jc w:val="both"/>
              <w:rPr>
                <w:rFonts w:eastAsia="Calibri"/>
                <w:sz w:val="18"/>
                <w:szCs w:val="18"/>
              </w:rPr>
            </w:pPr>
            <w:r>
              <w:rPr>
                <w:rFonts w:eastAsia="Calibri"/>
                <w:sz w:val="18"/>
                <w:szCs w:val="18"/>
              </w:rPr>
              <w:t>Tenderers must also describe the environmental and sustainability measures applicable to the delivery of the Services, having particular regard to the fact that the radio communications and CCTV equipment supplied and/or used is waste electrical and electronic equipment (WEEE), including the Tenderer’s approach to end-of-life disposal, recycling and WEEE compliance.</w:t>
            </w:r>
          </w:p>
          <w:p w14:paraId="6C0CA314" w14:textId="77777777" w:rsidR="00C12FFF" w:rsidRPr="00C12FFF" w:rsidRDefault="00C12FFF" w:rsidP="00C12FFF">
            <w:pPr>
              <w:spacing w:line="276" w:lineRule="auto"/>
              <w:ind w:left="45" w:right="45"/>
              <w:jc w:val="both"/>
              <w:rPr>
                <w:rFonts w:eastAsia="Calibri"/>
                <w:sz w:val="18"/>
                <w:szCs w:val="18"/>
              </w:rPr>
            </w:pPr>
            <w:r>
              <w:rPr>
                <w:rFonts w:eastAsia="Calibri"/>
                <w:sz w:val="18"/>
                <w:szCs w:val="18"/>
              </w:rPr>
              <w:t>The response should also address, where relevant, efficient use of equipment and resources, transport and travel arrangements, energy use, waste reduction, and reuse or recycling. Tenderers are not required to hold a specific environmental certification; however, any relevant certification, environmental policy or procedure may be provided as supporting evidence.</w:t>
            </w:r>
          </w:p>
          <w:p w14:paraId="4280198C" w14:textId="77777777" w:rsidR="00C12FFF" w:rsidRPr="00C12FFF" w:rsidRDefault="00C12FFF" w:rsidP="00C12FFF">
            <w:pPr>
              <w:spacing w:line="276" w:lineRule="auto"/>
              <w:ind w:left="45" w:right="45"/>
              <w:jc w:val="both"/>
              <w:rPr>
                <w:rFonts w:eastAsia="Calibri"/>
                <w:sz w:val="18"/>
                <w:szCs w:val="18"/>
              </w:rPr>
            </w:pPr>
            <w:r w:rsidRPr="00C12FFF">
              <w:rPr>
                <w:rFonts w:eastAsia="Calibri"/>
                <w:b/>
                <w:bCs/>
                <w:sz w:val="18"/>
                <w:szCs w:val="18"/>
              </w:rPr>
              <w:t>Please limit your response to four (4) A4 pages.</w:t>
            </w:r>
          </w:p>
          <w:p w14:paraId="25835770" w14:textId="77777777" w:rsidR="006543F1" w:rsidRPr="005B3134" w:rsidRDefault="006543F1" w:rsidP="00EA4A10">
            <w:pPr>
              <w:spacing w:line="276" w:lineRule="auto"/>
              <w:ind w:left="45" w:right="45"/>
              <w:jc w:val="both"/>
              <w:rPr>
                <w:rFonts w:eastAsia="Calibri"/>
                <w:sz w:val="18"/>
                <w:szCs w:val="18"/>
              </w:rPr>
            </w:pPr>
          </w:p>
          <w:p w14:paraId="2D90CCDF" w14:textId="77777777" w:rsidR="00DE362A" w:rsidRPr="005B3134" w:rsidRDefault="00DE362A" w:rsidP="00EA4A10">
            <w:pPr>
              <w:spacing w:before="120" w:after="120" w:line="276" w:lineRule="auto"/>
              <w:ind w:left="42"/>
              <w:rPr>
                <w:rFonts w:ascii="Book Antiqua" w:eastAsia="Book Antiqua" w:hAnsi="Book Antiqua" w:cs="Book Antiqua"/>
                <w:color w:val="000000" w:themeColor="text1"/>
                <w:sz w:val="18"/>
                <w:szCs w:val="18"/>
              </w:rPr>
            </w:pPr>
            <w:r w:rsidRPr="005B3134">
              <w:rPr>
                <w:b/>
                <w:bCs/>
                <w:spacing w:val="-3"/>
                <w:sz w:val="18"/>
                <w:szCs w:val="18"/>
                <w:lang w:eastAsia="ar-SA"/>
              </w:rPr>
              <w:t xml:space="preserve">Where page limits are provided, any material provided in excess of the stated page count will not be considered at evaluation.  </w:t>
            </w:r>
          </w:p>
        </w:tc>
      </w:tr>
      <w:tr w:rsidR="00DE362A" w:rsidRPr="005B3134" w14:paraId="4F74BE74" w14:textId="77777777" w:rsidTr="006635F8">
        <w:trPr>
          <w:trHeight w:val="5092"/>
        </w:trPr>
        <w:tc>
          <w:tcPr>
            <w:tcW w:w="9645" w:type="dxa"/>
            <w:gridSpan w:val="4"/>
          </w:tcPr>
          <w:p w14:paraId="38131761" w14:textId="77777777" w:rsidR="00DE362A" w:rsidRPr="005B3134" w:rsidRDefault="00DE362A" w:rsidP="00EA4A10">
            <w:pPr>
              <w:rPr>
                <w:rFonts w:asciiTheme="minorHAnsi" w:hAnsiTheme="minorHAnsi" w:cstheme="minorHAnsi"/>
                <w:sz w:val="18"/>
                <w:szCs w:val="18"/>
              </w:rPr>
            </w:pPr>
          </w:p>
        </w:tc>
      </w:tr>
    </w:tbl>
    <w:p w14:paraId="33F590B7" w14:textId="77777777" w:rsidR="00DE362A" w:rsidRDefault="00DE362A"/>
    <w:p w14:paraId="3776A141" w14:textId="77777777" w:rsidR="00911642" w:rsidRDefault="00815615">
      <w:pPr>
        <w:pStyle w:val="Heading2"/>
        <w:pageBreakBefore/>
      </w:pPr>
      <w:bookmarkStart w:id="12" w:name="_Toc239681290"/>
      <w:r>
        <w:lastRenderedPageBreak/>
        <w:t>3.3 Quality and Experience of the Proposed Team</w:t>
      </w:r>
      <w:bookmarkEnd w:id="12"/>
    </w:p>
    <w:tbl>
      <w:tblPr>
        <w:tblStyle w:val="TableGrid"/>
        <w:tblW w:w="9659" w:type="dxa"/>
        <w:tblInd w:w="-19" w:type="dxa"/>
        <w:tblLook w:val="04A0" w:firstRow="1" w:lastRow="0" w:firstColumn="1" w:lastColumn="0" w:noHBand="0" w:noVBand="1"/>
      </w:tblPr>
      <w:tblGrid>
        <w:gridCol w:w="3983"/>
        <w:gridCol w:w="1701"/>
        <w:gridCol w:w="1843"/>
        <w:gridCol w:w="2132"/>
      </w:tblGrid>
      <w:tr w:rsidR="00AB1E21" w:rsidRPr="00AB1E21" w14:paraId="02E42D9C" w14:textId="77777777" w:rsidTr="001E08C4">
        <w:tc>
          <w:tcPr>
            <w:tcW w:w="3983" w:type="dxa"/>
            <w:vMerge w:val="restart"/>
            <w:shd w:val="clear" w:color="auto" w:fill="175515"/>
            <w:vAlign w:val="center"/>
          </w:tcPr>
          <w:p w14:paraId="20778B00" w14:textId="47916EF0" w:rsidR="00AB1E21" w:rsidRPr="001E08C4" w:rsidRDefault="00AB1E21" w:rsidP="00EA4A10">
            <w:pPr>
              <w:spacing w:before="120" w:after="120" w:line="276" w:lineRule="auto"/>
              <w:rPr>
                <w:rFonts w:ascii="Book Antiqua" w:eastAsia="Book Antiqua" w:hAnsi="Book Antiqua" w:cs="Book Antiqua"/>
                <w:color w:val="FFFFFF" w:themeColor="background1"/>
                <w:sz w:val="18"/>
                <w:szCs w:val="18"/>
              </w:rPr>
            </w:pPr>
            <w:r w:rsidRPr="001E08C4">
              <w:rPr>
                <w:rFonts w:asciiTheme="minorHAnsi" w:eastAsiaTheme="minorEastAsia" w:hAnsiTheme="minorHAnsi" w:cstheme="minorBidi"/>
                <w:b/>
                <w:bCs/>
                <w:color w:val="FFFFFF" w:themeColor="background1"/>
                <w:sz w:val="18"/>
                <w:szCs w:val="18"/>
              </w:rPr>
              <w:t xml:space="preserve">Criterion C </w:t>
            </w:r>
            <w:r w:rsidR="00331F8A" w:rsidRPr="001E08C4">
              <w:rPr>
                <w:rFonts w:asciiTheme="minorHAnsi" w:eastAsiaTheme="minorEastAsia" w:hAnsiTheme="minorHAnsi" w:cstheme="minorBidi"/>
                <w:b/>
                <w:bCs/>
                <w:color w:val="FFFFFF" w:themeColor="background1"/>
                <w:sz w:val="18"/>
                <w:szCs w:val="18"/>
              </w:rPr>
              <w:t>-</w:t>
            </w:r>
            <w:r w:rsidRPr="001E08C4">
              <w:rPr>
                <w:rFonts w:asciiTheme="minorHAnsi" w:eastAsiaTheme="minorEastAsia" w:hAnsiTheme="minorHAnsi" w:cstheme="minorBidi"/>
                <w:b/>
                <w:bCs/>
                <w:color w:val="FFFFFF" w:themeColor="background1"/>
                <w:sz w:val="18"/>
                <w:szCs w:val="18"/>
              </w:rPr>
              <w:t>Quality and Experience of the Proposed Team</w:t>
            </w:r>
          </w:p>
          <w:p w14:paraId="251C4609" w14:textId="77777777" w:rsidR="00AB1E21" w:rsidRPr="001E08C4" w:rsidRDefault="00AB1E21" w:rsidP="00EA4A10">
            <w:pPr>
              <w:spacing w:before="120" w:after="120" w:line="276" w:lineRule="auto"/>
              <w:rPr>
                <w:rFonts w:asciiTheme="minorHAnsi" w:hAnsiTheme="minorHAnsi" w:cstheme="minorBidi"/>
                <w:i/>
                <w:iCs/>
                <w:color w:val="FFFFFF" w:themeColor="background1"/>
                <w:sz w:val="18"/>
                <w:szCs w:val="18"/>
              </w:rPr>
            </w:pPr>
          </w:p>
        </w:tc>
        <w:tc>
          <w:tcPr>
            <w:tcW w:w="1701" w:type="dxa"/>
            <w:shd w:val="clear" w:color="auto" w:fill="175515"/>
            <w:vAlign w:val="center"/>
          </w:tcPr>
          <w:p w14:paraId="48B7823D" w14:textId="77777777" w:rsidR="00AB1E21" w:rsidRPr="001E08C4" w:rsidRDefault="00AB1E21"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Total Weighting</w:t>
            </w:r>
          </w:p>
        </w:tc>
        <w:tc>
          <w:tcPr>
            <w:tcW w:w="1843" w:type="dxa"/>
            <w:shd w:val="clear" w:color="auto" w:fill="175515"/>
            <w:vAlign w:val="center"/>
          </w:tcPr>
          <w:p w14:paraId="430C3620" w14:textId="77777777" w:rsidR="00AB1E21" w:rsidRPr="001E08C4" w:rsidRDefault="00AB1E21"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Maximum Marks</w:t>
            </w:r>
          </w:p>
        </w:tc>
        <w:tc>
          <w:tcPr>
            <w:tcW w:w="2132" w:type="dxa"/>
            <w:shd w:val="clear" w:color="auto" w:fill="175515"/>
            <w:vAlign w:val="center"/>
          </w:tcPr>
          <w:p w14:paraId="46854CE8" w14:textId="77777777" w:rsidR="00AB1E21" w:rsidRPr="001E08C4" w:rsidRDefault="00AB1E21"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Min Marks Required</w:t>
            </w:r>
          </w:p>
        </w:tc>
      </w:tr>
      <w:tr w:rsidR="009E7EAA" w:rsidRPr="00AB1E21" w14:paraId="7B596D78" w14:textId="77777777" w:rsidTr="001E08C4">
        <w:tc>
          <w:tcPr>
            <w:tcW w:w="3983" w:type="dxa"/>
            <w:vMerge/>
            <w:vAlign w:val="center"/>
          </w:tcPr>
          <w:p w14:paraId="06B67E89" w14:textId="77777777" w:rsidR="009E7EAA" w:rsidRPr="00AB1E21" w:rsidRDefault="009E7EAA" w:rsidP="009E7EAA">
            <w:pPr>
              <w:spacing w:before="120" w:after="120" w:line="276" w:lineRule="auto"/>
              <w:rPr>
                <w:rFonts w:asciiTheme="minorHAnsi" w:hAnsiTheme="minorHAnsi" w:cstheme="minorBidi"/>
                <w:i/>
                <w:iCs/>
                <w:color w:val="C00000"/>
                <w:sz w:val="18"/>
                <w:szCs w:val="18"/>
              </w:rPr>
            </w:pPr>
          </w:p>
        </w:tc>
        <w:tc>
          <w:tcPr>
            <w:tcW w:w="1701" w:type="dxa"/>
            <w:vAlign w:val="center"/>
          </w:tcPr>
          <w:p w14:paraId="2220FE7A" w14:textId="7A73BB19" w:rsidR="009E7EAA" w:rsidRPr="001E08C4" w:rsidRDefault="009E7EAA" w:rsidP="009E7EAA">
            <w:pPr>
              <w:spacing w:before="120" w:after="120" w:line="276" w:lineRule="auto"/>
              <w:jc w:val="center"/>
              <w:rPr>
                <w:b/>
                <w:bCs/>
                <w:color w:val="000000" w:themeColor="text1"/>
                <w:sz w:val="18"/>
                <w:szCs w:val="18"/>
              </w:rPr>
            </w:pPr>
            <w:r w:rsidRPr="001E08C4">
              <w:rPr>
                <w:b/>
                <w:bCs/>
                <w:color w:val="000000" w:themeColor="text1"/>
                <w:sz w:val="18"/>
                <w:szCs w:val="18"/>
              </w:rPr>
              <w:t>15%</w:t>
            </w:r>
          </w:p>
        </w:tc>
        <w:tc>
          <w:tcPr>
            <w:tcW w:w="1843" w:type="dxa"/>
            <w:vAlign w:val="center"/>
          </w:tcPr>
          <w:p w14:paraId="66CF5B56" w14:textId="04DBF612" w:rsidR="009E7EAA" w:rsidRPr="001E08C4" w:rsidRDefault="009E7EAA" w:rsidP="009E7EAA">
            <w:pPr>
              <w:spacing w:before="120" w:after="120" w:line="276" w:lineRule="auto"/>
              <w:jc w:val="center"/>
              <w:rPr>
                <w:b/>
                <w:bCs/>
                <w:color w:val="000000" w:themeColor="text1"/>
                <w:sz w:val="18"/>
                <w:szCs w:val="18"/>
              </w:rPr>
            </w:pPr>
            <w:r w:rsidRPr="001E08C4">
              <w:rPr>
                <w:b/>
                <w:bCs/>
                <w:color w:val="000000" w:themeColor="text1"/>
                <w:sz w:val="18"/>
                <w:szCs w:val="18"/>
              </w:rPr>
              <w:t>150</w:t>
            </w:r>
          </w:p>
        </w:tc>
        <w:tc>
          <w:tcPr>
            <w:tcW w:w="2132" w:type="dxa"/>
            <w:vAlign w:val="center"/>
          </w:tcPr>
          <w:p w14:paraId="3BEFD8B5" w14:textId="76F94C2F" w:rsidR="009E7EAA" w:rsidRPr="001E08C4" w:rsidRDefault="009E7EAA" w:rsidP="009E7EAA">
            <w:pPr>
              <w:spacing w:before="120" w:after="120" w:line="276" w:lineRule="auto"/>
              <w:jc w:val="center"/>
              <w:rPr>
                <w:b/>
                <w:bCs/>
                <w:color w:val="000000" w:themeColor="text1"/>
                <w:sz w:val="18"/>
                <w:szCs w:val="18"/>
              </w:rPr>
            </w:pPr>
            <w:r w:rsidRPr="001E08C4">
              <w:rPr>
                <w:b/>
                <w:bCs/>
                <w:color w:val="000000" w:themeColor="text1"/>
                <w:sz w:val="18"/>
                <w:szCs w:val="18"/>
              </w:rPr>
              <w:t>90</w:t>
            </w:r>
          </w:p>
        </w:tc>
      </w:tr>
      <w:tr w:rsidR="00AB1E21" w:rsidRPr="00AB1E21" w14:paraId="1E1AE1CC" w14:textId="77777777" w:rsidTr="001E08C4">
        <w:tc>
          <w:tcPr>
            <w:tcW w:w="9659" w:type="dxa"/>
            <w:gridSpan w:val="4"/>
            <w:vAlign w:val="center"/>
          </w:tcPr>
          <w:p w14:paraId="1D4FFEAE" w14:textId="77777777" w:rsidR="001E08C4" w:rsidRPr="001E08C4" w:rsidRDefault="001E08C4" w:rsidP="001E08C4">
            <w:pPr>
              <w:spacing w:line="276" w:lineRule="auto"/>
              <w:ind w:right="45"/>
              <w:jc w:val="both"/>
              <w:rPr>
                <w:rFonts w:cstheme="minorHAnsi"/>
                <w:sz w:val="18"/>
                <w:szCs w:val="18"/>
              </w:rPr>
            </w:pPr>
            <w:r w:rsidRPr="001E08C4">
              <w:rPr>
                <w:rFonts w:cstheme="minorHAnsi"/>
                <w:sz w:val="18"/>
                <w:szCs w:val="18"/>
              </w:rPr>
              <w:t>Tenderers must provide a concise narrative describing the proposed team structure for the delivery of the Services, including the key roles, reporting lines and responsibilities of the personnel proposed.</w:t>
            </w:r>
          </w:p>
          <w:p w14:paraId="16EF0F55" w14:textId="77777777" w:rsidR="001E08C4" w:rsidRPr="001E08C4" w:rsidRDefault="001E08C4" w:rsidP="001E08C4">
            <w:pPr>
              <w:spacing w:line="276" w:lineRule="auto"/>
              <w:ind w:right="45"/>
              <w:jc w:val="both"/>
              <w:rPr>
                <w:rFonts w:cstheme="minorHAnsi"/>
                <w:sz w:val="18"/>
                <w:szCs w:val="18"/>
              </w:rPr>
            </w:pPr>
            <w:r w:rsidRPr="001E08C4">
              <w:rPr>
                <w:rFonts w:cstheme="minorHAnsi"/>
                <w:sz w:val="18"/>
                <w:szCs w:val="18"/>
              </w:rPr>
              <w:t>The response should clearly identify the role of each key team member, including the proposed Contract Manager or principal point of contact, and explain how the proposed team structure supports the effective delivery of the Contract.</w:t>
            </w:r>
          </w:p>
          <w:p w14:paraId="504892D7" w14:textId="77777777" w:rsidR="001E08C4" w:rsidRDefault="001E08C4" w:rsidP="001E08C4">
            <w:pPr>
              <w:spacing w:line="276" w:lineRule="auto"/>
              <w:ind w:right="45"/>
              <w:jc w:val="both"/>
              <w:rPr>
                <w:rFonts w:cstheme="minorHAnsi"/>
                <w:sz w:val="18"/>
                <w:szCs w:val="18"/>
              </w:rPr>
            </w:pPr>
            <w:r w:rsidRPr="001E08C4">
              <w:rPr>
                <w:rFonts w:cstheme="minorHAnsi"/>
                <w:sz w:val="18"/>
                <w:szCs w:val="18"/>
              </w:rPr>
              <w:t>Tenderers must also provide a tailored CV for each key team member. The CVs should demonstrate the relevant qualifications, technical expertise and recent experience of the proposed personnel in delivering services of a similar nature, scale and complexity, including relevant experience in radio communications, CCTV, Public Address systems and live-event support, as applicable.</w:t>
            </w:r>
          </w:p>
          <w:p w14:paraId="642F09C4" w14:textId="77777777" w:rsidR="001E08C4" w:rsidRPr="001E08C4" w:rsidRDefault="001E08C4" w:rsidP="001E08C4">
            <w:pPr>
              <w:spacing w:line="276" w:lineRule="auto"/>
              <w:ind w:right="45"/>
              <w:jc w:val="both"/>
              <w:rPr>
                <w:rFonts w:cstheme="minorHAnsi"/>
                <w:sz w:val="18"/>
                <w:szCs w:val="18"/>
              </w:rPr>
            </w:pPr>
          </w:p>
          <w:p w14:paraId="0B36126F" w14:textId="77777777" w:rsidR="001E08C4" w:rsidRPr="001E08C4" w:rsidRDefault="001E08C4" w:rsidP="001E08C4">
            <w:pPr>
              <w:spacing w:line="276" w:lineRule="auto"/>
              <w:ind w:right="45"/>
              <w:jc w:val="both"/>
              <w:rPr>
                <w:rFonts w:cstheme="minorHAnsi"/>
                <w:sz w:val="18"/>
                <w:szCs w:val="18"/>
              </w:rPr>
            </w:pPr>
            <w:r w:rsidRPr="001E08C4">
              <w:rPr>
                <w:rFonts w:cstheme="minorHAnsi"/>
                <w:b/>
                <w:bCs/>
                <w:sz w:val="18"/>
                <w:szCs w:val="18"/>
              </w:rPr>
              <w:t>The team structure narrative should be limited to one (1) A4 page.</w:t>
            </w:r>
          </w:p>
          <w:p w14:paraId="346DD503" w14:textId="77777777" w:rsidR="001E08C4" w:rsidRPr="001E08C4" w:rsidRDefault="001E08C4" w:rsidP="001E08C4">
            <w:pPr>
              <w:spacing w:line="276" w:lineRule="auto"/>
              <w:ind w:right="45"/>
              <w:jc w:val="both"/>
              <w:rPr>
                <w:rFonts w:cstheme="minorHAnsi"/>
                <w:sz w:val="18"/>
                <w:szCs w:val="18"/>
              </w:rPr>
            </w:pPr>
            <w:r w:rsidRPr="001E08C4">
              <w:rPr>
                <w:rFonts w:cstheme="minorHAnsi"/>
                <w:b/>
                <w:bCs/>
                <w:sz w:val="18"/>
                <w:szCs w:val="18"/>
              </w:rPr>
              <w:t>Each CV should be limited to two (2) A4 pages.</w:t>
            </w:r>
          </w:p>
          <w:p w14:paraId="1CFE2EF7" w14:textId="77777777" w:rsidR="00AB1E21" w:rsidRPr="00AB1E21" w:rsidRDefault="00AB1E21" w:rsidP="00EA4A10">
            <w:pPr>
              <w:spacing w:line="276" w:lineRule="auto"/>
              <w:ind w:left="45" w:right="45"/>
              <w:jc w:val="both"/>
              <w:rPr>
                <w:rFonts w:eastAsia="Calibri"/>
                <w:b/>
                <w:bCs/>
                <w:spacing w:val="-3"/>
                <w:sz w:val="18"/>
                <w:szCs w:val="18"/>
              </w:rPr>
            </w:pPr>
          </w:p>
          <w:p w14:paraId="5E5C8303" w14:textId="77777777" w:rsidR="00AB1E21" w:rsidRPr="00AB1E21" w:rsidRDefault="00AB1E21" w:rsidP="00EA4A10">
            <w:pPr>
              <w:spacing w:line="276" w:lineRule="auto"/>
              <w:ind w:left="45" w:right="45"/>
              <w:jc w:val="both"/>
              <w:rPr>
                <w:rFonts w:ascii="Book Antiqua" w:eastAsia="Book Antiqua" w:hAnsi="Book Antiqua" w:cs="Book Antiqua"/>
                <w:color w:val="000000" w:themeColor="text1"/>
                <w:sz w:val="18"/>
                <w:szCs w:val="18"/>
              </w:rPr>
            </w:pPr>
            <w:r w:rsidRPr="00AB1E21">
              <w:rPr>
                <w:b/>
                <w:bCs/>
                <w:spacing w:val="-3"/>
                <w:sz w:val="18"/>
                <w:szCs w:val="18"/>
                <w:lang w:eastAsia="ar-SA"/>
              </w:rPr>
              <w:t xml:space="preserve">Where page limits are provided, any material provided in excess of the stated page count will not be considered at evaluation.  </w:t>
            </w:r>
          </w:p>
        </w:tc>
      </w:tr>
      <w:tr w:rsidR="00AB1E21" w:rsidRPr="00AB1E21" w14:paraId="40F4DECB" w14:textId="77777777" w:rsidTr="00AB1E21">
        <w:trPr>
          <w:trHeight w:val="5092"/>
        </w:trPr>
        <w:tc>
          <w:tcPr>
            <w:tcW w:w="9659" w:type="dxa"/>
            <w:gridSpan w:val="4"/>
          </w:tcPr>
          <w:p w14:paraId="085506DC" w14:textId="77777777" w:rsidR="00AB1E21" w:rsidRPr="00AB1E21" w:rsidRDefault="00AB1E21" w:rsidP="00EA4A10">
            <w:pPr>
              <w:rPr>
                <w:rFonts w:asciiTheme="minorHAnsi" w:hAnsiTheme="minorHAnsi" w:cstheme="minorHAnsi"/>
                <w:sz w:val="18"/>
                <w:szCs w:val="18"/>
              </w:rPr>
            </w:pPr>
          </w:p>
        </w:tc>
      </w:tr>
    </w:tbl>
    <w:p w14:paraId="4257EF07" w14:textId="77777777" w:rsidR="006635F8" w:rsidRDefault="006635F8"/>
    <w:p w14:paraId="5459444C" w14:textId="77777777" w:rsidR="006635F8" w:rsidRDefault="006635F8"/>
    <w:p w14:paraId="67D5C09B" w14:textId="6BD7FF45" w:rsidR="00911642" w:rsidRDefault="00815615">
      <w:pPr>
        <w:pStyle w:val="Heading2"/>
        <w:pageBreakBefore/>
      </w:pPr>
      <w:bookmarkStart w:id="13" w:name="_Toc239681291"/>
      <w:r>
        <w:lastRenderedPageBreak/>
        <w:t>3.4 Contract Manageme</w:t>
      </w:r>
      <w:r w:rsidR="001E08C4">
        <w:t>nt</w:t>
      </w:r>
      <w:r>
        <w:t xml:space="preserve"> and Service Delivery</w:t>
      </w:r>
      <w:bookmarkEnd w:id="13"/>
    </w:p>
    <w:tbl>
      <w:tblPr>
        <w:tblStyle w:val="TableGrid"/>
        <w:tblW w:w="9645" w:type="dxa"/>
        <w:tblInd w:w="-5" w:type="dxa"/>
        <w:tblLook w:val="04A0" w:firstRow="1" w:lastRow="0" w:firstColumn="1" w:lastColumn="0" w:noHBand="0" w:noVBand="1"/>
      </w:tblPr>
      <w:tblGrid>
        <w:gridCol w:w="3969"/>
        <w:gridCol w:w="1701"/>
        <w:gridCol w:w="1843"/>
        <w:gridCol w:w="2132"/>
      </w:tblGrid>
      <w:tr w:rsidR="00C31BD9" w:rsidRPr="00C31BD9" w14:paraId="4EBC6D67" w14:textId="77777777" w:rsidTr="001E08C4">
        <w:tc>
          <w:tcPr>
            <w:tcW w:w="3969" w:type="dxa"/>
            <w:vMerge w:val="restart"/>
            <w:shd w:val="clear" w:color="auto" w:fill="175515"/>
            <w:vAlign w:val="center"/>
          </w:tcPr>
          <w:p w14:paraId="747AAB8C" w14:textId="28E78736" w:rsidR="00C31BD9" w:rsidRPr="001E08C4" w:rsidRDefault="00C31BD9" w:rsidP="00EA4A10">
            <w:pPr>
              <w:spacing w:before="120" w:after="120" w:line="276" w:lineRule="auto"/>
              <w:rPr>
                <w:rFonts w:ascii="Book Antiqua" w:eastAsia="Book Antiqua" w:hAnsi="Book Antiqua" w:cs="Book Antiqua"/>
                <w:color w:val="FFFFFF" w:themeColor="background1"/>
                <w:sz w:val="18"/>
                <w:szCs w:val="18"/>
              </w:rPr>
            </w:pPr>
            <w:r w:rsidRPr="001E08C4">
              <w:rPr>
                <w:rFonts w:asciiTheme="minorHAnsi" w:eastAsiaTheme="minorEastAsia" w:hAnsiTheme="minorHAnsi" w:cstheme="minorBidi"/>
                <w:b/>
                <w:bCs/>
                <w:color w:val="FFFFFF" w:themeColor="background1"/>
                <w:sz w:val="18"/>
                <w:szCs w:val="18"/>
              </w:rPr>
              <w:t xml:space="preserve">Criterion D </w:t>
            </w:r>
            <w:r w:rsidR="00331F8A" w:rsidRPr="001E08C4">
              <w:rPr>
                <w:rFonts w:asciiTheme="minorHAnsi" w:eastAsiaTheme="minorEastAsia" w:hAnsiTheme="minorHAnsi" w:cstheme="minorBidi"/>
                <w:b/>
                <w:bCs/>
                <w:color w:val="FFFFFF" w:themeColor="background1"/>
                <w:sz w:val="18"/>
                <w:szCs w:val="18"/>
              </w:rPr>
              <w:t>-</w:t>
            </w:r>
            <w:r w:rsidRPr="001E08C4">
              <w:rPr>
                <w:rFonts w:asciiTheme="minorHAnsi" w:eastAsiaTheme="minorEastAsia" w:hAnsiTheme="minorHAnsi" w:cstheme="minorBidi"/>
                <w:b/>
                <w:bCs/>
                <w:color w:val="FFFFFF" w:themeColor="background1"/>
                <w:sz w:val="18"/>
                <w:szCs w:val="18"/>
              </w:rPr>
              <w:t>Contract Management</w:t>
            </w:r>
            <w:r w:rsidR="001E08C4" w:rsidRPr="001E08C4">
              <w:rPr>
                <w:rFonts w:asciiTheme="minorHAnsi" w:eastAsiaTheme="minorEastAsia" w:hAnsiTheme="minorHAnsi" w:cstheme="minorBidi"/>
                <w:b/>
                <w:bCs/>
                <w:color w:val="FFFFFF" w:themeColor="background1"/>
                <w:sz w:val="18"/>
                <w:szCs w:val="18"/>
              </w:rPr>
              <w:t xml:space="preserve"> </w:t>
            </w:r>
            <w:r w:rsidR="002B3490" w:rsidRPr="001E08C4">
              <w:rPr>
                <w:rFonts w:asciiTheme="minorHAnsi" w:eastAsiaTheme="minorEastAsia" w:hAnsiTheme="minorHAnsi" w:cstheme="minorBidi"/>
                <w:b/>
                <w:bCs/>
                <w:color w:val="FFFFFF" w:themeColor="background1"/>
                <w:sz w:val="18"/>
                <w:szCs w:val="18"/>
              </w:rPr>
              <w:t>and service Delivery</w:t>
            </w:r>
          </w:p>
          <w:p w14:paraId="21140815" w14:textId="77777777" w:rsidR="00C31BD9" w:rsidRPr="001E08C4" w:rsidRDefault="00C31BD9" w:rsidP="00EA4A10">
            <w:pPr>
              <w:spacing w:before="120" w:after="120" w:line="276" w:lineRule="auto"/>
              <w:rPr>
                <w:rFonts w:asciiTheme="minorHAnsi" w:hAnsiTheme="minorHAnsi" w:cstheme="minorBidi"/>
                <w:i/>
                <w:iCs/>
                <w:color w:val="FFFFFF" w:themeColor="background1"/>
                <w:sz w:val="18"/>
                <w:szCs w:val="18"/>
              </w:rPr>
            </w:pPr>
          </w:p>
        </w:tc>
        <w:tc>
          <w:tcPr>
            <w:tcW w:w="1701" w:type="dxa"/>
            <w:shd w:val="clear" w:color="auto" w:fill="175515"/>
            <w:vAlign w:val="center"/>
          </w:tcPr>
          <w:p w14:paraId="1886C89A" w14:textId="77777777" w:rsidR="00C31BD9" w:rsidRPr="001E08C4" w:rsidRDefault="00C31BD9"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Total Weighting</w:t>
            </w:r>
          </w:p>
        </w:tc>
        <w:tc>
          <w:tcPr>
            <w:tcW w:w="1843" w:type="dxa"/>
            <w:shd w:val="clear" w:color="auto" w:fill="175515"/>
            <w:vAlign w:val="center"/>
          </w:tcPr>
          <w:p w14:paraId="05CA6D8D" w14:textId="77777777" w:rsidR="00C31BD9" w:rsidRPr="001E08C4" w:rsidRDefault="00C31BD9"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Maximum Marks</w:t>
            </w:r>
          </w:p>
        </w:tc>
        <w:tc>
          <w:tcPr>
            <w:tcW w:w="2132" w:type="dxa"/>
            <w:shd w:val="clear" w:color="auto" w:fill="175515"/>
            <w:vAlign w:val="center"/>
          </w:tcPr>
          <w:p w14:paraId="41D97724" w14:textId="77777777" w:rsidR="00C31BD9" w:rsidRPr="001E08C4" w:rsidRDefault="00C31BD9" w:rsidP="00EA4A10">
            <w:pPr>
              <w:spacing w:before="120" w:after="120" w:line="276" w:lineRule="auto"/>
              <w:rPr>
                <w:rFonts w:asciiTheme="minorHAnsi" w:hAnsiTheme="minorHAnsi" w:cstheme="minorBidi"/>
                <w:i/>
                <w:iCs/>
                <w:color w:val="FFFFFF" w:themeColor="background1"/>
                <w:sz w:val="18"/>
                <w:szCs w:val="18"/>
              </w:rPr>
            </w:pPr>
            <w:r w:rsidRPr="001E08C4">
              <w:rPr>
                <w:b/>
                <w:bCs/>
                <w:color w:val="FFFFFF" w:themeColor="background1"/>
                <w:sz w:val="18"/>
                <w:szCs w:val="18"/>
              </w:rPr>
              <w:t>Min Marks Required</w:t>
            </w:r>
          </w:p>
        </w:tc>
      </w:tr>
      <w:tr w:rsidR="00C31BD9" w:rsidRPr="00C31BD9" w14:paraId="7968A221" w14:textId="77777777" w:rsidTr="001E08C4">
        <w:tc>
          <w:tcPr>
            <w:tcW w:w="3969" w:type="dxa"/>
            <w:vMerge/>
            <w:vAlign w:val="center"/>
          </w:tcPr>
          <w:p w14:paraId="2DBDF3A4" w14:textId="77777777" w:rsidR="00C31BD9" w:rsidRPr="00C31BD9" w:rsidRDefault="00C31BD9" w:rsidP="00EA4A10">
            <w:pPr>
              <w:spacing w:before="120" w:after="120" w:line="276" w:lineRule="auto"/>
              <w:rPr>
                <w:rFonts w:asciiTheme="minorHAnsi" w:hAnsiTheme="minorHAnsi" w:cstheme="minorBidi"/>
                <w:i/>
                <w:iCs/>
                <w:color w:val="C00000"/>
                <w:sz w:val="18"/>
                <w:szCs w:val="18"/>
              </w:rPr>
            </w:pPr>
          </w:p>
        </w:tc>
        <w:tc>
          <w:tcPr>
            <w:tcW w:w="1701" w:type="dxa"/>
            <w:vAlign w:val="center"/>
          </w:tcPr>
          <w:p w14:paraId="6B38B1A4" w14:textId="0342F729" w:rsidR="00C31BD9"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7.5%</w:t>
            </w:r>
          </w:p>
        </w:tc>
        <w:tc>
          <w:tcPr>
            <w:tcW w:w="1843" w:type="dxa"/>
            <w:vAlign w:val="center"/>
          </w:tcPr>
          <w:p w14:paraId="7903E353" w14:textId="08D636EA" w:rsidR="00C31BD9"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75</w:t>
            </w:r>
          </w:p>
        </w:tc>
        <w:tc>
          <w:tcPr>
            <w:tcW w:w="2132" w:type="dxa"/>
            <w:vAlign w:val="center"/>
          </w:tcPr>
          <w:p w14:paraId="2534E602" w14:textId="24E0B6BB" w:rsidR="00C31BD9" w:rsidRPr="001E08C4" w:rsidRDefault="009E7EAA" w:rsidP="00EA4A10">
            <w:pPr>
              <w:spacing w:before="120" w:after="120" w:line="276" w:lineRule="auto"/>
              <w:jc w:val="center"/>
              <w:rPr>
                <w:b/>
                <w:bCs/>
                <w:color w:val="000000" w:themeColor="text1"/>
                <w:sz w:val="18"/>
                <w:szCs w:val="18"/>
              </w:rPr>
            </w:pPr>
            <w:r>
              <w:rPr>
                <w:b/>
                <w:bCs/>
                <w:color w:val="000000" w:themeColor="text1"/>
                <w:sz w:val="18"/>
                <w:szCs w:val="18"/>
              </w:rPr>
              <w:t>45</w:t>
            </w:r>
          </w:p>
        </w:tc>
      </w:tr>
      <w:tr w:rsidR="00C31BD9" w:rsidRPr="00C31BD9" w14:paraId="4DDFBA13" w14:textId="77777777" w:rsidTr="001E08C4">
        <w:tc>
          <w:tcPr>
            <w:tcW w:w="9645" w:type="dxa"/>
            <w:gridSpan w:val="4"/>
            <w:vAlign w:val="center"/>
          </w:tcPr>
          <w:p w14:paraId="18A86F30" w14:textId="77777777" w:rsidR="001E08C4" w:rsidRPr="001E08C4" w:rsidRDefault="001E08C4" w:rsidP="001E08C4">
            <w:pPr>
              <w:spacing w:line="276" w:lineRule="auto"/>
              <w:ind w:left="45" w:right="45"/>
              <w:jc w:val="both"/>
              <w:rPr>
                <w:rFonts w:eastAsia="Calibri"/>
                <w:spacing w:val="-3"/>
                <w:sz w:val="18"/>
                <w:szCs w:val="18"/>
              </w:rPr>
            </w:pPr>
            <w:r w:rsidRPr="001E08C4">
              <w:rPr>
                <w:rFonts w:eastAsia="Calibri"/>
                <w:spacing w:val="-3"/>
                <w:sz w:val="18"/>
                <w:szCs w:val="18"/>
              </w:rPr>
              <w:t>Tenderers must describe their proposed arrangements for the management and delivery of the Contract.</w:t>
            </w:r>
          </w:p>
          <w:p w14:paraId="10BE39B7" w14:textId="77777777" w:rsidR="001E08C4" w:rsidRPr="001E08C4" w:rsidRDefault="001E08C4" w:rsidP="001E08C4">
            <w:pPr>
              <w:spacing w:line="276" w:lineRule="auto"/>
              <w:ind w:left="45" w:right="45"/>
              <w:jc w:val="both"/>
              <w:rPr>
                <w:rFonts w:eastAsia="Calibri"/>
                <w:spacing w:val="-3"/>
                <w:sz w:val="18"/>
                <w:szCs w:val="18"/>
              </w:rPr>
            </w:pPr>
            <w:r w:rsidRPr="001E08C4">
              <w:rPr>
                <w:rFonts w:eastAsia="Calibri"/>
                <w:spacing w:val="-3"/>
                <w:sz w:val="18"/>
                <w:szCs w:val="18"/>
              </w:rPr>
              <w:t>The response should set out the proposed reporting arrangements, stakeholder engagement, performance management, service levels, issue escalation and resolution procedures, and arrangements for continuous improvement throughout the Contract.</w:t>
            </w:r>
          </w:p>
          <w:p w14:paraId="6CB8DA93" w14:textId="77777777" w:rsidR="001E08C4" w:rsidRPr="001E08C4" w:rsidRDefault="001E08C4" w:rsidP="001E08C4">
            <w:pPr>
              <w:spacing w:line="276" w:lineRule="auto"/>
              <w:ind w:left="45" w:right="45"/>
              <w:jc w:val="both"/>
              <w:rPr>
                <w:rFonts w:eastAsia="Calibri"/>
                <w:spacing w:val="-3"/>
                <w:sz w:val="18"/>
                <w:szCs w:val="18"/>
              </w:rPr>
            </w:pPr>
            <w:r w:rsidRPr="001E08C4">
              <w:rPr>
                <w:rFonts w:eastAsia="Calibri"/>
                <w:spacing w:val="-3"/>
                <w:sz w:val="18"/>
                <w:szCs w:val="18"/>
              </w:rPr>
              <w:t>Tenderers should also explain how communication and coordination with St. Patrick’s Festival and other relevant stakeholders will be managed to support effective, responsive and reliable service delivery during the relevant event periods.</w:t>
            </w:r>
          </w:p>
          <w:p w14:paraId="0AA622FB" w14:textId="77777777" w:rsidR="001E08C4" w:rsidRPr="001E08C4" w:rsidRDefault="001E08C4" w:rsidP="001E08C4">
            <w:pPr>
              <w:spacing w:line="276" w:lineRule="auto"/>
              <w:ind w:left="45" w:right="45"/>
              <w:jc w:val="both"/>
              <w:rPr>
                <w:rFonts w:eastAsia="Calibri"/>
                <w:spacing w:val="-3"/>
                <w:sz w:val="18"/>
                <w:szCs w:val="18"/>
              </w:rPr>
            </w:pPr>
            <w:r w:rsidRPr="001E08C4">
              <w:rPr>
                <w:rFonts w:eastAsia="Calibri"/>
                <w:b/>
                <w:bCs/>
                <w:spacing w:val="-3"/>
                <w:sz w:val="18"/>
                <w:szCs w:val="18"/>
              </w:rPr>
              <w:t>Please limit your response to two (2) A4 pages.</w:t>
            </w:r>
          </w:p>
          <w:p w14:paraId="0D674816" w14:textId="77777777" w:rsidR="00C31BD9" w:rsidRPr="001E08C4" w:rsidRDefault="00C31BD9" w:rsidP="00EA4A10">
            <w:pPr>
              <w:spacing w:line="276" w:lineRule="auto"/>
              <w:ind w:left="45" w:right="45"/>
              <w:jc w:val="both"/>
              <w:rPr>
                <w:rFonts w:eastAsia="Calibri"/>
                <w:spacing w:val="-3"/>
                <w:sz w:val="18"/>
                <w:szCs w:val="18"/>
              </w:rPr>
            </w:pPr>
          </w:p>
          <w:p w14:paraId="4E45266B" w14:textId="77777777" w:rsidR="00C31BD9" w:rsidRPr="00C31BD9" w:rsidRDefault="00C31BD9" w:rsidP="00EA4A10">
            <w:pPr>
              <w:spacing w:line="276" w:lineRule="auto"/>
              <w:ind w:left="45" w:right="45"/>
              <w:jc w:val="both"/>
              <w:rPr>
                <w:rFonts w:ascii="Book Antiqua" w:eastAsia="Book Antiqua" w:hAnsi="Book Antiqua" w:cs="Book Antiqua"/>
                <w:color w:val="000000" w:themeColor="text1"/>
                <w:sz w:val="18"/>
                <w:szCs w:val="18"/>
              </w:rPr>
            </w:pPr>
            <w:r w:rsidRPr="00C31BD9">
              <w:rPr>
                <w:b/>
                <w:bCs/>
                <w:spacing w:val="-3"/>
                <w:sz w:val="18"/>
                <w:szCs w:val="18"/>
                <w:lang w:eastAsia="ar-SA"/>
              </w:rPr>
              <w:t xml:space="preserve">Where page limits are provided, any material provided in excess of the stated page count will not be considered at evaluation.  </w:t>
            </w:r>
          </w:p>
        </w:tc>
      </w:tr>
      <w:tr w:rsidR="00C31BD9" w:rsidRPr="00C31BD9" w14:paraId="5E185E1B" w14:textId="77777777" w:rsidTr="00C31BD9">
        <w:trPr>
          <w:trHeight w:val="5092"/>
        </w:trPr>
        <w:tc>
          <w:tcPr>
            <w:tcW w:w="9645" w:type="dxa"/>
            <w:gridSpan w:val="4"/>
          </w:tcPr>
          <w:p w14:paraId="1AF257A0" w14:textId="77777777" w:rsidR="00C31BD9" w:rsidRPr="00C31BD9" w:rsidRDefault="00C31BD9" w:rsidP="00EA4A10">
            <w:pPr>
              <w:rPr>
                <w:rFonts w:asciiTheme="minorHAnsi" w:hAnsiTheme="minorHAnsi" w:cstheme="minorHAnsi"/>
                <w:sz w:val="18"/>
                <w:szCs w:val="18"/>
              </w:rPr>
            </w:pPr>
          </w:p>
        </w:tc>
      </w:tr>
    </w:tbl>
    <w:p w14:paraId="38A386E4" w14:textId="77777777" w:rsidR="00C31BD9" w:rsidRDefault="00C31BD9"/>
    <w:p w14:paraId="05E22AA6" w14:textId="77777777" w:rsidR="00911642" w:rsidRDefault="00815615">
      <w:pPr>
        <w:pStyle w:val="Heading2"/>
        <w:pageBreakBefore/>
      </w:pPr>
      <w:bookmarkStart w:id="14" w:name="_Toc239681293"/>
      <w:r>
        <w:lastRenderedPageBreak/>
        <w:t>3.5 Cost</w:t>
      </w:r>
      <w:bookmarkEnd w:id="14"/>
    </w:p>
    <w:p w14:paraId="508AC3B9" w14:textId="143FD836" w:rsidR="00911642" w:rsidRDefault="00815615">
      <w:r>
        <w:t>Criterion E – Cost: Total Weighting 30%; Maximum Marks 300; no minimum mark required.</w:t>
      </w:r>
    </w:p>
    <w:p w14:paraId="3BD93A4A" w14:textId="77777777" w:rsidR="00911642" w:rsidRDefault="00815615">
      <w:r>
        <w:t>Complete the Pricing Schedule (Excel workbook) issued with the RFT. All pricing must comply with paragraph 2.10 of the RFT. Cost will be evaluated on the Evaluated Tender Price (Subtotal A – Fixed Annual Contract Price) in accordance with paragraph 3.3 of the RFT.</w:t>
      </w:r>
    </w:p>
    <w:tbl>
      <w:tblPr>
        <w:tblStyle w:val="TableGrid"/>
        <w:tblW w:w="0" w:type="auto"/>
        <w:jc w:val="center"/>
        <w:tblLook w:val="04A0" w:firstRow="1" w:lastRow="0" w:firstColumn="1" w:lastColumn="0" w:noHBand="0" w:noVBand="1"/>
      </w:tblPr>
      <w:tblGrid>
        <w:gridCol w:w="6229"/>
        <w:gridCol w:w="3399"/>
      </w:tblGrid>
      <w:tr w:rsidR="007B7E35" w14:paraId="3A77C090" w14:textId="77777777" w:rsidTr="001E08C4">
        <w:trPr>
          <w:cantSplit/>
          <w:tblHeader/>
          <w:jc w:val="center"/>
        </w:trPr>
        <w:tc>
          <w:tcPr>
            <w:tcW w:w="6236" w:type="dxa"/>
            <w:shd w:val="clear" w:color="auto" w:fill="175515"/>
            <w:tcMar>
              <w:top w:w="80" w:type="dxa"/>
              <w:left w:w="100" w:type="dxa"/>
              <w:bottom w:w="80" w:type="dxa"/>
              <w:right w:w="100" w:type="dxa"/>
            </w:tcMar>
          </w:tcPr>
          <w:p w14:paraId="5C7F80FA" w14:textId="77777777" w:rsidR="007B7E35" w:rsidRDefault="007B7E35" w:rsidP="00EA4A10">
            <w:pPr>
              <w:spacing w:after="40"/>
              <w:jc w:val="center"/>
            </w:pPr>
            <w:r>
              <w:rPr>
                <w:b/>
                <w:color w:val="FFFFFF"/>
                <w:sz w:val="18"/>
              </w:rPr>
              <w:t>Pricing confirmation</w:t>
            </w:r>
          </w:p>
        </w:tc>
        <w:tc>
          <w:tcPr>
            <w:tcW w:w="3402" w:type="dxa"/>
            <w:shd w:val="clear" w:color="auto" w:fill="175515"/>
            <w:tcMar>
              <w:top w:w="80" w:type="dxa"/>
              <w:left w:w="100" w:type="dxa"/>
              <w:bottom w:w="80" w:type="dxa"/>
              <w:right w:w="100" w:type="dxa"/>
            </w:tcMar>
          </w:tcPr>
          <w:p w14:paraId="2283EF15" w14:textId="77777777" w:rsidR="007B7E35" w:rsidRDefault="007B7E35" w:rsidP="00EA4A10">
            <w:pPr>
              <w:spacing w:after="40"/>
              <w:jc w:val="center"/>
            </w:pPr>
            <w:r>
              <w:rPr>
                <w:b/>
                <w:color w:val="FFFFFF"/>
                <w:sz w:val="18"/>
              </w:rPr>
              <w:t>Tenderer response</w:t>
            </w:r>
          </w:p>
        </w:tc>
      </w:tr>
      <w:tr w:rsidR="007B7E35" w14:paraId="1B9B377C" w14:textId="77777777" w:rsidTr="00EA4A10">
        <w:trPr>
          <w:cantSplit/>
          <w:jc w:val="center"/>
        </w:trPr>
        <w:tc>
          <w:tcPr>
            <w:tcW w:w="6236" w:type="dxa"/>
            <w:tcMar>
              <w:top w:w="80" w:type="dxa"/>
              <w:left w:w="100" w:type="dxa"/>
              <w:bottom w:w="80" w:type="dxa"/>
              <w:right w:w="100" w:type="dxa"/>
            </w:tcMar>
          </w:tcPr>
          <w:p w14:paraId="1F23162D" w14:textId="77777777" w:rsidR="007B7E35" w:rsidRDefault="007B7E35" w:rsidP="00EA4A10">
            <w:pPr>
              <w:spacing w:after="40"/>
            </w:pPr>
            <w:r>
              <w:rPr>
                <w:sz w:val="18"/>
              </w:rPr>
              <w:t>Pricing Schedule (Excel workbook) completed in full</w:t>
            </w:r>
          </w:p>
        </w:tc>
        <w:tc>
          <w:tcPr>
            <w:tcW w:w="3402" w:type="dxa"/>
            <w:tcMar>
              <w:top w:w="80" w:type="dxa"/>
              <w:left w:w="100" w:type="dxa"/>
              <w:bottom w:w="80" w:type="dxa"/>
              <w:right w:w="100" w:type="dxa"/>
            </w:tcMar>
          </w:tcPr>
          <w:p w14:paraId="2016893A" w14:textId="77777777" w:rsidR="007B7E35" w:rsidRDefault="007B7E35" w:rsidP="00EA4A10">
            <w:pPr>
              <w:spacing w:after="40"/>
            </w:pPr>
            <w:r>
              <w:rPr>
                <w:sz w:val="18"/>
              </w:rPr>
              <w:t>[Yes / No]</w:t>
            </w:r>
          </w:p>
        </w:tc>
      </w:tr>
      <w:tr w:rsidR="007B7E35" w14:paraId="4C80B10C" w14:textId="77777777" w:rsidTr="00EA4A10">
        <w:trPr>
          <w:cantSplit/>
          <w:jc w:val="center"/>
        </w:trPr>
        <w:tc>
          <w:tcPr>
            <w:tcW w:w="6236" w:type="dxa"/>
            <w:tcMar>
              <w:top w:w="80" w:type="dxa"/>
              <w:left w:w="100" w:type="dxa"/>
              <w:bottom w:w="80" w:type="dxa"/>
              <w:right w:w="100" w:type="dxa"/>
            </w:tcMar>
          </w:tcPr>
          <w:p w14:paraId="2CAC597A" w14:textId="77777777" w:rsidR="007B7E35" w:rsidRDefault="007B7E35" w:rsidP="00EA4A10">
            <w:pPr>
              <w:spacing w:after="40"/>
            </w:pPr>
            <w:r>
              <w:rPr>
                <w:sz w:val="18"/>
              </w:rPr>
              <w:t>Prices are expressed in Euro and exclusive of VAT</w:t>
            </w:r>
          </w:p>
        </w:tc>
        <w:tc>
          <w:tcPr>
            <w:tcW w:w="3402" w:type="dxa"/>
            <w:tcMar>
              <w:top w:w="80" w:type="dxa"/>
              <w:left w:w="100" w:type="dxa"/>
              <w:bottom w:w="80" w:type="dxa"/>
              <w:right w:w="100" w:type="dxa"/>
            </w:tcMar>
          </w:tcPr>
          <w:p w14:paraId="6AF17775" w14:textId="77777777" w:rsidR="007B7E35" w:rsidRDefault="007B7E35" w:rsidP="00EA4A10">
            <w:pPr>
              <w:spacing w:after="40"/>
            </w:pPr>
            <w:r>
              <w:rPr>
                <w:sz w:val="18"/>
              </w:rPr>
              <w:t>[Yes / No]</w:t>
            </w:r>
          </w:p>
        </w:tc>
      </w:tr>
      <w:tr w:rsidR="007B7E35" w14:paraId="5F18476D" w14:textId="77777777" w:rsidTr="00EA4A10">
        <w:trPr>
          <w:cantSplit/>
          <w:jc w:val="center"/>
        </w:trPr>
        <w:tc>
          <w:tcPr>
            <w:tcW w:w="6236" w:type="dxa"/>
            <w:tcMar>
              <w:top w:w="80" w:type="dxa"/>
              <w:left w:w="100" w:type="dxa"/>
              <w:bottom w:w="80" w:type="dxa"/>
              <w:right w:w="100" w:type="dxa"/>
            </w:tcMar>
          </w:tcPr>
          <w:p w14:paraId="001508C8" w14:textId="77777777" w:rsidR="007B7E35" w:rsidRDefault="007B7E35" w:rsidP="00EA4A10">
            <w:pPr>
              <w:spacing w:after="40"/>
            </w:pPr>
            <w:r>
              <w:rPr>
                <w:sz w:val="18"/>
              </w:rPr>
              <w:t>Prices are all-inclusive in accordance with paragraph 2.10.2 of the RFT</w:t>
            </w:r>
          </w:p>
        </w:tc>
        <w:tc>
          <w:tcPr>
            <w:tcW w:w="3402" w:type="dxa"/>
            <w:tcMar>
              <w:top w:w="80" w:type="dxa"/>
              <w:left w:w="100" w:type="dxa"/>
              <w:bottom w:w="80" w:type="dxa"/>
              <w:right w:w="100" w:type="dxa"/>
            </w:tcMar>
          </w:tcPr>
          <w:p w14:paraId="41FE97F4" w14:textId="77777777" w:rsidR="007B7E35" w:rsidRDefault="007B7E35" w:rsidP="00EA4A10">
            <w:pPr>
              <w:spacing w:after="40"/>
            </w:pPr>
            <w:r>
              <w:rPr>
                <w:sz w:val="18"/>
              </w:rPr>
              <w:t>[Yes / No]</w:t>
            </w:r>
          </w:p>
        </w:tc>
      </w:tr>
      <w:tr w:rsidR="007B7E35" w14:paraId="6C1F1C5F" w14:textId="77777777" w:rsidTr="00EA4A10">
        <w:trPr>
          <w:cantSplit/>
          <w:jc w:val="center"/>
        </w:trPr>
        <w:tc>
          <w:tcPr>
            <w:tcW w:w="6236" w:type="dxa"/>
            <w:tcMar>
              <w:top w:w="80" w:type="dxa"/>
              <w:left w:w="100" w:type="dxa"/>
              <w:bottom w:w="80" w:type="dxa"/>
              <w:right w:w="100" w:type="dxa"/>
            </w:tcMar>
          </w:tcPr>
          <w:p w14:paraId="41791BA1" w14:textId="77777777" w:rsidR="007B7E35" w:rsidRDefault="007B7E35" w:rsidP="00EA4A10">
            <w:pPr>
              <w:spacing w:after="40"/>
            </w:pPr>
            <w:r>
              <w:rPr>
                <w:sz w:val="18"/>
              </w:rPr>
              <w:t>Prices will remain valid for the period specified at paragraph 2.10.3 of the RFT</w:t>
            </w:r>
          </w:p>
        </w:tc>
        <w:tc>
          <w:tcPr>
            <w:tcW w:w="3402" w:type="dxa"/>
            <w:tcMar>
              <w:top w:w="80" w:type="dxa"/>
              <w:left w:w="100" w:type="dxa"/>
              <w:bottom w:w="80" w:type="dxa"/>
              <w:right w:w="100" w:type="dxa"/>
            </w:tcMar>
          </w:tcPr>
          <w:p w14:paraId="5E25D311" w14:textId="77777777" w:rsidR="007B7E35" w:rsidRDefault="007B7E35" w:rsidP="00EA4A10">
            <w:pPr>
              <w:spacing w:after="40"/>
            </w:pPr>
            <w:r>
              <w:rPr>
                <w:sz w:val="18"/>
              </w:rPr>
              <w:t>[Yes / No]</w:t>
            </w:r>
          </w:p>
        </w:tc>
      </w:tr>
      <w:tr w:rsidR="007B7E35" w14:paraId="3DA1DA11" w14:textId="77777777" w:rsidTr="00EA4A10">
        <w:trPr>
          <w:cantSplit/>
          <w:jc w:val="center"/>
        </w:trPr>
        <w:tc>
          <w:tcPr>
            <w:tcW w:w="6236" w:type="dxa"/>
            <w:tcMar>
              <w:top w:w="80" w:type="dxa"/>
              <w:left w:w="100" w:type="dxa"/>
              <w:bottom w:w="80" w:type="dxa"/>
              <w:right w:w="100" w:type="dxa"/>
            </w:tcMar>
          </w:tcPr>
          <w:p w14:paraId="179E04D3" w14:textId="77777777" w:rsidR="007B7E35" w:rsidRDefault="007B7E35" w:rsidP="00EA4A10">
            <w:pPr>
              <w:spacing w:after="40"/>
            </w:pPr>
            <w:r>
              <w:rPr>
                <w:sz w:val="18"/>
              </w:rPr>
              <w:t>Prices are fixed for each year of the Term, including any extension, in accordance with paragraph 2.10.6 of the RFT</w:t>
            </w:r>
          </w:p>
        </w:tc>
        <w:tc>
          <w:tcPr>
            <w:tcW w:w="3402" w:type="dxa"/>
            <w:tcMar>
              <w:top w:w="80" w:type="dxa"/>
              <w:left w:w="100" w:type="dxa"/>
              <w:bottom w:w="80" w:type="dxa"/>
              <w:right w:w="100" w:type="dxa"/>
            </w:tcMar>
          </w:tcPr>
          <w:p w14:paraId="242BC143" w14:textId="77777777" w:rsidR="007B7E35" w:rsidRDefault="007B7E35" w:rsidP="00EA4A10">
            <w:pPr>
              <w:spacing w:after="40"/>
            </w:pPr>
            <w:r>
              <w:rPr>
                <w:sz w:val="18"/>
              </w:rPr>
              <w:t>[Yes / No]</w:t>
            </w:r>
          </w:p>
        </w:tc>
      </w:tr>
      <w:tr w:rsidR="007B7E35" w14:paraId="435EB61E" w14:textId="77777777" w:rsidTr="00EA4A10">
        <w:trPr>
          <w:cantSplit/>
          <w:jc w:val="center"/>
        </w:trPr>
        <w:tc>
          <w:tcPr>
            <w:tcW w:w="6236" w:type="dxa"/>
            <w:tcMar>
              <w:top w:w="80" w:type="dxa"/>
              <w:left w:w="100" w:type="dxa"/>
              <w:bottom w:w="80" w:type="dxa"/>
              <w:right w:w="100" w:type="dxa"/>
            </w:tcMar>
          </w:tcPr>
          <w:p w14:paraId="0090699E" w14:textId="77777777" w:rsidR="007B7E35" w:rsidRDefault="007B7E35" w:rsidP="00EA4A10">
            <w:pPr>
              <w:spacing w:after="40"/>
            </w:pPr>
            <w:r>
              <w:rPr>
                <w:sz w:val="18"/>
              </w:rPr>
              <w:t>Any additional pricing assumptions or qualifications</w:t>
            </w:r>
          </w:p>
        </w:tc>
        <w:tc>
          <w:tcPr>
            <w:tcW w:w="3402" w:type="dxa"/>
            <w:tcMar>
              <w:top w:w="80" w:type="dxa"/>
              <w:left w:w="100" w:type="dxa"/>
              <w:bottom w:w="80" w:type="dxa"/>
              <w:right w:w="100" w:type="dxa"/>
            </w:tcMar>
          </w:tcPr>
          <w:p w14:paraId="3F3084AD" w14:textId="77777777" w:rsidR="007B7E35" w:rsidRDefault="007B7E35" w:rsidP="00EA4A10">
            <w:pPr>
              <w:spacing w:after="40"/>
            </w:pPr>
            <w:r>
              <w:rPr>
                <w:sz w:val="18"/>
              </w:rPr>
              <w:t>[insert / None]</w:t>
            </w:r>
          </w:p>
        </w:tc>
      </w:tr>
    </w:tbl>
    <w:p w14:paraId="1925DC42" w14:textId="77777777" w:rsidR="007B7E35" w:rsidRDefault="007B7E35"/>
    <w:p w14:paraId="63650E0C" w14:textId="77777777" w:rsidR="00FA27B2" w:rsidRDefault="00FA27B2"/>
    <w:p w14:paraId="0C22AD2F" w14:textId="64F61078" w:rsidR="00AB4B45" w:rsidRPr="00B83247" w:rsidRDefault="003750B6" w:rsidP="00B83247">
      <w:pPr>
        <w:spacing w:after="0" w:line="240" w:lineRule="auto"/>
        <w:rPr>
          <w:b/>
          <w:bCs/>
          <w:color w:val="68AF35"/>
          <w:sz w:val="32"/>
          <w:szCs w:val="28"/>
        </w:rPr>
      </w:pPr>
      <w:bookmarkStart w:id="15" w:name="_Toc236900460"/>
      <w:r>
        <w:br w:type="page"/>
      </w:r>
      <w:bookmarkEnd w:id="15"/>
    </w:p>
    <w:p w14:paraId="22334510" w14:textId="5695B49B" w:rsidR="00AB4B45" w:rsidRDefault="00AB4B45" w:rsidP="00AB4B45">
      <w:pPr>
        <w:pStyle w:val="Heading1"/>
        <w:pageBreakBefore/>
      </w:pPr>
      <w:bookmarkStart w:id="16" w:name="_Toc236900462"/>
      <w:bookmarkStart w:id="17" w:name="_Toc239681294"/>
      <w:r>
        <w:lastRenderedPageBreak/>
        <w:t>Tenderers’ Statement</w:t>
      </w:r>
      <w:bookmarkEnd w:id="16"/>
      <w:bookmarkEnd w:id="17"/>
    </w:p>
    <w:p w14:paraId="5E6F61A6" w14:textId="77777777" w:rsidR="00F26862" w:rsidRPr="00F26862" w:rsidRDefault="00F26862" w:rsidP="00F26862">
      <w:pPr>
        <w:rPr>
          <w:lang w:val="en-GB"/>
        </w:rPr>
      </w:pPr>
      <w:r>
        <w:t>Tenderers shall complete and return the following form of Tenderer’s Statement, printed on the Tenderer’s headed notepaper and signed by the Tenderer.</w:t>
      </w:r>
    </w:p>
    <w:p w14:paraId="72021171" w14:textId="77777777" w:rsidR="00F26862" w:rsidRPr="00F26862" w:rsidRDefault="00F26862" w:rsidP="00F26862">
      <w:pPr>
        <w:rPr>
          <w:lang w:val="en-GB"/>
        </w:rPr>
      </w:pPr>
      <w:r w:rsidRPr="00F26862">
        <w:rPr>
          <w:lang w:val="en-GB"/>
        </w:rPr>
        <w:t> </w:t>
      </w:r>
    </w:p>
    <w:p w14:paraId="54640AB8" w14:textId="77777777" w:rsidR="00F26862" w:rsidRPr="00F26862" w:rsidRDefault="00F26862" w:rsidP="00F26862">
      <w:pPr>
        <w:rPr>
          <w:lang w:val="en-GB"/>
        </w:rPr>
      </w:pPr>
      <w:r w:rsidRPr="00F26862">
        <w:rPr>
          <w:b/>
          <w:bCs/>
        </w:rPr>
        <w:t>TENDERERS’ STATEMENT</w:t>
      </w:r>
      <w:r w:rsidRPr="00F26862">
        <w:rPr>
          <w:lang w:val="en-GB"/>
        </w:rPr>
        <w:t> </w:t>
      </w:r>
    </w:p>
    <w:p w14:paraId="1CFC19A0" w14:textId="77777777" w:rsidR="00F26862" w:rsidRPr="00F26862" w:rsidRDefault="00F26862" w:rsidP="00F26862">
      <w:pPr>
        <w:rPr>
          <w:lang w:val="en-GB"/>
        </w:rPr>
      </w:pPr>
      <w:r w:rsidRPr="00F26862">
        <w:rPr>
          <w:lang w:val="en-GB"/>
        </w:rPr>
        <w:t> </w:t>
      </w:r>
    </w:p>
    <w:p w14:paraId="0E6FCE5E" w14:textId="60F0A052" w:rsidR="00F26862" w:rsidRPr="00F26862" w:rsidRDefault="00F26862" w:rsidP="00F26862">
      <w:pPr>
        <w:rPr>
          <w:lang w:val="en-GB"/>
        </w:rPr>
      </w:pPr>
      <w:r w:rsidRPr="00F26862">
        <w:t>TO:  </w:t>
      </w:r>
      <w:r w:rsidR="009E7EAA">
        <w:t xml:space="preserve"> </w:t>
      </w:r>
      <w:r w:rsidR="005B3223" w:rsidRPr="00CA28A7">
        <w:t xml:space="preserve">Feilte Dhuibh Linne Cuideachta Faoi Theorainn Ráthaíochta t/a St. Patrick's Festival </w:t>
      </w:r>
      <w:r w:rsidRPr="00F26862">
        <w:t>(the “Contracting Authority”)</w:t>
      </w:r>
      <w:r w:rsidRPr="00F26862">
        <w:rPr>
          <w:lang w:val="en-GB"/>
        </w:rPr>
        <w:t> </w:t>
      </w:r>
    </w:p>
    <w:p w14:paraId="724CAB4F" w14:textId="60B65A63" w:rsidR="00F26862" w:rsidRPr="00F26862" w:rsidRDefault="00F26862" w:rsidP="00F26862">
      <w:pPr>
        <w:rPr>
          <w:lang w:val="en-GB"/>
        </w:rPr>
      </w:pPr>
      <w:r w:rsidRPr="00F26862">
        <w:t>RE: Request for Tenders for the provision of Radio Communications and CCTV for St. Patrick’s Festival</w:t>
      </w:r>
    </w:p>
    <w:p w14:paraId="59766750" w14:textId="77777777" w:rsidR="00C9760E" w:rsidRDefault="00C9760E" w:rsidP="00C9760E">
      <w:pPr>
        <w:spacing w:before="280" w:after="240"/>
        <w:jc w:val="both"/>
        <w:rPr>
          <w:sz w:val="22"/>
          <w:szCs w:val="22"/>
        </w:rPr>
      </w:pPr>
      <w:r>
        <w:rPr>
          <w:sz w:val="22"/>
          <w:szCs w:val="22"/>
        </w:rPr>
        <w:t xml:space="preserve">Having examined your Request for Tenders (the “RFT”) including the Instructions to Tenderers, the Selection and Award Criteria, the Requirements and Specifications, and the Terms and Conditions of the Services Contract, we hereby agree and declare the following: </w:t>
      </w:r>
    </w:p>
    <w:tbl>
      <w:tblPr>
        <w:tblW w:w="90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8310"/>
      </w:tblGrid>
      <w:tr w:rsidR="00F26862" w:rsidRPr="00F26862" w14:paraId="6FAC28AB" w14:textId="77777777" w:rsidTr="00C9760E">
        <w:trPr>
          <w:trHeight w:val="300"/>
        </w:trPr>
        <w:tc>
          <w:tcPr>
            <w:tcW w:w="750" w:type="dxa"/>
            <w:tcBorders>
              <w:top w:val="nil"/>
              <w:left w:val="nil"/>
              <w:bottom w:val="nil"/>
              <w:right w:val="nil"/>
            </w:tcBorders>
            <w:shd w:val="clear" w:color="auto" w:fill="FFFFFF"/>
            <w:hideMark/>
          </w:tcPr>
          <w:p w14:paraId="111F8898" w14:textId="77777777" w:rsidR="00F26862" w:rsidRPr="00F26862" w:rsidRDefault="00F26862" w:rsidP="00F26862">
            <w:pPr>
              <w:rPr>
                <w:lang w:val="en-GB"/>
              </w:rPr>
            </w:pPr>
            <w:r w:rsidRPr="00F26862">
              <w:t>1.</w:t>
            </w:r>
            <w:r w:rsidRPr="00F26862">
              <w:rPr>
                <w:lang w:val="en-GB"/>
              </w:rPr>
              <w:t> </w:t>
            </w:r>
          </w:p>
        </w:tc>
        <w:tc>
          <w:tcPr>
            <w:tcW w:w="8310" w:type="dxa"/>
            <w:tcBorders>
              <w:top w:val="nil"/>
              <w:left w:val="nil"/>
              <w:bottom w:val="nil"/>
              <w:right w:val="nil"/>
            </w:tcBorders>
            <w:shd w:val="clear" w:color="auto" w:fill="FFFFFF"/>
            <w:hideMark/>
          </w:tcPr>
          <w:p w14:paraId="01C7F91B" w14:textId="4195B300" w:rsidR="00F26862" w:rsidRPr="00F26862" w:rsidRDefault="00F26862" w:rsidP="00F26862">
            <w:pPr>
              <w:rPr>
                <w:lang w:val="en-GB"/>
              </w:rPr>
            </w:pPr>
            <w:r w:rsidRPr="00F26862">
              <w:t xml:space="preserve">We understand the nature and extent of the </w:t>
            </w:r>
            <w:r w:rsidR="00C9760E">
              <w:rPr>
                <w:sz w:val="22"/>
                <w:szCs w:val="22"/>
              </w:rPr>
              <w:t xml:space="preserve">Services </w:t>
            </w:r>
            <w:r w:rsidRPr="00F26862">
              <w:t>required to be delivered as described in Requirements and Specifications at Appendix 1 to the RFT.</w:t>
            </w:r>
            <w:r w:rsidRPr="00F26862">
              <w:rPr>
                <w:lang w:val="en-GB"/>
              </w:rPr>
              <w:t> </w:t>
            </w:r>
          </w:p>
        </w:tc>
      </w:tr>
      <w:tr w:rsidR="00F26862" w:rsidRPr="00F26862" w14:paraId="15CC31E6" w14:textId="77777777" w:rsidTr="00C9760E">
        <w:trPr>
          <w:trHeight w:val="300"/>
        </w:trPr>
        <w:tc>
          <w:tcPr>
            <w:tcW w:w="750" w:type="dxa"/>
            <w:tcBorders>
              <w:top w:val="nil"/>
              <w:left w:val="nil"/>
              <w:bottom w:val="nil"/>
              <w:right w:val="nil"/>
            </w:tcBorders>
            <w:shd w:val="clear" w:color="auto" w:fill="FFFFFF"/>
            <w:hideMark/>
          </w:tcPr>
          <w:p w14:paraId="3AA11A3D" w14:textId="77777777" w:rsidR="00F26862" w:rsidRPr="00F26862" w:rsidRDefault="00F26862" w:rsidP="00F26862">
            <w:pPr>
              <w:rPr>
                <w:lang w:val="en-GB"/>
              </w:rPr>
            </w:pPr>
            <w:r w:rsidRPr="00F26862">
              <w:t>2.</w:t>
            </w:r>
            <w:r w:rsidRPr="00F26862">
              <w:rPr>
                <w:lang w:val="en-GB"/>
              </w:rPr>
              <w:t> </w:t>
            </w:r>
          </w:p>
        </w:tc>
        <w:tc>
          <w:tcPr>
            <w:tcW w:w="8310" w:type="dxa"/>
            <w:tcBorders>
              <w:top w:val="nil"/>
              <w:left w:val="nil"/>
              <w:bottom w:val="nil"/>
              <w:right w:val="nil"/>
            </w:tcBorders>
            <w:shd w:val="clear" w:color="auto" w:fill="FFFFFF"/>
            <w:hideMark/>
          </w:tcPr>
          <w:p w14:paraId="51787924" w14:textId="044FF8BB" w:rsidR="00F26862" w:rsidRPr="00F26862" w:rsidRDefault="00F26862" w:rsidP="00F26862">
            <w:pPr>
              <w:rPr>
                <w:lang w:val="en-GB"/>
              </w:rPr>
            </w:pPr>
            <w:r w:rsidRPr="00F26862">
              <w:t xml:space="preserve">We accept all of the Terms and Conditions of the RFT, the </w:t>
            </w:r>
            <w:r w:rsidR="00C9760E">
              <w:rPr>
                <w:sz w:val="22"/>
                <w:szCs w:val="22"/>
              </w:rPr>
              <w:t xml:space="preserve">Services </w:t>
            </w:r>
            <w:r w:rsidRPr="00F26862">
              <w:t xml:space="preserve">Contract, and the Confidentiality Agreement and agree, if awarded a </w:t>
            </w:r>
            <w:r w:rsidR="00C9760E">
              <w:rPr>
                <w:sz w:val="22"/>
                <w:szCs w:val="22"/>
              </w:rPr>
              <w:t xml:space="preserve">Services </w:t>
            </w:r>
            <w:r w:rsidRPr="00F26862">
              <w:t xml:space="preserve">Contract, to execute the </w:t>
            </w:r>
            <w:r w:rsidR="00C9760E">
              <w:rPr>
                <w:sz w:val="22"/>
                <w:szCs w:val="22"/>
              </w:rPr>
              <w:t xml:space="preserve">Services </w:t>
            </w:r>
            <w:r w:rsidRPr="00F26862">
              <w:t>Contract issued as separate procurement document  and the Confidentiality Agreement issued as separate procurement document.</w:t>
            </w:r>
            <w:r w:rsidRPr="00F26862">
              <w:rPr>
                <w:lang w:val="en-GB"/>
              </w:rPr>
              <w:t> </w:t>
            </w:r>
          </w:p>
        </w:tc>
      </w:tr>
      <w:tr w:rsidR="00F26862" w:rsidRPr="00F26862" w14:paraId="415E61B7" w14:textId="77777777" w:rsidTr="00C9760E">
        <w:trPr>
          <w:trHeight w:val="300"/>
        </w:trPr>
        <w:tc>
          <w:tcPr>
            <w:tcW w:w="750" w:type="dxa"/>
            <w:tcBorders>
              <w:top w:val="nil"/>
              <w:left w:val="nil"/>
              <w:bottom w:val="nil"/>
              <w:right w:val="nil"/>
            </w:tcBorders>
            <w:shd w:val="clear" w:color="auto" w:fill="FFFFFF"/>
            <w:hideMark/>
          </w:tcPr>
          <w:p w14:paraId="55A2F389" w14:textId="77777777" w:rsidR="00F26862" w:rsidRPr="00F26862" w:rsidRDefault="00F26862" w:rsidP="00F26862">
            <w:pPr>
              <w:rPr>
                <w:lang w:val="en-GB"/>
              </w:rPr>
            </w:pPr>
            <w:r w:rsidRPr="00F26862">
              <w:t>3.</w:t>
            </w:r>
            <w:r w:rsidRPr="00F26862">
              <w:rPr>
                <w:lang w:val="en-GB"/>
              </w:rPr>
              <w:t> </w:t>
            </w:r>
          </w:p>
        </w:tc>
        <w:tc>
          <w:tcPr>
            <w:tcW w:w="8310" w:type="dxa"/>
            <w:tcBorders>
              <w:top w:val="nil"/>
              <w:left w:val="nil"/>
              <w:bottom w:val="nil"/>
              <w:right w:val="nil"/>
            </w:tcBorders>
            <w:shd w:val="clear" w:color="auto" w:fill="FFFFFF"/>
            <w:hideMark/>
          </w:tcPr>
          <w:p w14:paraId="6765A456" w14:textId="77777777" w:rsidR="00F26862" w:rsidRPr="00F26862" w:rsidRDefault="00F26862" w:rsidP="00F26862">
            <w:pPr>
              <w:rPr>
                <w:lang w:val="en-GB"/>
              </w:rPr>
            </w:pPr>
            <w:r w:rsidRPr="00F26862">
              <w:t>We accept all the Selection and Award Criteria as set out in Part 3 of the RFT.</w:t>
            </w:r>
            <w:r w:rsidRPr="00F26862">
              <w:rPr>
                <w:lang w:val="en-GB"/>
              </w:rPr>
              <w:t> </w:t>
            </w:r>
          </w:p>
        </w:tc>
      </w:tr>
      <w:tr w:rsidR="00F26862" w:rsidRPr="00F26862" w14:paraId="78D9C605" w14:textId="77777777" w:rsidTr="00C9760E">
        <w:trPr>
          <w:trHeight w:val="300"/>
        </w:trPr>
        <w:tc>
          <w:tcPr>
            <w:tcW w:w="750" w:type="dxa"/>
            <w:tcBorders>
              <w:top w:val="nil"/>
              <w:left w:val="nil"/>
              <w:bottom w:val="nil"/>
              <w:right w:val="nil"/>
            </w:tcBorders>
            <w:shd w:val="clear" w:color="auto" w:fill="FFFFFF"/>
            <w:hideMark/>
          </w:tcPr>
          <w:p w14:paraId="5CD78797" w14:textId="77777777" w:rsidR="00F26862" w:rsidRPr="00F26862" w:rsidRDefault="00F26862" w:rsidP="00F26862">
            <w:pPr>
              <w:rPr>
                <w:lang w:val="en-GB"/>
              </w:rPr>
            </w:pPr>
            <w:r w:rsidRPr="00F26862">
              <w:t>4.</w:t>
            </w:r>
            <w:r w:rsidRPr="00F26862">
              <w:rPr>
                <w:lang w:val="en-GB"/>
              </w:rPr>
              <w:t> </w:t>
            </w:r>
          </w:p>
        </w:tc>
        <w:tc>
          <w:tcPr>
            <w:tcW w:w="8310" w:type="dxa"/>
            <w:tcBorders>
              <w:top w:val="nil"/>
              <w:left w:val="nil"/>
              <w:bottom w:val="nil"/>
              <w:right w:val="nil"/>
            </w:tcBorders>
            <w:shd w:val="clear" w:color="auto" w:fill="FFFFFF"/>
            <w:hideMark/>
          </w:tcPr>
          <w:p w14:paraId="53798B17" w14:textId="7BBD9E1A" w:rsidR="00F26862" w:rsidRPr="00F26862" w:rsidRDefault="00F26862" w:rsidP="00F26862">
            <w:pPr>
              <w:rPr>
                <w:lang w:val="en-GB"/>
              </w:rPr>
            </w:pPr>
            <w:r w:rsidRPr="00F26862">
              <w:t xml:space="preserve">We agree to supply the Contracting Authority with the </w:t>
            </w:r>
            <w:r w:rsidR="00C9760E">
              <w:rPr>
                <w:sz w:val="22"/>
                <w:szCs w:val="22"/>
              </w:rPr>
              <w:t xml:space="preserve">Services </w:t>
            </w:r>
            <w:r w:rsidRPr="00F26862">
              <w:t>in accordance with the RFT and our Tender.</w:t>
            </w:r>
            <w:r w:rsidRPr="00F26862">
              <w:rPr>
                <w:lang w:val="en-GB"/>
              </w:rPr>
              <w:t> </w:t>
            </w:r>
          </w:p>
        </w:tc>
      </w:tr>
      <w:tr w:rsidR="00F26862" w:rsidRPr="00F26862" w14:paraId="47D48575" w14:textId="77777777" w:rsidTr="00C9760E">
        <w:trPr>
          <w:trHeight w:val="300"/>
        </w:trPr>
        <w:tc>
          <w:tcPr>
            <w:tcW w:w="750" w:type="dxa"/>
            <w:tcBorders>
              <w:top w:val="nil"/>
              <w:left w:val="nil"/>
              <w:bottom w:val="nil"/>
              <w:right w:val="nil"/>
            </w:tcBorders>
            <w:shd w:val="clear" w:color="auto" w:fill="FFFFFF"/>
            <w:hideMark/>
          </w:tcPr>
          <w:p w14:paraId="558EB7C2" w14:textId="77777777" w:rsidR="00F26862" w:rsidRPr="00F26862" w:rsidRDefault="00F26862" w:rsidP="00F26862">
            <w:pPr>
              <w:rPr>
                <w:lang w:val="en-GB"/>
              </w:rPr>
            </w:pPr>
            <w:r w:rsidRPr="00F26862">
              <w:t>5.</w:t>
            </w:r>
            <w:r w:rsidRPr="00F26862">
              <w:rPr>
                <w:lang w:val="en-GB"/>
              </w:rPr>
              <w:t> </w:t>
            </w:r>
          </w:p>
        </w:tc>
        <w:tc>
          <w:tcPr>
            <w:tcW w:w="8310" w:type="dxa"/>
            <w:tcBorders>
              <w:top w:val="nil"/>
              <w:left w:val="nil"/>
              <w:bottom w:val="nil"/>
              <w:right w:val="nil"/>
            </w:tcBorders>
            <w:shd w:val="clear" w:color="auto" w:fill="FFFFFF"/>
            <w:hideMark/>
          </w:tcPr>
          <w:p w14:paraId="5F2C76C0" w14:textId="6B313EF5" w:rsidR="00F26862" w:rsidRPr="00F26862" w:rsidRDefault="00F26862" w:rsidP="00F26862">
            <w:pPr>
              <w:rPr>
                <w:lang w:val="en-GB"/>
              </w:rPr>
            </w:pPr>
            <w:r w:rsidRPr="00F26862">
              <w:t xml:space="preserve">We agree that, if awarded any </w:t>
            </w:r>
            <w:r w:rsidR="00C9760E">
              <w:rPr>
                <w:sz w:val="22"/>
                <w:szCs w:val="22"/>
              </w:rPr>
              <w:t xml:space="preserve">Services </w:t>
            </w:r>
            <w:r w:rsidRPr="00F26862">
              <w:t>Contract we shall, in the performance of such contract, comply with all applicable obligations in the field of environmental, social and labour law.</w:t>
            </w:r>
            <w:r w:rsidRPr="00F26862">
              <w:rPr>
                <w:lang w:val="en-GB"/>
              </w:rPr>
              <w:t> </w:t>
            </w:r>
          </w:p>
        </w:tc>
      </w:tr>
      <w:tr w:rsidR="00F26862" w:rsidRPr="00F26862" w14:paraId="31338CD7" w14:textId="77777777" w:rsidTr="00C9760E">
        <w:trPr>
          <w:trHeight w:val="300"/>
        </w:trPr>
        <w:tc>
          <w:tcPr>
            <w:tcW w:w="750" w:type="dxa"/>
            <w:tcBorders>
              <w:top w:val="nil"/>
              <w:left w:val="nil"/>
              <w:bottom w:val="nil"/>
              <w:right w:val="nil"/>
            </w:tcBorders>
            <w:shd w:val="clear" w:color="auto" w:fill="FFFFFF"/>
            <w:hideMark/>
          </w:tcPr>
          <w:p w14:paraId="3F10ADF3" w14:textId="77777777" w:rsidR="00F26862" w:rsidRPr="00F26862" w:rsidRDefault="00F26862" w:rsidP="00F26862">
            <w:pPr>
              <w:rPr>
                <w:lang w:val="en-GB"/>
              </w:rPr>
            </w:pPr>
            <w:r w:rsidRPr="00F26862">
              <w:t>6.</w:t>
            </w:r>
            <w:r w:rsidRPr="00F26862">
              <w:rPr>
                <w:lang w:val="en-GB"/>
              </w:rPr>
              <w:t> </w:t>
            </w:r>
          </w:p>
        </w:tc>
        <w:tc>
          <w:tcPr>
            <w:tcW w:w="8310" w:type="dxa"/>
            <w:tcBorders>
              <w:top w:val="nil"/>
              <w:left w:val="nil"/>
              <w:bottom w:val="nil"/>
              <w:right w:val="nil"/>
            </w:tcBorders>
            <w:shd w:val="clear" w:color="auto" w:fill="FFFFFF"/>
            <w:hideMark/>
          </w:tcPr>
          <w:p w14:paraId="7DEE11F3" w14:textId="77777777" w:rsidR="00F26862" w:rsidRPr="00F26862" w:rsidRDefault="00F26862" w:rsidP="00F26862">
            <w:pPr>
              <w:rPr>
                <w:lang w:val="en-GB"/>
              </w:rPr>
            </w:pPr>
            <w:r w:rsidRPr="00F26862">
              <w:t>We confirm that we have complied with all requirements as set out at Part 2 of the RFT.</w:t>
            </w:r>
            <w:r w:rsidRPr="00F26862">
              <w:rPr>
                <w:lang w:val="en-GB"/>
              </w:rPr>
              <w:t> </w:t>
            </w:r>
          </w:p>
        </w:tc>
      </w:tr>
      <w:tr w:rsidR="00F26862" w:rsidRPr="00F26862" w14:paraId="52DA3619" w14:textId="77777777" w:rsidTr="00C9760E">
        <w:trPr>
          <w:trHeight w:val="300"/>
        </w:trPr>
        <w:tc>
          <w:tcPr>
            <w:tcW w:w="750" w:type="dxa"/>
            <w:tcBorders>
              <w:top w:val="nil"/>
              <w:left w:val="nil"/>
              <w:bottom w:val="nil"/>
              <w:right w:val="nil"/>
            </w:tcBorders>
            <w:shd w:val="clear" w:color="auto" w:fill="FFFFFF"/>
            <w:hideMark/>
          </w:tcPr>
          <w:p w14:paraId="21AEEDCC" w14:textId="77777777" w:rsidR="00F26862" w:rsidRPr="00F26862" w:rsidRDefault="00F26862" w:rsidP="00F26862">
            <w:pPr>
              <w:rPr>
                <w:lang w:val="en-GB"/>
              </w:rPr>
            </w:pPr>
            <w:r w:rsidRPr="00F26862">
              <w:t>7.</w:t>
            </w:r>
            <w:r w:rsidRPr="00F26862">
              <w:rPr>
                <w:lang w:val="en-GB"/>
              </w:rPr>
              <w:t> </w:t>
            </w:r>
          </w:p>
        </w:tc>
        <w:tc>
          <w:tcPr>
            <w:tcW w:w="8310" w:type="dxa"/>
            <w:tcBorders>
              <w:top w:val="nil"/>
              <w:left w:val="nil"/>
              <w:bottom w:val="nil"/>
              <w:right w:val="nil"/>
            </w:tcBorders>
            <w:shd w:val="clear" w:color="auto" w:fill="FFFFFF"/>
            <w:hideMark/>
          </w:tcPr>
          <w:p w14:paraId="4EE56ED8" w14:textId="77777777" w:rsidR="00F26862" w:rsidRPr="00F26862" w:rsidRDefault="00F26862" w:rsidP="00F26862">
            <w:pPr>
              <w:rPr>
                <w:lang w:val="en-GB"/>
              </w:rPr>
            </w:pPr>
            <w:r w:rsidRPr="00F26862">
              <w:t>We confirm that all prices quoted in our Tender will remain valid for the period of time, commencing from the Tender Deadline, specified at paragraph 2.10.3 of the RFT.</w:t>
            </w:r>
            <w:r w:rsidRPr="00F26862">
              <w:rPr>
                <w:lang w:val="en-GB"/>
              </w:rPr>
              <w:t> </w:t>
            </w:r>
          </w:p>
        </w:tc>
      </w:tr>
      <w:tr w:rsidR="00F26862" w:rsidRPr="00F26862" w14:paraId="1EBB703C" w14:textId="77777777" w:rsidTr="00C9760E">
        <w:trPr>
          <w:trHeight w:val="930"/>
        </w:trPr>
        <w:tc>
          <w:tcPr>
            <w:tcW w:w="750" w:type="dxa"/>
            <w:tcBorders>
              <w:top w:val="nil"/>
              <w:left w:val="nil"/>
              <w:bottom w:val="nil"/>
              <w:right w:val="nil"/>
            </w:tcBorders>
            <w:shd w:val="clear" w:color="auto" w:fill="FFFFFF"/>
            <w:hideMark/>
          </w:tcPr>
          <w:p w14:paraId="185A50ED" w14:textId="77777777" w:rsidR="00F26862" w:rsidRPr="00F26862" w:rsidRDefault="00F26862" w:rsidP="00F26862">
            <w:pPr>
              <w:rPr>
                <w:lang w:val="en-GB"/>
              </w:rPr>
            </w:pPr>
            <w:r w:rsidRPr="00F26862">
              <w:t>8.</w:t>
            </w:r>
            <w:r w:rsidRPr="00F26862">
              <w:rPr>
                <w:lang w:val="en-GB"/>
              </w:rPr>
              <w:t> </w:t>
            </w:r>
          </w:p>
        </w:tc>
        <w:tc>
          <w:tcPr>
            <w:tcW w:w="8310" w:type="dxa"/>
            <w:tcBorders>
              <w:top w:val="nil"/>
              <w:left w:val="nil"/>
              <w:bottom w:val="nil"/>
              <w:right w:val="nil"/>
            </w:tcBorders>
            <w:shd w:val="clear" w:color="auto" w:fill="FFFFFF"/>
            <w:hideMark/>
          </w:tcPr>
          <w:p w14:paraId="5BDF4087" w14:textId="1032874B" w:rsidR="00F26862" w:rsidRPr="00F26862" w:rsidRDefault="00F26862" w:rsidP="00F26862">
            <w:pPr>
              <w:rPr>
                <w:lang w:val="en-GB"/>
              </w:rPr>
            </w:pPr>
            <w:r w:rsidRPr="00F26862">
              <w:t xml:space="preserve">We shall, if awarded any </w:t>
            </w:r>
            <w:r w:rsidR="00C9760E">
              <w:rPr>
                <w:sz w:val="22"/>
                <w:szCs w:val="22"/>
              </w:rPr>
              <w:t xml:space="preserve">Services </w:t>
            </w:r>
            <w:r w:rsidRPr="00F26862">
              <w:t xml:space="preserve">Contract under the RFT, have in place on the Effective Date of the </w:t>
            </w:r>
            <w:r w:rsidR="00C9760E">
              <w:rPr>
                <w:sz w:val="22"/>
                <w:szCs w:val="22"/>
              </w:rPr>
              <w:t xml:space="preserve">Services </w:t>
            </w:r>
            <w:r w:rsidRPr="00F26862">
              <w:t>Contract all insurances (if any) as required by paragraph 2.21.1 of the RFT.</w:t>
            </w:r>
            <w:r w:rsidRPr="00F26862">
              <w:rPr>
                <w:lang w:val="en-GB"/>
              </w:rPr>
              <w:t> </w:t>
            </w:r>
          </w:p>
        </w:tc>
      </w:tr>
      <w:tr w:rsidR="00F26862" w:rsidRPr="00F26862" w14:paraId="0C3ACE07" w14:textId="77777777" w:rsidTr="00C9760E">
        <w:trPr>
          <w:trHeight w:val="930"/>
        </w:trPr>
        <w:tc>
          <w:tcPr>
            <w:tcW w:w="750" w:type="dxa"/>
            <w:tcBorders>
              <w:top w:val="nil"/>
              <w:left w:val="nil"/>
              <w:bottom w:val="nil"/>
              <w:right w:val="nil"/>
            </w:tcBorders>
            <w:shd w:val="clear" w:color="auto" w:fill="FFFFFF"/>
            <w:hideMark/>
          </w:tcPr>
          <w:p w14:paraId="17CD6492" w14:textId="77777777" w:rsidR="00F26862" w:rsidRPr="00F26862" w:rsidRDefault="00F26862" w:rsidP="00F26862">
            <w:pPr>
              <w:rPr>
                <w:lang w:val="en-GB"/>
              </w:rPr>
            </w:pPr>
            <w:r w:rsidRPr="00F26862">
              <w:t>9.</w:t>
            </w:r>
            <w:r w:rsidRPr="00F26862">
              <w:rPr>
                <w:lang w:val="en-GB"/>
              </w:rPr>
              <w:t> </w:t>
            </w:r>
          </w:p>
        </w:tc>
        <w:tc>
          <w:tcPr>
            <w:tcW w:w="8310" w:type="dxa"/>
            <w:tcBorders>
              <w:top w:val="nil"/>
              <w:left w:val="nil"/>
              <w:bottom w:val="nil"/>
              <w:right w:val="nil"/>
            </w:tcBorders>
            <w:shd w:val="clear" w:color="auto" w:fill="FFFFFF"/>
            <w:hideMark/>
          </w:tcPr>
          <w:p w14:paraId="3D980669" w14:textId="77777777" w:rsidR="00F26862" w:rsidRPr="00F26862" w:rsidRDefault="00F26862" w:rsidP="00F26862">
            <w:pPr>
              <w:rPr>
                <w:lang w:val="en-GB"/>
              </w:rPr>
            </w:pPr>
            <w:r w:rsidRPr="00F26862">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r w:rsidRPr="00F26862">
              <w:rPr>
                <w:lang w:val="en-GB"/>
              </w:rPr>
              <w:t> </w:t>
            </w:r>
          </w:p>
        </w:tc>
      </w:tr>
      <w:tr w:rsidR="00F26862" w:rsidRPr="00F26862" w14:paraId="0F15EAB2" w14:textId="77777777" w:rsidTr="00C9760E">
        <w:trPr>
          <w:trHeight w:val="930"/>
        </w:trPr>
        <w:tc>
          <w:tcPr>
            <w:tcW w:w="750" w:type="dxa"/>
            <w:tcBorders>
              <w:top w:val="nil"/>
              <w:left w:val="nil"/>
              <w:bottom w:val="nil"/>
              <w:right w:val="nil"/>
            </w:tcBorders>
            <w:shd w:val="clear" w:color="auto" w:fill="FFFFFF"/>
            <w:hideMark/>
          </w:tcPr>
          <w:p w14:paraId="46FE9AE4" w14:textId="77777777" w:rsidR="00F26862" w:rsidRPr="00F26862" w:rsidRDefault="00F26862" w:rsidP="00F26862">
            <w:pPr>
              <w:rPr>
                <w:lang w:val="en-GB"/>
              </w:rPr>
            </w:pPr>
            <w:r w:rsidRPr="00F26862">
              <w:t>10.</w:t>
            </w:r>
            <w:r w:rsidRPr="00F26862">
              <w:rPr>
                <w:lang w:val="en-GB"/>
              </w:rPr>
              <w:t> </w:t>
            </w:r>
          </w:p>
        </w:tc>
        <w:tc>
          <w:tcPr>
            <w:tcW w:w="8310" w:type="dxa"/>
            <w:tcBorders>
              <w:top w:val="nil"/>
              <w:left w:val="nil"/>
              <w:bottom w:val="nil"/>
              <w:right w:val="nil"/>
            </w:tcBorders>
            <w:shd w:val="clear" w:color="auto" w:fill="FFFFFF"/>
            <w:hideMark/>
          </w:tcPr>
          <w:p w14:paraId="3088E715" w14:textId="77777777" w:rsidR="00F26862" w:rsidRPr="00F26862" w:rsidRDefault="00F26862" w:rsidP="00F26862">
            <w:pPr>
              <w:rPr>
                <w:lang w:val="en-GB"/>
              </w:rPr>
            </w:pPr>
            <w:r w:rsidRPr="00F26862">
              <w:t>We do not come within the category of prohibited economic operators identified in Regulation (EU) No 833/2014 of 31 July 2014 (as amended by EU Regulation 2022/576 or any subsequent amendments to same).</w:t>
            </w:r>
            <w:r w:rsidRPr="00F26862">
              <w:rPr>
                <w:lang w:val="en-GB"/>
              </w:rPr>
              <w:t> </w:t>
            </w:r>
          </w:p>
        </w:tc>
      </w:tr>
      <w:tr w:rsidR="00F26862" w:rsidRPr="00F26862" w14:paraId="2B95808E" w14:textId="77777777" w:rsidTr="00C9760E">
        <w:trPr>
          <w:trHeight w:val="930"/>
        </w:trPr>
        <w:tc>
          <w:tcPr>
            <w:tcW w:w="750" w:type="dxa"/>
            <w:tcBorders>
              <w:top w:val="nil"/>
              <w:left w:val="nil"/>
              <w:bottom w:val="nil"/>
              <w:right w:val="nil"/>
            </w:tcBorders>
            <w:shd w:val="clear" w:color="auto" w:fill="FFFFFF"/>
            <w:hideMark/>
          </w:tcPr>
          <w:p w14:paraId="56D96EE0" w14:textId="77777777" w:rsidR="00F26862" w:rsidRPr="00F26862" w:rsidRDefault="00F26862" w:rsidP="00F26862">
            <w:pPr>
              <w:rPr>
                <w:lang w:val="en-GB"/>
              </w:rPr>
            </w:pPr>
            <w:r w:rsidRPr="00F26862">
              <w:t>11.</w:t>
            </w:r>
            <w:r w:rsidRPr="00F26862">
              <w:rPr>
                <w:lang w:val="en-GB"/>
              </w:rPr>
              <w:t> </w:t>
            </w:r>
          </w:p>
        </w:tc>
        <w:tc>
          <w:tcPr>
            <w:tcW w:w="8310" w:type="dxa"/>
            <w:tcBorders>
              <w:top w:val="nil"/>
              <w:left w:val="nil"/>
              <w:bottom w:val="nil"/>
              <w:right w:val="nil"/>
            </w:tcBorders>
            <w:shd w:val="clear" w:color="auto" w:fill="FFFFFF"/>
            <w:hideMark/>
          </w:tcPr>
          <w:p w14:paraId="6E7F7AC3" w14:textId="77777777" w:rsidR="00F26862" w:rsidRPr="00F26862" w:rsidRDefault="00F26862" w:rsidP="00F26862">
            <w:pPr>
              <w:rPr>
                <w:lang w:val="en-GB"/>
              </w:rPr>
            </w:pPr>
            <w:r w:rsidRPr="00F26862">
              <w:t>The origin of goods connected to our Tender, if any, are not subject to the prohibitions set out in Regulation (EU) No 833/2014 (as amended by EU Regulation 2022/576 or any subsequent amendments to same).          </w:t>
            </w:r>
            <w:r w:rsidRPr="00F26862">
              <w:rPr>
                <w:lang w:val="en-GB"/>
              </w:rPr>
              <w:t> </w:t>
            </w:r>
          </w:p>
        </w:tc>
      </w:tr>
      <w:tr w:rsidR="00F26862" w:rsidRPr="00F26862" w14:paraId="43551852" w14:textId="77777777" w:rsidTr="00C9760E">
        <w:trPr>
          <w:trHeight w:val="930"/>
        </w:trPr>
        <w:tc>
          <w:tcPr>
            <w:tcW w:w="750" w:type="dxa"/>
            <w:tcBorders>
              <w:top w:val="nil"/>
              <w:left w:val="nil"/>
              <w:bottom w:val="nil"/>
              <w:right w:val="nil"/>
            </w:tcBorders>
            <w:shd w:val="clear" w:color="auto" w:fill="FFFFFF"/>
            <w:hideMark/>
          </w:tcPr>
          <w:p w14:paraId="217188DA" w14:textId="77777777" w:rsidR="00F26862" w:rsidRPr="00F26862" w:rsidRDefault="00F26862" w:rsidP="00F26862">
            <w:pPr>
              <w:rPr>
                <w:lang w:val="en-GB"/>
              </w:rPr>
            </w:pPr>
            <w:r w:rsidRPr="00F26862">
              <w:lastRenderedPageBreak/>
              <w:t>12.</w:t>
            </w:r>
            <w:r w:rsidRPr="00F26862">
              <w:rPr>
                <w:lang w:val="en-GB"/>
              </w:rPr>
              <w:t> </w:t>
            </w:r>
          </w:p>
        </w:tc>
        <w:tc>
          <w:tcPr>
            <w:tcW w:w="8310" w:type="dxa"/>
            <w:tcBorders>
              <w:top w:val="nil"/>
              <w:left w:val="nil"/>
              <w:bottom w:val="nil"/>
              <w:right w:val="nil"/>
            </w:tcBorders>
            <w:shd w:val="clear" w:color="auto" w:fill="FFFFFF"/>
            <w:hideMark/>
          </w:tcPr>
          <w:p w14:paraId="1B9BCEB1" w14:textId="77777777" w:rsidR="00F26862" w:rsidRPr="00F26862" w:rsidRDefault="00F26862" w:rsidP="00F26862">
            <w:pPr>
              <w:rPr>
                <w:lang w:val="en-GB"/>
              </w:rPr>
            </w:pPr>
            <w:r w:rsidRPr="00F26862">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r w:rsidRPr="00F26862">
              <w:rPr>
                <w:lang w:val="en-GB"/>
              </w:rPr>
              <w:t> </w:t>
            </w:r>
          </w:p>
        </w:tc>
      </w:tr>
    </w:tbl>
    <w:p w14:paraId="3292C839" w14:textId="77777777" w:rsidR="00F26862" w:rsidRPr="00F26862" w:rsidRDefault="00F26862" w:rsidP="00F26862">
      <w:pPr>
        <w:rPr>
          <w:lang w:val="en-GB"/>
        </w:rPr>
      </w:pPr>
      <w:r w:rsidRPr="00F26862">
        <w:rPr>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00"/>
        <w:gridCol w:w="4830"/>
      </w:tblGrid>
      <w:tr w:rsidR="00F26862" w:rsidRPr="00F26862" w14:paraId="59B8FEC8" w14:textId="77777777">
        <w:trPr>
          <w:trHeight w:val="930"/>
        </w:trPr>
        <w:tc>
          <w:tcPr>
            <w:tcW w:w="4200" w:type="dxa"/>
            <w:tcBorders>
              <w:top w:val="single" w:sz="12" w:space="0" w:color="FFFFFF"/>
              <w:left w:val="single" w:sz="12" w:space="0" w:color="FFFFFF"/>
              <w:bottom w:val="single" w:sz="12" w:space="0" w:color="FFFFFF"/>
              <w:right w:val="single" w:sz="12" w:space="0" w:color="FFFFFF"/>
            </w:tcBorders>
            <w:shd w:val="clear" w:color="auto" w:fill="FFFFFF"/>
            <w:hideMark/>
          </w:tcPr>
          <w:p w14:paraId="441802A8" w14:textId="77777777" w:rsidR="00F26862" w:rsidRPr="00F26862" w:rsidRDefault="00F26862" w:rsidP="00F26862">
            <w:pPr>
              <w:rPr>
                <w:lang w:val="en-GB"/>
              </w:rPr>
            </w:pPr>
            <w:r w:rsidRPr="00F26862">
              <w:rPr>
                <w:b/>
                <w:bCs/>
              </w:rPr>
              <w:t>SIGNED</w:t>
            </w:r>
            <w:r w:rsidRPr="00F26862">
              <w:rPr>
                <w:lang w:val="en-GB"/>
              </w:rPr>
              <w:t> </w:t>
            </w:r>
          </w:p>
          <w:p w14:paraId="682AB99A" w14:textId="77777777" w:rsidR="00F26862" w:rsidRPr="00F26862" w:rsidRDefault="00F26862" w:rsidP="00F26862">
            <w:pPr>
              <w:rPr>
                <w:lang w:val="en-GB"/>
              </w:rPr>
            </w:pPr>
            <w:r w:rsidRPr="00F26862">
              <w:rPr>
                <w:lang w:val="en-GB"/>
              </w:rPr>
              <w:t> </w:t>
            </w:r>
          </w:p>
          <w:p w14:paraId="4A1F293A" w14:textId="77777777" w:rsidR="00F26862" w:rsidRPr="00F26862" w:rsidRDefault="00F26862" w:rsidP="00F26862">
            <w:pPr>
              <w:rPr>
                <w:lang w:val="en-GB"/>
              </w:rPr>
            </w:pPr>
            <w:r w:rsidRPr="00F26862">
              <w:rPr>
                <w:lang w:val="en-GB"/>
              </w:rPr>
              <w:t> </w:t>
            </w:r>
          </w:p>
          <w:p w14:paraId="287D7F92" w14:textId="77777777" w:rsidR="00F26862" w:rsidRPr="00F26862" w:rsidRDefault="00F26862" w:rsidP="00F26862">
            <w:pPr>
              <w:rPr>
                <w:lang w:val="en-GB"/>
              </w:rPr>
            </w:pPr>
            <w:r w:rsidRPr="00F26862">
              <w:rPr>
                <w:lang w:val="en-GB"/>
              </w:rPr>
              <w:t> </w:t>
            </w:r>
          </w:p>
          <w:p w14:paraId="7193D449" w14:textId="77777777" w:rsidR="00F26862" w:rsidRPr="00F26862" w:rsidRDefault="00F26862" w:rsidP="00F26862">
            <w:pPr>
              <w:rPr>
                <w:lang w:val="en-GB"/>
              </w:rPr>
            </w:pPr>
            <w:r w:rsidRPr="00F26862">
              <w:rPr>
                <w:b/>
                <w:bCs/>
              </w:rPr>
              <w:t>(Authorised Signatory)</w:t>
            </w:r>
            <w:r w:rsidRPr="00F26862">
              <w:rPr>
                <w:lang w:val="en-GB"/>
              </w:rPr>
              <w:t> </w:t>
            </w:r>
          </w:p>
        </w:tc>
        <w:tc>
          <w:tcPr>
            <w:tcW w:w="4830" w:type="dxa"/>
            <w:tcBorders>
              <w:top w:val="single" w:sz="12" w:space="0" w:color="FFFFFF"/>
              <w:left w:val="single" w:sz="12" w:space="0" w:color="FFFFFF"/>
              <w:bottom w:val="single" w:sz="12" w:space="0" w:color="FFFFFF"/>
              <w:right w:val="single" w:sz="12" w:space="0" w:color="FFFFFF"/>
            </w:tcBorders>
            <w:shd w:val="clear" w:color="auto" w:fill="FFFFFF"/>
            <w:hideMark/>
          </w:tcPr>
          <w:p w14:paraId="4F43E2F7" w14:textId="77777777" w:rsidR="00F26862" w:rsidRPr="00F26862" w:rsidRDefault="00F26862" w:rsidP="00F26862">
            <w:pPr>
              <w:rPr>
                <w:lang w:val="en-GB"/>
              </w:rPr>
            </w:pPr>
            <w:r w:rsidRPr="00F26862">
              <w:rPr>
                <w:b/>
                <w:bCs/>
              </w:rPr>
              <w:t>Company</w:t>
            </w:r>
            <w:r w:rsidRPr="00F26862">
              <w:rPr>
                <w:lang w:val="en-GB"/>
              </w:rPr>
              <w:t> </w:t>
            </w:r>
          </w:p>
          <w:p w14:paraId="7A66EDAD" w14:textId="77777777" w:rsidR="00F26862" w:rsidRPr="00F26862" w:rsidRDefault="00F26862" w:rsidP="00F26862">
            <w:pPr>
              <w:rPr>
                <w:lang w:val="en-GB"/>
              </w:rPr>
            </w:pPr>
            <w:r w:rsidRPr="00F26862">
              <w:rPr>
                <w:lang w:val="en-GB"/>
              </w:rPr>
              <w:t> </w:t>
            </w:r>
          </w:p>
        </w:tc>
      </w:tr>
      <w:tr w:rsidR="00F26862" w:rsidRPr="00F26862" w14:paraId="58DDF1F7" w14:textId="77777777">
        <w:trPr>
          <w:trHeight w:val="930"/>
        </w:trPr>
        <w:tc>
          <w:tcPr>
            <w:tcW w:w="4200" w:type="dxa"/>
            <w:tcBorders>
              <w:top w:val="single" w:sz="12" w:space="0" w:color="FFFFFF"/>
              <w:left w:val="single" w:sz="12" w:space="0" w:color="FFFFFF"/>
              <w:bottom w:val="single" w:sz="12" w:space="0" w:color="FFFFFF"/>
              <w:right w:val="single" w:sz="12" w:space="0" w:color="FFFFFF"/>
            </w:tcBorders>
            <w:shd w:val="clear" w:color="auto" w:fill="FFFFFF"/>
            <w:hideMark/>
          </w:tcPr>
          <w:p w14:paraId="29131F17" w14:textId="77777777" w:rsidR="00F26862" w:rsidRPr="00F26862" w:rsidRDefault="00F26862" w:rsidP="00F26862">
            <w:pPr>
              <w:rPr>
                <w:lang w:val="en-GB"/>
              </w:rPr>
            </w:pPr>
            <w:r w:rsidRPr="00F26862">
              <w:rPr>
                <w:b/>
                <w:bCs/>
              </w:rPr>
              <w:t>Print name</w:t>
            </w:r>
            <w:r w:rsidRPr="00F26862">
              <w:rPr>
                <w:lang w:val="en-GB"/>
              </w:rPr>
              <w:t> </w:t>
            </w:r>
          </w:p>
        </w:tc>
        <w:tc>
          <w:tcPr>
            <w:tcW w:w="4830" w:type="dxa"/>
            <w:vMerge w:val="restart"/>
            <w:tcBorders>
              <w:top w:val="single" w:sz="12" w:space="0" w:color="FFFFFF"/>
              <w:left w:val="single" w:sz="12" w:space="0" w:color="FFFFFF"/>
              <w:bottom w:val="single" w:sz="12" w:space="0" w:color="FFFFFF"/>
              <w:right w:val="single" w:sz="12" w:space="0" w:color="FFFFFF"/>
            </w:tcBorders>
            <w:shd w:val="clear" w:color="auto" w:fill="FFFFFF"/>
            <w:hideMark/>
          </w:tcPr>
          <w:p w14:paraId="5D9C866D" w14:textId="77777777" w:rsidR="00F26862" w:rsidRPr="00F26862" w:rsidRDefault="00F26862" w:rsidP="00F26862">
            <w:pPr>
              <w:rPr>
                <w:lang w:val="en-GB"/>
              </w:rPr>
            </w:pPr>
            <w:r w:rsidRPr="00F26862">
              <w:rPr>
                <w:b/>
                <w:bCs/>
              </w:rPr>
              <w:t>Address</w:t>
            </w:r>
            <w:r w:rsidRPr="00F26862">
              <w:rPr>
                <w:lang w:val="en-GB"/>
              </w:rPr>
              <w:t> </w:t>
            </w:r>
          </w:p>
        </w:tc>
      </w:tr>
      <w:tr w:rsidR="00F26862" w:rsidRPr="00F26862" w14:paraId="327FE659" w14:textId="77777777">
        <w:trPr>
          <w:trHeight w:val="930"/>
        </w:trPr>
        <w:tc>
          <w:tcPr>
            <w:tcW w:w="4200" w:type="dxa"/>
            <w:tcBorders>
              <w:top w:val="single" w:sz="12" w:space="0" w:color="FFFFFF"/>
              <w:left w:val="single" w:sz="12" w:space="0" w:color="FFFFFF"/>
              <w:bottom w:val="single" w:sz="12" w:space="0" w:color="FFFFFF"/>
              <w:right w:val="single" w:sz="12" w:space="0" w:color="FFFFFF"/>
            </w:tcBorders>
            <w:shd w:val="clear" w:color="auto" w:fill="FFFFFF"/>
            <w:hideMark/>
          </w:tcPr>
          <w:p w14:paraId="55987FEC" w14:textId="77777777" w:rsidR="00F26862" w:rsidRPr="00F26862" w:rsidRDefault="00F26862" w:rsidP="00F26862">
            <w:pPr>
              <w:rPr>
                <w:lang w:val="en-GB"/>
              </w:rPr>
            </w:pPr>
            <w:r w:rsidRPr="00F26862">
              <w:rPr>
                <w:b/>
                <w:bCs/>
              </w:rPr>
              <w:t>Date</w:t>
            </w:r>
            <w:r w:rsidRPr="00F26862">
              <w:rPr>
                <w:lang w:val="en-GB"/>
              </w:rPr>
              <w:t> </w:t>
            </w:r>
          </w:p>
        </w:tc>
        <w:tc>
          <w:tcPr>
            <w:tcW w:w="0" w:type="auto"/>
            <w:vMerge/>
            <w:tcBorders>
              <w:top w:val="single" w:sz="12" w:space="0" w:color="FFFFFF"/>
              <w:left w:val="single" w:sz="12" w:space="0" w:color="FFFFFF"/>
              <w:bottom w:val="single" w:sz="12" w:space="0" w:color="FFFFFF"/>
              <w:right w:val="single" w:sz="12" w:space="0" w:color="FFFFFF"/>
            </w:tcBorders>
            <w:vAlign w:val="center"/>
            <w:hideMark/>
          </w:tcPr>
          <w:p w14:paraId="56706FDA" w14:textId="77777777" w:rsidR="00F26862" w:rsidRPr="00F26862" w:rsidRDefault="00F26862" w:rsidP="00F26862">
            <w:pPr>
              <w:rPr>
                <w:lang w:val="en-GB"/>
              </w:rPr>
            </w:pPr>
          </w:p>
        </w:tc>
      </w:tr>
    </w:tbl>
    <w:p w14:paraId="03A3226D" w14:textId="77777777" w:rsidR="00F26862" w:rsidRDefault="00F26862" w:rsidP="00AB4B45"/>
    <w:p w14:paraId="5CDB0649" w14:textId="19C5DC00" w:rsidR="00AB4B45" w:rsidRDefault="00AB4B45" w:rsidP="00AB4B45">
      <w:pPr>
        <w:pStyle w:val="Heading1"/>
        <w:pageBreakBefore/>
      </w:pPr>
      <w:bookmarkStart w:id="18" w:name="_Toc236900463"/>
      <w:bookmarkStart w:id="19" w:name="_Toc239681295"/>
      <w:r>
        <w:lastRenderedPageBreak/>
        <w:t>Declaration as to Personal Circumstances of Tenderer</w:t>
      </w:r>
      <w:bookmarkEnd w:id="18"/>
      <w:bookmarkEnd w:id="19"/>
    </w:p>
    <w:p w14:paraId="09A1444A" w14:textId="4F386181" w:rsidR="00622197" w:rsidRPr="00527368" w:rsidRDefault="00622197" w:rsidP="005B3223">
      <w:r>
        <w:t>Re: Request for Tenders for the Provision of Radio Communications and CCTV for St. Patrick’s Festival</w:t>
      </w:r>
    </w:p>
    <w:p w14:paraId="0AC57539" w14:textId="77777777" w:rsidR="00622197" w:rsidRPr="006A0C51" w:rsidRDefault="00622197" w:rsidP="00622197">
      <w:pPr>
        <w:tabs>
          <w:tab w:val="left" w:pos="1701"/>
        </w:tabs>
        <w:spacing w:after="200"/>
        <w:jc w:val="both"/>
      </w:pPr>
      <w:r w:rsidRPr="006A0C51">
        <w:rPr>
          <w:b/>
        </w:rPr>
        <w:t>NAME:</w:t>
      </w:r>
      <w:r w:rsidRPr="006A0C51">
        <w:t xml:space="preserve">   </w:t>
      </w:r>
      <w:r w:rsidRPr="006A0C51">
        <w:tab/>
      </w:r>
      <w:r w:rsidRPr="006A0C51">
        <w:rPr>
          <w:noProof/>
          <w:u w:val="single"/>
        </w:rPr>
        <w:t>[Click here and insert name]</w:t>
      </w:r>
    </w:p>
    <w:p w14:paraId="542EB0DF" w14:textId="77777777" w:rsidR="00622197" w:rsidRPr="00675A93" w:rsidRDefault="00622197" w:rsidP="00622197">
      <w:pPr>
        <w:tabs>
          <w:tab w:val="left" w:pos="1701"/>
        </w:tabs>
        <w:spacing w:after="200"/>
        <w:jc w:val="both"/>
      </w:pPr>
      <w:r w:rsidRPr="006A0C51">
        <w:rPr>
          <w:b/>
        </w:rPr>
        <w:t>ADDRESS:</w:t>
      </w:r>
      <w:r w:rsidRPr="006A0C51">
        <w:t xml:space="preserve"> </w:t>
      </w:r>
      <w:r w:rsidRPr="006A0C51">
        <w:tab/>
      </w:r>
      <w:r w:rsidRPr="006A0C51">
        <w:rPr>
          <w:noProof/>
          <w:u w:val="single"/>
        </w:rPr>
        <w:t>[Click here and insert address]</w:t>
      </w:r>
    </w:p>
    <w:p w14:paraId="1E443873" w14:textId="77777777" w:rsidR="00622197" w:rsidRDefault="00622197" w:rsidP="00622197">
      <w:pPr>
        <w:rPr>
          <w:lang w:val="en-US"/>
        </w:rPr>
      </w:pPr>
      <w:r>
        <w:rPr>
          <w:lang w:val="en-US"/>
        </w:rPr>
        <w:t xml:space="preserve">I, </w:t>
      </w:r>
      <w:r w:rsidRPr="006A0C51">
        <w:rPr>
          <w:noProof/>
        </w:rPr>
        <w:t>[Click here and insert name of Declarant]</w:t>
      </w:r>
      <w:r w:rsidRPr="006A0C51">
        <w:t>,</w:t>
      </w:r>
      <w:r>
        <w:rPr>
          <w:i/>
        </w:rPr>
        <w:t xml:space="preserve"> </w:t>
      </w:r>
      <w:r>
        <w:rPr>
          <w:lang w:val="en-US"/>
        </w:rPr>
        <w:t xml:space="preserve">of </w:t>
      </w:r>
      <w:r w:rsidRPr="006A0C51">
        <w:rPr>
          <w:noProof/>
        </w:rPr>
        <w:t>[Click here and insert name of entity]</w:t>
      </w:r>
      <w:r>
        <w:rPr>
          <w:lang w:val="en-US"/>
        </w:rPr>
        <w:t xml:space="preserve">  do solemnly and sincerely declare that:</w:t>
      </w:r>
    </w:p>
    <w:p w14:paraId="0D542228" w14:textId="77777777" w:rsidR="005B3223" w:rsidRDefault="00622197" w:rsidP="005B3223">
      <w:pPr>
        <w:pStyle w:val="ListParagraph"/>
        <w:numPr>
          <w:ilvl w:val="0"/>
          <w:numId w:val="20"/>
        </w:numPr>
        <w:spacing w:after="160"/>
        <w:rPr>
          <w:noProof/>
        </w:rPr>
      </w:pPr>
      <w:r>
        <w:rPr>
          <w:lang w:val="en-US"/>
        </w:rPr>
        <w:t xml:space="preserve">I am a </w:t>
      </w:r>
      <w:r>
        <w:rPr>
          <w:noProof/>
        </w:rPr>
        <w:t>[Click here and insert role of Declarant]</w:t>
      </w:r>
      <w:r>
        <w:rPr>
          <w:lang w:val="en-US"/>
        </w:rPr>
        <w:t xml:space="preserve"> of </w:t>
      </w:r>
      <w:r w:rsidRPr="006A0C51">
        <w:rPr>
          <w:noProof/>
        </w:rPr>
        <w:t>[Click here and insert name of entity]</w:t>
      </w:r>
      <w:r>
        <w:rPr>
          <w:lang w:val="en-US"/>
        </w:rPr>
        <w:t xml:space="preserve"> and am authorized by </w:t>
      </w:r>
      <w:r w:rsidRPr="006A0C51">
        <w:rPr>
          <w:noProof/>
        </w:rPr>
        <w:t>[Click here and insert name of entity]</w:t>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noProof/>
        </w:rPr>
        <w:t>[Click here and insert name of entity]</w:t>
      </w:r>
      <w:r>
        <w:rPr>
          <w:lang w:val="en-US"/>
        </w:rPr>
        <w:t xml:space="preserve">  </w:t>
      </w:r>
      <w:r w:rsidRPr="001D61C9">
        <w:rPr>
          <w:lang w:val="en-US"/>
        </w:rPr>
        <w:t>in</w:t>
      </w:r>
      <w:r>
        <w:rPr>
          <w:lang w:val="en-US"/>
        </w:rPr>
        <w:t xml:space="preserve"> response to an RFT dated 7 October 2026 titled Radio Communications and CCTV for St. Patrick’s Festival published by Feilte Dhuibh Linne Cuideachta Faoi Theorainn Ráthaíochta t/a St. Patrick's Festival (“the Contracting Authority”).</w:t>
      </w:r>
    </w:p>
    <w:p w14:paraId="5240D8CA" w14:textId="77777777" w:rsidR="00622197" w:rsidRPr="00675A93" w:rsidRDefault="00622197" w:rsidP="00622197">
      <w:pPr>
        <w:pStyle w:val="ListParagraph"/>
        <w:rPr>
          <w:lang w:val="en-US"/>
        </w:rPr>
      </w:pPr>
    </w:p>
    <w:p w14:paraId="1CC99D98" w14:textId="77777777" w:rsidR="00622197" w:rsidRDefault="00622197" w:rsidP="00622197">
      <w:pPr>
        <w:pStyle w:val="ListParagraph"/>
        <w:numPr>
          <w:ilvl w:val="0"/>
          <w:numId w:val="20"/>
        </w:numPr>
        <w:spacing w:after="160"/>
        <w:rPr>
          <w:lang w:val="en-US"/>
        </w:rPr>
      </w:pPr>
      <w:r>
        <w:rPr>
          <w:lang w:val="en-US"/>
        </w:rPr>
        <w:t xml:space="preserve">Neither </w:t>
      </w:r>
      <w:r w:rsidRPr="006A0C51">
        <w:rPr>
          <w:noProof/>
        </w:rPr>
        <w:t>[Click here and insert name of entity]</w:t>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noProof/>
        </w:rPr>
        <w:t>[Click here and insert name of entity]</w:t>
      </w:r>
      <w:r>
        <w:rPr>
          <w:lang w:val="en-US"/>
        </w:rPr>
        <w:t xml:space="preserve">  nor any person who has</w:t>
      </w:r>
      <w:r w:rsidRPr="000F5FE8">
        <w:rPr>
          <w:lang w:val="en-US"/>
        </w:rPr>
        <w:t xml:space="preserve"> powers of representation, decision or control</w:t>
      </w:r>
      <w:r>
        <w:rPr>
          <w:lang w:val="en-US"/>
        </w:rPr>
        <w:t xml:space="preserve"> in </w:t>
      </w:r>
      <w:r w:rsidRPr="006A0C51">
        <w:rPr>
          <w:noProof/>
        </w:rPr>
        <w:t>[Click here and insert name of entity]</w:t>
      </w:r>
      <w:r>
        <w:rPr>
          <w:lang w:val="en-US"/>
        </w:rPr>
        <w:t xml:space="preserve">  has:</w:t>
      </w:r>
    </w:p>
    <w:p w14:paraId="7DAF8C62" w14:textId="77777777" w:rsidR="00622197" w:rsidRPr="00206CC8" w:rsidRDefault="00622197" w:rsidP="00622197">
      <w:pPr>
        <w:pStyle w:val="ListParagraph"/>
        <w:spacing w:after="160"/>
        <w:ind w:left="1080"/>
        <w:rPr>
          <w:lang w:val="en-US"/>
        </w:rPr>
      </w:pPr>
    </w:p>
    <w:p w14:paraId="52A98655" w14:textId="77777777" w:rsidR="00622197" w:rsidRDefault="00622197" w:rsidP="00622197">
      <w:pPr>
        <w:pStyle w:val="ListParagraph"/>
        <w:numPr>
          <w:ilvl w:val="0"/>
          <w:numId w:val="21"/>
        </w:numPr>
        <w:spacing w:after="160"/>
        <w:rPr>
          <w:lang w:val="en-US"/>
        </w:rPr>
      </w:pPr>
      <w:r w:rsidRPr="000F5FE8">
        <w:rPr>
          <w:lang w:val="en-US"/>
        </w:rPr>
        <w:t>ever been the subject of a conviction for participation in a criminal organisation, as defined in Article 2 of Council Framework Decision 2008/841/JHA.</w:t>
      </w:r>
    </w:p>
    <w:p w14:paraId="4C935919" w14:textId="77777777" w:rsidR="00622197" w:rsidRDefault="00622197" w:rsidP="00622197">
      <w:pPr>
        <w:pStyle w:val="ListParagraph"/>
        <w:numPr>
          <w:ilvl w:val="0"/>
          <w:numId w:val="21"/>
        </w:numPr>
        <w:spacing w:after="160"/>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noProof/>
          <w:szCs w:val="22"/>
        </w:rPr>
        <w:t>[Click here and insert name of entity]</w:t>
      </w:r>
      <w:r>
        <w:rPr>
          <w:lang w:val="en-US"/>
        </w:rPr>
        <w:t xml:space="preserve"> is established.</w:t>
      </w:r>
    </w:p>
    <w:p w14:paraId="4BCDF557" w14:textId="77777777" w:rsidR="00622197" w:rsidRDefault="00622197" w:rsidP="00622197">
      <w:pPr>
        <w:pStyle w:val="ListParagraph"/>
        <w:numPr>
          <w:ilvl w:val="0"/>
          <w:numId w:val="21"/>
        </w:numPr>
        <w:spacing w:after="160"/>
        <w:rPr>
          <w:lang w:val="en-US"/>
        </w:rPr>
      </w:pPr>
      <w:r w:rsidRPr="000F5FE8">
        <w:rPr>
          <w:lang w:val="en-US"/>
        </w:rPr>
        <w:t xml:space="preserve"> ever been the subject of a conviction for fraud within the meaning of Article 1 of the Convention on the protection of the European Communities’ financial interests.</w:t>
      </w:r>
    </w:p>
    <w:p w14:paraId="3749DB9B" w14:textId="77777777" w:rsidR="00622197" w:rsidRPr="000F5FE8" w:rsidRDefault="00622197" w:rsidP="00622197">
      <w:pPr>
        <w:pStyle w:val="ListParagraph"/>
        <w:numPr>
          <w:ilvl w:val="0"/>
          <w:numId w:val="21"/>
        </w:numPr>
        <w:spacing w:after="160"/>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77A8A59" w14:textId="77777777" w:rsidR="00622197" w:rsidRDefault="00622197" w:rsidP="00622197">
      <w:pPr>
        <w:pStyle w:val="ListParagraph"/>
        <w:numPr>
          <w:ilvl w:val="0"/>
          <w:numId w:val="21"/>
        </w:numPr>
        <w:spacing w:after="160"/>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231A4549" w14:textId="77777777" w:rsidR="00622197" w:rsidRDefault="00622197" w:rsidP="00622197">
      <w:pPr>
        <w:pStyle w:val="ListParagraph"/>
        <w:numPr>
          <w:ilvl w:val="0"/>
          <w:numId w:val="21"/>
        </w:numPr>
        <w:spacing w:after="160"/>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1E0C9E7" w14:textId="77777777" w:rsidR="00622197" w:rsidRDefault="00622197" w:rsidP="00622197">
      <w:pPr>
        <w:pStyle w:val="ListParagraph"/>
        <w:ind w:left="1080"/>
        <w:rPr>
          <w:lang w:val="en-US"/>
        </w:rPr>
      </w:pPr>
    </w:p>
    <w:p w14:paraId="67AE6839" w14:textId="77777777" w:rsidR="00622197" w:rsidRDefault="00622197" w:rsidP="00622197">
      <w:pPr>
        <w:pStyle w:val="ListParagraph"/>
        <w:numPr>
          <w:ilvl w:val="0"/>
          <w:numId w:val="20"/>
        </w:numPr>
        <w:spacing w:after="160"/>
        <w:rPr>
          <w:lang w:val="en-US"/>
        </w:rPr>
      </w:pPr>
      <w:r w:rsidRPr="006A0C51">
        <w:rPr>
          <w:noProof/>
        </w:rPr>
        <w:t>[Click here and insert name of entity]</w:t>
      </w:r>
      <w:r>
        <w:rPr>
          <w:lang w:val="en-US"/>
        </w:rPr>
        <w:t>:</w:t>
      </w:r>
    </w:p>
    <w:p w14:paraId="28E15396" w14:textId="77777777" w:rsidR="00622197" w:rsidRDefault="00622197" w:rsidP="00622197">
      <w:pPr>
        <w:pStyle w:val="ListParagraph"/>
        <w:rPr>
          <w:lang w:val="en-US"/>
        </w:rPr>
      </w:pPr>
    </w:p>
    <w:p w14:paraId="67506526" w14:textId="77777777" w:rsidR="00622197" w:rsidRPr="006A0C51" w:rsidRDefault="00622197" w:rsidP="00622197">
      <w:pPr>
        <w:numPr>
          <w:ilvl w:val="0"/>
          <w:numId w:val="22"/>
        </w:numPr>
        <w:ind w:left="1134" w:right="47" w:hanging="283"/>
        <w:jc w:val="both"/>
      </w:pPr>
      <w:r>
        <w:t>i</w:t>
      </w:r>
      <w:r w:rsidRPr="006A0C51">
        <w:t>s not in breach and has not breached its obligations relating to the payment of taxes or social security contributions.</w:t>
      </w:r>
    </w:p>
    <w:p w14:paraId="124563D6" w14:textId="77777777" w:rsidR="00622197" w:rsidRPr="00E93F64" w:rsidRDefault="00622197" w:rsidP="00622197">
      <w:pPr>
        <w:numPr>
          <w:ilvl w:val="0"/>
          <w:numId w:val="22"/>
        </w:numPr>
        <w:ind w:left="1134" w:right="47" w:hanging="283"/>
        <w:jc w:val="both"/>
      </w:pPr>
      <w:r>
        <w:t>has carried out the preparation of the Tender independently.</w:t>
      </w:r>
    </w:p>
    <w:p w14:paraId="0B13B3FB" w14:textId="77777777" w:rsidR="00622197" w:rsidRPr="004273E3" w:rsidRDefault="00622197" w:rsidP="00622197">
      <w:pPr>
        <w:rPr>
          <w:lang w:val="en-US"/>
        </w:rPr>
      </w:pPr>
    </w:p>
    <w:p w14:paraId="0DEC503F" w14:textId="77777777" w:rsidR="00622197" w:rsidRDefault="00622197" w:rsidP="00622197">
      <w:pPr>
        <w:pStyle w:val="ListParagraph"/>
        <w:numPr>
          <w:ilvl w:val="0"/>
          <w:numId w:val="20"/>
        </w:numPr>
        <w:spacing w:after="160"/>
        <w:rPr>
          <w:lang w:val="en-US"/>
        </w:rPr>
      </w:pPr>
      <w:r w:rsidRPr="006A0C51">
        <w:rPr>
          <w:noProof/>
        </w:rPr>
        <w:t>[Click here and insert name of entity]</w:t>
      </w:r>
      <w:r>
        <w:rPr>
          <w:lang w:val="en-US"/>
        </w:rPr>
        <w:t>:</w:t>
      </w:r>
    </w:p>
    <w:p w14:paraId="3DCF2CDF" w14:textId="77777777" w:rsidR="00622197" w:rsidRDefault="00622197" w:rsidP="00622197">
      <w:pPr>
        <w:pStyle w:val="ListParagraph"/>
        <w:rPr>
          <w:lang w:val="en-US"/>
        </w:rPr>
      </w:pPr>
    </w:p>
    <w:p w14:paraId="4FF93264" w14:textId="77777777" w:rsidR="00622197" w:rsidRPr="00AE08B8" w:rsidRDefault="00622197" w:rsidP="00622197">
      <w:pPr>
        <w:pStyle w:val="ListParagraph"/>
        <w:numPr>
          <w:ilvl w:val="0"/>
          <w:numId w:val="23"/>
        </w:numPr>
        <w:spacing w:after="160"/>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260EF5D4" w14:textId="77777777" w:rsidR="00622197" w:rsidRPr="005B41D5" w:rsidRDefault="00622197" w:rsidP="00622197">
      <w:pPr>
        <w:pStyle w:val="ListParagraph"/>
        <w:numPr>
          <w:ilvl w:val="0"/>
          <w:numId w:val="23"/>
        </w:numPr>
        <w:spacing w:after="160"/>
        <w:rPr>
          <w:lang w:val="en-US"/>
        </w:rPr>
      </w:pPr>
      <w:r>
        <w:rPr>
          <w:lang w:val="en-US"/>
        </w:rPr>
        <w:t>i</w:t>
      </w:r>
      <w:r w:rsidRPr="005B41D5">
        <w:rPr>
          <w:lang w:val="en-US"/>
        </w:rPr>
        <w:t xml:space="preserve">s not bankrupt or the subject of insolvency or winding-up proceedings, its assets are not being administered by a liquidator or by the court, it is not in an arrangement with creditors, its business </w:t>
      </w:r>
      <w:r w:rsidRPr="005B41D5">
        <w:rPr>
          <w:lang w:val="en-US"/>
        </w:rPr>
        <w:lastRenderedPageBreak/>
        <w:t>activities are not suspended nor is it in any analogous situation arising from a similar procedure under national laws and regulations.</w:t>
      </w:r>
    </w:p>
    <w:p w14:paraId="26F99524" w14:textId="77777777" w:rsidR="00622197" w:rsidRPr="00C80436" w:rsidRDefault="00622197" w:rsidP="00622197">
      <w:pPr>
        <w:pStyle w:val="ListParagraph"/>
        <w:numPr>
          <w:ilvl w:val="0"/>
          <w:numId w:val="23"/>
        </w:numPr>
        <w:spacing w:after="160"/>
        <w:rPr>
          <w:lang w:val="en-US"/>
        </w:rPr>
      </w:pPr>
      <w:r>
        <w:rPr>
          <w:lang w:val="en-US"/>
        </w:rPr>
        <w:t>i</w:t>
      </w:r>
      <w:r w:rsidRPr="00C80436">
        <w:rPr>
          <w:lang w:val="en-US"/>
        </w:rPr>
        <w:t>s not guilty of grave professional misconduct.</w:t>
      </w:r>
    </w:p>
    <w:p w14:paraId="4FDB58B9" w14:textId="77777777" w:rsidR="00622197" w:rsidRPr="00C80436" w:rsidRDefault="00622197" w:rsidP="00622197">
      <w:pPr>
        <w:pStyle w:val="ListParagraph"/>
        <w:numPr>
          <w:ilvl w:val="0"/>
          <w:numId w:val="23"/>
        </w:numPr>
        <w:spacing w:after="160"/>
        <w:rPr>
          <w:lang w:val="en-US"/>
        </w:rPr>
      </w:pPr>
      <w:r>
        <w:rPr>
          <w:lang w:val="en-US"/>
        </w:rPr>
        <w:t>h</w:t>
      </w:r>
      <w:r w:rsidRPr="00C80436">
        <w:rPr>
          <w:lang w:val="en-US"/>
        </w:rPr>
        <w:t>as not entered into agreements with other economic operators aimed at distorting competition.</w:t>
      </w:r>
    </w:p>
    <w:p w14:paraId="2CE79876" w14:textId="77777777" w:rsidR="00622197" w:rsidRPr="00C80436" w:rsidRDefault="00622197" w:rsidP="00622197">
      <w:pPr>
        <w:pStyle w:val="ListParagraph"/>
        <w:numPr>
          <w:ilvl w:val="0"/>
          <w:numId w:val="23"/>
        </w:numPr>
        <w:spacing w:after="160"/>
        <w:rPr>
          <w:lang w:val="en-US"/>
        </w:rPr>
      </w:pPr>
      <w:r>
        <w:rPr>
          <w:lang w:val="en-US"/>
        </w:rPr>
        <w:t>i</w:t>
      </w:r>
      <w:r w:rsidRPr="00C80436">
        <w:rPr>
          <w:lang w:val="en-US"/>
        </w:rPr>
        <w:t>s not aware of any conflict of interest due to its participation in the Competition;</w:t>
      </w:r>
    </w:p>
    <w:p w14:paraId="4BD0A5E2" w14:textId="77777777" w:rsidR="00622197" w:rsidRPr="00C80436" w:rsidRDefault="00622197" w:rsidP="00622197">
      <w:pPr>
        <w:pStyle w:val="ListParagraph"/>
        <w:numPr>
          <w:ilvl w:val="0"/>
          <w:numId w:val="23"/>
        </w:numPr>
        <w:spacing w:after="160"/>
        <w:rPr>
          <w:lang w:val="en-US"/>
        </w:rPr>
      </w:pPr>
      <w:r>
        <w:rPr>
          <w:lang w:val="en-US"/>
        </w:rPr>
        <w:t>h</w:t>
      </w:r>
      <w:r w:rsidRPr="00C80436">
        <w:rPr>
          <w:lang w:val="en-US"/>
        </w:rPr>
        <w:t>as not had any prior involvement in the preparation of the Competition;</w:t>
      </w:r>
    </w:p>
    <w:p w14:paraId="1E789FBA" w14:textId="77777777" w:rsidR="00622197" w:rsidRPr="00C80436" w:rsidRDefault="00622197" w:rsidP="00622197">
      <w:pPr>
        <w:pStyle w:val="ListParagraph"/>
        <w:numPr>
          <w:ilvl w:val="0"/>
          <w:numId w:val="23"/>
        </w:numPr>
        <w:spacing w:after="160"/>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4946722" w14:textId="77777777" w:rsidR="00622197" w:rsidRPr="00C80436" w:rsidRDefault="00622197" w:rsidP="00622197">
      <w:pPr>
        <w:pStyle w:val="ListParagraph"/>
        <w:numPr>
          <w:ilvl w:val="0"/>
          <w:numId w:val="23"/>
        </w:numPr>
        <w:spacing w:after="160"/>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1C453E8C" w14:textId="77777777" w:rsidR="00622197" w:rsidRDefault="00622197" w:rsidP="00622197">
      <w:pPr>
        <w:pStyle w:val="ListParagraph"/>
        <w:numPr>
          <w:ilvl w:val="0"/>
          <w:numId w:val="23"/>
        </w:numPr>
        <w:spacing w:after="160"/>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277D475E" w14:textId="77777777" w:rsidR="00622197" w:rsidRPr="00C80436" w:rsidRDefault="00622197" w:rsidP="00622197">
      <w:pPr>
        <w:pStyle w:val="ListParagraph"/>
        <w:ind w:left="1080"/>
        <w:rPr>
          <w:lang w:val="en-US"/>
        </w:rPr>
      </w:pPr>
    </w:p>
    <w:p w14:paraId="0C27B812" w14:textId="77777777" w:rsidR="00622197" w:rsidRDefault="00622197" w:rsidP="00622197">
      <w:pPr>
        <w:pStyle w:val="ListParagraph"/>
        <w:numPr>
          <w:ilvl w:val="0"/>
          <w:numId w:val="20"/>
        </w:numPr>
        <w:spacing w:after="160"/>
        <w:rPr>
          <w:lang w:val="en-US"/>
        </w:rPr>
      </w:pPr>
      <w:r w:rsidRPr="006A0C51">
        <w:rPr>
          <w:noProof/>
        </w:rPr>
        <w:t>[Click here and insert name of entity]</w:t>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ACD32A0" w14:textId="77777777" w:rsidR="00622197" w:rsidRDefault="00622197" w:rsidP="00622197">
      <w:pPr>
        <w:pStyle w:val="ListParagraph"/>
        <w:rPr>
          <w:lang w:val="en-US"/>
        </w:rPr>
      </w:pPr>
    </w:p>
    <w:p w14:paraId="5D1C04C8" w14:textId="77777777" w:rsidR="00622197" w:rsidRPr="00337323" w:rsidRDefault="00622197" w:rsidP="00622197">
      <w:pPr>
        <w:pStyle w:val="ListParagraph"/>
        <w:numPr>
          <w:ilvl w:val="0"/>
          <w:numId w:val="20"/>
        </w:numPr>
        <w:spacing w:after="160"/>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16F052C9" w14:textId="77777777" w:rsidR="00622197" w:rsidRPr="00C80436" w:rsidRDefault="00622197" w:rsidP="00622197">
      <w:pPr>
        <w:pStyle w:val="ListParagraph"/>
        <w:rPr>
          <w:lang w:val="en-US"/>
        </w:rPr>
      </w:pPr>
    </w:p>
    <w:p w14:paraId="1CA4B29A" w14:textId="77777777" w:rsidR="00622197" w:rsidRDefault="00622197" w:rsidP="00622197">
      <w:pPr>
        <w:pStyle w:val="ListParagraph"/>
        <w:numPr>
          <w:ilvl w:val="0"/>
          <w:numId w:val="20"/>
        </w:numPr>
        <w:spacing w:after="160"/>
        <w:rPr>
          <w:lang w:val="en-US"/>
        </w:rPr>
      </w:pPr>
      <w:r>
        <w:rPr>
          <w:lang w:val="en-US"/>
        </w:rPr>
        <w:t xml:space="preserve">Any </w:t>
      </w:r>
      <w:r w:rsidRPr="00C80436">
        <w:rPr>
          <w:lang w:val="en-US"/>
        </w:rPr>
        <w:t xml:space="preserve">subcontractor, supplier or other entity on whose capacity </w:t>
      </w:r>
      <w:r w:rsidRPr="006A0C51">
        <w:rPr>
          <w:noProof/>
        </w:rPr>
        <w:t>[Click here and insert name of entity]</w:t>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5647FA8" w14:textId="77777777" w:rsidR="00622197" w:rsidRDefault="00622197" w:rsidP="00622197">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2B823556" w14:textId="77777777" w:rsidR="00622197" w:rsidRDefault="00622197" w:rsidP="00622197">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622197" w:rsidRPr="004273E3" w14:paraId="0DF1EE37" w14:textId="77777777" w:rsidTr="003B0E28">
        <w:trPr>
          <w:gridAfter w:val="1"/>
          <w:wAfter w:w="4625" w:type="dxa"/>
          <w:trHeight w:val="707"/>
        </w:trPr>
        <w:tc>
          <w:tcPr>
            <w:tcW w:w="4371" w:type="dxa"/>
          </w:tcPr>
          <w:p w14:paraId="3D44EDE6" w14:textId="77777777" w:rsidR="00622197" w:rsidRPr="004273E3" w:rsidRDefault="00622197" w:rsidP="003B0E28">
            <w:pPr>
              <w:spacing w:after="200"/>
              <w:jc w:val="both"/>
              <w:rPr>
                <w:b/>
                <w:color w:val="auto"/>
              </w:rPr>
            </w:pPr>
            <w:r w:rsidRPr="004273E3">
              <w:rPr>
                <w:b/>
                <w:color w:val="auto"/>
              </w:rPr>
              <w:br w:type="page"/>
            </w:r>
          </w:p>
          <w:p w14:paraId="1867593D" w14:textId="77777777" w:rsidR="00622197" w:rsidRPr="004273E3" w:rsidRDefault="00622197" w:rsidP="003B0E28">
            <w:pPr>
              <w:spacing w:after="200"/>
              <w:jc w:val="both"/>
              <w:rPr>
                <w:b/>
                <w:color w:val="auto"/>
              </w:rPr>
            </w:pPr>
            <w:r w:rsidRPr="004273E3">
              <w:rPr>
                <w:b/>
                <w:color w:val="auto"/>
              </w:rPr>
              <w:t>________________________</w:t>
            </w:r>
          </w:p>
          <w:p w14:paraId="4FD733FA" w14:textId="77777777" w:rsidR="00622197" w:rsidRPr="004273E3" w:rsidRDefault="00622197" w:rsidP="003B0E28">
            <w:pPr>
              <w:spacing w:after="200"/>
              <w:jc w:val="both"/>
              <w:rPr>
                <w:b/>
                <w:color w:val="auto"/>
              </w:rPr>
            </w:pPr>
            <w:r w:rsidRPr="004273E3">
              <w:rPr>
                <w:b/>
                <w:color w:val="auto"/>
              </w:rPr>
              <w:t>Signature of Declarant</w:t>
            </w:r>
          </w:p>
        </w:tc>
      </w:tr>
      <w:tr w:rsidR="00622197" w:rsidRPr="004273E3" w14:paraId="47425746" w14:textId="77777777" w:rsidTr="003B0E28">
        <w:trPr>
          <w:trHeight w:val="158"/>
        </w:trPr>
        <w:tc>
          <w:tcPr>
            <w:tcW w:w="8996" w:type="dxa"/>
            <w:gridSpan w:val="2"/>
          </w:tcPr>
          <w:p w14:paraId="154C7924" w14:textId="77777777" w:rsidR="00622197" w:rsidRPr="004273E3" w:rsidRDefault="00622197" w:rsidP="003B0E28">
            <w:pPr>
              <w:spacing w:after="200" w:line="280" w:lineRule="exact"/>
              <w:jc w:val="both"/>
              <w:rPr>
                <w:b/>
                <w:color w:val="auto"/>
              </w:rPr>
            </w:pPr>
            <w:r w:rsidRPr="004273E3">
              <w:rPr>
                <w:b/>
                <w:color w:val="auto"/>
              </w:rPr>
              <w:t>Declared before me by ___________________________________ who is personally known to me</w:t>
            </w:r>
          </w:p>
          <w:p w14:paraId="31D026A8" w14:textId="77777777" w:rsidR="00622197" w:rsidRPr="004273E3" w:rsidRDefault="00622197" w:rsidP="003B0E28">
            <w:pPr>
              <w:spacing w:after="200" w:line="280" w:lineRule="exact"/>
              <w:jc w:val="both"/>
              <w:rPr>
                <w:b/>
                <w:color w:val="auto"/>
              </w:rPr>
            </w:pPr>
            <w:r w:rsidRPr="004273E3">
              <w:rPr>
                <w:b/>
                <w:color w:val="auto"/>
              </w:rPr>
              <w:t>(or who is identified to me by ______________________________who is personally known to me) or*</w:t>
            </w:r>
          </w:p>
          <w:p w14:paraId="1967C6F0" w14:textId="77777777" w:rsidR="00622197" w:rsidRPr="004273E3" w:rsidRDefault="00622197" w:rsidP="003B0E28">
            <w:pPr>
              <w:spacing w:after="200" w:line="280" w:lineRule="exact"/>
              <w:jc w:val="both"/>
              <w:rPr>
                <w:b/>
                <w:color w:val="auto"/>
              </w:rPr>
            </w:pPr>
            <w:r w:rsidRPr="004273E3">
              <w:rPr>
                <w:b/>
                <w:color w:val="auto"/>
              </w:rPr>
              <w:t>at ____________________________  this ___________ day of _______________ 20__</w:t>
            </w:r>
          </w:p>
          <w:p w14:paraId="3D4798BD" w14:textId="77777777" w:rsidR="00622197" w:rsidRPr="004273E3" w:rsidRDefault="00622197" w:rsidP="003B0E28">
            <w:pPr>
              <w:spacing w:after="200" w:line="280" w:lineRule="exact"/>
              <w:jc w:val="both"/>
              <w:rPr>
                <w:b/>
                <w:color w:val="auto"/>
              </w:rPr>
            </w:pPr>
          </w:p>
          <w:p w14:paraId="7EBB634C" w14:textId="77777777" w:rsidR="00622197" w:rsidRPr="004273E3" w:rsidRDefault="00622197" w:rsidP="003B0E28">
            <w:pPr>
              <w:spacing w:after="200" w:line="280" w:lineRule="exact"/>
              <w:jc w:val="both"/>
              <w:rPr>
                <w:b/>
                <w:color w:val="auto"/>
              </w:rPr>
            </w:pPr>
            <w:r w:rsidRPr="004273E3">
              <w:rPr>
                <w:b/>
                <w:color w:val="auto"/>
              </w:rPr>
              <w:t>________________________________</w:t>
            </w:r>
          </w:p>
          <w:p w14:paraId="75DD563D" w14:textId="77777777" w:rsidR="00622197" w:rsidRPr="004273E3" w:rsidRDefault="00622197" w:rsidP="003B0E28">
            <w:pPr>
              <w:spacing w:after="200" w:line="280" w:lineRule="exact"/>
              <w:jc w:val="both"/>
              <w:rPr>
                <w:b/>
                <w:color w:val="auto"/>
              </w:rPr>
            </w:pPr>
            <w:r w:rsidRPr="004273E3">
              <w:rPr>
                <w:b/>
                <w:color w:val="auto"/>
              </w:rPr>
              <w:t>(signed)</w:t>
            </w:r>
            <w:r w:rsidRPr="004273E3">
              <w:rPr>
                <w:b/>
                <w:color w:val="auto"/>
              </w:rPr>
              <w:br/>
              <w:t>Practising Solicitor/Commissioner for Oaths</w:t>
            </w:r>
          </w:p>
        </w:tc>
      </w:tr>
    </w:tbl>
    <w:p w14:paraId="571AEEAC" w14:textId="77777777" w:rsidR="00622197" w:rsidRPr="004273E3" w:rsidRDefault="00622197" w:rsidP="00622197">
      <w:pPr>
        <w:rPr>
          <w:b/>
          <w:i/>
          <w:color w:val="auto"/>
          <w:lang w:val="en-US"/>
        </w:rPr>
      </w:pPr>
      <w:r w:rsidRPr="004273E3">
        <w:rPr>
          <w:b/>
          <w:i/>
          <w:color w:val="auto"/>
          <w:lang w:val="en-US"/>
        </w:rPr>
        <w:lastRenderedPageBreak/>
        <w:t xml:space="preserve">*Please include such other form of identification used to identify the Declarant as permitted by the Statutory Declarations Act, 1938 (as amended) </w:t>
      </w:r>
    </w:p>
    <w:p w14:paraId="3F4318F2" w14:textId="77777777" w:rsidR="00622197" w:rsidRPr="00AE08B8" w:rsidRDefault="00622197" w:rsidP="00622197">
      <w:pPr>
        <w:spacing w:after="0"/>
        <w:rPr>
          <w:b/>
          <w:i/>
          <w:lang w:val="en-US"/>
        </w:rPr>
      </w:pPr>
    </w:p>
    <w:p w14:paraId="0C20DB4D" w14:textId="77777777" w:rsidR="00622197" w:rsidRDefault="00622197" w:rsidP="00622197">
      <w:pPr>
        <w:pStyle w:val="ListParagraph"/>
        <w:ind w:left="1116" w:right="47"/>
        <w:jc w:val="both"/>
        <w:rPr>
          <w:szCs w:val="22"/>
        </w:rPr>
      </w:pPr>
    </w:p>
    <w:p w14:paraId="442D1A8C" w14:textId="77777777" w:rsidR="00B83247" w:rsidRDefault="00B83247">
      <w:pPr>
        <w:spacing w:after="0" w:line="240" w:lineRule="auto"/>
        <w:rPr>
          <w:b/>
          <w:bCs/>
          <w:color w:val="68AF35"/>
          <w:sz w:val="32"/>
          <w:szCs w:val="28"/>
        </w:rPr>
      </w:pPr>
      <w:bookmarkStart w:id="20" w:name="_Toc239678215"/>
      <w:bookmarkStart w:id="21" w:name="_Toc239680178"/>
      <w:r>
        <w:br w:type="page"/>
      </w:r>
    </w:p>
    <w:p w14:paraId="5FB14AD8" w14:textId="366B0F0C" w:rsidR="00B83247" w:rsidRPr="009A28DC" w:rsidRDefault="00B83247" w:rsidP="00B83247">
      <w:pPr>
        <w:pStyle w:val="Heading1"/>
        <w:rPr>
          <w:bCs w:val="0"/>
        </w:rPr>
      </w:pPr>
      <w:bookmarkStart w:id="22" w:name="_Toc239681296"/>
      <w:r w:rsidRPr="009A28DC">
        <w:lastRenderedPageBreak/>
        <w:t>Declaration of Artificial Intelligence (AI) usage</w:t>
      </w:r>
      <w:bookmarkEnd w:id="20"/>
      <w:bookmarkEnd w:id="21"/>
      <w:bookmarkEnd w:id="22"/>
    </w:p>
    <w:p w14:paraId="2F912DB7" w14:textId="77777777" w:rsidR="00B83247" w:rsidRDefault="00B83247" w:rsidP="00B83247">
      <w:pPr>
        <w:jc w:val="both"/>
        <w:rPr>
          <w:szCs w:val="22"/>
        </w:rPr>
      </w:pPr>
    </w:p>
    <w:p w14:paraId="6F9398E0" w14:textId="77777777" w:rsidR="00B83247" w:rsidRPr="009A28DC" w:rsidRDefault="00B83247" w:rsidP="00B83247">
      <w:pPr>
        <w:jc w:val="both"/>
        <w:rPr>
          <w:szCs w:val="22"/>
        </w:rPr>
      </w:pPr>
      <w:r w:rsidRPr="009A28DC">
        <w:rPr>
          <w:szCs w:val="22"/>
        </w:rPr>
        <w:t>Tenderer is required to declare if generative AI or other AI tools are materially used in preparation of tender response. If so, please list specific AI tools used and confirm how they are associated with relevant sections.</w:t>
      </w:r>
    </w:p>
    <w:p w14:paraId="0C5CA996" w14:textId="77777777" w:rsidR="00B83247" w:rsidRDefault="00B83247" w:rsidP="00B83247">
      <w:pPr>
        <w:jc w:val="both"/>
        <w:rPr>
          <w:szCs w:val="22"/>
        </w:rPr>
      </w:pPr>
      <w:r w:rsidRPr="009A28DC">
        <w:rPr>
          <w:szCs w:val="22"/>
        </w:rPr>
        <w:t>Tenderer is responsible to review, fact-check, and verify all AI-generated content. Tenderer accepts the full accountability for the accuracy, authenticity, and viability of this submission. Misleading or inaccurate information associated with AI tools may result in being eliminated from the competition.</w:t>
      </w:r>
    </w:p>
    <w:p w14:paraId="59E29BA9" w14:textId="77777777" w:rsidR="00B83247" w:rsidRDefault="00B83247" w:rsidP="00B83247">
      <w:pPr>
        <w:rPr>
          <w:szCs w:val="22"/>
        </w:rPr>
      </w:pPr>
    </w:p>
    <w:p w14:paraId="657A76C3" w14:textId="77777777" w:rsidR="00B83247" w:rsidRPr="009855EC" w:rsidRDefault="00B83247" w:rsidP="00B83247">
      <w:pPr>
        <w:rPr>
          <w:b/>
          <w:bCs/>
          <w:color w:val="000000" w:themeColor="text1"/>
          <w:szCs w:val="22"/>
        </w:rPr>
      </w:pPr>
      <w:r w:rsidRPr="009855EC">
        <w:rPr>
          <w:b/>
          <w:bCs/>
          <w:szCs w:val="22"/>
        </w:rPr>
        <w:t xml:space="preserve">Tenderer’s response: </w:t>
      </w:r>
    </w:p>
    <w:p w14:paraId="58195A7D" w14:textId="77777777" w:rsidR="00B83247" w:rsidRDefault="00B83247" w:rsidP="00AB4B45"/>
    <w:sectPr w:rsidR="00B83247" w:rsidSect="00B5531F">
      <w:headerReference w:type="first" r:id="rId11"/>
      <w:footerReference w:type="first" r:id="rId12"/>
      <w:type w:val="continuous"/>
      <w:pgSz w:w="11906" w:h="16838" w:code="9"/>
      <w:pgMar w:top="1020" w:right="1134" w:bottom="907" w:left="1134" w:header="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7CC64" w14:textId="77777777" w:rsidR="00962DEA" w:rsidRDefault="00962DEA">
      <w:r>
        <w:separator/>
      </w:r>
    </w:p>
  </w:endnote>
  <w:endnote w:type="continuationSeparator" w:id="0">
    <w:p w14:paraId="3A90F34D" w14:textId="77777777" w:rsidR="00962DEA" w:rsidRDefault="00962DEA">
      <w:r>
        <w:continuationSeparator/>
      </w:r>
    </w:p>
  </w:endnote>
  <w:endnote w:type="continuationNotice" w:id="1">
    <w:p w14:paraId="5A778732" w14:textId="77777777" w:rsidR="00962DEA" w:rsidRDefault="00962D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44EC" w14:textId="5ECA3D1D" w:rsidR="00DE3D85" w:rsidRDefault="004E7BCF">
    <w:pPr>
      <w:pStyle w:val="Footer"/>
      <w:spacing w:after="60"/>
      <w:jc w:val="right"/>
    </w:pPr>
    <w:r>
      <w:rPr>
        <w:sz w:val="18"/>
      </w:rPr>
      <w:fldChar w:fldCharType="begin"/>
    </w:r>
    <w:r>
      <w:rPr>
        <w:sz w:val="18"/>
      </w:rPr>
      <w:instrText xml:space="preserve"> PAGE </w:instrText>
    </w:r>
    <w:r>
      <w:rPr>
        <w:sz w:val="18"/>
      </w:rPr>
      <w:fldChar w:fldCharType="separate"/>
    </w:r>
    <w:r w:rsidR="00F720C9">
      <w:rPr>
        <w:noProof/>
        <w:sz w:val="18"/>
      </w:rPr>
      <w:t>1</w:t>
    </w:r>
    <w:r>
      <w:rPr>
        <w:sz w:val="18"/>
      </w:rPr>
      <w:fldChar w:fldCharType="end"/>
    </w:r>
  </w:p>
  <w:p w14:paraId="0D80FD2F" w14:textId="2D687A22" w:rsidR="00DE3D85" w:rsidRDefault="00DE3D85">
    <w:pPr>
      <w:ind w:left="-227" w:right="-22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7620A" w14:textId="77777777" w:rsidR="00962DEA" w:rsidRDefault="00962DEA">
      <w:r>
        <w:separator/>
      </w:r>
    </w:p>
  </w:footnote>
  <w:footnote w:type="continuationSeparator" w:id="0">
    <w:p w14:paraId="6C6C9F27" w14:textId="77777777" w:rsidR="00962DEA" w:rsidRDefault="00962DEA">
      <w:r>
        <w:continuationSeparator/>
      </w:r>
    </w:p>
  </w:footnote>
  <w:footnote w:type="continuationNotice" w:id="1">
    <w:p w14:paraId="2F3F6DD0" w14:textId="77777777" w:rsidR="00962DEA" w:rsidRDefault="00962D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7720" w14:textId="70E46B0B" w:rsidR="00DE3D85" w:rsidRDefault="00DE3D85">
    <w:pPr>
      <w:pStyle w:val="Header"/>
      <w:ind w:left="-567" w:right="-56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DD3021C"/>
    <w:multiLevelType w:val="multilevel"/>
    <w:tmpl w:val="1C7ABB6C"/>
    <w:lvl w:ilvl="0">
      <w:start w:val="1"/>
      <w:numFmt w:val="lowerRoman"/>
      <w:lvlText w:val="(%1)"/>
      <w:lvlJc w:val="left"/>
      <w:pPr>
        <w:ind w:left="1080" w:hanging="720"/>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E3457E4"/>
    <w:multiLevelType w:val="multilevel"/>
    <w:tmpl w:val="185A9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5CB2100"/>
    <w:multiLevelType w:val="hybridMultilevel"/>
    <w:tmpl w:val="4BB844A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7511B12"/>
    <w:multiLevelType w:val="multilevel"/>
    <w:tmpl w:val="80CE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0B1182"/>
    <w:multiLevelType w:val="hybridMultilevel"/>
    <w:tmpl w:val="C89E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2C624C"/>
    <w:multiLevelType w:val="hybridMultilevel"/>
    <w:tmpl w:val="AEACA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387645BF"/>
    <w:multiLevelType w:val="multilevel"/>
    <w:tmpl w:val="0724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2015E7"/>
    <w:multiLevelType w:val="multilevel"/>
    <w:tmpl w:val="FC90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3"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D5C0E15"/>
    <w:multiLevelType w:val="multilevel"/>
    <w:tmpl w:val="F0F2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EE7424B"/>
    <w:multiLevelType w:val="multilevel"/>
    <w:tmpl w:val="DBBC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D4E0F32"/>
    <w:multiLevelType w:val="multilevel"/>
    <w:tmpl w:val="63F4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40311492">
    <w:abstractNumId w:val="38"/>
  </w:num>
  <w:num w:numId="2" w16cid:durableId="2145925357">
    <w:abstractNumId w:val="31"/>
  </w:num>
  <w:num w:numId="3" w16cid:durableId="2069567263">
    <w:abstractNumId w:val="37"/>
  </w:num>
  <w:num w:numId="4" w16cid:durableId="1734543680">
    <w:abstractNumId w:val="6"/>
  </w:num>
  <w:num w:numId="5" w16cid:durableId="996885929">
    <w:abstractNumId w:val="15"/>
  </w:num>
  <w:num w:numId="6" w16cid:durableId="1651640886">
    <w:abstractNumId w:val="1"/>
  </w:num>
  <w:num w:numId="7" w16cid:durableId="369839331">
    <w:abstractNumId w:val="20"/>
  </w:num>
  <w:num w:numId="8" w16cid:durableId="1998259856">
    <w:abstractNumId w:val="3"/>
  </w:num>
  <w:num w:numId="9" w16cid:durableId="2026246986">
    <w:abstractNumId w:val="26"/>
  </w:num>
  <w:num w:numId="10" w16cid:durableId="837622281">
    <w:abstractNumId w:val="29"/>
  </w:num>
  <w:num w:numId="11" w16cid:durableId="313415852">
    <w:abstractNumId w:val="30"/>
  </w:num>
  <w:num w:numId="12" w16cid:durableId="1836332890">
    <w:abstractNumId w:val="21"/>
  </w:num>
  <w:num w:numId="13" w16cid:durableId="1708607684">
    <w:abstractNumId w:val="8"/>
  </w:num>
  <w:num w:numId="14" w16cid:durableId="732118387">
    <w:abstractNumId w:val="36"/>
  </w:num>
  <w:num w:numId="15" w16cid:durableId="1242791062">
    <w:abstractNumId w:val="10"/>
  </w:num>
  <w:num w:numId="16" w16cid:durableId="981931832">
    <w:abstractNumId w:val="27"/>
  </w:num>
  <w:num w:numId="17" w16cid:durableId="1624732235">
    <w:abstractNumId w:val="22"/>
  </w:num>
  <w:num w:numId="18" w16cid:durableId="304091261">
    <w:abstractNumId w:val="35"/>
  </w:num>
  <w:num w:numId="19" w16cid:durableId="1633828366">
    <w:abstractNumId w:val="28"/>
  </w:num>
  <w:num w:numId="20" w16cid:durableId="19596756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9262815">
    <w:abstractNumId w:val="32"/>
  </w:num>
  <w:num w:numId="22" w16cid:durableId="45840385">
    <w:abstractNumId w:val="7"/>
  </w:num>
  <w:num w:numId="23" w16cid:durableId="759444447">
    <w:abstractNumId w:val="23"/>
  </w:num>
  <w:num w:numId="24" w16cid:durableId="364184026">
    <w:abstractNumId w:val="17"/>
  </w:num>
  <w:num w:numId="25" w16cid:durableId="596867495">
    <w:abstractNumId w:val="2"/>
  </w:num>
  <w:num w:numId="26" w16cid:durableId="1614092541">
    <w:abstractNumId w:val="33"/>
  </w:num>
  <w:num w:numId="27" w16cid:durableId="1748767914">
    <w:abstractNumId w:val="12"/>
  </w:num>
  <w:num w:numId="28" w16cid:durableId="1990478383">
    <w:abstractNumId w:val="11"/>
  </w:num>
  <w:num w:numId="29" w16cid:durableId="605039649">
    <w:abstractNumId w:val="14"/>
  </w:num>
  <w:num w:numId="30" w16cid:durableId="316737735">
    <w:abstractNumId w:val="4"/>
  </w:num>
  <w:num w:numId="31" w16cid:durableId="164364874">
    <w:abstractNumId w:val="13"/>
  </w:num>
  <w:num w:numId="32" w16cid:durableId="261378978">
    <w:abstractNumId w:val="9"/>
  </w:num>
  <w:num w:numId="33" w16cid:durableId="149836988">
    <w:abstractNumId w:val="19"/>
  </w:num>
  <w:num w:numId="34" w16cid:durableId="1851794642">
    <w:abstractNumId w:val="34"/>
  </w:num>
  <w:num w:numId="35" w16cid:durableId="481120152">
    <w:abstractNumId w:val="18"/>
  </w:num>
  <w:num w:numId="36" w16cid:durableId="159739542">
    <w:abstractNumId w:val="25"/>
  </w:num>
  <w:num w:numId="37" w16cid:durableId="1536187896">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04B8"/>
    <w:rsid w:val="0003145D"/>
    <w:rsid w:val="00031D29"/>
    <w:rsid w:val="000333B2"/>
    <w:rsid w:val="00033892"/>
    <w:rsid w:val="00034151"/>
    <w:rsid w:val="000345CE"/>
    <w:rsid w:val="00035787"/>
    <w:rsid w:val="00042F49"/>
    <w:rsid w:val="0004379E"/>
    <w:rsid w:val="00044B98"/>
    <w:rsid w:val="000459D3"/>
    <w:rsid w:val="00047CDC"/>
    <w:rsid w:val="00051377"/>
    <w:rsid w:val="00051D43"/>
    <w:rsid w:val="00053737"/>
    <w:rsid w:val="00054565"/>
    <w:rsid w:val="0006067E"/>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4A0"/>
    <w:rsid w:val="000E29E5"/>
    <w:rsid w:val="000E2C36"/>
    <w:rsid w:val="000E4600"/>
    <w:rsid w:val="000F1D33"/>
    <w:rsid w:val="000F3067"/>
    <w:rsid w:val="000F4A47"/>
    <w:rsid w:val="000F581D"/>
    <w:rsid w:val="000F6A2A"/>
    <w:rsid w:val="000F6E09"/>
    <w:rsid w:val="00101B97"/>
    <w:rsid w:val="00102AD5"/>
    <w:rsid w:val="00104EA5"/>
    <w:rsid w:val="00105654"/>
    <w:rsid w:val="00106132"/>
    <w:rsid w:val="0011085B"/>
    <w:rsid w:val="00110C39"/>
    <w:rsid w:val="00111F94"/>
    <w:rsid w:val="00117EB7"/>
    <w:rsid w:val="001202C2"/>
    <w:rsid w:val="001209C2"/>
    <w:rsid w:val="0012131C"/>
    <w:rsid w:val="00123D39"/>
    <w:rsid w:val="00126DED"/>
    <w:rsid w:val="001309AF"/>
    <w:rsid w:val="001309D5"/>
    <w:rsid w:val="00131C69"/>
    <w:rsid w:val="001367C7"/>
    <w:rsid w:val="0014412D"/>
    <w:rsid w:val="00144AA4"/>
    <w:rsid w:val="00147438"/>
    <w:rsid w:val="00150165"/>
    <w:rsid w:val="0015044E"/>
    <w:rsid w:val="001511EC"/>
    <w:rsid w:val="001514EE"/>
    <w:rsid w:val="00152563"/>
    <w:rsid w:val="0015370C"/>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2C1"/>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6A6"/>
    <w:rsid w:val="001D795D"/>
    <w:rsid w:val="001E01AA"/>
    <w:rsid w:val="001E0301"/>
    <w:rsid w:val="001E08C4"/>
    <w:rsid w:val="001E1A15"/>
    <w:rsid w:val="001E1F77"/>
    <w:rsid w:val="001E4D88"/>
    <w:rsid w:val="001F0660"/>
    <w:rsid w:val="001F5A1D"/>
    <w:rsid w:val="001F6812"/>
    <w:rsid w:val="001F6E11"/>
    <w:rsid w:val="00200976"/>
    <w:rsid w:val="00202F7C"/>
    <w:rsid w:val="002052A0"/>
    <w:rsid w:val="002061BE"/>
    <w:rsid w:val="00210BE8"/>
    <w:rsid w:val="00211221"/>
    <w:rsid w:val="00211F19"/>
    <w:rsid w:val="0021263F"/>
    <w:rsid w:val="00213189"/>
    <w:rsid w:val="002141AE"/>
    <w:rsid w:val="002144FB"/>
    <w:rsid w:val="002158BA"/>
    <w:rsid w:val="00215CCA"/>
    <w:rsid w:val="00216A9C"/>
    <w:rsid w:val="002170A8"/>
    <w:rsid w:val="00220DC0"/>
    <w:rsid w:val="0022191B"/>
    <w:rsid w:val="002221D9"/>
    <w:rsid w:val="00223677"/>
    <w:rsid w:val="00227275"/>
    <w:rsid w:val="00227AFF"/>
    <w:rsid w:val="00230469"/>
    <w:rsid w:val="002338F2"/>
    <w:rsid w:val="00234621"/>
    <w:rsid w:val="002356AF"/>
    <w:rsid w:val="002411F1"/>
    <w:rsid w:val="00243D4F"/>
    <w:rsid w:val="00246630"/>
    <w:rsid w:val="00252D57"/>
    <w:rsid w:val="0025559B"/>
    <w:rsid w:val="00255801"/>
    <w:rsid w:val="00255DDF"/>
    <w:rsid w:val="00263F2D"/>
    <w:rsid w:val="002643D8"/>
    <w:rsid w:val="00265139"/>
    <w:rsid w:val="00266937"/>
    <w:rsid w:val="00270B9E"/>
    <w:rsid w:val="002710AB"/>
    <w:rsid w:val="002712EF"/>
    <w:rsid w:val="00273377"/>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2D92"/>
    <w:rsid w:val="002A5F50"/>
    <w:rsid w:val="002A7432"/>
    <w:rsid w:val="002B3490"/>
    <w:rsid w:val="002C0F17"/>
    <w:rsid w:val="002C21A9"/>
    <w:rsid w:val="002C3E7A"/>
    <w:rsid w:val="002C58B6"/>
    <w:rsid w:val="002C64D6"/>
    <w:rsid w:val="002C7B7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5255"/>
    <w:rsid w:val="003275B6"/>
    <w:rsid w:val="0033019A"/>
    <w:rsid w:val="00331F8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45"/>
    <w:rsid w:val="003531BA"/>
    <w:rsid w:val="00356BBB"/>
    <w:rsid w:val="00357137"/>
    <w:rsid w:val="00360502"/>
    <w:rsid w:val="0036206A"/>
    <w:rsid w:val="00362279"/>
    <w:rsid w:val="0036381F"/>
    <w:rsid w:val="003650CE"/>
    <w:rsid w:val="00366253"/>
    <w:rsid w:val="00367DD7"/>
    <w:rsid w:val="003710E7"/>
    <w:rsid w:val="003737A6"/>
    <w:rsid w:val="00373E15"/>
    <w:rsid w:val="00374369"/>
    <w:rsid w:val="003750B6"/>
    <w:rsid w:val="00376157"/>
    <w:rsid w:val="0038075D"/>
    <w:rsid w:val="00381511"/>
    <w:rsid w:val="00381644"/>
    <w:rsid w:val="00385739"/>
    <w:rsid w:val="00390990"/>
    <w:rsid w:val="00393BFD"/>
    <w:rsid w:val="00395404"/>
    <w:rsid w:val="003962F2"/>
    <w:rsid w:val="00397075"/>
    <w:rsid w:val="00397B0E"/>
    <w:rsid w:val="003A237F"/>
    <w:rsid w:val="003A3E81"/>
    <w:rsid w:val="003A5DC2"/>
    <w:rsid w:val="003A7AF6"/>
    <w:rsid w:val="003B42C4"/>
    <w:rsid w:val="003B5516"/>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0A2F"/>
    <w:rsid w:val="003F29E8"/>
    <w:rsid w:val="003F2B84"/>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15EC"/>
    <w:rsid w:val="00422055"/>
    <w:rsid w:val="00424968"/>
    <w:rsid w:val="004249D5"/>
    <w:rsid w:val="004273E3"/>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2D02"/>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BCF"/>
    <w:rsid w:val="004E7F5D"/>
    <w:rsid w:val="004F1F58"/>
    <w:rsid w:val="004F6990"/>
    <w:rsid w:val="004F6F66"/>
    <w:rsid w:val="004F751E"/>
    <w:rsid w:val="004F7B9D"/>
    <w:rsid w:val="0050046A"/>
    <w:rsid w:val="00502B05"/>
    <w:rsid w:val="00503974"/>
    <w:rsid w:val="0050469D"/>
    <w:rsid w:val="005055D8"/>
    <w:rsid w:val="005112ED"/>
    <w:rsid w:val="00511ED5"/>
    <w:rsid w:val="00513136"/>
    <w:rsid w:val="0051468C"/>
    <w:rsid w:val="00520B14"/>
    <w:rsid w:val="00521E7A"/>
    <w:rsid w:val="00525482"/>
    <w:rsid w:val="00526DBB"/>
    <w:rsid w:val="00532F58"/>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A0A20"/>
    <w:rsid w:val="005B016E"/>
    <w:rsid w:val="005B0DB6"/>
    <w:rsid w:val="005B12CB"/>
    <w:rsid w:val="005B13B0"/>
    <w:rsid w:val="005B2D3B"/>
    <w:rsid w:val="005B3134"/>
    <w:rsid w:val="005B315D"/>
    <w:rsid w:val="005B3223"/>
    <w:rsid w:val="005C0316"/>
    <w:rsid w:val="005C0EDC"/>
    <w:rsid w:val="005C306E"/>
    <w:rsid w:val="005C47EA"/>
    <w:rsid w:val="005D2B64"/>
    <w:rsid w:val="005D57EC"/>
    <w:rsid w:val="005E1D68"/>
    <w:rsid w:val="005E24A9"/>
    <w:rsid w:val="005E2981"/>
    <w:rsid w:val="005E2E46"/>
    <w:rsid w:val="005E361D"/>
    <w:rsid w:val="005E4B12"/>
    <w:rsid w:val="005E7CC7"/>
    <w:rsid w:val="005F055E"/>
    <w:rsid w:val="005F0E0C"/>
    <w:rsid w:val="005F223B"/>
    <w:rsid w:val="005F4804"/>
    <w:rsid w:val="005F5F27"/>
    <w:rsid w:val="00602A71"/>
    <w:rsid w:val="006035BF"/>
    <w:rsid w:val="0060507B"/>
    <w:rsid w:val="00607316"/>
    <w:rsid w:val="00607922"/>
    <w:rsid w:val="0061258C"/>
    <w:rsid w:val="0061267E"/>
    <w:rsid w:val="00612D23"/>
    <w:rsid w:val="00613524"/>
    <w:rsid w:val="00615A6F"/>
    <w:rsid w:val="00616995"/>
    <w:rsid w:val="006203B7"/>
    <w:rsid w:val="00621344"/>
    <w:rsid w:val="00622197"/>
    <w:rsid w:val="0062772A"/>
    <w:rsid w:val="00631032"/>
    <w:rsid w:val="00637F77"/>
    <w:rsid w:val="006430DF"/>
    <w:rsid w:val="00644502"/>
    <w:rsid w:val="0064604E"/>
    <w:rsid w:val="00647A87"/>
    <w:rsid w:val="00650E11"/>
    <w:rsid w:val="0065101B"/>
    <w:rsid w:val="00653E0D"/>
    <w:rsid w:val="006543F1"/>
    <w:rsid w:val="00655C65"/>
    <w:rsid w:val="0066080B"/>
    <w:rsid w:val="0066212C"/>
    <w:rsid w:val="006635F8"/>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22C"/>
    <w:rsid w:val="006B7FDD"/>
    <w:rsid w:val="006C4A7C"/>
    <w:rsid w:val="006C57B9"/>
    <w:rsid w:val="006C69EB"/>
    <w:rsid w:val="006C708A"/>
    <w:rsid w:val="006D03A1"/>
    <w:rsid w:val="006D1458"/>
    <w:rsid w:val="006D2DF7"/>
    <w:rsid w:val="006D3486"/>
    <w:rsid w:val="006D7E28"/>
    <w:rsid w:val="006E4559"/>
    <w:rsid w:val="006E4D18"/>
    <w:rsid w:val="006E67D2"/>
    <w:rsid w:val="006F32D4"/>
    <w:rsid w:val="006F4BB3"/>
    <w:rsid w:val="00702B0A"/>
    <w:rsid w:val="00703D65"/>
    <w:rsid w:val="007126F6"/>
    <w:rsid w:val="00714796"/>
    <w:rsid w:val="00714BDF"/>
    <w:rsid w:val="00716878"/>
    <w:rsid w:val="007205B3"/>
    <w:rsid w:val="007207ED"/>
    <w:rsid w:val="0072256B"/>
    <w:rsid w:val="007248BF"/>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12F"/>
    <w:rsid w:val="00776340"/>
    <w:rsid w:val="0077659A"/>
    <w:rsid w:val="00782A00"/>
    <w:rsid w:val="00790EDE"/>
    <w:rsid w:val="00791458"/>
    <w:rsid w:val="00791568"/>
    <w:rsid w:val="007931BF"/>
    <w:rsid w:val="0079340F"/>
    <w:rsid w:val="00794783"/>
    <w:rsid w:val="00794820"/>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B7E35"/>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A0D"/>
    <w:rsid w:val="007F0EF6"/>
    <w:rsid w:val="007F12A4"/>
    <w:rsid w:val="007F254C"/>
    <w:rsid w:val="007F554E"/>
    <w:rsid w:val="007F5883"/>
    <w:rsid w:val="007F6987"/>
    <w:rsid w:val="007F72E9"/>
    <w:rsid w:val="007F7AF7"/>
    <w:rsid w:val="00804063"/>
    <w:rsid w:val="00805C70"/>
    <w:rsid w:val="008074A6"/>
    <w:rsid w:val="0081033A"/>
    <w:rsid w:val="00812790"/>
    <w:rsid w:val="00815615"/>
    <w:rsid w:val="008163F5"/>
    <w:rsid w:val="00816711"/>
    <w:rsid w:val="00820ADD"/>
    <w:rsid w:val="00822048"/>
    <w:rsid w:val="008223F2"/>
    <w:rsid w:val="00822992"/>
    <w:rsid w:val="00822EEA"/>
    <w:rsid w:val="00823549"/>
    <w:rsid w:val="008241C4"/>
    <w:rsid w:val="00824349"/>
    <w:rsid w:val="00825186"/>
    <w:rsid w:val="00825371"/>
    <w:rsid w:val="00826A5B"/>
    <w:rsid w:val="00827BFC"/>
    <w:rsid w:val="00830A49"/>
    <w:rsid w:val="00830ED7"/>
    <w:rsid w:val="00831CDC"/>
    <w:rsid w:val="00833D7F"/>
    <w:rsid w:val="00833F97"/>
    <w:rsid w:val="00835F52"/>
    <w:rsid w:val="008425A2"/>
    <w:rsid w:val="00846206"/>
    <w:rsid w:val="00847E85"/>
    <w:rsid w:val="008506C8"/>
    <w:rsid w:val="00850FE0"/>
    <w:rsid w:val="00853440"/>
    <w:rsid w:val="00853A8C"/>
    <w:rsid w:val="00855770"/>
    <w:rsid w:val="00855B34"/>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0845"/>
    <w:rsid w:val="008B23AA"/>
    <w:rsid w:val="008B3711"/>
    <w:rsid w:val="008B3E7D"/>
    <w:rsid w:val="008B6182"/>
    <w:rsid w:val="008B7B30"/>
    <w:rsid w:val="008C008A"/>
    <w:rsid w:val="008C0D59"/>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642"/>
    <w:rsid w:val="00911C8B"/>
    <w:rsid w:val="009131E0"/>
    <w:rsid w:val="00914ADC"/>
    <w:rsid w:val="00916A33"/>
    <w:rsid w:val="009173FA"/>
    <w:rsid w:val="009236F8"/>
    <w:rsid w:val="00924FD0"/>
    <w:rsid w:val="00925352"/>
    <w:rsid w:val="00925C41"/>
    <w:rsid w:val="0093541F"/>
    <w:rsid w:val="00937510"/>
    <w:rsid w:val="0093754A"/>
    <w:rsid w:val="00937738"/>
    <w:rsid w:val="00940564"/>
    <w:rsid w:val="00940DE2"/>
    <w:rsid w:val="009423DE"/>
    <w:rsid w:val="0094536E"/>
    <w:rsid w:val="00947B79"/>
    <w:rsid w:val="00950607"/>
    <w:rsid w:val="009511A4"/>
    <w:rsid w:val="00951953"/>
    <w:rsid w:val="00957155"/>
    <w:rsid w:val="00960030"/>
    <w:rsid w:val="009625CF"/>
    <w:rsid w:val="009629A5"/>
    <w:rsid w:val="00962DEA"/>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590C"/>
    <w:rsid w:val="009C77F7"/>
    <w:rsid w:val="009C7D69"/>
    <w:rsid w:val="009D17F5"/>
    <w:rsid w:val="009D60E3"/>
    <w:rsid w:val="009D75C0"/>
    <w:rsid w:val="009E0A9C"/>
    <w:rsid w:val="009E0E17"/>
    <w:rsid w:val="009E0E5C"/>
    <w:rsid w:val="009E3BE6"/>
    <w:rsid w:val="009E3BE7"/>
    <w:rsid w:val="009E640C"/>
    <w:rsid w:val="009E7D05"/>
    <w:rsid w:val="009E7EAA"/>
    <w:rsid w:val="009F05BA"/>
    <w:rsid w:val="009F1323"/>
    <w:rsid w:val="009F2CFB"/>
    <w:rsid w:val="009F78F0"/>
    <w:rsid w:val="00A03970"/>
    <w:rsid w:val="00A04F2D"/>
    <w:rsid w:val="00A074BE"/>
    <w:rsid w:val="00A10285"/>
    <w:rsid w:val="00A10290"/>
    <w:rsid w:val="00A122B0"/>
    <w:rsid w:val="00A12C22"/>
    <w:rsid w:val="00A13269"/>
    <w:rsid w:val="00A13751"/>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471E9"/>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1E21"/>
    <w:rsid w:val="00AB3C4D"/>
    <w:rsid w:val="00AB41B6"/>
    <w:rsid w:val="00AB4B45"/>
    <w:rsid w:val="00AC03D7"/>
    <w:rsid w:val="00AC05DE"/>
    <w:rsid w:val="00AC08A1"/>
    <w:rsid w:val="00AC0D84"/>
    <w:rsid w:val="00AC2BC0"/>
    <w:rsid w:val="00AC680D"/>
    <w:rsid w:val="00AC6B10"/>
    <w:rsid w:val="00AC7254"/>
    <w:rsid w:val="00AD2A3F"/>
    <w:rsid w:val="00AD338C"/>
    <w:rsid w:val="00AD3C21"/>
    <w:rsid w:val="00AE155F"/>
    <w:rsid w:val="00AE472D"/>
    <w:rsid w:val="00AF03C6"/>
    <w:rsid w:val="00AF1EC0"/>
    <w:rsid w:val="00AF209B"/>
    <w:rsid w:val="00AF22BE"/>
    <w:rsid w:val="00AF2EF4"/>
    <w:rsid w:val="00AF4771"/>
    <w:rsid w:val="00AF6DA0"/>
    <w:rsid w:val="00B005B6"/>
    <w:rsid w:val="00B0628F"/>
    <w:rsid w:val="00B10042"/>
    <w:rsid w:val="00B106E2"/>
    <w:rsid w:val="00B15F4D"/>
    <w:rsid w:val="00B218C4"/>
    <w:rsid w:val="00B31A11"/>
    <w:rsid w:val="00B343F8"/>
    <w:rsid w:val="00B35369"/>
    <w:rsid w:val="00B364FA"/>
    <w:rsid w:val="00B40F81"/>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314"/>
    <w:rsid w:val="00B65D60"/>
    <w:rsid w:val="00B712EA"/>
    <w:rsid w:val="00B71D4B"/>
    <w:rsid w:val="00B736BA"/>
    <w:rsid w:val="00B73A70"/>
    <w:rsid w:val="00B745C7"/>
    <w:rsid w:val="00B74A39"/>
    <w:rsid w:val="00B81CD0"/>
    <w:rsid w:val="00B83247"/>
    <w:rsid w:val="00B8336D"/>
    <w:rsid w:val="00B84DF3"/>
    <w:rsid w:val="00B8522D"/>
    <w:rsid w:val="00B85725"/>
    <w:rsid w:val="00B85EA3"/>
    <w:rsid w:val="00B87D4F"/>
    <w:rsid w:val="00B9118D"/>
    <w:rsid w:val="00B9416E"/>
    <w:rsid w:val="00B945DD"/>
    <w:rsid w:val="00BA0FF7"/>
    <w:rsid w:val="00BA2675"/>
    <w:rsid w:val="00BA27A8"/>
    <w:rsid w:val="00BA35ED"/>
    <w:rsid w:val="00BA41F8"/>
    <w:rsid w:val="00BA4994"/>
    <w:rsid w:val="00BA49CD"/>
    <w:rsid w:val="00BA56B8"/>
    <w:rsid w:val="00BA5A4A"/>
    <w:rsid w:val="00BA66F0"/>
    <w:rsid w:val="00BA7A6F"/>
    <w:rsid w:val="00BB2711"/>
    <w:rsid w:val="00BB2AA8"/>
    <w:rsid w:val="00BB3ADE"/>
    <w:rsid w:val="00BB3CC0"/>
    <w:rsid w:val="00BB3CE9"/>
    <w:rsid w:val="00BB51BF"/>
    <w:rsid w:val="00BB5B49"/>
    <w:rsid w:val="00BB6209"/>
    <w:rsid w:val="00BB66E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0D2F"/>
    <w:rsid w:val="00C018C9"/>
    <w:rsid w:val="00C01C1A"/>
    <w:rsid w:val="00C023A1"/>
    <w:rsid w:val="00C0264B"/>
    <w:rsid w:val="00C03879"/>
    <w:rsid w:val="00C11184"/>
    <w:rsid w:val="00C12B0D"/>
    <w:rsid w:val="00C12FFF"/>
    <w:rsid w:val="00C14DBB"/>
    <w:rsid w:val="00C24D24"/>
    <w:rsid w:val="00C24E73"/>
    <w:rsid w:val="00C27147"/>
    <w:rsid w:val="00C31BD9"/>
    <w:rsid w:val="00C3773B"/>
    <w:rsid w:val="00C4073D"/>
    <w:rsid w:val="00C41BD2"/>
    <w:rsid w:val="00C43FA5"/>
    <w:rsid w:val="00C455C1"/>
    <w:rsid w:val="00C45A94"/>
    <w:rsid w:val="00C4661E"/>
    <w:rsid w:val="00C46E16"/>
    <w:rsid w:val="00C53230"/>
    <w:rsid w:val="00C61241"/>
    <w:rsid w:val="00C61CDE"/>
    <w:rsid w:val="00C6253A"/>
    <w:rsid w:val="00C63B19"/>
    <w:rsid w:val="00C643E4"/>
    <w:rsid w:val="00C65601"/>
    <w:rsid w:val="00C67BD8"/>
    <w:rsid w:val="00C72EF1"/>
    <w:rsid w:val="00C7353B"/>
    <w:rsid w:val="00C74539"/>
    <w:rsid w:val="00C768B3"/>
    <w:rsid w:val="00C8324C"/>
    <w:rsid w:val="00C834BD"/>
    <w:rsid w:val="00C8353B"/>
    <w:rsid w:val="00C86689"/>
    <w:rsid w:val="00C868C0"/>
    <w:rsid w:val="00C86EE6"/>
    <w:rsid w:val="00C87A2E"/>
    <w:rsid w:val="00C87E1E"/>
    <w:rsid w:val="00C87F91"/>
    <w:rsid w:val="00C92350"/>
    <w:rsid w:val="00C95165"/>
    <w:rsid w:val="00C95440"/>
    <w:rsid w:val="00C9760E"/>
    <w:rsid w:val="00C977BC"/>
    <w:rsid w:val="00C97812"/>
    <w:rsid w:val="00CA0D60"/>
    <w:rsid w:val="00CA2FDB"/>
    <w:rsid w:val="00CA326B"/>
    <w:rsid w:val="00CA430C"/>
    <w:rsid w:val="00CA51DF"/>
    <w:rsid w:val="00CB213D"/>
    <w:rsid w:val="00CB37CA"/>
    <w:rsid w:val="00CB3B82"/>
    <w:rsid w:val="00CB4B50"/>
    <w:rsid w:val="00CB54C8"/>
    <w:rsid w:val="00CB5B41"/>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4583"/>
    <w:rsid w:val="00D36D41"/>
    <w:rsid w:val="00D41E63"/>
    <w:rsid w:val="00D42891"/>
    <w:rsid w:val="00D43BEE"/>
    <w:rsid w:val="00D443A8"/>
    <w:rsid w:val="00D45D06"/>
    <w:rsid w:val="00D463BD"/>
    <w:rsid w:val="00D47372"/>
    <w:rsid w:val="00D5061C"/>
    <w:rsid w:val="00D51041"/>
    <w:rsid w:val="00D51D3A"/>
    <w:rsid w:val="00D53FD7"/>
    <w:rsid w:val="00D54B63"/>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04A"/>
    <w:rsid w:val="00DA52B6"/>
    <w:rsid w:val="00DA6BE4"/>
    <w:rsid w:val="00DB0457"/>
    <w:rsid w:val="00DB0965"/>
    <w:rsid w:val="00DB1A89"/>
    <w:rsid w:val="00DB2118"/>
    <w:rsid w:val="00DB3FC1"/>
    <w:rsid w:val="00DB699D"/>
    <w:rsid w:val="00DC058C"/>
    <w:rsid w:val="00DC58A3"/>
    <w:rsid w:val="00DC7018"/>
    <w:rsid w:val="00DC73E2"/>
    <w:rsid w:val="00DD0A06"/>
    <w:rsid w:val="00DD297D"/>
    <w:rsid w:val="00DD3A5B"/>
    <w:rsid w:val="00DD60B2"/>
    <w:rsid w:val="00DE2948"/>
    <w:rsid w:val="00DE362A"/>
    <w:rsid w:val="00DE3D85"/>
    <w:rsid w:val="00DE6423"/>
    <w:rsid w:val="00DE7A25"/>
    <w:rsid w:val="00DF0411"/>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2EEF"/>
    <w:rsid w:val="00E13A0D"/>
    <w:rsid w:val="00E1410E"/>
    <w:rsid w:val="00E25F63"/>
    <w:rsid w:val="00E26D86"/>
    <w:rsid w:val="00E2739B"/>
    <w:rsid w:val="00E343E7"/>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4D6C"/>
    <w:rsid w:val="00ED515F"/>
    <w:rsid w:val="00EE1471"/>
    <w:rsid w:val="00EE2940"/>
    <w:rsid w:val="00EE37B8"/>
    <w:rsid w:val="00EE606E"/>
    <w:rsid w:val="00EE6E62"/>
    <w:rsid w:val="00EE780F"/>
    <w:rsid w:val="00EF0985"/>
    <w:rsid w:val="00EF1350"/>
    <w:rsid w:val="00EF23DF"/>
    <w:rsid w:val="00EF3D41"/>
    <w:rsid w:val="00EF4050"/>
    <w:rsid w:val="00EF5171"/>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862"/>
    <w:rsid w:val="00F26C52"/>
    <w:rsid w:val="00F26F29"/>
    <w:rsid w:val="00F270A3"/>
    <w:rsid w:val="00F30906"/>
    <w:rsid w:val="00F310B1"/>
    <w:rsid w:val="00F32475"/>
    <w:rsid w:val="00F33892"/>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4A9"/>
    <w:rsid w:val="00F66E93"/>
    <w:rsid w:val="00F672B1"/>
    <w:rsid w:val="00F70FA2"/>
    <w:rsid w:val="00F71C9D"/>
    <w:rsid w:val="00F720C9"/>
    <w:rsid w:val="00F748DB"/>
    <w:rsid w:val="00F769F2"/>
    <w:rsid w:val="00F832D7"/>
    <w:rsid w:val="00F83E26"/>
    <w:rsid w:val="00F8484A"/>
    <w:rsid w:val="00F851C6"/>
    <w:rsid w:val="00F902AC"/>
    <w:rsid w:val="00F925AD"/>
    <w:rsid w:val="00F928A6"/>
    <w:rsid w:val="00F95C4A"/>
    <w:rsid w:val="00FA1567"/>
    <w:rsid w:val="00FA27B2"/>
    <w:rsid w:val="00FA39E3"/>
    <w:rsid w:val="00FA4D4E"/>
    <w:rsid w:val="00FA4EDF"/>
    <w:rsid w:val="00FA7DC3"/>
    <w:rsid w:val="00FB28CB"/>
    <w:rsid w:val="00FB2A7D"/>
    <w:rsid w:val="00FB2B5B"/>
    <w:rsid w:val="00FB5368"/>
    <w:rsid w:val="00FB7F7E"/>
    <w:rsid w:val="00FC01EC"/>
    <w:rsid w:val="00FC18E3"/>
    <w:rsid w:val="00FC3AA0"/>
    <w:rsid w:val="00FC5923"/>
    <w:rsid w:val="00FC652D"/>
    <w:rsid w:val="00FD01C2"/>
    <w:rsid w:val="00FD11FE"/>
    <w:rsid w:val="00FD1EE4"/>
    <w:rsid w:val="00FD5A2B"/>
    <w:rsid w:val="00FD6504"/>
    <w:rsid w:val="00FD7155"/>
    <w:rsid w:val="00FD776E"/>
    <w:rsid w:val="00FD7918"/>
    <w:rsid w:val="00FD7A5E"/>
    <w:rsid w:val="00FD7E27"/>
    <w:rsid w:val="00FE1D00"/>
    <w:rsid w:val="00FE2CD6"/>
    <w:rsid w:val="00FE4F90"/>
    <w:rsid w:val="00FF03B2"/>
    <w:rsid w:val="00FF059F"/>
    <w:rsid w:val="00FF1318"/>
    <w:rsid w:val="00FF23A3"/>
    <w:rsid w:val="00FF28D0"/>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cs="Calibri"/>
      <w:color w:val="292929"/>
      <w:sz w:val="21"/>
    </w:rPr>
  </w:style>
  <w:style w:type="paragraph" w:styleId="Heading1">
    <w:name w:val="heading 1"/>
    <w:basedOn w:val="Normal"/>
    <w:next w:val="Normal"/>
    <w:link w:val="Heading1Char"/>
    <w:uiPriority w:val="9"/>
    <w:qFormat/>
    <w:rsid w:val="009E7EAA"/>
    <w:pPr>
      <w:keepNext/>
      <w:keepLines/>
      <w:spacing w:before="240" w:after="120"/>
      <w:outlineLvl w:val="0"/>
    </w:pPr>
    <w:rPr>
      <w:b/>
      <w:bCs/>
      <w:color w:val="175515"/>
      <w:sz w:val="32"/>
      <w:szCs w:val="28"/>
    </w:rPr>
  </w:style>
  <w:style w:type="paragraph" w:styleId="Heading2">
    <w:name w:val="heading 2"/>
    <w:basedOn w:val="Normal"/>
    <w:next w:val="Normal"/>
    <w:link w:val="Heading2Char"/>
    <w:uiPriority w:val="9"/>
    <w:unhideWhenUsed/>
    <w:qFormat/>
    <w:rsid w:val="009E7EAA"/>
    <w:pPr>
      <w:keepNext/>
      <w:keepLines/>
      <w:spacing w:before="200" w:after="80"/>
      <w:outlineLvl w:val="1"/>
    </w:pPr>
    <w:rPr>
      <w:b/>
      <w:bCs/>
      <w:color w:val="175515"/>
      <w:sz w:val="26"/>
      <w:szCs w:val="26"/>
    </w:rPr>
  </w:style>
  <w:style w:type="paragraph" w:styleId="Heading3">
    <w:name w:val="heading 3"/>
    <w:basedOn w:val="Normal"/>
    <w:next w:val="Normal"/>
    <w:link w:val="Heading3Char"/>
    <w:uiPriority w:val="9"/>
    <w:unhideWhenUsed/>
    <w:qFormat/>
    <w:rsid w:val="009E7EAA"/>
    <w:pPr>
      <w:keepNext/>
      <w:keepLines/>
      <w:spacing w:before="160" w:after="60"/>
      <w:outlineLvl w:val="2"/>
    </w:pPr>
    <w:rPr>
      <w:b/>
      <w:bCs/>
      <w:color w:val="175515"/>
      <w:sz w:val="23"/>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EAA"/>
    <w:rPr>
      <w:rFonts w:ascii="Calibri" w:hAnsi="Calibri" w:cs="Calibri"/>
      <w:b/>
      <w:bCs/>
      <w:color w:val="175515"/>
      <w:sz w:val="32"/>
      <w:szCs w:val="28"/>
    </w:rPr>
  </w:style>
  <w:style w:type="character" w:customStyle="1" w:styleId="Heading2Char">
    <w:name w:val="Heading 2 Char"/>
    <w:basedOn w:val="DefaultParagraphFont"/>
    <w:link w:val="Heading2"/>
    <w:uiPriority w:val="9"/>
    <w:rsid w:val="009E7EAA"/>
    <w:rPr>
      <w:rFonts w:ascii="Calibri" w:hAnsi="Calibri" w:cs="Calibri"/>
      <w:b/>
      <w:bCs/>
      <w:color w:val="175515"/>
      <w:sz w:val="26"/>
      <w:szCs w:val="26"/>
    </w:rPr>
  </w:style>
  <w:style w:type="character" w:customStyle="1" w:styleId="Heading3Char">
    <w:name w:val="Heading 3 Char"/>
    <w:basedOn w:val="DefaultParagraphFont"/>
    <w:link w:val="Heading3"/>
    <w:uiPriority w:val="9"/>
    <w:rsid w:val="009E7EAA"/>
    <w:rPr>
      <w:rFonts w:ascii="Calibri" w:hAnsi="Calibri" w:cs="Calibri"/>
      <w:b/>
      <w:bCs/>
      <w:color w:val="175515"/>
      <w:sz w:val="23"/>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pPr>
    <w:rPr>
      <w:rFonts w:eastAsia="MS Mincho"/>
      <w:lang w:val="en-US" w:eastAsia="ja-JP"/>
    </w:rPr>
  </w:style>
  <w:style w:type="paragraph" w:styleId="Date">
    <w:name w:val="Date"/>
    <w:basedOn w:val="Normal"/>
    <w:next w:val="Normal"/>
    <w:link w:val="DateChar"/>
    <w:rsid w:val="00B0628F"/>
    <w:pPr>
      <w:tabs>
        <w:tab w:val="left" w:pos="397"/>
      </w:tabs>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igunore,Colorful List - Accent 11,Bullets,lp1,Add On (orange),List Paragraph11,Bullet List,FooterText,List Paragraph1,numbered,Paragraphe de liste1,Bulletr List Paragraph,列出段落,列出段落1,List Paragraph2,List Paragraph21"/>
    <w:basedOn w:val="Normal"/>
    <w:link w:val="ListParagraphChar"/>
    <w:uiPriority w:val="34"/>
    <w:qFormat/>
    <w:rsid w:val="00FC693F"/>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pPr>
    <w:rPr>
      <w:lang w:eastAsia="ar-SA"/>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b/>
      <w:color w:val="17365D"/>
      <w:spacing w:val="5"/>
      <w:kern w:val="28"/>
      <w:sz w:val="52"/>
      <w:szCs w:val="52"/>
    </w:rPr>
  </w:style>
  <w:style w:type="character" w:customStyle="1" w:styleId="TitleChar">
    <w:name w:val="Title Char"/>
    <w:basedOn w:val="DefaultParagraphFont"/>
    <w:link w:val="Title"/>
    <w:uiPriority w:val="10"/>
    <w:rsid w:val="00FC693F"/>
    <w:rPr>
      <w:rFonts w:ascii="Calibri" w:hAnsi="Calibri" w:cs="Calibri"/>
      <w:color w:val="17365D" w:themeColor="text2" w:themeShade="BF"/>
      <w:spacing w:val="5"/>
      <w:kern w:val="28"/>
      <w:sz w:val="52"/>
      <w:szCs w:val="52"/>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lang w:eastAsia="ar-SA"/>
    </w:rPr>
  </w:style>
  <w:style w:type="paragraph" w:customStyle="1" w:styleId="DefaultText">
    <w:name w:val="Default Text"/>
    <w:basedOn w:val="Normal"/>
    <w:rsid w:val="00CD2B28"/>
    <w:pPr>
      <w:suppressAutoHyphens/>
      <w:overflowPunct w:val="0"/>
      <w:autoSpaceDE w:val="0"/>
    </w:pPr>
    <w:rPr>
      <w:lang w:eastAsia="ar-SA"/>
    </w:rPr>
  </w:style>
  <w:style w:type="paragraph" w:customStyle="1" w:styleId="No2">
    <w:name w:val="No 2"/>
    <w:basedOn w:val="Normal"/>
    <w:rsid w:val="00CD2B28"/>
    <w:pPr>
      <w:tabs>
        <w:tab w:val="left" w:pos="-720"/>
      </w:tabs>
      <w:suppressAutoHyphens/>
      <w:spacing w:after="240"/>
      <w:ind w:left="720" w:hanging="720"/>
    </w:pPr>
    <w:rPr>
      <w:spacing w:val="-3"/>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rPr>
  </w:style>
  <w:style w:type="paragraph" w:customStyle="1" w:styleId="TableText">
    <w:name w:val="Table Text"/>
    <w:basedOn w:val="Normal"/>
    <w:rsid w:val="00CD2B28"/>
    <w:pPr>
      <w:spacing w:before="60"/>
    </w:pPr>
    <w:rPr>
      <w:rFonts w:ascii="Arial" w:hAnsi="Arial"/>
      <w:spacing w:val="-5"/>
      <w:sz w:val="16"/>
    </w:rPr>
  </w:style>
  <w:style w:type="paragraph" w:customStyle="1" w:styleId="TableHeader">
    <w:name w:val="Table Header"/>
    <w:basedOn w:val="Normal"/>
    <w:rsid w:val="00CD2B28"/>
    <w:pPr>
      <w:spacing w:before="60"/>
      <w:jc w:val="center"/>
    </w:pPr>
    <w:rPr>
      <w:rFonts w:ascii="Arial Black" w:hAnsi="Arial Black"/>
      <w:spacing w:val="-5"/>
      <w:sz w:val="16"/>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spacing w:after="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style>
  <w:style w:type="paragraph" w:styleId="TOC2">
    <w:name w:val="toc 2"/>
    <w:basedOn w:val="Normal"/>
    <w:next w:val="Normal"/>
    <w:autoRedefine/>
    <w:uiPriority w:val="39"/>
    <w:unhideWhenUsed/>
    <w:rsid w:val="00875431"/>
    <w:pPr>
      <w:ind w:left="220"/>
    </w:pPr>
  </w:style>
  <w:style w:type="paragraph" w:styleId="EndnoteText">
    <w:name w:val="endnote text"/>
    <w:basedOn w:val="Normal"/>
    <w:link w:val="EndnoteTextChar"/>
    <w:uiPriority w:val="99"/>
    <w:semiHidden/>
    <w:unhideWhenUsed/>
    <w:rsid w:val="00FF03B2"/>
    <w:pPr>
      <w:spacing w:after="0" w:line="240" w:lineRule="auto"/>
    </w:pPr>
    <w:rPr>
      <w:sz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SIPartHeading">
    <w:name w:val="SI Part Heading"/>
    <w:pPr>
      <w:keepNext/>
      <w:spacing w:before="160" w:after="160"/>
    </w:pPr>
    <w:rPr>
      <w:rFonts w:ascii="Calibri" w:hAnsi="Calibri"/>
      <w:b/>
      <w:color w:val="68AF35"/>
      <w:sz w:val="32"/>
    </w:rPr>
  </w:style>
  <w:style w:type="paragraph" w:customStyle="1" w:styleId="SISectionHeading">
    <w:name w:val="SI Section Heading"/>
    <w:pPr>
      <w:keepNext/>
      <w:spacing w:before="200" w:after="100"/>
    </w:pPr>
    <w:rPr>
      <w:rFonts w:ascii="Calibri" w:hAnsi="Calibri"/>
      <w:b/>
      <w:color w:val="0B3345"/>
      <w:sz w:val="26"/>
    </w:rPr>
  </w:style>
  <w:style w:type="paragraph" w:customStyle="1" w:styleId="SISubheading">
    <w:name w:val="SI Subheading"/>
    <w:pPr>
      <w:keepNext/>
      <w:spacing w:before="160" w:after="80"/>
    </w:pPr>
    <w:rPr>
      <w:rFonts w:ascii="Calibri" w:hAnsi="Calibri"/>
      <w:b/>
      <w:color w:val="17365D"/>
      <w:sz w:val="22"/>
    </w:rPr>
  </w:style>
  <w:style w:type="paragraph" w:styleId="Subtitle">
    <w:name w:val="Subtitle"/>
    <w:basedOn w:val="Normal"/>
    <w:next w:val="Normal"/>
    <w:link w:val="SubtitleChar"/>
    <w:uiPriority w:val="11"/>
    <w:qFormat/>
    <w:rsid w:val="00FC693F"/>
    <w:pPr>
      <w:keepNext/>
      <w:numPr>
        <w:ilvl w:val="1"/>
      </w:numPr>
      <w:spacing w:after="240"/>
    </w:pPr>
    <w:rPr>
      <w:i/>
      <w:iCs/>
      <w:color w:val="68AF35"/>
      <w:spacing w:val="15"/>
      <w:sz w:val="28"/>
      <w:szCs w:val="24"/>
    </w:rPr>
  </w:style>
  <w:style w:type="character" w:customStyle="1" w:styleId="SubtitleChar">
    <w:name w:val="Subtitle Char"/>
    <w:basedOn w:val="DefaultParagraphFont"/>
    <w:link w:val="Subtitle"/>
    <w:uiPriority w:val="11"/>
    <w:rsid w:val="00FC693F"/>
    <w:rPr>
      <w:rFonts w:ascii="Calibri" w:hAnsi="Calibri" w:cs="Calibri"/>
      <w:i/>
      <w:iCs/>
      <w:color w:val="4F81BD" w:themeColor="accent1"/>
      <w:spacing w:val="15"/>
      <w:sz w:val="24"/>
      <w:szCs w:val="24"/>
    </w:rPr>
  </w:style>
  <w:style w:type="character" w:customStyle="1" w:styleId="ListParagraphChar">
    <w:name w:val="List Paragraph Char"/>
    <w:aliases w:val="Subtitle Cover Page Char,igunore Char,Colorful List - Accent 11 Char,Bullets Char,lp1 Char,Add On (orange) Char,List Paragraph11 Char,Bullet List Char,FooterText Char,List Paragraph1 Char,numbered Char,Paragraphe de liste1 Char"/>
    <w:link w:val="ListParagraph"/>
    <w:uiPriority w:val="34"/>
    <w:qFormat/>
    <w:locked/>
    <w:rsid w:val="00C31BD9"/>
    <w:rPr>
      <w:rFonts w:ascii="Calibri" w:hAnsi="Calibri" w:cs="Calibri"/>
      <w:color w:val="292929"/>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E04EC224254A2981FE7284DFCF6AFD"/>
        <w:category>
          <w:name w:val="General"/>
          <w:gallery w:val="placeholder"/>
        </w:category>
        <w:types>
          <w:type w:val="bbPlcHdr"/>
        </w:types>
        <w:behaviors>
          <w:behavior w:val="content"/>
        </w:behaviors>
        <w:guid w:val="{A7960EB9-6997-4E2C-8913-1E9C2D766B31}"/>
      </w:docPartPr>
      <w:docPartBody>
        <w:p w:rsidR="007655E2" w:rsidRDefault="00FD06CE" w:rsidP="00FD06CE">
          <w:pPr>
            <w:pStyle w:val="3CE04EC224254A2981FE7284DFCF6AFD"/>
          </w:pPr>
          <w:r w:rsidRPr="00671C7E">
            <w:rPr>
              <w:rStyle w:val="PlaceholderText"/>
            </w:rPr>
            <w:t>Choose an item.</w:t>
          </w:r>
        </w:p>
      </w:docPartBody>
    </w:docPart>
    <w:docPart>
      <w:docPartPr>
        <w:name w:val="021EAAFB7FBB4C1AB248F359CB44D0A2"/>
        <w:category>
          <w:name w:val="General"/>
          <w:gallery w:val="placeholder"/>
        </w:category>
        <w:types>
          <w:type w:val="bbPlcHdr"/>
        </w:types>
        <w:behaviors>
          <w:behavior w:val="content"/>
        </w:behaviors>
        <w:guid w:val="{FDBC8DB0-5827-43ED-9886-35B79AA9758B}"/>
      </w:docPartPr>
      <w:docPartBody>
        <w:p w:rsidR="007655E2" w:rsidRDefault="00FD06CE" w:rsidP="00FD06CE">
          <w:pPr>
            <w:pStyle w:val="021EAAFB7FBB4C1AB248F359CB44D0A2"/>
          </w:pPr>
          <w:r w:rsidRPr="00671C7E">
            <w:rPr>
              <w:rStyle w:val="PlaceholderText"/>
            </w:rPr>
            <w:t>Choose an item.</w:t>
          </w:r>
        </w:p>
      </w:docPartBody>
    </w:docPart>
    <w:docPart>
      <w:docPartPr>
        <w:name w:val="3646CAF745B744D4AA582521BFF6AD8F"/>
        <w:category>
          <w:name w:val="General"/>
          <w:gallery w:val="placeholder"/>
        </w:category>
        <w:types>
          <w:type w:val="bbPlcHdr"/>
        </w:types>
        <w:behaviors>
          <w:behavior w:val="content"/>
        </w:behaviors>
        <w:guid w:val="{37FFB720-1C79-46BF-BA9F-DB4864976C40}"/>
      </w:docPartPr>
      <w:docPartBody>
        <w:p w:rsidR="007655E2" w:rsidRDefault="00FD06CE" w:rsidP="00FD06CE">
          <w:pPr>
            <w:pStyle w:val="3646CAF745B744D4AA582521BFF6AD8F"/>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6CE"/>
    <w:rsid w:val="000309FF"/>
    <w:rsid w:val="0006067E"/>
    <w:rsid w:val="000F581D"/>
    <w:rsid w:val="003831EF"/>
    <w:rsid w:val="003C3C0D"/>
    <w:rsid w:val="004B737F"/>
    <w:rsid w:val="004E1CC0"/>
    <w:rsid w:val="004F7B9D"/>
    <w:rsid w:val="006943D3"/>
    <w:rsid w:val="006B1BA7"/>
    <w:rsid w:val="006D03A1"/>
    <w:rsid w:val="006F0129"/>
    <w:rsid w:val="007655E2"/>
    <w:rsid w:val="0077612F"/>
    <w:rsid w:val="0082563A"/>
    <w:rsid w:val="008262F4"/>
    <w:rsid w:val="00951953"/>
    <w:rsid w:val="009A4124"/>
    <w:rsid w:val="009C590C"/>
    <w:rsid w:val="00B40F81"/>
    <w:rsid w:val="00B85725"/>
    <w:rsid w:val="00B85EA3"/>
    <w:rsid w:val="00DF0411"/>
    <w:rsid w:val="00FB2247"/>
    <w:rsid w:val="00FD06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06CE"/>
    <w:rPr>
      <w:color w:val="808080"/>
    </w:rPr>
  </w:style>
  <w:style w:type="paragraph" w:customStyle="1" w:styleId="3CE04EC224254A2981FE7284DFCF6AFD">
    <w:name w:val="3CE04EC224254A2981FE7284DFCF6AFD"/>
    <w:rsid w:val="00FD06CE"/>
  </w:style>
  <w:style w:type="paragraph" w:customStyle="1" w:styleId="021EAAFB7FBB4C1AB248F359CB44D0A2">
    <w:name w:val="021EAAFB7FBB4C1AB248F359CB44D0A2"/>
    <w:rsid w:val="00FD06CE"/>
  </w:style>
  <w:style w:type="paragraph" w:customStyle="1" w:styleId="3646CAF745B744D4AA582521BFF6AD8F">
    <w:name w:val="3646CAF745B744D4AA582521BFF6AD8F"/>
    <w:rsid w:val="00FD06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c26154-e045-4770-ba9b-6fc8fbd431d2" xsi:nil="true"/>
    <lcf76f155ced4ddcb4097134ff3c332f xmlns="a0813746-5a4b-4d03-a8cf-3c609c510d9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E33E60543D214087B5E6AF260322E0" ma:contentTypeVersion="19" ma:contentTypeDescription="Create a new document." ma:contentTypeScope="" ma:versionID="9651d3c36a465e1bd78c5c94d59315d7">
  <xsd:schema xmlns:xsd="http://www.w3.org/2001/XMLSchema" xmlns:xs="http://www.w3.org/2001/XMLSchema" xmlns:p="http://schemas.microsoft.com/office/2006/metadata/properties" xmlns:ns2="a0813746-5a4b-4d03-a8cf-3c609c510d9e" xmlns:ns3="e5c26154-e045-4770-ba9b-6fc8fbd431d2" targetNamespace="http://schemas.microsoft.com/office/2006/metadata/properties" ma:root="true" ma:fieldsID="c2b0cf0d140e11844dd2ee60e52840d4" ns2:_="" ns3:_="">
    <xsd:import namespace="a0813746-5a4b-4d03-a8cf-3c609c510d9e"/>
    <xsd:import namespace="e5c26154-e045-4770-ba9b-6fc8fbd431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13746-5a4b-4d03-a8cf-3c609c510d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ee2ca9-1349-49fd-a579-cc052c854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26154-e045-4770-ba9b-6fc8fbd431d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34b9e4e-d342-4d99-9914-016a5e2fd267}" ma:internalName="TaxCatchAll" ma:showField="CatchAllData" ma:web="e5c26154-e045-4770-ba9b-6fc8fbd43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0FC4C1-EE5A-482C-B26B-2272F2685F86}">
  <ds:schemaRefs>
    <ds:schemaRef ds:uri="http://schemas.microsoft.com/office/2006/metadata/properties"/>
    <ds:schemaRef ds:uri="http://schemas.microsoft.com/office/infopath/2007/PartnerControls"/>
    <ds:schemaRef ds:uri="e5c26154-e045-4770-ba9b-6fc8fbd431d2"/>
    <ds:schemaRef ds:uri="a0813746-5a4b-4d03-a8cf-3c609c510d9e"/>
  </ds:schemaRefs>
</ds:datastoreItem>
</file>

<file path=customXml/itemProps2.xml><?xml version="1.0" encoding="utf-8"?>
<ds:datastoreItem xmlns:ds="http://schemas.openxmlformats.org/officeDocument/2006/customXml" ds:itemID="{3D4EEFA8-E60F-482A-9C82-EB0D173AD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813746-5a4b-4d03-a8cf-3c609c510d9e"/>
    <ds:schemaRef ds:uri="e5c26154-e045-4770-ba9b-6fc8fbd43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36B29C-595E-4F53-AD96-640DCA8154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3956</Words>
  <Characters>22552</Characters>
  <Application>Microsoft Office Word</Application>
  <DocSecurity>4</DocSecurity>
  <Lines>187</Lines>
  <Paragraphs>52</Paragraphs>
  <ScaleCrop>false</ScaleCrop>
  <HeadingPairs>
    <vt:vector size="2" baseType="variant">
      <vt:variant>
        <vt:lpstr>Title</vt:lpstr>
      </vt:variant>
      <vt:variant>
        <vt:i4>1</vt:i4>
      </vt:variant>
    </vt:vector>
  </HeadingPairs>
  <TitlesOfParts>
    <vt:vector size="1" baseType="lpstr">
      <vt:lpstr>SI-AT-G-02 – Above-Threshold Goods TRD</vt:lpstr>
    </vt:vector>
  </TitlesOfParts>
  <Company>The Office Of Public Works</Company>
  <LinksUpToDate>false</LinksUpToDate>
  <CharactersWithSpaces>26456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SI-AT-G-02 – Above-Threshold Goods TRD</dc:title>
  <dc:subject>Skillnet Ireland above-threshold goods Tender Response Document template</dc:subject>
  <dc:creator>Skillnet Ireland</dc:creator>
  <cp:keywords>Skillnet Ireland; procurement; above threshold; goods; template</cp:keywords>
  <dc:description>Draft template based on the OGP Goods RFT dated 16 January 2025.</dc:description>
  <cp:lastModifiedBy>Rogers Kagame</cp:lastModifiedBy>
  <cp:revision>2</cp:revision>
  <cp:lastPrinted>2017-05-31T13:38:00Z</cp:lastPrinted>
  <dcterms:created xsi:type="dcterms:W3CDTF">2026-10-07T15:22:00Z</dcterms:created>
  <dcterms:modified xsi:type="dcterms:W3CDTF">2026-10-07T15:22:00Z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0x010100B9E33E60543D214087B5E6AF260322E0</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MediaServiceImageTags">
    <vt:lpwstr/>
  </property>
</Properties>
</file>