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35007" w14:textId="77777777" w:rsidR="00D85649" w:rsidRDefault="00ED1437">
      <w:pPr>
        <w:jc w:val="center"/>
      </w:pPr>
      <w:r>
        <w:rPr>
          <w:b/>
          <w:sz w:val="32"/>
        </w:rPr>
        <w:t>APPENDIX 1 – FORM OF TENDER</w:t>
      </w:r>
      <w:r>
        <w:rPr>
          <w:b/>
          <w:sz w:val="32"/>
        </w:rPr>
        <w:br/>
      </w:r>
      <w:r>
        <w:rPr>
          <w:b/>
          <w:sz w:val="32"/>
        </w:rPr>
        <w:br/>
        <w:t>Outdoor Rehabilitation Space Development</w:t>
      </w:r>
      <w:r>
        <w:rPr>
          <w:b/>
          <w:sz w:val="32"/>
        </w:rPr>
        <w:br/>
        <w:t>Clontarf Hospital</w:t>
      </w:r>
    </w:p>
    <w:p w14:paraId="6B10A3C5" w14:textId="77777777" w:rsidR="00EA1CF5" w:rsidRDefault="00EA1CF5"/>
    <w:p w14:paraId="3351C71A" w14:textId="759EE052" w:rsidR="00D85649" w:rsidRDefault="00ED1437">
      <w:r>
        <w:br/>
        <w:t>Tenderer Details</w:t>
      </w:r>
    </w:p>
    <w:p w14:paraId="3AB678D9" w14:textId="77777777" w:rsidR="00EA1CF5" w:rsidRDefault="00EA1CF5"/>
    <w:p w14:paraId="635010E0" w14:textId="1E0884A0" w:rsidR="00D85649" w:rsidRDefault="00ED1437">
      <w:r>
        <w:t>Tenderer Name: ______________________________________________________________________</w:t>
      </w:r>
    </w:p>
    <w:p w14:paraId="0B4A5181" w14:textId="77777777" w:rsidR="00EA1CF5" w:rsidRDefault="00EA1CF5"/>
    <w:p w14:paraId="11A458D0" w14:textId="0F8DCB1D" w:rsidR="00D85649" w:rsidRDefault="00ED1437">
      <w:r>
        <w:t>Registered Address: __________________________________________________________________</w:t>
      </w:r>
    </w:p>
    <w:p w14:paraId="68EFEB91" w14:textId="0AC95C6C" w:rsidR="00D85649" w:rsidRDefault="00ED1437">
      <w:r>
        <w:t>_________________________________________________________________________________________</w:t>
      </w:r>
    </w:p>
    <w:p w14:paraId="60B7606A" w14:textId="77777777" w:rsidR="00EA1CF5" w:rsidRDefault="00EA1CF5"/>
    <w:p w14:paraId="572D08DE" w14:textId="69EB5394" w:rsidR="00D85649" w:rsidRDefault="00ED1437">
      <w:r>
        <w:t>Company Registration No.: __________________________________________________________</w:t>
      </w:r>
    </w:p>
    <w:p w14:paraId="2CBF77D0" w14:textId="77777777" w:rsidR="00EA1CF5" w:rsidRDefault="00EA1CF5"/>
    <w:p w14:paraId="75BA1BC4" w14:textId="005C9AAB" w:rsidR="00D85649" w:rsidRDefault="00ED1437">
      <w:r>
        <w:t>VAT Registration No.: ________________________________________________________________</w:t>
      </w:r>
    </w:p>
    <w:p w14:paraId="3697B8F2" w14:textId="61BE0101" w:rsidR="00EA1CF5" w:rsidRDefault="00ED1437">
      <w:r>
        <w:br/>
      </w:r>
    </w:p>
    <w:p w14:paraId="7FC8165A" w14:textId="463D3E9C" w:rsidR="00D85649" w:rsidRPr="00ED1437" w:rsidRDefault="00ED1437">
      <w:pPr>
        <w:rPr>
          <w:b/>
          <w:bCs/>
        </w:rPr>
      </w:pPr>
      <w:r w:rsidRPr="00ED1437">
        <w:rPr>
          <w:b/>
          <w:bCs/>
        </w:rPr>
        <w:t>Tender Declaration</w:t>
      </w:r>
    </w:p>
    <w:p w14:paraId="3A0E671E" w14:textId="77777777" w:rsidR="00D85649" w:rsidRDefault="00ED1437">
      <w:r>
        <w:t>We, the undersigned, having examined the Request for Tender, Drawings,</w:t>
      </w:r>
      <w:r>
        <w:t xml:space="preserve"> Specifications, Pricing Schedule, Appendices and all associated Tender Documents, hereby offer to undertake and complete the works in accordance with the requirements of Clontarf Hospital.</w:t>
      </w:r>
    </w:p>
    <w:p w14:paraId="5596BD71" w14:textId="77777777" w:rsidR="00D85649" w:rsidRDefault="00ED1437">
      <w:pPr>
        <w:pStyle w:val="ListBullet"/>
      </w:pPr>
      <w:r>
        <w:t>We have examined and understood all tender documentation.</w:t>
      </w:r>
    </w:p>
    <w:p w14:paraId="12EE8633" w14:textId="77777777" w:rsidR="00D85649" w:rsidRDefault="00ED1437">
      <w:pPr>
        <w:pStyle w:val="ListBullet"/>
      </w:pPr>
      <w:r>
        <w:t xml:space="preserve">We have </w:t>
      </w:r>
      <w:r>
        <w:t>satisfied ourselves regarding the nature and extent of the works.</w:t>
      </w:r>
    </w:p>
    <w:p w14:paraId="639F0673" w14:textId="77777777" w:rsidR="00D85649" w:rsidRDefault="00ED1437">
      <w:pPr>
        <w:pStyle w:val="ListBullet"/>
      </w:pPr>
      <w:r>
        <w:t>We accept the requirements set out in the Tender Documentation.</w:t>
      </w:r>
    </w:p>
    <w:p w14:paraId="66C76542" w14:textId="77777777" w:rsidR="00D85649" w:rsidRDefault="00ED1437">
      <w:pPr>
        <w:pStyle w:val="ListBullet"/>
      </w:pPr>
      <w:r>
        <w:t>We possess the resources, experience, insurances and capability necessary to deliver the works.</w:t>
      </w:r>
    </w:p>
    <w:p w14:paraId="0A847C02" w14:textId="77777777" w:rsidR="00D85649" w:rsidRDefault="00ED1437">
      <w:pPr>
        <w:pStyle w:val="ListBullet"/>
      </w:pPr>
      <w:r>
        <w:t>The information submitted with</w:t>
      </w:r>
      <w:r>
        <w:t>in this tender is accurate and complete.</w:t>
      </w:r>
    </w:p>
    <w:p w14:paraId="179602D7" w14:textId="77777777" w:rsidR="00D85649" w:rsidRPr="00ED1437" w:rsidRDefault="00ED1437">
      <w:pPr>
        <w:rPr>
          <w:b/>
          <w:bCs/>
        </w:rPr>
      </w:pPr>
      <w:r>
        <w:lastRenderedPageBreak/>
        <w:br/>
      </w:r>
      <w:r w:rsidRPr="00ED1437">
        <w:rPr>
          <w:b/>
          <w:bCs/>
        </w:rPr>
        <w:t>Tender Sum</w:t>
      </w:r>
    </w:p>
    <w:p w14:paraId="70F7A8BA" w14:textId="77777777" w:rsidR="00D85649" w:rsidRDefault="00ED1437">
      <w:r>
        <w:t>The Tender Sum submitted is as detailed within the Pricing Schedule attached to this Tender.</w:t>
      </w:r>
    </w:p>
    <w:p w14:paraId="6810D15E" w14:textId="77777777" w:rsidR="00D85649" w:rsidRDefault="00ED1437">
      <w:r>
        <w:br/>
        <w:t>Authorised Signatory</w:t>
      </w:r>
    </w:p>
    <w:p w14:paraId="683CEF45" w14:textId="77777777" w:rsidR="00D85649" w:rsidRDefault="00ED1437">
      <w:r>
        <w:t>Name: _______________________________________</w:t>
      </w:r>
    </w:p>
    <w:p w14:paraId="04B40808" w14:textId="77777777" w:rsidR="00D85649" w:rsidRDefault="00ED1437">
      <w:r>
        <w:t>Position: ________________________________</w:t>
      </w:r>
      <w:r>
        <w:t>_____</w:t>
      </w:r>
    </w:p>
    <w:p w14:paraId="09A4C5D8" w14:textId="77777777" w:rsidR="00D85649" w:rsidRDefault="00ED1437">
      <w:r>
        <w:t>Signature: ___________________________________</w:t>
      </w:r>
    </w:p>
    <w:p w14:paraId="1146A605" w14:textId="77777777" w:rsidR="00D85649" w:rsidRDefault="00ED1437">
      <w:r>
        <w:t>Date: ________________________________________</w:t>
      </w:r>
    </w:p>
    <w:p w14:paraId="5E5BCA48" w14:textId="77777777" w:rsidR="00D85649" w:rsidRDefault="00ED1437">
      <w:r>
        <w:br/>
        <w:t>Contact Telephone: _____________________________</w:t>
      </w:r>
    </w:p>
    <w:p w14:paraId="026C1C67" w14:textId="77777777" w:rsidR="00D85649" w:rsidRDefault="00ED1437">
      <w:r>
        <w:t>Email Address: ________________________________</w:t>
      </w:r>
    </w:p>
    <w:sectPr w:rsidR="00D85649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2CE8E" w14:textId="77777777" w:rsidR="00ED1437" w:rsidRDefault="00ED1437" w:rsidP="00ED1437">
      <w:pPr>
        <w:spacing w:after="0" w:line="240" w:lineRule="auto"/>
      </w:pPr>
      <w:r>
        <w:separator/>
      </w:r>
    </w:p>
  </w:endnote>
  <w:endnote w:type="continuationSeparator" w:id="0">
    <w:p w14:paraId="01019B7F" w14:textId="77777777" w:rsidR="00ED1437" w:rsidRDefault="00ED1437" w:rsidP="00ED1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CAF7A" w14:textId="77777777" w:rsidR="00ED1437" w:rsidRDefault="00ED1437" w:rsidP="00ED1437">
      <w:pPr>
        <w:spacing w:after="0" w:line="240" w:lineRule="auto"/>
      </w:pPr>
      <w:r>
        <w:separator/>
      </w:r>
    </w:p>
  </w:footnote>
  <w:footnote w:type="continuationSeparator" w:id="0">
    <w:p w14:paraId="2D2F125D" w14:textId="77777777" w:rsidR="00ED1437" w:rsidRDefault="00ED1437" w:rsidP="00ED1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AE9C8" w14:textId="457F1F4D" w:rsidR="00ED1437" w:rsidRDefault="00ED1437">
    <w:pPr>
      <w:pStyle w:val="Header"/>
    </w:pPr>
    <w:r>
      <w:rPr>
        <w:noProof/>
      </w:rPr>
      <w:drawing>
        <wp:inline distT="0" distB="0" distL="0" distR="0" wp14:anchorId="38E0AEC1" wp14:editId="37A7A469">
          <wp:extent cx="723900" cy="70485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3900" cy="704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85649"/>
    <w:rsid w:val="00EA1CF5"/>
    <w:rsid w:val="00ED14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913266"/>
  <w14:defaultImageDpi w14:val="300"/>
  <w15:docId w15:val="{AFB9AB7B-DE6D-49A7-9BB6-5BF7239B9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Millar</dc:creator>
  <cp:keywords/>
  <dc:description>generated by python-docx</dc:description>
  <cp:lastModifiedBy>Michelle Millar</cp:lastModifiedBy>
  <cp:revision>3</cp:revision>
  <dcterms:created xsi:type="dcterms:W3CDTF">2026-10-06T07:32:00Z</dcterms:created>
  <dcterms:modified xsi:type="dcterms:W3CDTF">2026-10-06T07:36:00Z</dcterms:modified>
  <cp:category/>
</cp:coreProperties>
</file>