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4C07F" w14:textId="77777777" w:rsidR="00732E9B" w:rsidRDefault="003F2D08">
      <w:pPr>
        <w:spacing w:after="0"/>
        <w:jc w:val="center"/>
      </w:pPr>
      <w:r>
        <w:rPr>
          <w:noProof/>
        </w:rPr>
        <w:drawing>
          <wp:inline distT="0" distB="0" distL="0" distR="0" wp14:anchorId="24421334" wp14:editId="15E78284">
            <wp:extent cx="7406640" cy="10469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trd.png"/>
                    <pic:cNvPicPr/>
                  </pic:nvPicPr>
                  <pic:blipFill>
                    <a:blip r:embed="rId11"/>
                    <a:stretch>
                      <a:fillRect/>
                    </a:stretch>
                  </pic:blipFill>
                  <pic:spPr>
                    <a:xfrm>
                      <a:off x="0" y="0"/>
                      <a:ext cx="7406640" cy="10469880"/>
                    </a:xfrm>
                    <a:prstGeom prst="rect">
                      <a:avLst/>
                    </a:prstGeom>
                  </pic:spPr>
                </pic:pic>
              </a:graphicData>
            </a:graphic>
          </wp:inline>
        </w:drawing>
      </w:r>
    </w:p>
    <w:p w14:paraId="31B98727" w14:textId="77777777" w:rsidR="00732E9B" w:rsidRDefault="00732E9B">
      <w:pPr>
        <w:sectPr w:rsidR="00732E9B">
          <w:pgSz w:w="12240" w:h="15840"/>
          <w:pgMar w:top="0" w:right="0" w:bottom="0" w:left="0" w:header="720" w:footer="720" w:gutter="0"/>
          <w:cols w:space="720"/>
          <w:docGrid w:linePitch="360"/>
        </w:sectPr>
      </w:pPr>
    </w:p>
    <w:p w14:paraId="3582B3CB" w14:textId="77777777" w:rsidR="00732E9B" w:rsidRDefault="003F2D08">
      <w:pPr>
        <w:pStyle w:val="Title"/>
      </w:pPr>
      <w:r>
        <w:lastRenderedPageBreak/>
        <w:t>TENDER RESPONSE DOCUMENT</w:t>
      </w:r>
    </w:p>
    <w:p w14:paraId="7238374E" w14:textId="77777777" w:rsidR="00732E9B" w:rsidRDefault="003F2D08">
      <w:r>
        <w:t>Tenderers must complete all sections of this document and submit it through the eTenders tender box. Do not alter the structure of the document other than expanding response fields where required.</w:t>
      </w:r>
    </w:p>
    <w:p w14:paraId="0C1AB0C4" w14:textId="77777777" w:rsidR="00732E9B" w:rsidRDefault="00732E9B"/>
    <w:p w14:paraId="76FBF603" w14:textId="77777777" w:rsidR="00732E9B" w:rsidRDefault="003F2D08">
      <w:pPr>
        <w:pStyle w:val="Heading1"/>
      </w:pPr>
      <w:r>
        <w:t>1. TENDERER DETAILS</w:t>
      </w:r>
    </w:p>
    <w:tbl>
      <w:tblPr>
        <w:tblStyle w:val="TableGrid"/>
        <w:tblW w:w="0" w:type="auto"/>
        <w:jc w:val="center"/>
        <w:tblLook w:val="04A0" w:firstRow="1" w:lastRow="0" w:firstColumn="1" w:lastColumn="0" w:noHBand="0" w:noVBand="1"/>
      </w:tblPr>
      <w:tblGrid>
        <w:gridCol w:w="5040"/>
        <w:gridCol w:w="5040"/>
      </w:tblGrid>
      <w:tr w:rsidR="00732E9B" w14:paraId="3B3D269A" w14:textId="77777777">
        <w:trPr>
          <w:jc w:val="center"/>
        </w:trPr>
        <w:tc>
          <w:tcPr>
            <w:tcW w:w="5040" w:type="dxa"/>
            <w:shd w:val="clear" w:color="auto" w:fill="F2F2F2"/>
            <w:vAlign w:val="center"/>
          </w:tcPr>
          <w:p w14:paraId="3B19D4BD" w14:textId="77777777" w:rsidR="00732E9B" w:rsidRDefault="003F2D08">
            <w:r>
              <w:rPr>
                <w:b/>
                <w:color w:val="003247"/>
                <w:sz w:val="18"/>
              </w:rPr>
              <w:t>Legal name</w:t>
            </w:r>
          </w:p>
        </w:tc>
        <w:tc>
          <w:tcPr>
            <w:tcW w:w="5040" w:type="dxa"/>
            <w:vAlign w:val="center"/>
          </w:tcPr>
          <w:p w14:paraId="6903360B" w14:textId="77777777" w:rsidR="00732E9B" w:rsidRDefault="003F2D08">
            <w:r>
              <w:rPr>
                <w:sz w:val="18"/>
              </w:rPr>
              <w:t>[Insert]</w:t>
            </w:r>
          </w:p>
        </w:tc>
      </w:tr>
      <w:tr w:rsidR="00732E9B" w14:paraId="5EF0A880" w14:textId="77777777">
        <w:trPr>
          <w:jc w:val="center"/>
        </w:trPr>
        <w:tc>
          <w:tcPr>
            <w:tcW w:w="5040" w:type="dxa"/>
            <w:shd w:val="clear" w:color="auto" w:fill="F2F2F2"/>
            <w:vAlign w:val="center"/>
          </w:tcPr>
          <w:p w14:paraId="33FEBD49" w14:textId="77777777" w:rsidR="00732E9B" w:rsidRDefault="003F2D08">
            <w:r>
              <w:rPr>
                <w:b/>
                <w:color w:val="003247"/>
                <w:sz w:val="18"/>
              </w:rPr>
              <w:t>Trading name (if different)</w:t>
            </w:r>
          </w:p>
        </w:tc>
        <w:tc>
          <w:tcPr>
            <w:tcW w:w="5040" w:type="dxa"/>
            <w:vAlign w:val="center"/>
          </w:tcPr>
          <w:p w14:paraId="4EB05D1B" w14:textId="77777777" w:rsidR="00732E9B" w:rsidRDefault="003F2D08">
            <w:r>
              <w:rPr>
                <w:sz w:val="18"/>
              </w:rPr>
              <w:t>[Insert]</w:t>
            </w:r>
          </w:p>
        </w:tc>
      </w:tr>
      <w:tr w:rsidR="00732E9B" w14:paraId="65B2A437" w14:textId="77777777">
        <w:trPr>
          <w:jc w:val="center"/>
        </w:trPr>
        <w:tc>
          <w:tcPr>
            <w:tcW w:w="5040" w:type="dxa"/>
            <w:shd w:val="clear" w:color="auto" w:fill="F2F2F2"/>
            <w:vAlign w:val="center"/>
          </w:tcPr>
          <w:p w14:paraId="517D3295" w14:textId="77777777" w:rsidR="00732E9B" w:rsidRDefault="003F2D08">
            <w:r>
              <w:rPr>
                <w:b/>
                <w:color w:val="003247"/>
                <w:sz w:val="18"/>
              </w:rPr>
              <w:t>Registered address</w:t>
            </w:r>
          </w:p>
        </w:tc>
        <w:tc>
          <w:tcPr>
            <w:tcW w:w="5040" w:type="dxa"/>
            <w:vAlign w:val="center"/>
          </w:tcPr>
          <w:p w14:paraId="4B0A502D" w14:textId="77777777" w:rsidR="00732E9B" w:rsidRDefault="003F2D08">
            <w:r>
              <w:rPr>
                <w:sz w:val="18"/>
              </w:rPr>
              <w:t>[Insert]</w:t>
            </w:r>
          </w:p>
        </w:tc>
      </w:tr>
      <w:tr w:rsidR="00732E9B" w14:paraId="16D369CB" w14:textId="77777777">
        <w:trPr>
          <w:jc w:val="center"/>
        </w:trPr>
        <w:tc>
          <w:tcPr>
            <w:tcW w:w="5040" w:type="dxa"/>
            <w:shd w:val="clear" w:color="auto" w:fill="F2F2F2"/>
            <w:vAlign w:val="center"/>
          </w:tcPr>
          <w:p w14:paraId="1152B1F7" w14:textId="77777777" w:rsidR="00732E9B" w:rsidRDefault="003F2D08">
            <w:r>
              <w:rPr>
                <w:b/>
                <w:color w:val="003247"/>
                <w:sz w:val="18"/>
              </w:rPr>
              <w:t>Company / registration number</w:t>
            </w:r>
          </w:p>
        </w:tc>
        <w:tc>
          <w:tcPr>
            <w:tcW w:w="5040" w:type="dxa"/>
            <w:vAlign w:val="center"/>
          </w:tcPr>
          <w:p w14:paraId="2C821E5C" w14:textId="77777777" w:rsidR="00732E9B" w:rsidRDefault="003F2D08">
            <w:r>
              <w:rPr>
                <w:sz w:val="18"/>
              </w:rPr>
              <w:t>[Insert]</w:t>
            </w:r>
          </w:p>
        </w:tc>
      </w:tr>
      <w:tr w:rsidR="00732E9B" w14:paraId="6890ACBF" w14:textId="77777777">
        <w:trPr>
          <w:jc w:val="center"/>
        </w:trPr>
        <w:tc>
          <w:tcPr>
            <w:tcW w:w="5040" w:type="dxa"/>
            <w:shd w:val="clear" w:color="auto" w:fill="F2F2F2"/>
            <w:vAlign w:val="center"/>
          </w:tcPr>
          <w:p w14:paraId="478E5754" w14:textId="77777777" w:rsidR="00732E9B" w:rsidRDefault="003F2D08">
            <w:r>
              <w:rPr>
                <w:b/>
                <w:color w:val="003247"/>
                <w:sz w:val="18"/>
              </w:rPr>
              <w:t>Tax reference / equivalent</w:t>
            </w:r>
          </w:p>
        </w:tc>
        <w:tc>
          <w:tcPr>
            <w:tcW w:w="5040" w:type="dxa"/>
            <w:vAlign w:val="center"/>
          </w:tcPr>
          <w:p w14:paraId="3AB90F67" w14:textId="77777777" w:rsidR="00732E9B" w:rsidRDefault="003F2D08">
            <w:r>
              <w:rPr>
                <w:sz w:val="18"/>
              </w:rPr>
              <w:t>[Insert]</w:t>
            </w:r>
          </w:p>
        </w:tc>
      </w:tr>
      <w:tr w:rsidR="00732E9B" w14:paraId="0BC59EEC" w14:textId="77777777">
        <w:trPr>
          <w:jc w:val="center"/>
        </w:trPr>
        <w:tc>
          <w:tcPr>
            <w:tcW w:w="5040" w:type="dxa"/>
            <w:shd w:val="clear" w:color="auto" w:fill="F2F2F2"/>
            <w:vAlign w:val="center"/>
          </w:tcPr>
          <w:p w14:paraId="113FFC6C" w14:textId="77777777" w:rsidR="00732E9B" w:rsidRDefault="003F2D08">
            <w:r>
              <w:rPr>
                <w:b/>
                <w:color w:val="003247"/>
                <w:sz w:val="18"/>
              </w:rPr>
              <w:t>Website</w:t>
            </w:r>
          </w:p>
        </w:tc>
        <w:tc>
          <w:tcPr>
            <w:tcW w:w="5040" w:type="dxa"/>
            <w:vAlign w:val="center"/>
          </w:tcPr>
          <w:p w14:paraId="5EC37753" w14:textId="77777777" w:rsidR="00732E9B" w:rsidRDefault="003F2D08">
            <w:r>
              <w:rPr>
                <w:sz w:val="18"/>
              </w:rPr>
              <w:t>[Insert]</w:t>
            </w:r>
          </w:p>
        </w:tc>
      </w:tr>
      <w:tr w:rsidR="00732E9B" w14:paraId="5B6DAAB8" w14:textId="77777777">
        <w:trPr>
          <w:jc w:val="center"/>
        </w:trPr>
        <w:tc>
          <w:tcPr>
            <w:tcW w:w="5040" w:type="dxa"/>
            <w:shd w:val="clear" w:color="auto" w:fill="F2F2F2"/>
            <w:vAlign w:val="center"/>
          </w:tcPr>
          <w:p w14:paraId="376E6933" w14:textId="77777777" w:rsidR="00732E9B" w:rsidRDefault="003F2D08">
            <w:r>
              <w:rPr>
                <w:b/>
                <w:color w:val="003247"/>
                <w:sz w:val="18"/>
              </w:rPr>
              <w:t>Primary contact name</w:t>
            </w:r>
          </w:p>
        </w:tc>
        <w:tc>
          <w:tcPr>
            <w:tcW w:w="5040" w:type="dxa"/>
            <w:vAlign w:val="center"/>
          </w:tcPr>
          <w:p w14:paraId="21C69C7A" w14:textId="77777777" w:rsidR="00732E9B" w:rsidRDefault="003F2D08">
            <w:r>
              <w:rPr>
                <w:sz w:val="18"/>
              </w:rPr>
              <w:t>[Insert]</w:t>
            </w:r>
          </w:p>
        </w:tc>
      </w:tr>
      <w:tr w:rsidR="00732E9B" w14:paraId="282D1A7F" w14:textId="77777777">
        <w:trPr>
          <w:jc w:val="center"/>
        </w:trPr>
        <w:tc>
          <w:tcPr>
            <w:tcW w:w="5040" w:type="dxa"/>
            <w:shd w:val="clear" w:color="auto" w:fill="F2F2F2"/>
            <w:vAlign w:val="center"/>
          </w:tcPr>
          <w:p w14:paraId="193B29BD" w14:textId="77777777" w:rsidR="00732E9B" w:rsidRDefault="003F2D08">
            <w:r>
              <w:rPr>
                <w:b/>
                <w:color w:val="003247"/>
                <w:sz w:val="18"/>
              </w:rPr>
              <w:t>Position</w:t>
            </w:r>
          </w:p>
        </w:tc>
        <w:tc>
          <w:tcPr>
            <w:tcW w:w="5040" w:type="dxa"/>
            <w:vAlign w:val="center"/>
          </w:tcPr>
          <w:p w14:paraId="0DBD09C9" w14:textId="77777777" w:rsidR="00732E9B" w:rsidRDefault="003F2D08">
            <w:r>
              <w:rPr>
                <w:sz w:val="18"/>
              </w:rPr>
              <w:t>[Insert]</w:t>
            </w:r>
          </w:p>
        </w:tc>
      </w:tr>
      <w:tr w:rsidR="00732E9B" w14:paraId="2F037131" w14:textId="77777777">
        <w:trPr>
          <w:jc w:val="center"/>
        </w:trPr>
        <w:tc>
          <w:tcPr>
            <w:tcW w:w="5040" w:type="dxa"/>
            <w:shd w:val="clear" w:color="auto" w:fill="F2F2F2"/>
            <w:vAlign w:val="center"/>
          </w:tcPr>
          <w:p w14:paraId="655E2FA2" w14:textId="77777777" w:rsidR="00732E9B" w:rsidRDefault="003F2D08">
            <w:r>
              <w:rPr>
                <w:b/>
                <w:color w:val="003247"/>
                <w:sz w:val="18"/>
              </w:rPr>
              <w:t>Email</w:t>
            </w:r>
          </w:p>
        </w:tc>
        <w:tc>
          <w:tcPr>
            <w:tcW w:w="5040" w:type="dxa"/>
            <w:vAlign w:val="center"/>
          </w:tcPr>
          <w:p w14:paraId="69564E37" w14:textId="77777777" w:rsidR="00732E9B" w:rsidRDefault="003F2D08">
            <w:r>
              <w:rPr>
                <w:sz w:val="18"/>
              </w:rPr>
              <w:t>[Insert]</w:t>
            </w:r>
          </w:p>
        </w:tc>
      </w:tr>
      <w:tr w:rsidR="00732E9B" w14:paraId="5F8A89D3" w14:textId="77777777">
        <w:trPr>
          <w:jc w:val="center"/>
        </w:trPr>
        <w:tc>
          <w:tcPr>
            <w:tcW w:w="5040" w:type="dxa"/>
            <w:shd w:val="clear" w:color="auto" w:fill="F2F2F2"/>
            <w:vAlign w:val="center"/>
          </w:tcPr>
          <w:p w14:paraId="321A3D24" w14:textId="77777777" w:rsidR="00732E9B" w:rsidRDefault="003F2D08">
            <w:r>
              <w:rPr>
                <w:b/>
                <w:color w:val="003247"/>
                <w:sz w:val="18"/>
              </w:rPr>
              <w:t>Telephone</w:t>
            </w:r>
          </w:p>
        </w:tc>
        <w:tc>
          <w:tcPr>
            <w:tcW w:w="5040" w:type="dxa"/>
            <w:vAlign w:val="center"/>
          </w:tcPr>
          <w:p w14:paraId="33A86DD6" w14:textId="77777777" w:rsidR="00732E9B" w:rsidRDefault="003F2D08">
            <w:r>
              <w:rPr>
                <w:sz w:val="18"/>
              </w:rPr>
              <w:t>[Insert]</w:t>
            </w:r>
          </w:p>
        </w:tc>
      </w:tr>
    </w:tbl>
    <w:p w14:paraId="60D650BF" w14:textId="77777777" w:rsidR="00732E9B" w:rsidRDefault="003F2D08">
      <w:pPr>
        <w:pStyle w:val="Heading2"/>
      </w:pPr>
      <w:r>
        <w:t>1.1 Company overview (maximum 400 words)</w:t>
      </w:r>
    </w:p>
    <w:p w14:paraId="18E49B36" w14:textId="77777777" w:rsidR="00732E9B" w:rsidRDefault="003F2D08">
      <w:r>
        <w:t>[Insert response here]</w:t>
      </w:r>
    </w:p>
    <w:p w14:paraId="152328B5" w14:textId="77777777" w:rsidR="00732E9B" w:rsidRDefault="003F2D08">
      <w:pPr>
        <w:pStyle w:val="Heading2"/>
      </w:pPr>
      <w:r>
        <w:t>1.2 Consortium / subcontracting arrangements (maximum 300 words)</w:t>
      </w:r>
    </w:p>
    <w:p w14:paraId="00DD632D" w14:textId="77777777" w:rsidR="00732E9B" w:rsidRDefault="003F2D08">
      <w:r>
        <w:t>State whether the tender is being submitted by a single entity, consortium / grouping, or prime contractor with subcontractors. Identify all parties, their roles and the proportion of the Services they are expected to perform.</w:t>
      </w:r>
    </w:p>
    <w:p w14:paraId="48326A66" w14:textId="77777777" w:rsidR="00732E9B" w:rsidRDefault="003F2D08">
      <w:r>
        <w:t>[Insert response here]</w:t>
      </w:r>
    </w:p>
    <w:p w14:paraId="5128959C" w14:textId="77777777" w:rsidR="00732E9B" w:rsidRDefault="003F2D08">
      <w:pPr>
        <w:pStyle w:val="Heading1"/>
      </w:pPr>
      <w:r>
        <w:t>2. PASS / FAIL SELECTION INFORMATION</w:t>
      </w:r>
    </w:p>
    <w:p w14:paraId="1D005CB6" w14:textId="77777777" w:rsidR="00732E9B" w:rsidRDefault="003F2D08">
      <w:pPr>
        <w:pStyle w:val="Heading2"/>
      </w:pPr>
      <w:r>
        <w:t>2.1 Economic and financial standing</w:t>
      </w:r>
    </w:p>
    <w:p w14:paraId="31F18032" w14:textId="77777777" w:rsidR="00732E9B" w:rsidRDefault="003F2D08">
      <w:r>
        <w:t>Confirm that the Tenderer has sufficient financial and economic capacity to perform a contract of the scale described in the CFT and can provide supporting evidence on request.</w:t>
      </w:r>
    </w:p>
    <w:tbl>
      <w:tblPr>
        <w:tblStyle w:val="TableGrid"/>
        <w:tblW w:w="0" w:type="auto"/>
        <w:jc w:val="center"/>
        <w:tblLook w:val="04A0" w:firstRow="1" w:lastRow="0" w:firstColumn="1" w:lastColumn="0" w:noHBand="0" w:noVBand="1"/>
      </w:tblPr>
      <w:tblGrid>
        <w:gridCol w:w="5040"/>
        <w:gridCol w:w="5040"/>
      </w:tblGrid>
      <w:tr w:rsidR="00732E9B" w14:paraId="565E2F8D" w14:textId="77777777">
        <w:trPr>
          <w:jc w:val="center"/>
        </w:trPr>
        <w:tc>
          <w:tcPr>
            <w:tcW w:w="5040" w:type="dxa"/>
            <w:shd w:val="clear" w:color="auto" w:fill="F2F2F2"/>
            <w:vAlign w:val="center"/>
          </w:tcPr>
          <w:p w14:paraId="18CFBBFC" w14:textId="77777777" w:rsidR="00732E9B" w:rsidRDefault="003F2D08">
            <w:r>
              <w:rPr>
                <w:b/>
                <w:color w:val="003247"/>
                <w:sz w:val="18"/>
              </w:rPr>
              <w:t>Confirmation</w:t>
            </w:r>
          </w:p>
        </w:tc>
        <w:tc>
          <w:tcPr>
            <w:tcW w:w="5040" w:type="dxa"/>
            <w:vAlign w:val="center"/>
          </w:tcPr>
          <w:p w14:paraId="746B6066" w14:textId="77777777" w:rsidR="00732E9B" w:rsidRDefault="003F2D08">
            <w:r>
              <w:rPr>
                <w:sz w:val="18"/>
              </w:rPr>
              <w:t>YES / NO</w:t>
            </w:r>
          </w:p>
        </w:tc>
      </w:tr>
      <w:tr w:rsidR="00732E9B" w14:paraId="32F654F7" w14:textId="77777777">
        <w:trPr>
          <w:jc w:val="center"/>
        </w:trPr>
        <w:tc>
          <w:tcPr>
            <w:tcW w:w="5040" w:type="dxa"/>
            <w:shd w:val="clear" w:color="auto" w:fill="F2F2F2"/>
            <w:vAlign w:val="center"/>
          </w:tcPr>
          <w:p w14:paraId="76530FDB" w14:textId="77777777" w:rsidR="00732E9B" w:rsidRDefault="003F2D08">
            <w:r>
              <w:rPr>
                <w:b/>
                <w:color w:val="003247"/>
                <w:sz w:val="18"/>
              </w:rPr>
              <w:t>Comments / qualifications</w:t>
            </w:r>
          </w:p>
        </w:tc>
        <w:tc>
          <w:tcPr>
            <w:tcW w:w="5040" w:type="dxa"/>
            <w:vAlign w:val="center"/>
          </w:tcPr>
          <w:p w14:paraId="6B944A61" w14:textId="77777777" w:rsidR="00732E9B" w:rsidRDefault="003F2D08">
            <w:r>
              <w:rPr>
                <w:sz w:val="18"/>
              </w:rPr>
              <w:t>[Insert if applicable]</w:t>
            </w:r>
          </w:p>
        </w:tc>
      </w:tr>
    </w:tbl>
    <w:p w14:paraId="2F264699" w14:textId="77777777" w:rsidR="00732E9B" w:rsidRDefault="003F2D08">
      <w:pPr>
        <w:pStyle w:val="Heading2"/>
      </w:pPr>
      <w:r>
        <w:t>2.2 Tax clearance</w:t>
      </w:r>
    </w:p>
    <w:tbl>
      <w:tblPr>
        <w:tblStyle w:val="TableGrid"/>
        <w:tblW w:w="0" w:type="auto"/>
        <w:jc w:val="center"/>
        <w:tblLook w:val="04A0" w:firstRow="1" w:lastRow="0" w:firstColumn="1" w:lastColumn="0" w:noHBand="0" w:noVBand="1"/>
      </w:tblPr>
      <w:tblGrid>
        <w:gridCol w:w="5040"/>
        <w:gridCol w:w="5040"/>
      </w:tblGrid>
      <w:tr w:rsidR="00732E9B" w14:paraId="5E2C6A74" w14:textId="77777777">
        <w:trPr>
          <w:jc w:val="center"/>
        </w:trPr>
        <w:tc>
          <w:tcPr>
            <w:tcW w:w="5040" w:type="dxa"/>
            <w:shd w:val="clear" w:color="auto" w:fill="F2F2F2"/>
            <w:vAlign w:val="center"/>
          </w:tcPr>
          <w:p w14:paraId="6A6F1E44" w14:textId="77777777" w:rsidR="00732E9B" w:rsidRDefault="003F2D08">
            <w:r>
              <w:rPr>
                <w:b/>
                <w:color w:val="003247"/>
                <w:sz w:val="18"/>
              </w:rPr>
              <w:t>Valid tax clearance / equivalent</w:t>
            </w:r>
          </w:p>
        </w:tc>
        <w:tc>
          <w:tcPr>
            <w:tcW w:w="5040" w:type="dxa"/>
            <w:vAlign w:val="center"/>
          </w:tcPr>
          <w:p w14:paraId="43E909DE" w14:textId="77777777" w:rsidR="00732E9B" w:rsidRDefault="003F2D08">
            <w:r>
              <w:rPr>
                <w:sz w:val="18"/>
              </w:rPr>
              <w:t>YES / NO</w:t>
            </w:r>
          </w:p>
        </w:tc>
      </w:tr>
      <w:tr w:rsidR="00732E9B" w14:paraId="6984F7E6" w14:textId="77777777">
        <w:trPr>
          <w:jc w:val="center"/>
        </w:trPr>
        <w:tc>
          <w:tcPr>
            <w:tcW w:w="5040" w:type="dxa"/>
            <w:shd w:val="clear" w:color="auto" w:fill="F2F2F2"/>
            <w:vAlign w:val="center"/>
          </w:tcPr>
          <w:p w14:paraId="68FCD80D" w14:textId="77777777" w:rsidR="00732E9B" w:rsidRDefault="003F2D08">
            <w:r>
              <w:rPr>
                <w:b/>
                <w:color w:val="003247"/>
                <w:sz w:val="18"/>
              </w:rPr>
              <w:lastRenderedPageBreak/>
              <w:t>Tax Clearance Access Number (if applicable)</w:t>
            </w:r>
          </w:p>
        </w:tc>
        <w:tc>
          <w:tcPr>
            <w:tcW w:w="5040" w:type="dxa"/>
            <w:vAlign w:val="center"/>
          </w:tcPr>
          <w:p w14:paraId="46F96ADA" w14:textId="77777777" w:rsidR="00732E9B" w:rsidRDefault="003F2D08">
            <w:r>
              <w:rPr>
                <w:sz w:val="18"/>
              </w:rPr>
              <w:t>[Insert]</w:t>
            </w:r>
          </w:p>
        </w:tc>
      </w:tr>
      <w:tr w:rsidR="00732E9B" w14:paraId="71791DD0" w14:textId="77777777">
        <w:trPr>
          <w:jc w:val="center"/>
        </w:trPr>
        <w:tc>
          <w:tcPr>
            <w:tcW w:w="5040" w:type="dxa"/>
            <w:shd w:val="clear" w:color="auto" w:fill="F2F2F2"/>
            <w:vAlign w:val="center"/>
          </w:tcPr>
          <w:p w14:paraId="2D271011" w14:textId="77777777" w:rsidR="00732E9B" w:rsidRDefault="003F2D08">
            <w:r>
              <w:rPr>
                <w:b/>
                <w:color w:val="003247"/>
                <w:sz w:val="18"/>
              </w:rPr>
              <w:t>Tax Reference Number</w:t>
            </w:r>
          </w:p>
        </w:tc>
        <w:tc>
          <w:tcPr>
            <w:tcW w:w="5040" w:type="dxa"/>
            <w:vAlign w:val="center"/>
          </w:tcPr>
          <w:p w14:paraId="4EA02A07" w14:textId="77777777" w:rsidR="00732E9B" w:rsidRDefault="003F2D08">
            <w:r>
              <w:rPr>
                <w:sz w:val="18"/>
              </w:rPr>
              <w:t>[Insert]</w:t>
            </w:r>
          </w:p>
        </w:tc>
      </w:tr>
    </w:tbl>
    <w:p w14:paraId="4E79BB82" w14:textId="77777777" w:rsidR="00732E9B" w:rsidRDefault="003F2D08">
      <w:pPr>
        <w:pStyle w:val="Heading2"/>
      </w:pPr>
      <w:r>
        <w:t>2.3 Insurance</w:t>
      </w:r>
    </w:p>
    <w:tbl>
      <w:tblPr>
        <w:tblStyle w:val="TableGrid"/>
        <w:tblW w:w="0" w:type="auto"/>
        <w:jc w:val="center"/>
        <w:tblLook w:val="04A0" w:firstRow="1" w:lastRow="0" w:firstColumn="1" w:lastColumn="0" w:noHBand="0" w:noVBand="1"/>
      </w:tblPr>
      <w:tblGrid>
        <w:gridCol w:w="5040"/>
        <w:gridCol w:w="5040"/>
      </w:tblGrid>
      <w:tr w:rsidR="00732E9B" w14:paraId="386D7F92" w14:textId="77777777">
        <w:trPr>
          <w:jc w:val="center"/>
        </w:trPr>
        <w:tc>
          <w:tcPr>
            <w:tcW w:w="5040" w:type="dxa"/>
            <w:shd w:val="clear" w:color="auto" w:fill="F2F2F2"/>
            <w:vAlign w:val="center"/>
          </w:tcPr>
          <w:p w14:paraId="2F1B4950" w14:textId="77777777" w:rsidR="00732E9B" w:rsidRDefault="003F2D08">
            <w:r>
              <w:rPr>
                <w:b/>
                <w:color w:val="003247"/>
                <w:sz w:val="18"/>
              </w:rPr>
              <w:t>Public liability - insurer / limit</w:t>
            </w:r>
          </w:p>
        </w:tc>
        <w:tc>
          <w:tcPr>
            <w:tcW w:w="5040" w:type="dxa"/>
            <w:vAlign w:val="center"/>
          </w:tcPr>
          <w:p w14:paraId="44D848CB" w14:textId="77777777" w:rsidR="00732E9B" w:rsidRDefault="003F2D08">
            <w:r>
              <w:rPr>
                <w:sz w:val="18"/>
              </w:rPr>
              <w:t>[Insert]</w:t>
            </w:r>
          </w:p>
        </w:tc>
      </w:tr>
      <w:tr w:rsidR="00732E9B" w14:paraId="601AC031" w14:textId="77777777">
        <w:trPr>
          <w:jc w:val="center"/>
        </w:trPr>
        <w:tc>
          <w:tcPr>
            <w:tcW w:w="5040" w:type="dxa"/>
            <w:shd w:val="clear" w:color="auto" w:fill="F2F2F2"/>
            <w:vAlign w:val="center"/>
          </w:tcPr>
          <w:p w14:paraId="5BC3C620" w14:textId="77777777" w:rsidR="00732E9B" w:rsidRDefault="003F2D08">
            <w:r>
              <w:rPr>
                <w:b/>
                <w:color w:val="003247"/>
                <w:sz w:val="18"/>
              </w:rPr>
              <w:t>Employer liability - insurer / limit</w:t>
            </w:r>
          </w:p>
        </w:tc>
        <w:tc>
          <w:tcPr>
            <w:tcW w:w="5040" w:type="dxa"/>
            <w:vAlign w:val="center"/>
          </w:tcPr>
          <w:p w14:paraId="00949B69" w14:textId="77777777" w:rsidR="00732E9B" w:rsidRDefault="003F2D08">
            <w:r>
              <w:rPr>
                <w:sz w:val="18"/>
              </w:rPr>
              <w:t>[Insert / N/A]</w:t>
            </w:r>
          </w:p>
        </w:tc>
      </w:tr>
      <w:tr w:rsidR="00732E9B" w14:paraId="73A68D40" w14:textId="77777777">
        <w:trPr>
          <w:jc w:val="center"/>
        </w:trPr>
        <w:tc>
          <w:tcPr>
            <w:tcW w:w="5040" w:type="dxa"/>
            <w:shd w:val="clear" w:color="auto" w:fill="F2F2F2"/>
            <w:vAlign w:val="center"/>
          </w:tcPr>
          <w:p w14:paraId="7D4C08B7" w14:textId="77777777" w:rsidR="00732E9B" w:rsidRDefault="003F2D08">
            <w:r>
              <w:rPr>
                <w:b/>
                <w:color w:val="003247"/>
                <w:sz w:val="18"/>
              </w:rPr>
              <w:t>Professional indemnity - insurer / limit</w:t>
            </w:r>
          </w:p>
        </w:tc>
        <w:tc>
          <w:tcPr>
            <w:tcW w:w="5040" w:type="dxa"/>
            <w:vAlign w:val="center"/>
          </w:tcPr>
          <w:p w14:paraId="68F755E1" w14:textId="77777777" w:rsidR="00732E9B" w:rsidRDefault="003F2D08">
            <w:r>
              <w:rPr>
                <w:sz w:val="18"/>
              </w:rPr>
              <w:t>[Insert]</w:t>
            </w:r>
          </w:p>
        </w:tc>
      </w:tr>
      <w:tr w:rsidR="00732E9B" w14:paraId="1812606B" w14:textId="77777777">
        <w:trPr>
          <w:jc w:val="center"/>
        </w:trPr>
        <w:tc>
          <w:tcPr>
            <w:tcW w:w="5040" w:type="dxa"/>
            <w:shd w:val="clear" w:color="auto" w:fill="F2F2F2"/>
            <w:vAlign w:val="center"/>
          </w:tcPr>
          <w:p w14:paraId="5785BB65" w14:textId="77777777" w:rsidR="00732E9B" w:rsidRDefault="003F2D08">
            <w:r>
              <w:rPr>
                <w:b/>
                <w:color w:val="003247"/>
                <w:sz w:val="18"/>
              </w:rPr>
              <w:t>Can evidence be supplied on request?</w:t>
            </w:r>
          </w:p>
        </w:tc>
        <w:tc>
          <w:tcPr>
            <w:tcW w:w="5040" w:type="dxa"/>
            <w:vAlign w:val="center"/>
          </w:tcPr>
          <w:p w14:paraId="4073084E" w14:textId="77777777" w:rsidR="00732E9B" w:rsidRDefault="003F2D08">
            <w:r>
              <w:rPr>
                <w:sz w:val="18"/>
              </w:rPr>
              <w:t>YES / NO</w:t>
            </w:r>
          </w:p>
        </w:tc>
      </w:tr>
    </w:tbl>
    <w:p w14:paraId="1409B8AC" w14:textId="77777777" w:rsidR="00732E9B" w:rsidRDefault="003F2D08">
      <w:pPr>
        <w:pStyle w:val="Heading2"/>
      </w:pPr>
      <w:r>
        <w:t>2.4 Quality management</w:t>
      </w:r>
    </w:p>
    <w:p w14:paraId="53FE631E" w14:textId="77777777" w:rsidR="00732E9B" w:rsidRDefault="003F2D08">
      <w:r>
        <w:t>Describe your quality management arrangements, including programme review, trainer quality, complaints handling, continuous improvement and learner feedback. Maximum 500 words.</w:t>
      </w:r>
    </w:p>
    <w:p w14:paraId="612D5E6C" w14:textId="77777777" w:rsidR="00732E9B" w:rsidRDefault="003F2D08">
      <w:r>
        <w:t>[Insert response here]</w:t>
      </w:r>
    </w:p>
    <w:p w14:paraId="248C3DFC" w14:textId="77777777" w:rsidR="00732E9B" w:rsidRDefault="003F2D08">
      <w:pPr>
        <w:pStyle w:val="Heading2"/>
      </w:pPr>
      <w:r>
        <w:t>2.5 Business continuity</w:t>
      </w:r>
    </w:p>
    <w:p w14:paraId="3332C3D7" w14:textId="77777777" w:rsidR="00732E9B" w:rsidRDefault="003F2D08">
      <w:r>
        <w:t>Briefly describe how you would maintain delivery in the event of facilitator unavailability, technology failure or other disruption. Maximum 300 words.</w:t>
      </w:r>
    </w:p>
    <w:p w14:paraId="3D8FDA09" w14:textId="77777777" w:rsidR="00732E9B" w:rsidRDefault="003F2D08">
      <w:r>
        <w:t>[Insert response here]</w:t>
      </w:r>
    </w:p>
    <w:p w14:paraId="52AC5752" w14:textId="77777777" w:rsidR="00732E9B" w:rsidRDefault="003F2D08">
      <w:pPr>
        <w:pStyle w:val="Heading1"/>
      </w:pPr>
      <w:r>
        <w:t>3. RELEVANT ORGANISATIONAL EXPERIENCE - AWARD CRITERION B</w:t>
      </w:r>
    </w:p>
    <w:p w14:paraId="389ECCA4" w14:textId="77777777" w:rsidR="00732E9B" w:rsidRDefault="003F2D08">
      <w:r>
        <w:t>Provide up to three examples of relevant programmes delivered within the previous five years. At least two examples are required for selection purposes and at least one should be a structured graduate, early-career, emerging talent or equivalent multi-module programme.</w:t>
      </w:r>
    </w:p>
    <w:p w14:paraId="3F1D7FFA" w14:textId="77777777" w:rsidR="00732E9B" w:rsidRDefault="003F2D08">
      <w:pPr>
        <w:pStyle w:val="Heading2"/>
      </w:pPr>
      <w:r>
        <w:t>Case Study 1</w:t>
      </w:r>
    </w:p>
    <w:tbl>
      <w:tblPr>
        <w:tblStyle w:val="TableGrid"/>
        <w:tblW w:w="0" w:type="auto"/>
        <w:jc w:val="center"/>
        <w:tblLook w:val="04A0" w:firstRow="1" w:lastRow="0" w:firstColumn="1" w:lastColumn="0" w:noHBand="0" w:noVBand="1"/>
      </w:tblPr>
      <w:tblGrid>
        <w:gridCol w:w="5040"/>
        <w:gridCol w:w="5040"/>
      </w:tblGrid>
      <w:tr w:rsidR="00732E9B" w14:paraId="4CBE0924" w14:textId="77777777">
        <w:trPr>
          <w:jc w:val="center"/>
        </w:trPr>
        <w:tc>
          <w:tcPr>
            <w:tcW w:w="5040" w:type="dxa"/>
            <w:shd w:val="clear" w:color="auto" w:fill="F2F2F2"/>
            <w:vAlign w:val="center"/>
          </w:tcPr>
          <w:p w14:paraId="69C36FD6" w14:textId="77777777" w:rsidR="00732E9B" w:rsidRDefault="003F2D08">
            <w:r>
              <w:rPr>
                <w:b/>
                <w:color w:val="003247"/>
                <w:sz w:val="18"/>
              </w:rPr>
              <w:t>Client / organisation</w:t>
            </w:r>
          </w:p>
        </w:tc>
        <w:tc>
          <w:tcPr>
            <w:tcW w:w="5040" w:type="dxa"/>
            <w:vAlign w:val="center"/>
          </w:tcPr>
          <w:p w14:paraId="09A652AA" w14:textId="77777777" w:rsidR="00732E9B" w:rsidRDefault="003F2D08">
            <w:r>
              <w:rPr>
                <w:sz w:val="18"/>
              </w:rPr>
              <w:t>[Insert]</w:t>
            </w:r>
          </w:p>
        </w:tc>
      </w:tr>
      <w:tr w:rsidR="00732E9B" w14:paraId="69BCD03B" w14:textId="77777777">
        <w:trPr>
          <w:jc w:val="center"/>
        </w:trPr>
        <w:tc>
          <w:tcPr>
            <w:tcW w:w="5040" w:type="dxa"/>
            <w:shd w:val="clear" w:color="auto" w:fill="F2F2F2"/>
            <w:vAlign w:val="center"/>
          </w:tcPr>
          <w:p w14:paraId="31718B90" w14:textId="77777777" w:rsidR="00732E9B" w:rsidRDefault="003F2D08">
            <w:r>
              <w:rPr>
                <w:b/>
                <w:color w:val="003247"/>
                <w:sz w:val="18"/>
              </w:rPr>
              <w:t>Programme title</w:t>
            </w:r>
          </w:p>
        </w:tc>
        <w:tc>
          <w:tcPr>
            <w:tcW w:w="5040" w:type="dxa"/>
            <w:vAlign w:val="center"/>
          </w:tcPr>
          <w:p w14:paraId="6C03D2D9" w14:textId="77777777" w:rsidR="00732E9B" w:rsidRDefault="003F2D08">
            <w:r>
              <w:rPr>
                <w:sz w:val="18"/>
              </w:rPr>
              <w:t>[Insert]</w:t>
            </w:r>
          </w:p>
        </w:tc>
      </w:tr>
      <w:tr w:rsidR="00732E9B" w14:paraId="1C12BBEA" w14:textId="77777777">
        <w:trPr>
          <w:jc w:val="center"/>
        </w:trPr>
        <w:tc>
          <w:tcPr>
            <w:tcW w:w="5040" w:type="dxa"/>
            <w:shd w:val="clear" w:color="auto" w:fill="F2F2F2"/>
            <w:vAlign w:val="center"/>
          </w:tcPr>
          <w:p w14:paraId="0B8D5BF3" w14:textId="77777777" w:rsidR="00732E9B" w:rsidRDefault="003F2D08">
            <w:r>
              <w:rPr>
                <w:b/>
                <w:color w:val="003247"/>
                <w:sz w:val="18"/>
              </w:rPr>
              <w:t>Dates / duration</w:t>
            </w:r>
          </w:p>
        </w:tc>
        <w:tc>
          <w:tcPr>
            <w:tcW w:w="5040" w:type="dxa"/>
            <w:vAlign w:val="center"/>
          </w:tcPr>
          <w:p w14:paraId="490D3E10" w14:textId="77777777" w:rsidR="00732E9B" w:rsidRDefault="003F2D08">
            <w:r>
              <w:rPr>
                <w:sz w:val="18"/>
              </w:rPr>
              <w:t>[Insert]</w:t>
            </w:r>
          </w:p>
        </w:tc>
      </w:tr>
      <w:tr w:rsidR="00732E9B" w14:paraId="1CD9D581" w14:textId="77777777">
        <w:trPr>
          <w:jc w:val="center"/>
        </w:trPr>
        <w:tc>
          <w:tcPr>
            <w:tcW w:w="5040" w:type="dxa"/>
            <w:shd w:val="clear" w:color="auto" w:fill="F2F2F2"/>
            <w:vAlign w:val="center"/>
          </w:tcPr>
          <w:p w14:paraId="15BFBA28" w14:textId="77777777" w:rsidR="00732E9B" w:rsidRDefault="003F2D08">
            <w:r>
              <w:rPr>
                <w:b/>
                <w:color w:val="003247"/>
                <w:sz w:val="18"/>
              </w:rPr>
              <w:t>Cohort size(s)</w:t>
            </w:r>
          </w:p>
        </w:tc>
        <w:tc>
          <w:tcPr>
            <w:tcW w:w="5040" w:type="dxa"/>
            <w:vAlign w:val="center"/>
          </w:tcPr>
          <w:p w14:paraId="77554235" w14:textId="77777777" w:rsidR="00732E9B" w:rsidRDefault="003F2D08">
            <w:r>
              <w:rPr>
                <w:sz w:val="18"/>
              </w:rPr>
              <w:t>[Insert]</w:t>
            </w:r>
          </w:p>
        </w:tc>
      </w:tr>
      <w:tr w:rsidR="00732E9B" w14:paraId="4A064568" w14:textId="77777777">
        <w:trPr>
          <w:jc w:val="center"/>
        </w:trPr>
        <w:tc>
          <w:tcPr>
            <w:tcW w:w="5040" w:type="dxa"/>
            <w:shd w:val="clear" w:color="auto" w:fill="F2F2F2"/>
            <w:vAlign w:val="center"/>
          </w:tcPr>
          <w:p w14:paraId="6BE07F37" w14:textId="77777777" w:rsidR="00732E9B" w:rsidRDefault="003F2D08">
            <w:r>
              <w:rPr>
                <w:b/>
                <w:color w:val="003247"/>
                <w:sz w:val="18"/>
              </w:rPr>
              <w:t>Approximate contract value</w:t>
            </w:r>
          </w:p>
        </w:tc>
        <w:tc>
          <w:tcPr>
            <w:tcW w:w="5040" w:type="dxa"/>
            <w:vAlign w:val="center"/>
          </w:tcPr>
          <w:p w14:paraId="1E7D5A84" w14:textId="77777777" w:rsidR="00732E9B" w:rsidRDefault="003F2D08">
            <w:r>
              <w:rPr>
                <w:sz w:val="18"/>
              </w:rPr>
              <w:t>[Insert or explain if confidential]</w:t>
            </w:r>
          </w:p>
        </w:tc>
      </w:tr>
      <w:tr w:rsidR="00732E9B" w14:paraId="54D84FB5" w14:textId="77777777">
        <w:trPr>
          <w:jc w:val="center"/>
        </w:trPr>
        <w:tc>
          <w:tcPr>
            <w:tcW w:w="5040" w:type="dxa"/>
            <w:shd w:val="clear" w:color="auto" w:fill="F2F2F2"/>
            <w:vAlign w:val="center"/>
          </w:tcPr>
          <w:p w14:paraId="6DA17D3F" w14:textId="77777777" w:rsidR="00732E9B" w:rsidRDefault="003F2D08">
            <w:r>
              <w:rPr>
                <w:b/>
                <w:color w:val="003247"/>
                <w:sz w:val="18"/>
              </w:rPr>
              <w:t>Referee name / role</w:t>
            </w:r>
          </w:p>
        </w:tc>
        <w:tc>
          <w:tcPr>
            <w:tcW w:w="5040" w:type="dxa"/>
            <w:vAlign w:val="center"/>
          </w:tcPr>
          <w:p w14:paraId="674ECB40" w14:textId="77777777" w:rsidR="00732E9B" w:rsidRDefault="003F2D08">
            <w:r>
              <w:rPr>
                <w:sz w:val="18"/>
              </w:rPr>
              <w:t>[Insert]</w:t>
            </w:r>
          </w:p>
        </w:tc>
      </w:tr>
      <w:tr w:rsidR="00732E9B" w14:paraId="0AB9599F" w14:textId="77777777">
        <w:trPr>
          <w:jc w:val="center"/>
        </w:trPr>
        <w:tc>
          <w:tcPr>
            <w:tcW w:w="5040" w:type="dxa"/>
            <w:shd w:val="clear" w:color="auto" w:fill="F2F2F2"/>
            <w:vAlign w:val="center"/>
          </w:tcPr>
          <w:p w14:paraId="0976BD75" w14:textId="77777777" w:rsidR="00732E9B" w:rsidRDefault="003F2D08">
            <w:r>
              <w:rPr>
                <w:b/>
                <w:color w:val="003247"/>
                <w:sz w:val="18"/>
              </w:rPr>
              <w:t>Referee email / telephone</w:t>
            </w:r>
          </w:p>
        </w:tc>
        <w:tc>
          <w:tcPr>
            <w:tcW w:w="5040" w:type="dxa"/>
            <w:vAlign w:val="center"/>
          </w:tcPr>
          <w:p w14:paraId="2B4ED7CB" w14:textId="77777777" w:rsidR="00732E9B" w:rsidRDefault="003F2D08">
            <w:r>
              <w:rPr>
                <w:sz w:val="18"/>
              </w:rPr>
              <w:t>[Insert]</w:t>
            </w:r>
          </w:p>
        </w:tc>
      </w:tr>
    </w:tbl>
    <w:p w14:paraId="03AFD832" w14:textId="77777777" w:rsidR="00732E9B" w:rsidRDefault="003F2D08">
      <w:r>
        <w:t>Describe the requirement, your approach, the learning journey, delivery model, measurable outcomes and why this example is relevant to the TIAS requirement. Maximum 500 words.</w:t>
      </w:r>
    </w:p>
    <w:p w14:paraId="0C05A8D2" w14:textId="77777777" w:rsidR="00732E9B" w:rsidRDefault="003F2D08">
      <w:r>
        <w:t>[Insert response here]</w:t>
      </w:r>
    </w:p>
    <w:p w14:paraId="502A2BAC" w14:textId="77777777" w:rsidR="00732E9B" w:rsidRDefault="003F2D08">
      <w:pPr>
        <w:pStyle w:val="Heading2"/>
      </w:pPr>
      <w:r>
        <w:t>Case Study 2</w:t>
      </w:r>
    </w:p>
    <w:tbl>
      <w:tblPr>
        <w:tblStyle w:val="TableGrid"/>
        <w:tblW w:w="0" w:type="auto"/>
        <w:jc w:val="center"/>
        <w:tblLook w:val="04A0" w:firstRow="1" w:lastRow="0" w:firstColumn="1" w:lastColumn="0" w:noHBand="0" w:noVBand="1"/>
      </w:tblPr>
      <w:tblGrid>
        <w:gridCol w:w="5040"/>
        <w:gridCol w:w="5040"/>
      </w:tblGrid>
      <w:tr w:rsidR="00732E9B" w14:paraId="55CB889A" w14:textId="77777777">
        <w:trPr>
          <w:jc w:val="center"/>
        </w:trPr>
        <w:tc>
          <w:tcPr>
            <w:tcW w:w="5040" w:type="dxa"/>
            <w:shd w:val="clear" w:color="auto" w:fill="F2F2F2"/>
            <w:vAlign w:val="center"/>
          </w:tcPr>
          <w:p w14:paraId="7CDA45D7" w14:textId="77777777" w:rsidR="00732E9B" w:rsidRDefault="003F2D08">
            <w:r>
              <w:rPr>
                <w:b/>
                <w:color w:val="003247"/>
                <w:sz w:val="18"/>
              </w:rPr>
              <w:t>Client / organisation</w:t>
            </w:r>
          </w:p>
        </w:tc>
        <w:tc>
          <w:tcPr>
            <w:tcW w:w="5040" w:type="dxa"/>
            <w:vAlign w:val="center"/>
          </w:tcPr>
          <w:p w14:paraId="5CB63992" w14:textId="77777777" w:rsidR="00732E9B" w:rsidRDefault="003F2D08">
            <w:r>
              <w:rPr>
                <w:sz w:val="18"/>
              </w:rPr>
              <w:t>[Insert]</w:t>
            </w:r>
          </w:p>
        </w:tc>
      </w:tr>
      <w:tr w:rsidR="00732E9B" w14:paraId="756095FB" w14:textId="77777777">
        <w:trPr>
          <w:jc w:val="center"/>
        </w:trPr>
        <w:tc>
          <w:tcPr>
            <w:tcW w:w="5040" w:type="dxa"/>
            <w:shd w:val="clear" w:color="auto" w:fill="F2F2F2"/>
            <w:vAlign w:val="center"/>
          </w:tcPr>
          <w:p w14:paraId="7C4471BB" w14:textId="77777777" w:rsidR="00732E9B" w:rsidRDefault="003F2D08">
            <w:r>
              <w:rPr>
                <w:b/>
                <w:color w:val="003247"/>
                <w:sz w:val="18"/>
              </w:rPr>
              <w:lastRenderedPageBreak/>
              <w:t>Programme title</w:t>
            </w:r>
          </w:p>
        </w:tc>
        <w:tc>
          <w:tcPr>
            <w:tcW w:w="5040" w:type="dxa"/>
            <w:vAlign w:val="center"/>
          </w:tcPr>
          <w:p w14:paraId="68CC0173" w14:textId="77777777" w:rsidR="00732E9B" w:rsidRDefault="003F2D08">
            <w:r>
              <w:rPr>
                <w:sz w:val="18"/>
              </w:rPr>
              <w:t>[Insert]</w:t>
            </w:r>
          </w:p>
        </w:tc>
      </w:tr>
      <w:tr w:rsidR="00732E9B" w14:paraId="6F8E8821" w14:textId="77777777">
        <w:trPr>
          <w:jc w:val="center"/>
        </w:trPr>
        <w:tc>
          <w:tcPr>
            <w:tcW w:w="5040" w:type="dxa"/>
            <w:shd w:val="clear" w:color="auto" w:fill="F2F2F2"/>
            <w:vAlign w:val="center"/>
          </w:tcPr>
          <w:p w14:paraId="1566AC08" w14:textId="77777777" w:rsidR="00732E9B" w:rsidRDefault="003F2D08">
            <w:r>
              <w:rPr>
                <w:b/>
                <w:color w:val="003247"/>
                <w:sz w:val="18"/>
              </w:rPr>
              <w:t>Dates / duration</w:t>
            </w:r>
          </w:p>
        </w:tc>
        <w:tc>
          <w:tcPr>
            <w:tcW w:w="5040" w:type="dxa"/>
            <w:vAlign w:val="center"/>
          </w:tcPr>
          <w:p w14:paraId="1EE26D79" w14:textId="77777777" w:rsidR="00732E9B" w:rsidRDefault="003F2D08">
            <w:r>
              <w:rPr>
                <w:sz w:val="18"/>
              </w:rPr>
              <w:t>[Insert]</w:t>
            </w:r>
          </w:p>
        </w:tc>
      </w:tr>
      <w:tr w:rsidR="00732E9B" w14:paraId="6EFB712F" w14:textId="77777777">
        <w:trPr>
          <w:jc w:val="center"/>
        </w:trPr>
        <w:tc>
          <w:tcPr>
            <w:tcW w:w="5040" w:type="dxa"/>
            <w:shd w:val="clear" w:color="auto" w:fill="F2F2F2"/>
            <w:vAlign w:val="center"/>
          </w:tcPr>
          <w:p w14:paraId="4A095DA3" w14:textId="77777777" w:rsidR="00732E9B" w:rsidRDefault="003F2D08">
            <w:r>
              <w:rPr>
                <w:b/>
                <w:color w:val="003247"/>
                <w:sz w:val="18"/>
              </w:rPr>
              <w:t>Cohort size(s)</w:t>
            </w:r>
          </w:p>
        </w:tc>
        <w:tc>
          <w:tcPr>
            <w:tcW w:w="5040" w:type="dxa"/>
            <w:vAlign w:val="center"/>
          </w:tcPr>
          <w:p w14:paraId="645A1599" w14:textId="77777777" w:rsidR="00732E9B" w:rsidRDefault="003F2D08">
            <w:r>
              <w:rPr>
                <w:sz w:val="18"/>
              </w:rPr>
              <w:t>[Insert]</w:t>
            </w:r>
          </w:p>
        </w:tc>
      </w:tr>
      <w:tr w:rsidR="00732E9B" w14:paraId="0D922D4F" w14:textId="77777777">
        <w:trPr>
          <w:jc w:val="center"/>
        </w:trPr>
        <w:tc>
          <w:tcPr>
            <w:tcW w:w="5040" w:type="dxa"/>
            <w:shd w:val="clear" w:color="auto" w:fill="F2F2F2"/>
            <w:vAlign w:val="center"/>
          </w:tcPr>
          <w:p w14:paraId="3F3219C7" w14:textId="77777777" w:rsidR="00732E9B" w:rsidRDefault="003F2D08">
            <w:r>
              <w:rPr>
                <w:b/>
                <w:color w:val="003247"/>
                <w:sz w:val="18"/>
              </w:rPr>
              <w:t>Approximate contract value</w:t>
            </w:r>
          </w:p>
        </w:tc>
        <w:tc>
          <w:tcPr>
            <w:tcW w:w="5040" w:type="dxa"/>
            <w:vAlign w:val="center"/>
          </w:tcPr>
          <w:p w14:paraId="0013AAF5" w14:textId="77777777" w:rsidR="00732E9B" w:rsidRDefault="003F2D08">
            <w:r>
              <w:rPr>
                <w:sz w:val="18"/>
              </w:rPr>
              <w:t>[Insert or explain if confidential]</w:t>
            </w:r>
          </w:p>
        </w:tc>
      </w:tr>
      <w:tr w:rsidR="00732E9B" w14:paraId="607C84A5" w14:textId="77777777">
        <w:trPr>
          <w:jc w:val="center"/>
        </w:trPr>
        <w:tc>
          <w:tcPr>
            <w:tcW w:w="5040" w:type="dxa"/>
            <w:shd w:val="clear" w:color="auto" w:fill="F2F2F2"/>
            <w:vAlign w:val="center"/>
          </w:tcPr>
          <w:p w14:paraId="3BE0DAEF" w14:textId="77777777" w:rsidR="00732E9B" w:rsidRDefault="003F2D08">
            <w:r>
              <w:rPr>
                <w:b/>
                <w:color w:val="003247"/>
                <w:sz w:val="18"/>
              </w:rPr>
              <w:t>Referee name / role</w:t>
            </w:r>
          </w:p>
        </w:tc>
        <w:tc>
          <w:tcPr>
            <w:tcW w:w="5040" w:type="dxa"/>
            <w:vAlign w:val="center"/>
          </w:tcPr>
          <w:p w14:paraId="3C3BE2E7" w14:textId="77777777" w:rsidR="00732E9B" w:rsidRDefault="003F2D08">
            <w:r>
              <w:rPr>
                <w:sz w:val="18"/>
              </w:rPr>
              <w:t>[Insert]</w:t>
            </w:r>
          </w:p>
        </w:tc>
      </w:tr>
      <w:tr w:rsidR="00732E9B" w14:paraId="0436D0E9" w14:textId="77777777">
        <w:trPr>
          <w:jc w:val="center"/>
        </w:trPr>
        <w:tc>
          <w:tcPr>
            <w:tcW w:w="5040" w:type="dxa"/>
            <w:shd w:val="clear" w:color="auto" w:fill="F2F2F2"/>
            <w:vAlign w:val="center"/>
          </w:tcPr>
          <w:p w14:paraId="23F987C8" w14:textId="77777777" w:rsidR="00732E9B" w:rsidRDefault="003F2D08">
            <w:r>
              <w:rPr>
                <w:b/>
                <w:color w:val="003247"/>
                <w:sz w:val="18"/>
              </w:rPr>
              <w:t>Referee email / telephone</w:t>
            </w:r>
          </w:p>
        </w:tc>
        <w:tc>
          <w:tcPr>
            <w:tcW w:w="5040" w:type="dxa"/>
            <w:vAlign w:val="center"/>
          </w:tcPr>
          <w:p w14:paraId="36DAD554" w14:textId="77777777" w:rsidR="00732E9B" w:rsidRDefault="003F2D08">
            <w:r>
              <w:rPr>
                <w:sz w:val="18"/>
              </w:rPr>
              <w:t>[Insert]</w:t>
            </w:r>
          </w:p>
        </w:tc>
      </w:tr>
    </w:tbl>
    <w:p w14:paraId="45F92282" w14:textId="77777777" w:rsidR="00732E9B" w:rsidRDefault="003F2D08">
      <w:r>
        <w:t>Describe the requirement, your approach, the learning journey, delivery model, measurable outcomes and why this example is relevant to the TIAS requirement. Maximum 500 words.</w:t>
      </w:r>
    </w:p>
    <w:p w14:paraId="01ADA0FC" w14:textId="77777777" w:rsidR="00732E9B" w:rsidRDefault="003F2D08">
      <w:r>
        <w:t>[Insert response here]</w:t>
      </w:r>
    </w:p>
    <w:p w14:paraId="7D058928" w14:textId="77777777" w:rsidR="00732E9B" w:rsidRDefault="003F2D08">
      <w:pPr>
        <w:pStyle w:val="Heading2"/>
      </w:pPr>
      <w:r>
        <w:t>Case Study 3</w:t>
      </w:r>
    </w:p>
    <w:tbl>
      <w:tblPr>
        <w:tblStyle w:val="TableGrid"/>
        <w:tblW w:w="0" w:type="auto"/>
        <w:jc w:val="center"/>
        <w:tblLook w:val="04A0" w:firstRow="1" w:lastRow="0" w:firstColumn="1" w:lastColumn="0" w:noHBand="0" w:noVBand="1"/>
      </w:tblPr>
      <w:tblGrid>
        <w:gridCol w:w="5040"/>
        <w:gridCol w:w="5040"/>
      </w:tblGrid>
      <w:tr w:rsidR="00732E9B" w14:paraId="08846182" w14:textId="77777777">
        <w:trPr>
          <w:jc w:val="center"/>
        </w:trPr>
        <w:tc>
          <w:tcPr>
            <w:tcW w:w="5040" w:type="dxa"/>
            <w:shd w:val="clear" w:color="auto" w:fill="F2F2F2"/>
            <w:vAlign w:val="center"/>
          </w:tcPr>
          <w:p w14:paraId="586BCAC7" w14:textId="77777777" w:rsidR="00732E9B" w:rsidRDefault="003F2D08">
            <w:r>
              <w:rPr>
                <w:b/>
                <w:color w:val="003247"/>
                <w:sz w:val="18"/>
              </w:rPr>
              <w:t>Client / organisation</w:t>
            </w:r>
          </w:p>
        </w:tc>
        <w:tc>
          <w:tcPr>
            <w:tcW w:w="5040" w:type="dxa"/>
            <w:vAlign w:val="center"/>
          </w:tcPr>
          <w:p w14:paraId="3A4F1FD1" w14:textId="77777777" w:rsidR="00732E9B" w:rsidRDefault="003F2D08">
            <w:r>
              <w:rPr>
                <w:sz w:val="18"/>
              </w:rPr>
              <w:t>[Insert]</w:t>
            </w:r>
          </w:p>
        </w:tc>
      </w:tr>
      <w:tr w:rsidR="00732E9B" w14:paraId="2B15118A" w14:textId="77777777">
        <w:trPr>
          <w:jc w:val="center"/>
        </w:trPr>
        <w:tc>
          <w:tcPr>
            <w:tcW w:w="5040" w:type="dxa"/>
            <w:shd w:val="clear" w:color="auto" w:fill="F2F2F2"/>
            <w:vAlign w:val="center"/>
          </w:tcPr>
          <w:p w14:paraId="599D5DC4" w14:textId="77777777" w:rsidR="00732E9B" w:rsidRDefault="003F2D08">
            <w:r>
              <w:rPr>
                <w:b/>
                <w:color w:val="003247"/>
                <w:sz w:val="18"/>
              </w:rPr>
              <w:t>Programme title</w:t>
            </w:r>
          </w:p>
        </w:tc>
        <w:tc>
          <w:tcPr>
            <w:tcW w:w="5040" w:type="dxa"/>
            <w:vAlign w:val="center"/>
          </w:tcPr>
          <w:p w14:paraId="0523021F" w14:textId="77777777" w:rsidR="00732E9B" w:rsidRDefault="003F2D08">
            <w:r>
              <w:rPr>
                <w:sz w:val="18"/>
              </w:rPr>
              <w:t>[Insert]</w:t>
            </w:r>
          </w:p>
        </w:tc>
      </w:tr>
      <w:tr w:rsidR="00732E9B" w14:paraId="3D3C3E0C" w14:textId="77777777">
        <w:trPr>
          <w:jc w:val="center"/>
        </w:trPr>
        <w:tc>
          <w:tcPr>
            <w:tcW w:w="5040" w:type="dxa"/>
            <w:shd w:val="clear" w:color="auto" w:fill="F2F2F2"/>
            <w:vAlign w:val="center"/>
          </w:tcPr>
          <w:p w14:paraId="624EB066" w14:textId="77777777" w:rsidR="00732E9B" w:rsidRDefault="003F2D08">
            <w:r>
              <w:rPr>
                <w:b/>
                <w:color w:val="003247"/>
                <w:sz w:val="18"/>
              </w:rPr>
              <w:t>Dates / duration</w:t>
            </w:r>
          </w:p>
        </w:tc>
        <w:tc>
          <w:tcPr>
            <w:tcW w:w="5040" w:type="dxa"/>
            <w:vAlign w:val="center"/>
          </w:tcPr>
          <w:p w14:paraId="7FD22E04" w14:textId="77777777" w:rsidR="00732E9B" w:rsidRDefault="003F2D08">
            <w:r>
              <w:rPr>
                <w:sz w:val="18"/>
              </w:rPr>
              <w:t>[Insert]</w:t>
            </w:r>
          </w:p>
        </w:tc>
      </w:tr>
      <w:tr w:rsidR="00732E9B" w14:paraId="27006A3C" w14:textId="77777777">
        <w:trPr>
          <w:jc w:val="center"/>
        </w:trPr>
        <w:tc>
          <w:tcPr>
            <w:tcW w:w="5040" w:type="dxa"/>
            <w:shd w:val="clear" w:color="auto" w:fill="F2F2F2"/>
            <w:vAlign w:val="center"/>
          </w:tcPr>
          <w:p w14:paraId="4B253018" w14:textId="77777777" w:rsidR="00732E9B" w:rsidRDefault="003F2D08">
            <w:r>
              <w:rPr>
                <w:b/>
                <w:color w:val="003247"/>
                <w:sz w:val="18"/>
              </w:rPr>
              <w:t>Cohort size(s)</w:t>
            </w:r>
          </w:p>
        </w:tc>
        <w:tc>
          <w:tcPr>
            <w:tcW w:w="5040" w:type="dxa"/>
            <w:vAlign w:val="center"/>
          </w:tcPr>
          <w:p w14:paraId="6CB2EB79" w14:textId="77777777" w:rsidR="00732E9B" w:rsidRDefault="003F2D08">
            <w:r>
              <w:rPr>
                <w:sz w:val="18"/>
              </w:rPr>
              <w:t>[Insert]</w:t>
            </w:r>
          </w:p>
        </w:tc>
      </w:tr>
      <w:tr w:rsidR="00732E9B" w14:paraId="5BF1553E" w14:textId="77777777">
        <w:trPr>
          <w:jc w:val="center"/>
        </w:trPr>
        <w:tc>
          <w:tcPr>
            <w:tcW w:w="5040" w:type="dxa"/>
            <w:shd w:val="clear" w:color="auto" w:fill="F2F2F2"/>
            <w:vAlign w:val="center"/>
          </w:tcPr>
          <w:p w14:paraId="55F83B37" w14:textId="77777777" w:rsidR="00732E9B" w:rsidRDefault="003F2D08">
            <w:r>
              <w:rPr>
                <w:b/>
                <w:color w:val="003247"/>
                <w:sz w:val="18"/>
              </w:rPr>
              <w:t>Approximate contract value</w:t>
            </w:r>
          </w:p>
        </w:tc>
        <w:tc>
          <w:tcPr>
            <w:tcW w:w="5040" w:type="dxa"/>
            <w:vAlign w:val="center"/>
          </w:tcPr>
          <w:p w14:paraId="2F048865" w14:textId="77777777" w:rsidR="00732E9B" w:rsidRDefault="003F2D08">
            <w:r>
              <w:rPr>
                <w:sz w:val="18"/>
              </w:rPr>
              <w:t>[Insert or explain if confidential]</w:t>
            </w:r>
          </w:p>
        </w:tc>
      </w:tr>
      <w:tr w:rsidR="00732E9B" w14:paraId="53B688E4" w14:textId="77777777">
        <w:trPr>
          <w:jc w:val="center"/>
        </w:trPr>
        <w:tc>
          <w:tcPr>
            <w:tcW w:w="5040" w:type="dxa"/>
            <w:shd w:val="clear" w:color="auto" w:fill="F2F2F2"/>
            <w:vAlign w:val="center"/>
          </w:tcPr>
          <w:p w14:paraId="54602176" w14:textId="77777777" w:rsidR="00732E9B" w:rsidRDefault="003F2D08">
            <w:r>
              <w:rPr>
                <w:b/>
                <w:color w:val="003247"/>
                <w:sz w:val="18"/>
              </w:rPr>
              <w:t>Referee name / role</w:t>
            </w:r>
          </w:p>
        </w:tc>
        <w:tc>
          <w:tcPr>
            <w:tcW w:w="5040" w:type="dxa"/>
            <w:vAlign w:val="center"/>
          </w:tcPr>
          <w:p w14:paraId="06F081F7" w14:textId="77777777" w:rsidR="00732E9B" w:rsidRDefault="003F2D08">
            <w:r>
              <w:rPr>
                <w:sz w:val="18"/>
              </w:rPr>
              <w:t>[Insert]</w:t>
            </w:r>
          </w:p>
        </w:tc>
      </w:tr>
      <w:tr w:rsidR="00732E9B" w14:paraId="4E333A04" w14:textId="77777777">
        <w:trPr>
          <w:jc w:val="center"/>
        </w:trPr>
        <w:tc>
          <w:tcPr>
            <w:tcW w:w="5040" w:type="dxa"/>
            <w:shd w:val="clear" w:color="auto" w:fill="F2F2F2"/>
            <w:vAlign w:val="center"/>
          </w:tcPr>
          <w:p w14:paraId="1CAE7A75" w14:textId="77777777" w:rsidR="00732E9B" w:rsidRDefault="003F2D08">
            <w:r>
              <w:rPr>
                <w:b/>
                <w:color w:val="003247"/>
                <w:sz w:val="18"/>
              </w:rPr>
              <w:t>Referee email / telephone</w:t>
            </w:r>
          </w:p>
        </w:tc>
        <w:tc>
          <w:tcPr>
            <w:tcW w:w="5040" w:type="dxa"/>
            <w:vAlign w:val="center"/>
          </w:tcPr>
          <w:p w14:paraId="6C9C95FF" w14:textId="77777777" w:rsidR="00732E9B" w:rsidRDefault="003F2D08">
            <w:r>
              <w:rPr>
                <w:sz w:val="18"/>
              </w:rPr>
              <w:t>[Insert]</w:t>
            </w:r>
          </w:p>
        </w:tc>
      </w:tr>
    </w:tbl>
    <w:p w14:paraId="1E459854" w14:textId="77777777" w:rsidR="00732E9B" w:rsidRDefault="003F2D08">
      <w:r>
        <w:t>Describe the requirement, your approach, the learning journey, delivery model, measurable outcomes and why this example is relevant to the TIAS requirement. Maximum 500 words.</w:t>
      </w:r>
    </w:p>
    <w:p w14:paraId="6EF17F11" w14:textId="77777777" w:rsidR="00732E9B" w:rsidRDefault="003F2D08">
      <w:r>
        <w:t>[Insert response here]</w:t>
      </w:r>
    </w:p>
    <w:p w14:paraId="41A4A3FD" w14:textId="77777777" w:rsidR="00732E9B" w:rsidRDefault="003F2D08">
      <w:pPr>
        <w:pStyle w:val="Heading1"/>
      </w:pPr>
      <w:r>
        <w:t>4. PROPOSED PROGRAMME - AWARD CRITERION A</w:t>
      </w:r>
    </w:p>
    <w:p w14:paraId="643401A4" w14:textId="77777777" w:rsidR="00732E9B" w:rsidRDefault="003F2D08">
      <w:pPr>
        <w:pStyle w:val="Heading2"/>
      </w:pPr>
      <w:r>
        <w:t>4.1 Programme concept and rationale (maximum 800 words)</w:t>
      </w:r>
    </w:p>
    <w:p w14:paraId="3A2FDD86" w14:textId="77777777" w:rsidR="00732E9B" w:rsidRDefault="003F2D08">
      <w:r>
        <w:t>Describe the overall design philosophy and how the proposed programme will support the transition from graduate entrant to confident, capable and self-directed professional. Explain how the modules connect as a coherent development journey.</w:t>
      </w:r>
    </w:p>
    <w:p w14:paraId="59523B90" w14:textId="77777777" w:rsidR="00732E9B" w:rsidRDefault="003F2D08">
      <w:r>
        <w:t>[Insert response here]</w:t>
      </w:r>
    </w:p>
    <w:p w14:paraId="42C3F401" w14:textId="77777777" w:rsidR="00732E9B" w:rsidRDefault="003F2D08">
      <w:pPr>
        <w:pStyle w:val="Heading2"/>
      </w:pPr>
      <w:r>
        <w:t>4.2 Proposed programme structure</w:t>
      </w:r>
    </w:p>
    <w:tbl>
      <w:tblPr>
        <w:tblStyle w:val="TableGrid"/>
        <w:tblW w:w="0" w:type="auto"/>
        <w:tblLook w:val="04A0" w:firstRow="1" w:lastRow="0" w:firstColumn="1" w:lastColumn="0" w:noHBand="0" w:noVBand="1"/>
      </w:tblPr>
      <w:tblGrid>
        <w:gridCol w:w="1440"/>
        <w:gridCol w:w="1440"/>
        <w:gridCol w:w="1440"/>
        <w:gridCol w:w="1440"/>
        <w:gridCol w:w="1440"/>
        <w:gridCol w:w="1440"/>
        <w:gridCol w:w="1440"/>
      </w:tblGrid>
      <w:tr w:rsidR="00732E9B" w14:paraId="52405C3F" w14:textId="77777777">
        <w:tc>
          <w:tcPr>
            <w:tcW w:w="1440" w:type="dxa"/>
            <w:shd w:val="clear" w:color="auto" w:fill="003247"/>
            <w:vAlign w:val="center"/>
          </w:tcPr>
          <w:p w14:paraId="7274AB65" w14:textId="77777777" w:rsidR="00732E9B" w:rsidRDefault="003F2D08">
            <w:r>
              <w:rPr>
                <w:b/>
                <w:color w:val="FFFFFF"/>
                <w:sz w:val="14"/>
              </w:rPr>
              <w:t>Module / activity</w:t>
            </w:r>
          </w:p>
        </w:tc>
        <w:tc>
          <w:tcPr>
            <w:tcW w:w="1440" w:type="dxa"/>
            <w:shd w:val="clear" w:color="auto" w:fill="003247"/>
            <w:vAlign w:val="center"/>
          </w:tcPr>
          <w:p w14:paraId="00E02427" w14:textId="77777777" w:rsidR="00732E9B" w:rsidRDefault="003F2D08">
            <w:r>
              <w:rPr>
                <w:b/>
                <w:color w:val="FFFFFF"/>
                <w:sz w:val="14"/>
              </w:rPr>
              <w:t>Purpose &amp; learning outcomes</w:t>
            </w:r>
          </w:p>
        </w:tc>
        <w:tc>
          <w:tcPr>
            <w:tcW w:w="1440" w:type="dxa"/>
            <w:shd w:val="clear" w:color="auto" w:fill="003247"/>
            <w:vAlign w:val="center"/>
          </w:tcPr>
          <w:p w14:paraId="31D7935B" w14:textId="77777777" w:rsidR="00732E9B" w:rsidRDefault="003F2D08">
            <w:r>
              <w:rPr>
                <w:b/>
                <w:color w:val="FFFFFF"/>
                <w:sz w:val="14"/>
              </w:rPr>
              <w:t>Delivery mode</w:t>
            </w:r>
          </w:p>
        </w:tc>
        <w:tc>
          <w:tcPr>
            <w:tcW w:w="1440" w:type="dxa"/>
            <w:shd w:val="clear" w:color="auto" w:fill="003247"/>
            <w:vAlign w:val="center"/>
          </w:tcPr>
          <w:p w14:paraId="363CE3D3" w14:textId="77777777" w:rsidR="00732E9B" w:rsidRDefault="003F2D08">
            <w:r>
              <w:rPr>
                <w:b/>
                <w:color w:val="FFFFFF"/>
                <w:sz w:val="14"/>
              </w:rPr>
              <w:t>Duration</w:t>
            </w:r>
          </w:p>
        </w:tc>
        <w:tc>
          <w:tcPr>
            <w:tcW w:w="1440" w:type="dxa"/>
            <w:shd w:val="clear" w:color="auto" w:fill="003247"/>
            <w:vAlign w:val="center"/>
          </w:tcPr>
          <w:p w14:paraId="58FCEBDB" w14:textId="77777777" w:rsidR="00732E9B" w:rsidRDefault="003F2D08">
            <w:r>
              <w:rPr>
                <w:b/>
                <w:color w:val="FFFFFF"/>
                <w:sz w:val="14"/>
              </w:rPr>
              <w:t>Indicative timing</w:t>
            </w:r>
          </w:p>
        </w:tc>
        <w:tc>
          <w:tcPr>
            <w:tcW w:w="1440" w:type="dxa"/>
            <w:shd w:val="clear" w:color="auto" w:fill="003247"/>
            <w:vAlign w:val="center"/>
          </w:tcPr>
          <w:p w14:paraId="79F11CC0" w14:textId="77777777" w:rsidR="00732E9B" w:rsidRDefault="003F2D08">
            <w:r>
              <w:rPr>
                <w:b/>
                <w:color w:val="FFFFFF"/>
                <w:sz w:val="14"/>
              </w:rPr>
              <w:t>Faculty</w:t>
            </w:r>
          </w:p>
        </w:tc>
        <w:tc>
          <w:tcPr>
            <w:tcW w:w="1440" w:type="dxa"/>
            <w:shd w:val="clear" w:color="auto" w:fill="003247"/>
            <w:vAlign w:val="center"/>
          </w:tcPr>
          <w:p w14:paraId="31E8FD0B" w14:textId="77777777" w:rsidR="00732E9B" w:rsidRDefault="003F2D08">
            <w:r>
              <w:rPr>
                <w:b/>
                <w:color w:val="FFFFFF"/>
                <w:sz w:val="14"/>
              </w:rPr>
              <w:t>Workplace application / follow-up</w:t>
            </w:r>
          </w:p>
        </w:tc>
      </w:tr>
      <w:tr w:rsidR="00732E9B" w14:paraId="3CFD48C2" w14:textId="77777777">
        <w:tc>
          <w:tcPr>
            <w:tcW w:w="1440" w:type="dxa"/>
            <w:vAlign w:val="center"/>
          </w:tcPr>
          <w:p w14:paraId="0A1FC125" w14:textId="77777777" w:rsidR="00732E9B" w:rsidRDefault="003F2D08">
            <w:r>
              <w:rPr>
                <w:sz w:val="14"/>
              </w:rPr>
              <w:t>[Insert]</w:t>
            </w:r>
          </w:p>
        </w:tc>
        <w:tc>
          <w:tcPr>
            <w:tcW w:w="1440" w:type="dxa"/>
            <w:vAlign w:val="center"/>
          </w:tcPr>
          <w:p w14:paraId="7F415D43" w14:textId="77777777" w:rsidR="00732E9B" w:rsidRDefault="003F2D08">
            <w:r>
              <w:rPr>
                <w:sz w:val="14"/>
              </w:rPr>
              <w:t>[Insert]</w:t>
            </w:r>
          </w:p>
        </w:tc>
        <w:tc>
          <w:tcPr>
            <w:tcW w:w="1440" w:type="dxa"/>
            <w:vAlign w:val="center"/>
          </w:tcPr>
          <w:p w14:paraId="09A3D5B8" w14:textId="77777777" w:rsidR="00732E9B" w:rsidRDefault="003F2D08">
            <w:r>
              <w:rPr>
                <w:sz w:val="14"/>
              </w:rPr>
              <w:t>[Insert]</w:t>
            </w:r>
          </w:p>
        </w:tc>
        <w:tc>
          <w:tcPr>
            <w:tcW w:w="1440" w:type="dxa"/>
            <w:vAlign w:val="center"/>
          </w:tcPr>
          <w:p w14:paraId="6D4AA96A" w14:textId="77777777" w:rsidR="00732E9B" w:rsidRDefault="003F2D08">
            <w:r>
              <w:rPr>
                <w:sz w:val="14"/>
              </w:rPr>
              <w:t>[Insert]</w:t>
            </w:r>
          </w:p>
        </w:tc>
        <w:tc>
          <w:tcPr>
            <w:tcW w:w="1440" w:type="dxa"/>
            <w:vAlign w:val="center"/>
          </w:tcPr>
          <w:p w14:paraId="645242D7" w14:textId="77777777" w:rsidR="00732E9B" w:rsidRDefault="003F2D08">
            <w:r>
              <w:rPr>
                <w:sz w:val="14"/>
              </w:rPr>
              <w:t>[Insert]</w:t>
            </w:r>
          </w:p>
        </w:tc>
        <w:tc>
          <w:tcPr>
            <w:tcW w:w="1440" w:type="dxa"/>
            <w:vAlign w:val="center"/>
          </w:tcPr>
          <w:p w14:paraId="42DB0B58" w14:textId="77777777" w:rsidR="00732E9B" w:rsidRDefault="003F2D08">
            <w:r>
              <w:rPr>
                <w:sz w:val="14"/>
              </w:rPr>
              <w:t>[Insert]</w:t>
            </w:r>
          </w:p>
        </w:tc>
        <w:tc>
          <w:tcPr>
            <w:tcW w:w="1440" w:type="dxa"/>
            <w:vAlign w:val="center"/>
          </w:tcPr>
          <w:p w14:paraId="684F159E" w14:textId="77777777" w:rsidR="00732E9B" w:rsidRDefault="003F2D08">
            <w:r>
              <w:rPr>
                <w:sz w:val="14"/>
              </w:rPr>
              <w:t>[Insert]</w:t>
            </w:r>
          </w:p>
        </w:tc>
      </w:tr>
      <w:tr w:rsidR="00732E9B" w14:paraId="14336F53" w14:textId="77777777">
        <w:tc>
          <w:tcPr>
            <w:tcW w:w="1440" w:type="dxa"/>
            <w:vAlign w:val="center"/>
          </w:tcPr>
          <w:p w14:paraId="5BDD05B4" w14:textId="77777777" w:rsidR="00732E9B" w:rsidRDefault="003F2D08">
            <w:r>
              <w:rPr>
                <w:sz w:val="14"/>
              </w:rPr>
              <w:t>[Insert]</w:t>
            </w:r>
          </w:p>
        </w:tc>
        <w:tc>
          <w:tcPr>
            <w:tcW w:w="1440" w:type="dxa"/>
            <w:vAlign w:val="center"/>
          </w:tcPr>
          <w:p w14:paraId="4930B251" w14:textId="77777777" w:rsidR="00732E9B" w:rsidRDefault="003F2D08">
            <w:r>
              <w:rPr>
                <w:sz w:val="14"/>
              </w:rPr>
              <w:t>[Insert]</w:t>
            </w:r>
          </w:p>
        </w:tc>
        <w:tc>
          <w:tcPr>
            <w:tcW w:w="1440" w:type="dxa"/>
            <w:vAlign w:val="center"/>
          </w:tcPr>
          <w:p w14:paraId="6C35A4CA" w14:textId="77777777" w:rsidR="00732E9B" w:rsidRDefault="003F2D08">
            <w:r>
              <w:rPr>
                <w:sz w:val="14"/>
              </w:rPr>
              <w:t>[Insert]</w:t>
            </w:r>
          </w:p>
        </w:tc>
        <w:tc>
          <w:tcPr>
            <w:tcW w:w="1440" w:type="dxa"/>
            <w:vAlign w:val="center"/>
          </w:tcPr>
          <w:p w14:paraId="60FFD1A4" w14:textId="77777777" w:rsidR="00732E9B" w:rsidRDefault="003F2D08">
            <w:r>
              <w:rPr>
                <w:sz w:val="14"/>
              </w:rPr>
              <w:t>[Insert]</w:t>
            </w:r>
          </w:p>
        </w:tc>
        <w:tc>
          <w:tcPr>
            <w:tcW w:w="1440" w:type="dxa"/>
            <w:vAlign w:val="center"/>
          </w:tcPr>
          <w:p w14:paraId="511A6EF2" w14:textId="77777777" w:rsidR="00732E9B" w:rsidRDefault="003F2D08">
            <w:r>
              <w:rPr>
                <w:sz w:val="14"/>
              </w:rPr>
              <w:t>[Insert]</w:t>
            </w:r>
          </w:p>
        </w:tc>
        <w:tc>
          <w:tcPr>
            <w:tcW w:w="1440" w:type="dxa"/>
            <w:vAlign w:val="center"/>
          </w:tcPr>
          <w:p w14:paraId="7E1F291B" w14:textId="77777777" w:rsidR="00732E9B" w:rsidRDefault="003F2D08">
            <w:r>
              <w:rPr>
                <w:sz w:val="14"/>
              </w:rPr>
              <w:t>[Insert]</w:t>
            </w:r>
          </w:p>
        </w:tc>
        <w:tc>
          <w:tcPr>
            <w:tcW w:w="1440" w:type="dxa"/>
            <w:vAlign w:val="center"/>
          </w:tcPr>
          <w:p w14:paraId="0C78DFEE" w14:textId="77777777" w:rsidR="00732E9B" w:rsidRDefault="003F2D08">
            <w:r>
              <w:rPr>
                <w:sz w:val="14"/>
              </w:rPr>
              <w:t>[Insert]</w:t>
            </w:r>
          </w:p>
        </w:tc>
      </w:tr>
      <w:tr w:rsidR="00732E9B" w14:paraId="0893A47E" w14:textId="77777777">
        <w:tc>
          <w:tcPr>
            <w:tcW w:w="1440" w:type="dxa"/>
            <w:vAlign w:val="center"/>
          </w:tcPr>
          <w:p w14:paraId="14429008" w14:textId="77777777" w:rsidR="00732E9B" w:rsidRDefault="003F2D08">
            <w:r>
              <w:rPr>
                <w:sz w:val="14"/>
              </w:rPr>
              <w:t>[Insert]</w:t>
            </w:r>
          </w:p>
        </w:tc>
        <w:tc>
          <w:tcPr>
            <w:tcW w:w="1440" w:type="dxa"/>
            <w:vAlign w:val="center"/>
          </w:tcPr>
          <w:p w14:paraId="589C4451" w14:textId="77777777" w:rsidR="00732E9B" w:rsidRDefault="003F2D08">
            <w:r>
              <w:rPr>
                <w:sz w:val="14"/>
              </w:rPr>
              <w:t>[Insert]</w:t>
            </w:r>
          </w:p>
        </w:tc>
        <w:tc>
          <w:tcPr>
            <w:tcW w:w="1440" w:type="dxa"/>
            <w:vAlign w:val="center"/>
          </w:tcPr>
          <w:p w14:paraId="7DF5C737" w14:textId="77777777" w:rsidR="00732E9B" w:rsidRDefault="003F2D08">
            <w:r>
              <w:rPr>
                <w:sz w:val="14"/>
              </w:rPr>
              <w:t>[Insert]</w:t>
            </w:r>
          </w:p>
        </w:tc>
        <w:tc>
          <w:tcPr>
            <w:tcW w:w="1440" w:type="dxa"/>
            <w:vAlign w:val="center"/>
          </w:tcPr>
          <w:p w14:paraId="58E8897B" w14:textId="77777777" w:rsidR="00732E9B" w:rsidRDefault="003F2D08">
            <w:r>
              <w:rPr>
                <w:sz w:val="14"/>
              </w:rPr>
              <w:t>[Insert]</w:t>
            </w:r>
          </w:p>
        </w:tc>
        <w:tc>
          <w:tcPr>
            <w:tcW w:w="1440" w:type="dxa"/>
            <w:vAlign w:val="center"/>
          </w:tcPr>
          <w:p w14:paraId="6BEF214D" w14:textId="77777777" w:rsidR="00732E9B" w:rsidRDefault="003F2D08">
            <w:r>
              <w:rPr>
                <w:sz w:val="14"/>
              </w:rPr>
              <w:t>[Insert]</w:t>
            </w:r>
          </w:p>
        </w:tc>
        <w:tc>
          <w:tcPr>
            <w:tcW w:w="1440" w:type="dxa"/>
            <w:vAlign w:val="center"/>
          </w:tcPr>
          <w:p w14:paraId="4FDD7D35" w14:textId="77777777" w:rsidR="00732E9B" w:rsidRDefault="003F2D08">
            <w:r>
              <w:rPr>
                <w:sz w:val="14"/>
              </w:rPr>
              <w:t>[Insert]</w:t>
            </w:r>
          </w:p>
        </w:tc>
        <w:tc>
          <w:tcPr>
            <w:tcW w:w="1440" w:type="dxa"/>
            <w:vAlign w:val="center"/>
          </w:tcPr>
          <w:p w14:paraId="7F194C5E" w14:textId="77777777" w:rsidR="00732E9B" w:rsidRDefault="003F2D08">
            <w:r>
              <w:rPr>
                <w:sz w:val="14"/>
              </w:rPr>
              <w:t>[Insert]</w:t>
            </w:r>
          </w:p>
        </w:tc>
      </w:tr>
      <w:tr w:rsidR="00732E9B" w14:paraId="53B12846" w14:textId="77777777">
        <w:tc>
          <w:tcPr>
            <w:tcW w:w="1440" w:type="dxa"/>
            <w:vAlign w:val="center"/>
          </w:tcPr>
          <w:p w14:paraId="231A3072" w14:textId="77777777" w:rsidR="00732E9B" w:rsidRDefault="003F2D08">
            <w:r>
              <w:rPr>
                <w:sz w:val="14"/>
              </w:rPr>
              <w:t>[Insert]</w:t>
            </w:r>
          </w:p>
        </w:tc>
        <w:tc>
          <w:tcPr>
            <w:tcW w:w="1440" w:type="dxa"/>
            <w:vAlign w:val="center"/>
          </w:tcPr>
          <w:p w14:paraId="3EC14182" w14:textId="77777777" w:rsidR="00732E9B" w:rsidRDefault="003F2D08">
            <w:r>
              <w:rPr>
                <w:sz w:val="14"/>
              </w:rPr>
              <w:t>[Insert]</w:t>
            </w:r>
          </w:p>
        </w:tc>
        <w:tc>
          <w:tcPr>
            <w:tcW w:w="1440" w:type="dxa"/>
            <w:vAlign w:val="center"/>
          </w:tcPr>
          <w:p w14:paraId="16FAE5A1" w14:textId="77777777" w:rsidR="00732E9B" w:rsidRDefault="003F2D08">
            <w:r>
              <w:rPr>
                <w:sz w:val="14"/>
              </w:rPr>
              <w:t>[Insert]</w:t>
            </w:r>
          </w:p>
        </w:tc>
        <w:tc>
          <w:tcPr>
            <w:tcW w:w="1440" w:type="dxa"/>
            <w:vAlign w:val="center"/>
          </w:tcPr>
          <w:p w14:paraId="32481D51" w14:textId="77777777" w:rsidR="00732E9B" w:rsidRDefault="003F2D08">
            <w:r>
              <w:rPr>
                <w:sz w:val="14"/>
              </w:rPr>
              <w:t>[Insert]</w:t>
            </w:r>
          </w:p>
        </w:tc>
        <w:tc>
          <w:tcPr>
            <w:tcW w:w="1440" w:type="dxa"/>
            <w:vAlign w:val="center"/>
          </w:tcPr>
          <w:p w14:paraId="13997F60" w14:textId="77777777" w:rsidR="00732E9B" w:rsidRDefault="003F2D08">
            <w:r>
              <w:rPr>
                <w:sz w:val="14"/>
              </w:rPr>
              <w:t>[Insert]</w:t>
            </w:r>
          </w:p>
        </w:tc>
        <w:tc>
          <w:tcPr>
            <w:tcW w:w="1440" w:type="dxa"/>
            <w:vAlign w:val="center"/>
          </w:tcPr>
          <w:p w14:paraId="02B83C47" w14:textId="77777777" w:rsidR="00732E9B" w:rsidRDefault="003F2D08">
            <w:r>
              <w:rPr>
                <w:sz w:val="14"/>
              </w:rPr>
              <w:t>[Insert]</w:t>
            </w:r>
          </w:p>
        </w:tc>
        <w:tc>
          <w:tcPr>
            <w:tcW w:w="1440" w:type="dxa"/>
            <w:vAlign w:val="center"/>
          </w:tcPr>
          <w:p w14:paraId="70ED1E52" w14:textId="77777777" w:rsidR="00732E9B" w:rsidRDefault="003F2D08">
            <w:r>
              <w:rPr>
                <w:sz w:val="14"/>
              </w:rPr>
              <w:t>[Insert]</w:t>
            </w:r>
          </w:p>
        </w:tc>
      </w:tr>
      <w:tr w:rsidR="00732E9B" w14:paraId="03C79A0D" w14:textId="77777777">
        <w:tc>
          <w:tcPr>
            <w:tcW w:w="1440" w:type="dxa"/>
            <w:vAlign w:val="center"/>
          </w:tcPr>
          <w:p w14:paraId="4E62F958" w14:textId="77777777" w:rsidR="00732E9B" w:rsidRDefault="003F2D08">
            <w:r>
              <w:rPr>
                <w:sz w:val="14"/>
              </w:rPr>
              <w:t>[Insert]</w:t>
            </w:r>
          </w:p>
        </w:tc>
        <w:tc>
          <w:tcPr>
            <w:tcW w:w="1440" w:type="dxa"/>
            <w:vAlign w:val="center"/>
          </w:tcPr>
          <w:p w14:paraId="46047EBC" w14:textId="77777777" w:rsidR="00732E9B" w:rsidRDefault="003F2D08">
            <w:r>
              <w:rPr>
                <w:sz w:val="14"/>
              </w:rPr>
              <w:t>[Insert]</w:t>
            </w:r>
          </w:p>
        </w:tc>
        <w:tc>
          <w:tcPr>
            <w:tcW w:w="1440" w:type="dxa"/>
            <w:vAlign w:val="center"/>
          </w:tcPr>
          <w:p w14:paraId="357EBD00" w14:textId="77777777" w:rsidR="00732E9B" w:rsidRDefault="003F2D08">
            <w:r>
              <w:rPr>
                <w:sz w:val="14"/>
              </w:rPr>
              <w:t>[Insert]</w:t>
            </w:r>
          </w:p>
        </w:tc>
        <w:tc>
          <w:tcPr>
            <w:tcW w:w="1440" w:type="dxa"/>
            <w:vAlign w:val="center"/>
          </w:tcPr>
          <w:p w14:paraId="5A258682" w14:textId="77777777" w:rsidR="00732E9B" w:rsidRDefault="003F2D08">
            <w:r>
              <w:rPr>
                <w:sz w:val="14"/>
              </w:rPr>
              <w:t>[Insert]</w:t>
            </w:r>
          </w:p>
        </w:tc>
        <w:tc>
          <w:tcPr>
            <w:tcW w:w="1440" w:type="dxa"/>
            <w:vAlign w:val="center"/>
          </w:tcPr>
          <w:p w14:paraId="6CA61D70" w14:textId="77777777" w:rsidR="00732E9B" w:rsidRDefault="003F2D08">
            <w:r>
              <w:rPr>
                <w:sz w:val="14"/>
              </w:rPr>
              <w:t>[Insert]</w:t>
            </w:r>
          </w:p>
        </w:tc>
        <w:tc>
          <w:tcPr>
            <w:tcW w:w="1440" w:type="dxa"/>
            <w:vAlign w:val="center"/>
          </w:tcPr>
          <w:p w14:paraId="3BC44753" w14:textId="77777777" w:rsidR="00732E9B" w:rsidRDefault="003F2D08">
            <w:r>
              <w:rPr>
                <w:sz w:val="14"/>
              </w:rPr>
              <w:t>[Insert]</w:t>
            </w:r>
          </w:p>
        </w:tc>
        <w:tc>
          <w:tcPr>
            <w:tcW w:w="1440" w:type="dxa"/>
            <w:vAlign w:val="center"/>
          </w:tcPr>
          <w:p w14:paraId="73F11BE2" w14:textId="77777777" w:rsidR="00732E9B" w:rsidRDefault="003F2D08">
            <w:r>
              <w:rPr>
                <w:sz w:val="14"/>
              </w:rPr>
              <w:t>[Insert]</w:t>
            </w:r>
          </w:p>
        </w:tc>
      </w:tr>
      <w:tr w:rsidR="00732E9B" w14:paraId="1BD8FA1A" w14:textId="77777777">
        <w:tc>
          <w:tcPr>
            <w:tcW w:w="1440" w:type="dxa"/>
            <w:vAlign w:val="center"/>
          </w:tcPr>
          <w:p w14:paraId="1B6D9C66" w14:textId="77777777" w:rsidR="00732E9B" w:rsidRDefault="003F2D08">
            <w:r>
              <w:rPr>
                <w:sz w:val="14"/>
              </w:rPr>
              <w:lastRenderedPageBreak/>
              <w:t>[Insert]</w:t>
            </w:r>
          </w:p>
        </w:tc>
        <w:tc>
          <w:tcPr>
            <w:tcW w:w="1440" w:type="dxa"/>
            <w:vAlign w:val="center"/>
          </w:tcPr>
          <w:p w14:paraId="5715A6F5" w14:textId="77777777" w:rsidR="00732E9B" w:rsidRDefault="003F2D08">
            <w:r>
              <w:rPr>
                <w:sz w:val="14"/>
              </w:rPr>
              <w:t>[Insert]</w:t>
            </w:r>
          </w:p>
        </w:tc>
        <w:tc>
          <w:tcPr>
            <w:tcW w:w="1440" w:type="dxa"/>
            <w:vAlign w:val="center"/>
          </w:tcPr>
          <w:p w14:paraId="74B2DDCB" w14:textId="77777777" w:rsidR="00732E9B" w:rsidRDefault="003F2D08">
            <w:r>
              <w:rPr>
                <w:sz w:val="14"/>
              </w:rPr>
              <w:t>[Insert]</w:t>
            </w:r>
          </w:p>
        </w:tc>
        <w:tc>
          <w:tcPr>
            <w:tcW w:w="1440" w:type="dxa"/>
            <w:vAlign w:val="center"/>
          </w:tcPr>
          <w:p w14:paraId="0CF397F4" w14:textId="77777777" w:rsidR="00732E9B" w:rsidRDefault="003F2D08">
            <w:r>
              <w:rPr>
                <w:sz w:val="14"/>
              </w:rPr>
              <w:t>[Insert]</w:t>
            </w:r>
          </w:p>
        </w:tc>
        <w:tc>
          <w:tcPr>
            <w:tcW w:w="1440" w:type="dxa"/>
            <w:vAlign w:val="center"/>
          </w:tcPr>
          <w:p w14:paraId="781931FF" w14:textId="77777777" w:rsidR="00732E9B" w:rsidRDefault="003F2D08">
            <w:r>
              <w:rPr>
                <w:sz w:val="14"/>
              </w:rPr>
              <w:t>[Insert]</w:t>
            </w:r>
          </w:p>
        </w:tc>
        <w:tc>
          <w:tcPr>
            <w:tcW w:w="1440" w:type="dxa"/>
            <w:vAlign w:val="center"/>
          </w:tcPr>
          <w:p w14:paraId="799FF2FA" w14:textId="77777777" w:rsidR="00732E9B" w:rsidRDefault="003F2D08">
            <w:r>
              <w:rPr>
                <w:sz w:val="14"/>
              </w:rPr>
              <w:t>[Insert]</w:t>
            </w:r>
          </w:p>
        </w:tc>
        <w:tc>
          <w:tcPr>
            <w:tcW w:w="1440" w:type="dxa"/>
            <w:vAlign w:val="center"/>
          </w:tcPr>
          <w:p w14:paraId="08395E07" w14:textId="77777777" w:rsidR="00732E9B" w:rsidRDefault="003F2D08">
            <w:r>
              <w:rPr>
                <w:sz w:val="14"/>
              </w:rPr>
              <w:t>[Insert]</w:t>
            </w:r>
          </w:p>
        </w:tc>
      </w:tr>
      <w:tr w:rsidR="00732E9B" w14:paraId="568C51A9" w14:textId="77777777">
        <w:tc>
          <w:tcPr>
            <w:tcW w:w="1440" w:type="dxa"/>
            <w:vAlign w:val="center"/>
          </w:tcPr>
          <w:p w14:paraId="6DFF7CD4" w14:textId="77777777" w:rsidR="00732E9B" w:rsidRDefault="003F2D08">
            <w:r>
              <w:rPr>
                <w:sz w:val="14"/>
              </w:rPr>
              <w:t>[Insert]</w:t>
            </w:r>
          </w:p>
        </w:tc>
        <w:tc>
          <w:tcPr>
            <w:tcW w:w="1440" w:type="dxa"/>
            <w:vAlign w:val="center"/>
          </w:tcPr>
          <w:p w14:paraId="7D64B27E" w14:textId="77777777" w:rsidR="00732E9B" w:rsidRDefault="003F2D08">
            <w:r>
              <w:rPr>
                <w:sz w:val="14"/>
              </w:rPr>
              <w:t>[Insert]</w:t>
            </w:r>
          </w:p>
        </w:tc>
        <w:tc>
          <w:tcPr>
            <w:tcW w:w="1440" w:type="dxa"/>
            <w:vAlign w:val="center"/>
          </w:tcPr>
          <w:p w14:paraId="1B20981E" w14:textId="77777777" w:rsidR="00732E9B" w:rsidRDefault="003F2D08">
            <w:r>
              <w:rPr>
                <w:sz w:val="14"/>
              </w:rPr>
              <w:t>[Insert]</w:t>
            </w:r>
          </w:p>
        </w:tc>
        <w:tc>
          <w:tcPr>
            <w:tcW w:w="1440" w:type="dxa"/>
            <w:vAlign w:val="center"/>
          </w:tcPr>
          <w:p w14:paraId="4C78729E" w14:textId="77777777" w:rsidR="00732E9B" w:rsidRDefault="003F2D08">
            <w:r>
              <w:rPr>
                <w:sz w:val="14"/>
              </w:rPr>
              <w:t>[Insert]</w:t>
            </w:r>
          </w:p>
        </w:tc>
        <w:tc>
          <w:tcPr>
            <w:tcW w:w="1440" w:type="dxa"/>
            <w:vAlign w:val="center"/>
          </w:tcPr>
          <w:p w14:paraId="43D1E852" w14:textId="77777777" w:rsidR="00732E9B" w:rsidRDefault="003F2D08">
            <w:r>
              <w:rPr>
                <w:sz w:val="14"/>
              </w:rPr>
              <w:t>[Insert]</w:t>
            </w:r>
          </w:p>
        </w:tc>
        <w:tc>
          <w:tcPr>
            <w:tcW w:w="1440" w:type="dxa"/>
            <w:vAlign w:val="center"/>
          </w:tcPr>
          <w:p w14:paraId="66CA7238" w14:textId="77777777" w:rsidR="00732E9B" w:rsidRDefault="003F2D08">
            <w:r>
              <w:rPr>
                <w:sz w:val="14"/>
              </w:rPr>
              <w:t>[Insert]</w:t>
            </w:r>
          </w:p>
        </w:tc>
        <w:tc>
          <w:tcPr>
            <w:tcW w:w="1440" w:type="dxa"/>
            <w:vAlign w:val="center"/>
          </w:tcPr>
          <w:p w14:paraId="7F8CC5C7" w14:textId="77777777" w:rsidR="00732E9B" w:rsidRDefault="003F2D08">
            <w:r>
              <w:rPr>
                <w:sz w:val="14"/>
              </w:rPr>
              <w:t>[Insert]</w:t>
            </w:r>
          </w:p>
        </w:tc>
      </w:tr>
      <w:tr w:rsidR="00732E9B" w14:paraId="6D218868" w14:textId="77777777">
        <w:tc>
          <w:tcPr>
            <w:tcW w:w="1440" w:type="dxa"/>
            <w:vAlign w:val="center"/>
          </w:tcPr>
          <w:p w14:paraId="6025AFA9" w14:textId="77777777" w:rsidR="00732E9B" w:rsidRDefault="003F2D08">
            <w:r>
              <w:rPr>
                <w:sz w:val="14"/>
              </w:rPr>
              <w:t>[Insert]</w:t>
            </w:r>
          </w:p>
        </w:tc>
        <w:tc>
          <w:tcPr>
            <w:tcW w:w="1440" w:type="dxa"/>
            <w:vAlign w:val="center"/>
          </w:tcPr>
          <w:p w14:paraId="20D0DC7C" w14:textId="77777777" w:rsidR="00732E9B" w:rsidRDefault="003F2D08">
            <w:r>
              <w:rPr>
                <w:sz w:val="14"/>
              </w:rPr>
              <w:t>[Insert]</w:t>
            </w:r>
          </w:p>
        </w:tc>
        <w:tc>
          <w:tcPr>
            <w:tcW w:w="1440" w:type="dxa"/>
            <w:vAlign w:val="center"/>
          </w:tcPr>
          <w:p w14:paraId="07A73EB7" w14:textId="77777777" w:rsidR="00732E9B" w:rsidRDefault="003F2D08">
            <w:r>
              <w:rPr>
                <w:sz w:val="14"/>
              </w:rPr>
              <w:t>[Insert]</w:t>
            </w:r>
          </w:p>
        </w:tc>
        <w:tc>
          <w:tcPr>
            <w:tcW w:w="1440" w:type="dxa"/>
            <w:vAlign w:val="center"/>
          </w:tcPr>
          <w:p w14:paraId="361DB8C4" w14:textId="77777777" w:rsidR="00732E9B" w:rsidRDefault="003F2D08">
            <w:r>
              <w:rPr>
                <w:sz w:val="14"/>
              </w:rPr>
              <w:t>[Insert]</w:t>
            </w:r>
          </w:p>
        </w:tc>
        <w:tc>
          <w:tcPr>
            <w:tcW w:w="1440" w:type="dxa"/>
            <w:vAlign w:val="center"/>
          </w:tcPr>
          <w:p w14:paraId="2D45F937" w14:textId="77777777" w:rsidR="00732E9B" w:rsidRDefault="003F2D08">
            <w:r>
              <w:rPr>
                <w:sz w:val="14"/>
              </w:rPr>
              <w:t>[Insert]</w:t>
            </w:r>
          </w:p>
        </w:tc>
        <w:tc>
          <w:tcPr>
            <w:tcW w:w="1440" w:type="dxa"/>
            <w:vAlign w:val="center"/>
          </w:tcPr>
          <w:p w14:paraId="70768DCA" w14:textId="77777777" w:rsidR="00732E9B" w:rsidRDefault="003F2D08">
            <w:r>
              <w:rPr>
                <w:sz w:val="14"/>
              </w:rPr>
              <w:t>[Insert]</w:t>
            </w:r>
          </w:p>
        </w:tc>
        <w:tc>
          <w:tcPr>
            <w:tcW w:w="1440" w:type="dxa"/>
            <w:vAlign w:val="center"/>
          </w:tcPr>
          <w:p w14:paraId="0F2A8448" w14:textId="77777777" w:rsidR="00732E9B" w:rsidRDefault="003F2D08">
            <w:r>
              <w:rPr>
                <w:sz w:val="14"/>
              </w:rPr>
              <w:t>[Insert]</w:t>
            </w:r>
          </w:p>
        </w:tc>
      </w:tr>
      <w:tr w:rsidR="00732E9B" w14:paraId="4BC04E28" w14:textId="77777777">
        <w:tc>
          <w:tcPr>
            <w:tcW w:w="1440" w:type="dxa"/>
            <w:vAlign w:val="center"/>
          </w:tcPr>
          <w:p w14:paraId="3A7AFE36" w14:textId="77777777" w:rsidR="00732E9B" w:rsidRDefault="003F2D08">
            <w:r>
              <w:rPr>
                <w:sz w:val="14"/>
              </w:rPr>
              <w:t>[Insert]</w:t>
            </w:r>
          </w:p>
        </w:tc>
        <w:tc>
          <w:tcPr>
            <w:tcW w:w="1440" w:type="dxa"/>
            <w:vAlign w:val="center"/>
          </w:tcPr>
          <w:p w14:paraId="1B771DFC" w14:textId="77777777" w:rsidR="00732E9B" w:rsidRDefault="003F2D08">
            <w:r>
              <w:rPr>
                <w:sz w:val="14"/>
              </w:rPr>
              <w:t>[Insert]</w:t>
            </w:r>
          </w:p>
        </w:tc>
        <w:tc>
          <w:tcPr>
            <w:tcW w:w="1440" w:type="dxa"/>
            <w:vAlign w:val="center"/>
          </w:tcPr>
          <w:p w14:paraId="43C60126" w14:textId="77777777" w:rsidR="00732E9B" w:rsidRDefault="003F2D08">
            <w:r>
              <w:rPr>
                <w:sz w:val="14"/>
              </w:rPr>
              <w:t>[Insert]</w:t>
            </w:r>
          </w:p>
        </w:tc>
        <w:tc>
          <w:tcPr>
            <w:tcW w:w="1440" w:type="dxa"/>
            <w:vAlign w:val="center"/>
          </w:tcPr>
          <w:p w14:paraId="1E26D5EA" w14:textId="77777777" w:rsidR="00732E9B" w:rsidRDefault="003F2D08">
            <w:r>
              <w:rPr>
                <w:sz w:val="14"/>
              </w:rPr>
              <w:t>[Insert]</w:t>
            </w:r>
          </w:p>
        </w:tc>
        <w:tc>
          <w:tcPr>
            <w:tcW w:w="1440" w:type="dxa"/>
            <w:vAlign w:val="center"/>
          </w:tcPr>
          <w:p w14:paraId="52E933F2" w14:textId="77777777" w:rsidR="00732E9B" w:rsidRDefault="003F2D08">
            <w:r>
              <w:rPr>
                <w:sz w:val="14"/>
              </w:rPr>
              <w:t>[Insert]</w:t>
            </w:r>
          </w:p>
        </w:tc>
        <w:tc>
          <w:tcPr>
            <w:tcW w:w="1440" w:type="dxa"/>
            <w:vAlign w:val="center"/>
          </w:tcPr>
          <w:p w14:paraId="577A9EC2" w14:textId="77777777" w:rsidR="00732E9B" w:rsidRDefault="003F2D08">
            <w:r>
              <w:rPr>
                <w:sz w:val="14"/>
              </w:rPr>
              <w:t>[Insert]</w:t>
            </w:r>
          </w:p>
        </w:tc>
        <w:tc>
          <w:tcPr>
            <w:tcW w:w="1440" w:type="dxa"/>
            <w:vAlign w:val="center"/>
          </w:tcPr>
          <w:p w14:paraId="16295C22" w14:textId="77777777" w:rsidR="00732E9B" w:rsidRDefault="003F2D08">
            <w:r>
              <w:rPr>
                <w:sz w:val="14"/>
              </w:rPr>
              <w:t>[Insert]</w:t>
            </w:r>
          </w:p>
        </w:tc>
      </w:tr>
      <w:tr w:rsidR="00732E9B" w14:paraId="31E040A8" w14:textId="77777777">
        <w:tc>
          <w:tcPr>
            <w:tcW w:w="1440" w:type="dxa"/>
            <w:vAlign w:val="center"/>
          </w:tcPr>
          <w:p w14:paraId="2B832B26" w14:textId="77777777" w:rsidR="00732E9B" w:rsidRDefault="003F2D08">
            <w:r>
              <w:rPr>
                <w:sz w:val="14"/>
              </w:rPr>
              <w:t>[Insert]</w:t>
            </w:r>
          </w:p>
        </w:tc>
        <w:tc>
          <w:tcPr>
            <w:tcW w:w="1440" w:type="dxa"/>
            <w:vAlign w:val="center"/>
          </w:tcPr>
          <w:p w14:paraId="621B29BE" w14:textId="77777777" w:rsidR="00732E9B" w:rsidRDefault="003F2D08">
            <w:r>
              <w:rPr>
                <w:sz w:val="14"/>
              </w:rPr>
              <w:t>[Insert]</w:t>
            </w:r>
          </w:p>
        </w:tc>
        <w:tc>
          <w:tcPr>
            <w:tcW w:w="1440" w:type="dxa"/>
            <w:vAlign w:val="center"/>
          </w:tcPr>
          <w:p w14:paraId="471D4F2A" w14:textId="77777777" w:rsidR="00732E9B" w:rsidRDefault="003F2D08">
            <w:r>
              <w:rPr>
                <w:sz w:val="14"/>
              </w:rPr>
              <w:t>[Insert]</w:t>
            </w:r>
          </w:p>
        </w:tc>
        <w:tc>
          <w:tcPr>
            <w:tcW w:w="1440" w:type="dxa"/>
            <w:vAlign w:val="center"/>
          </w:tcPr>
          <w:p w14:paraId="4A72E2BD" w14:textId="77777777" w:rsidR="00732E9B" w:rsidRDefault="003F2D08">
            <w:r>
              <w:rPr>
                <w:sz w:val="14"/>
              </w:rPr>
              <w:t>[Insert]</w:t>
            </w:r>
          </w:p>
        </w:tc>
        <w:tc>
          <w:tcPr>
            <w:tcW w:w="1440" w:type="dxa"/>
            <w:vAlign w:val="center"/>
          </w:tcPr>
          <w:p w14:paraId="34713664" w14:textId="77777777" w:rsidR="00732E9B" w:rsidRDefault="003F2D08">
            <w:r>
              <w:rPr>
                <w:sz w:val="14"/>
              </w:rPr>
              <w:t>[Insert]</w:t>
            </w:r>
          </w:p>
        </w:tc>
        <w:tc>
          <w:tcPr>
            <w:tcW w:w="1440" w:type="dxa"/>
            <w:vAlign w:val="center"/>
          </w:tcPr>
          <w:p w14:paraId="764069F9" w14:textId="77777777" w:rsidR="00732E9B" w:rsidRDefault="003F2D08">
            <w:r>
              <w:rPr>
                <w:sz w:val="14"/>
              </w:rPr>
              <w:t>[Insert]</w:t>
            </w:r>
          </w:p>
        </w:tc>
        <w:tc>
          <w:tcPr>
            <w:tcW w:w="1440" w:type="dxa"/>
            <w:vAlign w:val="center"/>
          </w:tcPr>
          <w:p w14:paraId="202E78E2" w14:textId="77777777" w:rsidR="00732E9B" w:rsidRDefault="003F2D08">
            <w:r>
              <w:rPr>
                <w:sz w:val="14"/>
              </w:rPr>
              <w:t>[Insert]</w:t>
            </w:r>
          </w:p>
        </w:tc>
      </w:tr>
    </w:tbl>
    <w:p w14:paraId="031D3C9C" w14:textId="77777777" w:rsidR="00732E9B" w:rsidRDefault="003F2D08">
      <w:pPr>
        <w:pStyle w:val="Heading2"/>
      </w:pPr>
      <w:r>
        <w:t>4.3 Coverage of required capability areas</w:t>
      </w:r>
    </w:p>
    <w:tbl>
      <w:tblPr>
        <w:tblStyle w:val="TableGrid"/>
        <w:tblW w:w="0" w:type="auto"/>
        <w:tblLook w:val="04A0" w:firstRow="1" w:lastRow="0" w:firstColumn="1" w:lastColumn="0" w:noHBand="0" w:noVBand="1"/>
      </w:tblPr>
      <w:tblGrid>
        <w:gridCol w:w="3360"/>
        <w:gridCol w:w="3360"/>
        <w:gridCol w:w="3360"/>
      </w:tblGrid>
      <w:tr w:rsidR="00732E9B" w14:paraId="1D7E1A81" w14:textId="77777777">
        <w:tc>
          <w:tcPr>
            <w:tcW w:w="3360" w:type="dxa"/>
            <w:shd w:val="clear" w:color="auto" w:fill="003247"/>
            <w:vAlign w:val="center"/>
          </w:tcPr>
          <w:p w14:paraId="13AADC67" w14:textId="77777777" w:rsidR="00732E9B" w:rsidRDefault="003F2D08">
            <w:r>
              <w:rPr>
                <w:b/>
                <w:color w:val="FFFFFF"/>
                <w:sz w:val="16"/>
              </w:rPr>
              <w:t>Capability area</w:t>
            </w:r>
          </w:p>
        </w:tc>
        <w:tc>
          <w:tcPr>
            <w:tcW w:w="3360" w:type="dxa"/>
            <w:shd w:val="clear" w:color="auto" w:fill="003247"/>
            <w:vAlign w:val="center"/>
          </w:tcPr>
          <w:p w14:paraId="1CD629F3" w14:textId="77777777" w:rsidR="00732E9B" w:rsidRDefault="003F2D08">
            <w:r>
              <w:rPr>
                <w:b/>
                <w:color w:val="FFFFFF"/>
                <w:sz w:val="16"/>
              </w:rPr>
              <w:t>Where addressed in proposal</w:t>
            </w:r>
          </w:p>
        </w:tc>
        <w:tc>
          <w:tcPr>
            <w:tcW w:w="3360" w:type="dxa"/>
            <w:shd w:val="clear" w:color="auto" w:fill="003247"/>
            <w:vAlign w:val="center"/>
          </w:tcPr>
          <w:p w14:paraId="5F14012E" w14:textId="77777777" w:rsidR="00732E9B" w:rsidRDefault="003F2D08">
            <w:r>
              <w:rPr>
                <w:b/>
                <w:color w:val="FFFFFF"/>
                <w:sz w:val="16"/>
              </w:rPr>
              <w:t>How learning is applied / evidenced</w:t>
            </w:r>
          </w:p>
        </w:tc>
      </w:tr>
      <w:tr w:rsidR="00732E9B" w14:paraId="04B2C0A6" w14:textId="77777777">
        <w:tc>
          <w:tcPr>
            <w:tcW w:w="3360" w:type="dxa"/>
            <w:vAlign w:val="center"/>
          </w:tcPr>
          <w:p w14:paraId="09CB83B5" w14:textId="77777777" w:rsidR="00732E9B" w:rsidRDefault="003F2D08">
            <w:r>
              <w:rPr>
                <w:sz w:val="16"/>
              </w:rPr>
              <w:t>Graduate to professional / career ownership</w:t>
            </w:r>
          </w:p>
        </w:tc>
        <w:tc>
          <w:tcPr>
            <w:tcW w:w="3360" w:type="dxa"/>
            <w:vAlign w:val="center"/>
          </w:tcPr>
          <w:p w14:paraId="5F887D1C" w14:textId="77777777" w:rsidR="00732E9B" w:rsidRDefault="003F2D08">
            <w:r>
              <w:rPr>
                <w:sz w:val="16"/>
              </w:rPr>
              <w:t>[Insert]</w:t>
            </w:r>
          </w:p>
        </w:tc>
        <w:tc>
          <w:tcPr>
            <w:tcW w:w="3360" w:type="dxa"/>
            <w:vAlign w:val="center"/>
          </w:tcPr>
          <w:p w14:paraId="12348A85" w14:textId="77777777" w:rsidR="00732E9B" w:rsidRDefault="003F2D08">
            <w:r>
              <w:rPr>
                <w:sz w:val="16"/>
              </w:rPr>
              <w:t>[Insert]</w:t>
            </w:r>
          </w:p>
        </w:tc>
      </w:tr>
      <w:tr w:rsidR="00732E9B" w14:paraId="33897F15" w14:textId="77777777">
        <w:tc>
          <w:tcPr>
            <w:tcW w:w="3360" w:type="dxa"/>
            <w:vAlign w:val="center"/>
          </w:tcPr>
          <w:p w14:paraId="589559D9" w14:textId="77777777" w:rsidR="00732E9B" w:rsidRDefault="003F2D08">
            <w:r>
              <w:rPr>
                <w:sz w:val="16"/>
              </w:rPr>
              <w:t>Self-awareness, emotional intelligence &amp; resilience</w:t>
            </w:r>
          </w:p>
        </w:tc>
        <w:tc>
          <w:tcPr>
            <w:tcW w:w="3360" w:type="dxa"/>
            <w:vAlign w:val="center"/>
          </w:tcPr>
          <w:p w14:paraId="74A4C6DA" w14:textId="77777777" w:rsidR="00732E9B" w:rsidRDefault="003F2D08">
            <w:r>
              <w:rPr>
                <w:sz w:val="16"/>
              </w:rPr>
              <w:t>[Insert]</w:t>
            </w:r>
          </w:p>
        </w:tc>
        <w:tc>
          <w:tcPr>
            <w:tcW w:w="3360" w:type="dxa"/>
            <w:vAlign w:val="center"/>
          </w:tcPr>
          <w:p w14:paraId="706D7E0C" w14:textId="77777777" w:rsidR="00732E9B" w:rsidRDefault="003F2D08">
            <w:r>
              <w:rPr>
                <w:sz w:val="16"/>
              </w:rPr>
              <w:t>[Insert]</w:t>
            </w:r>
          </w:p>
        </w:tc>
      </w:tr>
      <w:tr w:rsidR="00732E9B" w14:paraId="6F8E7A86" w14:textId="77777777">
        <w:tc>
          <w:tcPr>
            <w:tcW w:w="3360" w:type="dxa"/>
            <w:vAlign w:val="center"/>
          </w:tcPr>
          <w:p w14:paraId="3CDD11AF" w14:textId="77777777" w:rsidR="00732E9B" w:rsidRDefault="003F2D08">
            <w:r>
              <w:rPr>
                <w:sz w:val="16"/>
              </w:rPr>
              <w:t>Communication, influencing &amp; stakeholder management</w:t>
            </w:r>
          </w:p>
        </w:tc>
        <w:tc>
          <w:tcPr>
            <w:tcW w:w="3360" w:type="dxa"/>
            <w:vAlign w:val="center"/>
          </w:tcPr>
          <w:p w14:paraId="07FC443D" w14:textId="77777777" w:rsidR="00732E9B" w:rsidRDefault="003F2D08">
            <w:r>
              <w:rPr>
                <w:sz w:val="16"/>
              </w:rPr>
              <w:t>[Insert]</w:t>
            </w:r>
          </w:p>
        </w:tc>
        <w:tc>
          <w:tcPr>
            <w:tcW w:w="3360" w:type="dxa"/>
            <w:vAlign w:val="center"/>
          </w:tcPr>
          <w:p w14:paraId="73D28D95" w14:textId="77777777" w:rsidR="00732E9B" w:rsidRDefault="003F2D08">
            <w:r>
              <w:rPr>
                <w:sz w:val="16"/>
              </w:rPr>
              <w:t>[Insert]</w:t>
            </w:r>
          </w:p>
        </w:tc>
      </w:tr>
      <w:tr w:rsidR="00732E9B" w14:paraId="4A46245D" w14:textId="77777777">
        <w:tc>
          <w:tcPr>
            <w:tcW w:w="3360" w:type="dxa"/>
            <w:vAlign w:val="center"/>
          </w:tcPr>
          <w:p w14:paraId="47FF4803" w14:textId="77777777" w:rsidR="00732E9B" w:rsidRDefault="003F2D08">
            <w:r>
              <w:rPr>
                <w:sz w:val="16"/>
              </w:rPr>
              <w:t>Commercial / business acumen</w:t>
            </w:r>
          </w:p>
        </w:tc>
        <w:tc>
          <w:tcPr>
            <w:tcW w:w="3360" w:type="dxa"/>
            <w:vAlign w:val="center"/>
          </w:tcPr>
          <w:p w14:paraId="277A7322" w14:textId="77777777" w:rsidR="00732E9B" w:rsidRDefault="003F2D08">
            <w:r>
              <w:rPr>
                <w:sz w:val="16"/>
              </w:rPr>
              <w:t>[Insert]</w:t>
            </w:r>
          </w:p>
        </w:tc>
        <w:tc>
          <w:tcPr>
            <w:tcW w:w="3360" w:type="dxa"/>
            <w:vAlign w:val="center"/>
          </w:tcPr>
          <w:p w14:paraId="1F9FA33D" w14:textId="77777777" w:rsidR="00732E9B" w:rsidRDefault="003F2D08">
            <w:r>
              <w:rPr>
                <w:sz w:val="16"/>
              </w:rPr>
              <w:t>[Insert]</w:t>
            </w:r>
          </w:p>
        </w:tc>
      </w:tr>
      <w:tr w:rsidR="00732E9B" w14:paraId="6380AFA6" w14:textId="77777777">
        <w:tc>
          <w:tcPr>
            <w:tcW w:w="3360" w:type="dxa"/>
            <w:vAlign w:val="center"/>
          </w:tcPr>
          <w:p w14:paraId="7FEDEF61" w14:textId="77777777" w:rsidR="00732E9B" w:rsidRDefault="003F2D08">
            <w:r>
              <w:rPr>
                <w:sz w:val="16"/>
              </w:rPr>
              <w:t>Collaboration &amp; teamwork</w:t>
            </w:r>
          </w:p>
        </w:tc>
        <w:tc>
          <w:tcPr>
            <w:tcW w:w="3360" w:type="dxa"/>
            <w:vAlign w:val="center"/>
          </w:tcPr>
          <w:p w14:paraId="66055625" w14:textId="77777777" w:rsidR="00732E9B" w:rsidRDefault="003F2D08">
            <w:r>
              <w:rPr>
                <w:sz w:val="16"/>
              </w:rPr>
              <w:t>[Insert]</w:t>
            </w:r>
          </w:p>
        </w:tc>
        <w:tc>
          <w:tcPr>
            <w:tcW w:w="3360" w:type="dxa"/>
            <w:vAlign w:val="center"/>
          </w:tcPr>
          <w:p w14:paraId="75C6B7A8" w14:textId="77777777" w:rsidR="00732E9B" w:rsidRDefault="003F2D08">
            <w:r>
              <w:rPr>
                <w:sz w:val="16"/>
              </w:rPr>
              <w:t>[Insert]</w:t>
            </w:r>
          </w:p>
        </w:tc>
      </w:tr>
      <w:tr w:rsidR="00732E9B" w14:paraId="7C59B59D" w14:textId="77777777">
        <w:tc>
          <w:tcPr>
            <w:tcW w:w="3360" w:type="dxa"/>
            <w:vAlign w:val="center"/>
          </w:tcPr>
          <w:p w14:paraId="5ADF6AD0" w14:textId="77777777" w:rsidR="00732E9B" w:rsidRDefault="003F2D08">
            <w:r>
              <w:rPr>
                <w:sz w:val="16"/>
              </w:rPr>
              <w:t>Critical thinking, problem solving &amp; decision-making</w:t>
            </w:r>
          </w:p>
        </w:tc>
        <w:tc>
          <w:tcPr>
            <w:tcW w:w="3360" w:type="dxa"/>
            <w:vAlign w:val="center"/>
          </w:tcPr>
          <w:p w14:paraId="4811A2E6" w14:textId="77777777" w:rsidR="00732E9B" w:rsidRDefault="003F2D08">
            <w:r>
              <w:rPr>
                <w:sz w:val="16"/>
              </w:rPr>
              <w:t>[Insert]</w:t>
            </w:r>
          </w:p>
        </w:tc>
        <w:tc>
          <w:tcPr>
            <w:tcW w:w="3360" w:type="dxa"/>
            <w:vAlign w:val="center"/>
          </w:tcPr>
          <w:p w14:paraId="67A33CA0" w14:textId="77777777" w:rsidR="00732E9B" w:rsidRDefault="003F2D08">
            <w:r>
              <w:rPr>
                <w:sz w:val="16"/>
              </w:rPr>
              <w:t>[Insert]</w:t>
            </w:r>
          </w:p>
        </w:tc>
      </w:tr>
      <w:tr w:rsidR="00732E9B" w14:paraId="4115D3E1" w14:textId="77777777">
        <w:tc>
          <w:tcPr>
            <w:tcW w:w="3360" w:type="dxa"/>
            <w:vAlign w:val="center"/>
          </w:tcPr>
          <w:p w14:paraId="18995308" w14:textId="77777777" w:rsidR="00732E9B" w:rsidRDefault="003F2D08">
            <w:r>
              <w:rPr>
                <w:sz w:val="16"/>
              </w:rPr>
              <w:t>Change, adaptability &amp; innovation</w:t>
            </w:r>
          </w:p>
        </w:tc>
        <w:tc>
          <w:tcPr>
            <w:tcW w:w="3360" w:type="dxa"/>
            <w:vAlign w:val="center"/>
          </w:tcPr>
          <w:p w14:paraId="4D130B49" w14:textId="77777777" w:rsidR="00732E9B" w:rsidRDefault="003F2D08">
            <w:r>
              <w:rPr>
                <w:sz w:val="16"/>
              </w:rPr>
              <w:t>[Insert]</w:t>
            </w:r>
          </w:p>
        </w:tc>
        <w:tc>
          <w:tcPr>
            <w:tcW w:w="3360" w:type="dxa"/>
            <w:vAlign w:val="center"/>
          </w:tcPr>
          <w:p w14:paraId="6EA4BDE4" w14:textId="77777777" w:rsidR="00732E9B" w:rsidRDefault="003F2D08">
            <w:r>
              <w:rPr>
                <w:sz w:val="16"/>
              </w:rPr>
              <w:t>[Insert]</w:t>
            </w:r>
          </w:p>
        </w:tc>
      </w:tr>
      <w:tr w:rsidR="00732E9B" w14:paraId="468042B2" w14:textId="77777777">
        <w:tc>
          <w:tcPr>
            <w:tcW w:w="3360" w:type="dxa"/>
            <w:vAlign w:val="center"/>
          </w:tcPr>
          <w:p w14:paraId="7D6E48E9" w14:textId="77777777" w:rsidR="00732E9B" w:rsidRDefault="003F2D08">
            <w:r>
              <w:rPr>
                <w:sz w:val="16"/>
              </w:rPr>
              <w:t>Project / priority management</w:t>
            </w:r>
          </w:p>
        </w:tc>
        <w:tc>
          <w:tcPr>
            <w:tcW w:w="3360" w:type="dxa"/>
            <w:vAlign w:val="center"/>
          </w:tcPr>
          <w:p w14:paraId="0AEFFB3F" w14:textId="77777777" w:rsidR="00732E9B" w:rsidRDefault="003F2D08">
            <w:r>
              <w:rPr>
                <w:sz w:val="16"/>
              </w:rPr>
              <w:t>[Insert]</w:t>
            </w:r>
          </w:p>
        </w:tc>
        <w:tc>
          <w:tcPr>
            <w:tcW w:w="3360" w:type="dxa"/>
            <w:vAlign w:val="center"/>
          </w:tcPr>
          <w:p w14:paraId="3386693E" w14:textId="77777777" w:rsidR="00732E9B" w:rsidRDefault="003F2D08">
            <w:r>
              <w:rPr>
                <w:sz w:val="16"/>
              </w:rPr>
              <w:t>[Insert]</w:t>
            </w:r>
          </w:p>
        </w:tc>
      </w:tr>
      <w:tr w:rsidR="00732E9B" w14:paraId="10C9BEC9" w14:textId="77777777">
        <w:tc>
          <w:tcPr>
            <w:tcW w:w="3360" w:type="dxa"/>
            <w:vAlign w:val="center"/>
          </w:tcPr>
          <w:p w14:paraId="418B71F8" w14:textId="77777777" w:rsidR="00732E9B" w:rsidRDefault="003F2D08">
            <w:r>
              <w:rPr>
                <w:sz w:val="16"/>
              </w:rPr>
              <w:t>Leadership mindset</w:t>
            </w:r>
          </w:p>
        </w:tc>
        <w:tc>
          <w:tcPr>
            <w:tcW w:w="3360" w:type="dxa"/>
            <w:vAlign w:val="center"/>
          </w:tcPr>
          <w:p w14:paraId="1D9FFFA0" w14:textId="77777777" w:rsidR="00732E9B" w:rsidRDefault="003F2D08">
            <w:r>
              <w:rPr>
                <w:sz w:val="16"/>
              </w:rPr>
              <w:t>[Insert]</w:t>
            </w:r>
          </w:p>
        </w:tc>
        <w:tc>
          <w:tcPr>
            <w:tcW w:w="3360" w:type="dxa"/>
            <w:vAlign w:val="center"/>
          </w:tcPr>
          <w:p w14:paraId="1E1E705F" w14:textId="77777777" w:rsidR="00732E9B" w:rsidRDefault="003F2D08">
            <w:r>
              <w:rPr>
                <w:sz w:val="16"/>
              </w:rPr>
              <w:t>[Insert]</w:t>
            </w:r>
          </w:p>
        </w:tc>
      </w:tr>
      <w:tr w:rsidR="00732E9B" w14:paraId="4EA87BE8" w14:textId="77777777">
        <w:tc>
          <w:tcPr>
            <w:tcW w:w="3360" w:type="dxa"/>
            <w:vAlign w:val="center"/>
          </w:tcPr>
          <w:p w14:paraId="26A8E96E" w14:textId="77777777" w:rsidR="00732E9B" w:rsidRDefault="003F2D08">
            <w:r>
              <w:rPr>
                <w:sz w:val="16"/>
              </w:rPr>
              <w:t>Active / applied learning</w:t>
            </w:r>
          </w:p>
        </w:tc>
        <w:tc>
          <w:tcPr>
            <w:tcW w:w="3360" w:type="dxa"/>
            <w:vAlign w:val="center"/>
          </w:tcPr>
          <w:p w14:paraId="390FF495" w14:textId="77777777" w:rsidR="00732E9B" w:rsidRDefault="003F2D08">
            <w:r>
              <w:rPr>
                <w:sz w:val="16"/>
              </w:rPr>
              <w:t>[Insert]</w:t>
            </w:r>
          </w:p>
        </w:tc>
        <w:tc>
          <w:tcPr>
            <w:tcW w:w="3360" w:type="dxa"/>
            <w:vAlign w:val="center"/>
          </w:tcPr>
          <w:p w14:paraId="3426C6E1" w14:textId="77777777" w:rsidR="00732E9B" w:rsidRDefault="003F2D08">
            <w:r>
              <w:rPr>
                <w:sz w:val="16"/>
              </w:rPr>
              <w:t>[Insert]</w:t>
            </w:r>
          </w:p>
        </w:tc>
      </w:tr>
    </w:tbl>
    <w:p w14:paraId="30A648C7" w14:textId="77777777" w:rsidR="00732E9B" w:rsidRDefault="003F2D08">
      <w:pPr>
        <w:pStyle w:val="Heading2"/>
      </w:pPr>
      <w:r>
        <w:t>4.4 Learning methodology and tools (maximum 600 words)</w:t>
      </w:r>
    </w:p>
    <w:p w14:paraId="7642B76E" w14:textId="77777777" w:rsidR="00732E9B" w:rsidRDefault="003F2D08">
      <w:r>
        <w:t>Explain the balance of theory, experiential learning, peer learning, workplace application, reflection and technology-enabled learning. Describe how engagement will be maintained across the programme duration.</w:t>
      </w:r>
    </w:p>
    <w:p w14:paraId="7883FF8D" w14:textId="77777777" w:rsidR="00732E9B" w:rsidRDefault="003F2D08">
      <w:r>
        <w:t>[Insert response here]</w:t>
      </w:r>
    </w:p>
    <w:p w14:paraId="7AEFC984" w14:textId="77777777" w:rsidR="00732E9B" w:rsidRDefault="003F2D08">
      <w:pPr>
        <w:pStyle w:val="Heading2"/>
      </w:pPr>
      <w:r>
        <w:t>4.5 Diagnostic / psychometric approach (maximum 400 words)</w:t>
      </w:r>
    </w:p>
    <w:p w14:paraId="5C12D28D" w14:textId="77777777" w:rsidR="00732E9B" w:rsidRDefault="003F2D08">
      <w:r>
        <w:t>Identify the proposed diagnostic or psychometric instrument, why it is appropriate, licensing / accreditation requirements, how it will be debriefed and how it will be integrated into the learning journey.</w:t>
      </w:r>
    </w:p>
    <w:p w14:paraId="59243FF7" w14:textId="77777777" w:rsidR="00732E9B" w:rsidRDefault="003F2D08">
      <w:r>
        <w:t>[Insert response here]</w:t>
      </w:r>
    </w:p>
    <w:p w14:paraId="5EB6D147" w14:textId="77777777" w:rsidR="00732E9B" w:rsidRDefault="003F2D08">
      <w:pPr>
        <w:pStyle w:val="Heading2"/>
      </w:pPr>
      <w:r>
        <w:t>4.6 Experiential / team development element (maximum 400 words)</w:t>
      </w:r>
    </w:p>
    <w:p w14:paraId="268775E0" w14:textId="77777777" w:rsidR="00732E9B" w:rsidRDefault="003F2D08">
      <w:r>
        <w:t>[Insert response here]</w:t>
      </w:r>
    </w:p>
    <w:p w14:paraId="35C1C720" w14:textId="77777777" w:rsidR="00732E9B" w:rsidRDefault="003F2D08">
      <w:pPr>
        <w:pStyle w:val="Heading2"/>
      </w:pPr>
      <w:r>
        <w:t>4.7 Transfer of learning and workplace application (maximum 600 words)</w:t>
      </w:r>
    </w:p>
    <w:p w14:paraId="6600EBAB" w14:textId="77777777" w:rsidR="00732E9B" w:rsidRDefault="003F2D08">
      <w:r>
        <w:t>Describe how participants will transfer learning into the workplace between modules, including action learning, projects, manager involvement, reflection, coaching or other mechanisms proposed.</w:t>
      </w:r>
    </w:p>
    <w:p w14:paraId="4C5DDF2E" w14:textId="77777777" w:rsidR="00732E9B" w:rsidRDefault="003F2D08">
      <w:r>
        <w:t>[Insert response here]</w:t>
      </w:r>
    </w:p>
    <w:p w14:paraId="4847BC4E" w14:textId="77777777" w:rsidR="00732E9B" w:rsidRDefault="003F2D08">
      <w:pPr>
        <w:pStyle w:val="Heading2"/>
      </w:pPr>
      <w:r>
        <w:lastRenderedPageBreak/>
        <w:t>4.8 Customisation (maximum 300 words)</w:t>
      </w:r>
    </w:p>
    <w:p w14:paraId="030FD8F4" w14:textId="77777777" w:rsidR="00732E9B" w:rsidRDefault="003F2D08">
      <w:r>
        <w:t>Explain how you will tailor the programme for a cross-company technology / technology-enabled audience without compromising programme coherence or quality.</w:t>
      </w:r>
    </w:p>
    <w:p w14:paraId="1202A93D" w14:textId="77777777" w:rsidR="00732E9B" w:rsidRDefault="003F2D08">
      <w:r>
        <w:t>[Insert response here]</w:t>
      </w:r>
    </w:p>
    <w:p w14:paraId="0B233D2B" w14:textId="77777777" w:rsidR="00732E9B" w:rsidRDefault="003F2D08">
      <w:pPr>
        <w:pStyle w:val="Heading1"/>
      </w:pPr>
      <w:r>
        <w:t>5. PROGRAMME TEAM - AWARD CRITERION C</w:t>
      </w:r>
    </w:p>
    <w:p w14:paraId="61EE40FC" w14:textId="77777777" w:rsidR="00732E9B" w:rsidRDefault="003F2D08">
      <w:r>
        <w:t>Identify all Key Personnel proposed for programme design, programme management and delivery.</w:t>
      </w:r>
    </w:p>
    <w:tbl>
      <w:tblPr>
        <w:tblStyle w:val="TableGrid"/>
        <w:tblW w:w="0" w:type="auto"/>
        <w:tblLook w:val="04A0" w:firstRow="1" w:lastRow="0" w:firstColumn="1" w:lastColumn="0" w:noHBand="0" w:noVBand="1"/>
      </w:tblPr>
      <w:tblGrid>
        <w:gridCol w:w="1680"/>
        <w:gridCol w:w="1680"/>
        <w:gridCol w:w="1680"/>
        <w:gridCol w:w="1680"/>
        <w:gridCol w:w="1680"/>
        <w:gridCol w:w="1680"/>
      </w:tblGrid>
      <w:tr w:rsidR="00732E9B" w14:paraId="2A5F1711" w14:textId="77777777">
        <w:tc>
          <w:tcPr>
            <w:tcW w:w="1680" w:type="dxa"/>
            <w:shd w:val="clear" w:color="auto" w:fill="003247"/>
            <w:vAlign w:val="center"/>
          </w:tcPr>
          <w:p w14:paraId="0C3FDD64" w14:textId="77777777" w:rsidR="00732E9B" w:rsidRDefault="003F2D08">
            <w:r>
              <w:rPr>
                <w:b/>
                <w:color w:val="FFFFFF"/>
                <w:sz w:val="14"/>
              </w:rPr>
              <w:t>Name</w:t>
            </w:r>
          </w:p>
        </w:tc>
        <w:tc>
          <w:tcPr>
            <w:tcW w:w="1680" w:type="dxa"/>
            <w:shd w:val="clear" w:color="auto" w:fill="003247"/>
            <w:vAlign w:val="center"/>
          </w:tcPr>
          <w:p w14:paraId="091CF0A4" w14:textId="77777777" w:rsidR="00732E9B" w:rsidRDefault="003F2D08">
            <w:r>
              <w:rPr>
                <w:b/>
                <w:color w:val="FFFFFF"/>
                <w:sz w:val="14"/>
              </w:rPr>
              <w:t>Role</w:t>
            </w:r>
          </w:p>
        </w:tc>
        <w:tc>
          <w:tcPr>
            <w:tcW w:w="1680" w:type="dxa"/>
            <w:shd w:val="clear" w:color="auto" w:fill="003247"/>
            <w:vAlign w:val="center"/>
          </w:tcPr>
          <w:p w14:paraId="3648769B" w14:textId="77777777" w:rsidR="00732E9B" w:rsidRDefault="003F2D08">
            <w:r>
              <w:rPr>
                <w:b/>
                <w:color w:val="FFFFFF"/>
                <w:sz w:val="14"/>
              </w:rPr>
              <w:t>Qualifications / accreditations</w:t>
            </w:r>
          </w:p>
        </w:tc>
        <w:tc>
          <w:tcPr>
            <w:tcW w:w="1680" w:type="dxa"/>
            <w:shd w:val="clear" w:color="auto" w:fill="003247"/>
            <w:vAlign w:val="center"/>
          </w:tcPr>
          <w:p w14:paraId="14FAE689" w14:textId="77777777" w:rsidR="00732E9B" w:rsidRDefault="003F2D08">
            <w:r>
              <w:rPr>
                <w:b/>
                <w:color w:val="FFFFFF"/>
                <w:sz w:val="14"/>
              </w:rPr>
              <w:t>Relevant experience</w:t>
            </w:r>
          </w:p>
        </w:tc>
        <w:tc>
          <w:tcPr>
            <w:tcW w:w="1680" w:type="dxa"/>
            <w:shd w:val="clear" w:color="auto" w:fill="003247"/>
            <w:vAlign w:val="center"/>
          </w:tcPr>
          <w:p w14:paraId="786AE185" w14:textId="77777777" w:rsidR="00732E9B" w:rsidRDefault="003F2D08">
            <w:r>
              <w:rPr>
                <w:b/>
                <w:color w:val="FFFFFF"/>
                <w:sz w:val="14"/>
              </w:rPr>
              <w:t>Modules / activities</w:t>
            </w:r>
          </w:p>
        </w:tc>
        <w:tc>
          <w:tcPr>
            <w:tcW w:w="1680" w:type="dxa"/>
            <w:shd w:val="clear" w:color="auto" w:fill="003247"/>
            <w:vAlign w:val="center"/>
          </w:tcPr>
          <w:p w14:paraId="375A9DA8" w14:textId="77777777" w:rsidR="00732E9B" w:rsidRDefault="003F2D08">
            <w:r>
              <w:rPr>
                <w:b/>
                <w:color w:val="FFFFFF"/>
                <w:sz w:val="14"/>
              </w:rPr>
              <w:t>Employment / subcontract status</w:t>
            </w:r>
          </w:p>
        </w:tc>
      </w:tr>
      <w:tr w:rsidR="00732E9B" w14:paraId="76032464" w14:textId="77777777">
        <w:tc>
          <w:tcPr>
            <w:tcW w:w="1680" w:type="dxa"/>
            <w:vAlign w:val="center"/>
          </w:tcPr>
          <w:p w14:paraId="1D04A345" w14:textId="77777777" w:rsidR="00732E9B" w:rsidRDefault="003F2D08">
            <w:r>
              <w:rPr>
                <w:sz w:val="14"/>
              </w:rPr>
              <w:t>[Insert]</w:t>
            </w:r>
          </w:p>
        </w:tc>
        <w:tc>
          <w:tcPr>
            <w:tcW w:w="1680" w:type="dxa"/>
            <w:vAlign w:val="center"/>
          </w:tcPr>
          <w:p w14:paraId="55F85B77" w14:textId="77777777" w:rsidR="00732E9B" w:rsidRDefault="003F2D08">
            <w:r>
              <w:rPr>
                <w:sz w:val="14"/>
              </w:rPr>
              <w:t>[Insert]</w:t>
            </w:r>
          </w:p>
        </w:tc>
        <w:tc>
          <w:tcPr>
            <w:tcW w:w="1680" w:type="dxa"/>
            <w:vAlign w:val="center"/>
          </w:tcPr>
          <w:p w14:paraId="33D9D66C" w14:textId="77777777" w:rsidR="00732E9B" w:rsidRDefault="003F2D08">
            <w:r>
              <w:rPr>
                <w:sz w:val="14"/>
              </w:rPr>
              <w:t>[Insert]</w:t>
            </w:r>
          </w:p>
        </w:tc>
        <w:tc>
          <w:tcPr>
            <w:tcW w:w="1680" w:type="dxa"/>
            <w:vAlign w:val="center"/>
          </w:tcPr>
          <w:p w14:paraId="4703C02E" w14:textId="77777777" w:rsidR="00732E9B" w:rsidRDefault="003F2D08">
            <w:r>
              <w:rPr>
                <w:sz w:val="14"/>
              </w:rPr>
              <w:t>[Insert]</w:t>
            </w:r>
          </w:p>
        </w:tc>
        <w:tc>
          <w:tcPr>
            <w:tcW w:w="1680" w:type="dxa"/>
            <w:vAlign w:val="center"/>
          </w:tcPr>
          <w:p w14:paraId="75F08178" w14:textId="77777777" w:rsidR="00732E9B" w:rsidRDefault="003F2D08">
            <w:r>
              <w:rPr>
                <w:sz w:val="14"/>
              </w:rPr>
              <w:t>[Insert]</w:t>
            </w:r>
          </w:p>
        </w:tc>
        <w:tc>
          <w:tcPr>
            <w:tcW w:w="1680" w:type="dxa"/>
            <w:vAlign w:val="center"/>
          </w:tcPr>
          <w:p w14:paraId="26A3D3DA" w14:textId="77777777" w:rsidR="00732E9B" w:rsidRDefault="003F2D08">
            <w:r>
              <w:rPr>
                <w:sz w:val="14"/>
              </w:rPr>
              <w:t>[Insert]</w:t>
            </w:r>
          </w:p>
        </w:tc>
      </w:tr>
      <w:tr w:rsidR="00732E9B" w14:paraId="19FD924E" w14:textId="77777777">
        <w:tc>
          <w:tcPr>
            <w:tcW w:w="1680" w:type="dxa"/>
            <w:vAlign w:val="center"/>
          </w:tcPr>
          <w:p w14:paraId="7197F421" w14:textId="77777777" w:rsidR="00732E9B" w:rsidRDefault="003F2D08">
            <w:r>
              <w:rPr>
                <w:sz w:val="14"/>
              </w:rPr>
              <w:t>[Insert]</w:t>
            </w:r>
          </w:p>
        </w:tc>
        <w:tc>
          <w:tcPr>
            <w:tcW w:w="1680" w:type="dxa"/>
            <w:vAlign w:val="center"/>
          </w:tcPr>
          <w:p w14:paraId="6D7D9417" w14:textId="77777777" w:rsidR="00732E9B" w:rsidRDefault="003F2D08">
            <w:r>
              <w:rPr>
                <w:sz w:val="14"/>
              </w:rPr>
              <w:t>[Insert]</w:t>
            </w:r>
          </w:p>
        </w:tc>
        <w:tc>
          <w:tcPr>
            <w:tcW w:w="1680" w:type="dxa"/>
            <w:vAlign w:val="center"/>
          </w:tcPr>
          <w:p w14:paraId="05A72B2C" w14:textId="77777777" w:rsidR="00732E9B" w:rsidRDefault="003F2D08">
            <w:r>
              <w:rPr>
                <w:sz w:val="14"/>
              </w:rPr>
              <w:t>[Insert]</w:t>
            </w:r>
          </w:p>
        </w:tc>
        <w:tc>
          <w:tcPr>
            <w:tcW w:w="1680" w:type="dxa"/>
            <w:vAlign w:val="center"/>
          </w:tcPr>
          <w:p w14:paraId="792FF15A" w14:textId="77777777" w:rsidR="00732E9B" w:rsidRDefault="003F2D08">
            <w:r>
              <w:rPr>
                <w:sz w:val="14"/>
              </w:rPr>
              <w:t>[Insert]</w:t>
            </w:r>
          </w:p>
        </w:tc>
        <w:tc>
          <w:tcPr>
            <w:tcW w:w="1680" w:type="dxa"/>
            <w:vAlign w:val="center"/>
          </w:tcPr>
          <w:p w14:paraId="3F4AF6A4" w14:textId="77777777" w:rsidR="00732E9B" w:rsidRDefault="003F2D08">
            <w:r>
              <w:rPr>
                <w:sz w:val="14"/>
              </w:rPr>
              <w:t>[Insert]</w:t>
            </w:r>
          </w:p>
        </w:tc>
        <w:tc>
          <w:tcPr>
            <w:tcW w:w="1680" w:type="dxa"/>
            <w:vAlign w:val="center"/>
          </w:tcPr>
          <w:p w14:paraId="39E4CF9D" w14:textId="77777777" w:rsidR="00732E9B" w:rsidRDefault="003F2D08">
            <w:r>
              <w:rPr>
                <w:sz w:val="14"/>
              </w:rPr>
              <w:t>[Insert]</w:t>
            </w:r>
          </w:p>
        </w:tc>
      </w:tr>
      <w:tr w:rsidR="00732E9B" w14:paraId="64163F65" w14:textId="77777777">
        <w:tc>
          <w:tcPr>
            <w:tcW w:w="1680" w:type="dxa"/>
            <w:vAlign w:val="center"/>
          </w:tcPr>
          <w:p w14:paraId="2FE26CC4" w14:textId="77777777" w:rsidR="00732E9B" w:rsidRDefault="003F2D08">
            <w:r>
              <w:rPr>
                <w:sz w:val="14"/>
              </w:rPr>
              <w:t>[Insert]</w:t>
            </w:r>
          </w:p>
        </w:tc>
        <w:tc>
          <w:tcPr>
            <w:tcW w:w="1680" w:type="dxa"/>
            <w:vAlign w:val="center"/>
          </w:tcPr>
          <w:p w14:paraId="1C73580C" w14:textId="77777777" w:rsidR="00732E9B" w:rsidRDefault="003F2D08">
            <w:r>
              <w:rPr>
                <w:sz w:val="14"/>
              </w:rPr>
              <w:t>[Insert]</w:t>
            </w:r>
          </w:p>
        </w:tc>
        <w:tc>
          <w:tcPr>
            <w:tcW w:w="1680" w:type="dxa"/>
            <w:vAlign w:val="center"/>
          </w:tcPr>
          <w:p w14:paraId="10058AB8" w14:textId="77777777" w:rsidR="00732E9B" w:rsidRDefault="003F2D08">
            <w:r>
              <w:rPr>
                <w:sz w:val="14"/>
              </w:rPr>
              <w:t>[Insert]</w:t>
            </w:r>
          </w:p>
        </w:tc>
        <w:tc>
          <w:tcPr>
            <w:tcW w:w="1680" w:type="dxa"/>
            <w:vAlign w:val="center"/>
          </w:tcPr>
          <w:p w14:paraId="3FA77DD3" w14:textId="77777777" w:rsidR="00732E9B" w:rsidRDefault="003F2D08">
            <w:r>
              <w:rPr>
                <w:sz w:val="14"/>
              </w:rPr>
              <w:t>[Insert]</w:t>
            </w:r>
          </w:p>
        </w:tc>
        <w:tc>
          <w:tcPr>
            <w:tcW w:w="1680" w:type="dxa"/>
            <w:vAlign w:val="center"/>
          </w:tcPr>
          <w:p w14:paraId="1792DE59" w14:textId="77777777" w:rsidR="00732E9B" w:rsidRDefault="003F2D08">
            <w:r>
              <w:rPr>
                <w:sz w:val="14"/>
              </w:rPr>
              <w:t>[Insert]</w:t>
            </w:r>
          </w:p>
        </w:tc>
        <w:tc>
          <w:tcPr>
            <w:tcW w:w="1680" w:type="dxa"/>
            <w:vAlign w:val="center"/>
          </w:tcPr>
          <w:p w14:paraId="7868B5E0" w14:textId="77777777" w:rsidR="00732E9B" w:rsidRDefault="003F2D08">
            <w:r>
              <w:rPr>
                <w:sz w:val="14"/>
              </w:rPr>
              <w:t>[Insert]</w:t>
            </w:r>
          </w:p>
        </w:tc>
      </w:tr>
      <w:tr w:rsidR="00732E9B" w14:paraId="5CA87363" w14:textId="77777777">
        <w:tc>
          <w:tcPr>
            <w:tcW w:w="1680" w:type="dxa"/>
            <w:vAlign w:val="center"/>
          </w:tcPr>
          <w:p w14:paraId="448AEA9F" w14:textId="77777777" w:rsidR="00732E9B" w:rsidRDefault="003F2D08">
            <w:r>
              <w:rPr>
                <w:sz w:val="14"/>
              </w:rPr>
              <w:t>[Insert]</w:t>
            </w:r>
          </w:p>
        </w:tc>
        <w:tc>
          <w:tcPr>
            <w:tcW w:w="1680" w:type="dxa"/>
            <w:vAlign w:val="center"/>
          </w:tcPr>
          <w:p w14:paraId="2057A2F1" w14:textId="77777777" w:rsidR="00732E9B" w:rsidRDefault="003F2D08">
            <w:r>
              <w:rPr>
                <w:sz w:val="14"/>
              </w:rPr>
              <w:t>[Insert]</w:t>
            </w:r>
          </w:p>
        </w:tc>
        <w:tc>
          <w:tcPr>
            <w:tcW w:w="1680" w:type="dxa"/>
            <w:vAlign w:val="center"/>
          </w:tcPr>
          <w:p w14:paraId="5D12AE79" w14:textId="77777777" w:rsidR="00732E9B" w:rsidRDefault="003F2D08">
            <w:r>
              <w:rPr>
                <w:sz w:val="14"/>
              </w:rPr>
              <w:t>[Insert]</w:t>
            </w:r>
          </w:p>
        </w:tc>
        <w:tc>
          <w:tcPr>
            <w:tcW w:w="1680" w:type="dxa"/>
            <w:vAlign w:val="center"/>
          </w:tcPr>
          <w:p w14:paraId="30BC3744" w14:textId="77777777" w:rsidR="00732E9B" w:rsidRDefault="003F2D08">
            <w:r>
              <w:rPr>
                <w:sz w:val="14"/>
              </w:rPr>
              <w:t>[Insert]</w:t>
            </w:r>
          </w:p>
        </w:tc>
        <w:tc>
          <w:tcPr>
            <w:tcW w:w="1680" w:type="dxa"/>
            <w:vAlign w:val="center"/>
          </w:tcPr>
          <w:p w14:paraId="3FA10757" w14:textId="77777777" w:rsidR="00732E9B" w:rsidRDefault="003F2D08">
            <w:r>
              <w:rPr>
                <w:sz w:val="14"/>
              </w:rPr>
              <w:t>[Insert]</w:t>
            </w:r>
          </w:p>
        </w:tc>
        <w:tc>
          <w:tcPr>
            <w:tcW w:w="1680" w:type="dxa"/>
            <w:vAlign w:val="center"/>
          </w:tcPr>
          <w:p w14:paraId="1FA37411" w14:textId="77777777" w:rsidR="00732E9B" w:rsidRDefault="003F2D08">
            <w:r>
              <w:rPr>
                <w:sz w:val="14"/>
              </w:rPr>
              <w:t>[Insert]</w:t>
            </w:r>
          </w:p>
        </w:tc>
      </w:tr>
      <w:tr w:rsidR="00732E9B" w14:paraId="16755D5D" w14:textId="77777777">
        <w:tc>
          <w:tcPr>
            <w:tcW w:w="1680" w:type="dxa"/>
            <w:vAlign w:val="center"/>
          </w:tcPr>
          <w:p w14:paraId="455F742E" w14:textId="77777777" w:rsidR="00732E9B" w:rsidRDefault="003F2D08">
            <w:r>
              <w:rPr>
                <w:sz w:val="14"/>
              </w:rPr>
              <w:t>[Insert]</w:t>
            </w:r>
          </w:p>
        </w:tc>
        <w:tc>
          <w:tcPr>
            <w:tcW w:w="1680" w:type="dxa"/>
            <w:vAlign w:val="center"/>
          </w:tcPr>
          <w:p w14:paraId="79F8F308" w14:textId="77777777" w:rsidR="00732E9B" w:rsidRDefault="003F2D08">
            <w:r>
              <w:rPr>
                <w:sz w:val="14"/>
              </w:rPr>
              <w:t>[Insert]</w:t>
            </w:r>
          </w:p>
        </w:tc>
        <w:tc>
          <w:tcPr>
            <w:tcW w:w="1680" w:type="dxa"/>
            <w:vAlign w:val="center"/>
          </w:tcPr>
          <w:p w14:paraId="5E907071" w14:textId="77777777" w:rsidR="00732E9B" w:rsidRDefault="003F2D08">
            <w:r>
              <w:rPr>
                <w:sz w:val="14"/>
              </w:rPr>
              <w:t>[Insert]</w:t>
            </w:r>
          </w:p>
        </w:tc>
        <w:tc>
          <w:tcPr>
            <w:tcW w:w="1680" w:type="dxa"/>
            <w:vAlign w:val="center"/>
          </w:tcPr>
          <w:p w14:paraId="663686AD" w14:textId="77777777" w:rsidR="00732E9B" w:rsidRDefault="003F2D08">
            <w:r>
              <w:rPr>
                <w:sz w:val="14"/>
              </w:rPr>
              <w:t>[Insert]</w:t>
            </w:r>
          </w:p>
        </w:tc>
        <w:tc>
          <w:tcPr>
            <w:tcW w:w="1680" w:type="dxa"/>
            <w:vAlign w:val="center"/>
          </w:tcPr>
          <w:p w14:paraId="54D97CB4" w14:textId="77777777" w:rsidR="00732E9B" w:rsidRDefault="003F2D08">
            <w:r>
              <w:rPr>
                <w:sz w:val="14"/>
              </w:rPr>
              <w:t>[Insert]</w:t>
            </w:r>
          </w:p>
        </w:tc>
        <w:tc>
          <w:tcPr>
            <w:tcW w:w="1680" w:type="dxa"/>
            <w:vAlign w:val="center"/>
          </w:tcPr>
          <w:p w14:paraId="3691E7C6" w14:textId="77777777" w:rsidR="00732E9B" w:rsidRDefault="003F2D08">
            <w:r>
              <w:rPr>
                <w:sz w:val="14"/>
              </w:rPr>
              <w:t>[Insert]</w:t>
            </w:r>
          </w:p>
        </w:tc>
      </w:tr>
      <w:tr w:rsidR="00732E9B" w14:paraId="6E06255A" w14:textId="77777777">
        <w:tc>
          <w:tcPr>
            <w:tcW w:w="1680" w:type="dxa"/>
            <w:vAlign w:val="center"/>
          </w:tcPr>
          <w:p w14:paraId="2F8B88BC" w14:textId="77777777" w:rsidR="00732E9B" w:rsidRDefault="003F2D08">
            <w:r>
              <w:rPr>
                <w:sz w:val="14"/>
              </w:rPr>
              <w:t>[Insert]</w:t>
            </w:r>
          </w:p>
        </w:tc>
        <w:tc>
          <w:tcPr>
            <w:tcW w:w="1680" w:type="dxa"/>
            <w:vAlign w:val="center"/>
          </w:tcPr>
          <w:p w14:paraId="170966DF" w14:textId="77777777" w:rsidR="00732E9B" w:rsidRDefault="003F2D08">
            <w:r>
              <w:rPr>
                <w:sz w:val="14"/>
              </w:rPr>
              <w:t>[Insert]</w:t>
            </w:r>
          </w:p>
        </w:tc>
        <w:tc>
          <w:tcPr>
            <w:tcW w:w="1680" w:type="dxa"/>
            <w:vAlign w:val="center"/>
          </w:tcPr>
          <w:p w14:paraId="5EBC32EE" w14:textId="77777777" w:rsidR="00732E9B" w:rsidRDefault="003F2D08">
            <w:r>
              <w:rPr>
                <w:sz w:val="14"/>
              </w:rPr>
              <w:t>[Insert]</w:t>
            </w:r>
          </w:p>
        </w:tc>
        <w:tc>
          <w:tcPr>
            <w:tcW w:w="1680" w:type="dxa"/>
            <w:vAlign w:val="center"/>
          </w:tcPr>
          <w:p w14:paraId="74FABDF5" w14:textId="77777777" w:rsidR="00732E9B" w:rsidRDefault="003F2D08">
            <w:r>
              <w:rPr>
                <w:sz w:val="14"/>
              </w:rPr>
              <w:t>[Insert]</w:t>
            </w:r>
          </w:p>
        </w:tc>
        <w:tc>
          <w:tcPr>
            <w:tcW w:w="1680" w:type="dxa"/>
            <w:vAlign w:val="center"/>
          </w:tcPr>
          <w:p w14:paraId="5256569D" w14:textId="77777777" w:rsidR="00732E9B" w:rsidRDefault="003F2D08">
            <w:r>
              <w:rPr>
                <w:sz w:val="14"/>
              </w:rPr>
              <w:t>[Insert]</w:t>
            </w:r>
          </w:p>
        </w:tc>
        <w:tc>
          <w:tcPr>
            <w:tcW w:w="1680" w:type="dxa"/>
            <w:vAlign w:val="center"/>
          </w:tcPr>
          <w:p w14:paraId="5545B38E" w14:textId="77777777" w:rsidR="00732E9B" w:rsidRDefault="003F2D08">
            <w:r>
              <w:rPr>
                <w:sz w:val="14"/>
              </w:rPr>
              <w:t>[Insert]</w:t>
            </w:r>
          </w:p>
        </w:tc>
      </w:tr>
    </w:tbl>
    <w:p w14:paraId="7CD3D492" w14:textId="77777777" w:rsidR="00732E9B" w:rsidRDefault="003F2D08">
      <w:pPr>
        <w:pStyle w:val="Heading2"/>
      </w:pPr>
      <w:r>
        <w:t>5.1 Team capability narrative (maximum 700 words)</w:t>
      </w:r>
    </w:p>
    <w:p w14:paraId="658ECE03" w14:textId="77777777" w:rsidR="00732E9B" w:rsidRDefault="003F2D08">
      <w:r>
        <w:t>Explain why the proposed team is particularly well suited to this programme and provide evidence of relevant graduate / early-career, leadership, professional skills and technology-sector experience.</w:t>
      </w:r>
    </w:p>
    <w:p w14:paraId="3282355D" w14:textId="77777777" w:rsidR="00732E9B" w:rsidRDefault="003F2D08">
      <w:r>
        <w:t>[Insert response here]</w:t>
      </w:r>
    </w:p>
    <w:p w14:paraId="4845F652" w14:textId="77777777" w:rsidR="00732E9B" w:rsidRDefault="003F2D08">
      <w:pPr>
        <w:pStyle w:val="Heading2"/>
      </w:pPr>
      <w:r>
        <w:t>5.2 Key personnel continuity (maximum 300 words)</w:t>
      </w:r>
    </w:p>
    <w:p w14:paraId="3F0770D8" w14:textId="77777777" w:rsidR="00732E9B" w:rsidRDefault="003F2D08">
      <w:r>
        <w:t>Explain how continuity will be maintained and how equivalent replacements would be provided if a named individual becomes unavailable.</w:t>
      </w:r>
    </w:p>
    <w:p w14:paraId="1B80EC22" w14:textId="77777777" w:rsidR="00732E9B" w:rsidRDefault="003F2D08">
      <w:r>
        <w:t>[Insert response here]</w:t>
      </w:r>
    </w:p>
    <w:p w14:paraId="3BEF89C7" w14:textId="77777777" w:rsidR="00732E9B" w:rsidRDefault="003F2D08">
      <w:pPr>
        <w:pStyle w:val="Heading1"/>
      </w:pPr>
      <w:r>
        <w:t>6. CONTRACT MANAGEMENT, PARTICIPANT EXPERIENCE AND IMPACT - AWARD CRITERION D</w:t>
      </w:r>
    </w:p>
    <w:p w14:paraId="6F855E53" w14:textId="77777777" w:rsidR="00732E9B" w:rsidRDefault="003F2D08">
      <w:pPr>
        <w:pStyle w:val="Heading2"/>
      </w:pPr>
      <w:r>
        <w:t>6.1 Mobilisation and programme management (maximum 500 words)</w:t>
      </w:r>
    </w:p>
    <w:p w14:paraId="6A80777B" w14:textId="77777777" w:rsidR="00732E9B" w:rsidRDefault="003F2D08">
      <w:r>
        <w:t>[Insert response here]</w:t>
      </w:r>
    </w:p>
    <w:p w14:paraId="5D74A816" w14:textId="77777777" w:rsidR="00732E9B" w:rsidRDefault="003F2D08">
      <w:pPr>
        <w:pStyle w:val="Heading2"/>
      </w:pPr>
      <w:r>
        <w:t>6.2 Participant onboarding and communications (maximum 300 words)</w:t>
      </w:r>
    </w:p>
    <w:p w14:paraId="5F613E3D" w14:textId="77777777" w:rsidR="00732E9B" w:rsidRDefault="003F2D08">
      <w:r>
        <w:t>[Insert response here]</w:t>
      </w:r>
    </w:p>
    <w:p w14:paraId="309D99BB" w14:textId="77777777" w:rsidR="00732E9B" w:rsidRDefault="003F2D08">
      <w:pPr>
        <w:pStyle w:val="Heading2"/>
      </w:pPr>
      <w:r>
        <w:t>6.3 Measurement and evaluation (maximum 500 words)</w:t>
      </w:r>
    </w:p>
    <w:p w14:paraId="291F602B" w14:textId="77777777" w:rsidR="00732E9B" w:rsidRDefault="003F2D08">
      <w:r>
        <w:t>Describe how you will evaluate participant reaction, learning, workplace application and programme impact. Identify proposed metrics, reporting cadence and how feedback will be used for continuous improvement.</w:t>
      </w:r>
    </w:p>
    <w:p w14:paraId="33B9252B" w14:textId="77777777" w:rsidR="00732E9B" w:rsidRDefault="003F2D08">
      <w:r>
        <w:t>[Insert response here]</w:t>
      </w:r>
    </w:p>
    <w:p w14:paraId="60D3AA67" w14:textId="77777777" w:rsidR="00732E9B" w:rsidRDefault="003F2D08">
      <w:pPr>
        <w:pStyle w:val="Heading2"/>
      </w:pPr>
      <w:r>
        <w:lastRenderedPageBreak/>
        <w:t>6.4 Service continuity, issue management and escalation (maximum 400 words)</w:t>
      </w:r>
    </w:p>
    <w:p w14:paraId="333D0BB5" w14:textId="77777777" w:rsidR="00732E9B" w:rsidRDefault="003F2D08">
      <w:r>
        <w:t>[Insert response here]</w:t>
      </w:r>
    </w:p>
    <w:p w14:paraId="47F6F3DF" w14:textId="299AE128" w:rsidR="00732E9B" w:rsidRDefault="003F2D08">
      <w:pPr>
        <w:pStyle w:val="Heading1"/>
      </w:pPr>
      <w:r>
        <w:t>7. SUSTAINABILITY (assessed under Award Criterion A; maximum 300 words)</w:t>
      </w:r>
    </w:p>
    <w:p w14:paraId="67F69909" w14:textId="77777777" w:rsidR="00732E9B" w:rsidRDefault="003F2D08">
      <w:r>
        <w:t>Describe practical measures that will reduce environmental impacts associated with programme delivery without reducing the quality of the participant experience.</w:t>
      </w:r>
    </w:p>
    <w:p w14:paraId="7A59E51A" w14:textId="77777777" w:rsidR="00732E9B" w:rsidRDefault="003F2D08">
      <w:r>
        <w:t>[Insert response here]</w:t>
      </w:r>
    </w:p>
    <w:p w14:paraId="65B719CB" w14:textId="77777777" w:rsidR="00732E9B" w:rsidRDefault="003F2D08">
      <w:pPr>
        <w:pStyle w:val="Heading1"/>
      </w:pPr>
      <w:r>
        <w:t>8. COMMERCIAL INFORMATION</w:t>
      </w:r>
    </w:p>
    <w:p w14:paraId="3C656A9F" w14:textId="77777777" w:rsidR="00732E9B" w:rsidRDefault="003F2D08">
      <w:r>
        <w:t>Complete the separate Pricing Schedule. Do not reproduce pricing in this document except where necessary to explain a commercial assumption. Any such assumption must also be stated in the Pricing Schedule.</w:t>
      </w:r>
    </w:p>
    <w:p w14:paraId="19B8227E" w14:textId="77777777" w:rsidR="00732E9B" w:rsidRDefault="003F2D08">
      <w:pPr>
        <w:pStyle w:val="Heading2"/>
      </w:pPr>
      <w:r>
        <w:t>8.1 Commercial assumptions / exclusions (maximum 200 words)</w:t>
      </w:r>
    </w:p>
    <w:p w14:paraId="480FEF40" w14:textId="77777777" w:rsidR="00732E9B" w:rsidRDefault="003F2D08">
      <w:r>
        <w:t>[Insert any assumptions or state “None”.]</w:t>
      </w:r>
    </w:p>
    <w:p w14:paraId="265A3BEC" w14:textId="77777777" w:rsidR="00732E9B" w:rsidRDefault="003F2D08">
      <w:pPr>
        <w:pStyle w:val="Heading2"/>
      </w:pPr>
      <w:r>
        <w:t>8.2 Price validity</w:t>
      </w:r>
    </w:p>
    <w:tbl>
      <w:tblPr>
        <w:tblStyle w:val="TableGrid"/>
        <w:tblW w:w="0" w:type="auto"/>
        <w:jc w:val="center"/>
        <w:tblLook w:val="04A0" w:firstRow="1" w:lastRow="0" w:firstColumn="1" w:lastColumn="0" w:noHBand="0" w:noVBand="1"/>
      </w:tblPr>
      <w:tblGrid>
        <w:gridCol w:w="5040"/>
        <w:gridCol w:w="5040"/>
      </w:tblGrid>
      <w:tr w:rsidR="00732E9B" w14:paraId="669961F2" w14:textId="77777777">
        <w:trPr>
          <w:jc w:val="center"/>
        </w:trPr>
        <w:tc>
          <w:tcPr>
            <w:tcW w:w="5040" w:type="dxa"/>
            <w:shd w:val="clear" w:color="auto" w:fill="F2F2F2"/>
            <w:vAlign w:val="center"/>
          </w:tcPr>
          <w:p w14:paraId="6EB9A61F" w14:textId="77777777" w:rsidR="00732E9B" w:rsidRDefault="003F2D08">
            <w:r>
              <w:rPr>
                <w:b/>
                <w:color w:val="003247"/>
                <w:sz w:val="18"/>
              </w:rPr>
              <w:t>Prices valid for 180 days from Tender Deadline</w:t>
            </w:r>
          </w:p>
        </w:tc>
        <w:tc>
          <w:tcPr>
            <w:tcW w:w="5040" w:type="dxa"/>
            <w:vAlign w:val="center"/>
          </w:tcPr>
          <w:p w14:paraId="6326E7D9" w14:textId="77777777" w:rsidR="00732E9B" w:rsidRDefault="003F2D08">
            <w:r>
              <w:rPr>
                <w:sz w:val="18"/>
              </w:rPr>
              <w:t>YES / NO</w:t>
            </w:r>
          </w:p>
        </w:tc>
      </w:tr>
    </w:tbl>
    <w:p w14:paraId="254F7342" w14:textId="77777777" w:rsidR="00732E9B" w:rsidRDefault="003F2D08">
      <w:pPr>
        <w:pStyle w:val="Heading1"/>
      </w:pPr>
      <w:r>
        <w:t>9. CONFLICTS, EXCLUSIONS AND DECLARATIONS</w:t>
      </w:r>
    </w:p>
    <w:p w14:paraId="7405657E" w14:textId="77777777" w:rsidR="00732E9B" w:rsidRDefault="003F2D08">
      <w:pPr>
        <w:pStyle w:val="Heading2"/>
      </w:pPr>
      <w:r>
        <w:t>9.1 Conflicts of interest (maximum 200 words)</w:t>
      </w:r>
    </w:p>
    <w:p w14:paraId="0E138DA9" w14:textId="77777777" w:rsidR="00732E9B" w:rsidRDefault="003F2D08">
      <w:r>
        <w:t>Disclose any actual or potential conflict of interest involving the Tenderer, proposed personnel, subcontractors or other parties. If none, state “None”.</w:t>
      </w:r>
    </w:p>
    <w:p w14:paraId="1F2E3BAD" w14:textId="77777777" w:rsidR="00732E9B" w:rsidRDefault="003F2D08">
      <w:r>
        <w:t>[Insert response here]</w:t>
      </w:r>
    </w:p>
    <w:p w14:paraId="4BB426ED" w14:textId="77777777" w:rsidR="00732E9B" w:rsidRDefault="003F2D08">
      <w:pPr>
        <w:pStyle w:val="Heading2"/>
      </w:pPr>
      <w:r>
        <w:t>9.2 Grounds for exclusion - self declaration</w:t>
      </w:r>
    </w:p>
    <w:p w14:paraId="59462C16" w14:textId="77777777" w:rsidR="00732E9B" w:rsidRDefault="003F2D08">
      <w:r>
        <w:rPr>
          <w:b/>
        </w:rPr>
        <w:t xml:space="preserve">☐ YES  ☐ NO   </w:t>
      </w:r>
      <w:r>
        <w:t>The Tenderer has not been convicted of participation in a criminal organisation, corruption, fraud, terrorist offences, money laundering / terrorist financing, child labour or trafficking in human beings.</w:t>
      </w:r>
    </w:p>
    <w:p w14:paraId="74162799" w14:textId="77777777" w:rsidR="00732E9B" w:rsidRDefault="003F2D08">
      <w:r>
        <w:rPr>
          <w:b/>
        </w:rPr>
        <w:t xml:space="preserve">☐ YES  ☐ NO   </w:t>
      </w:r>
      <w:r>
        <w:t>The Tenderer is not in breach of obligations relating to payment of taxes or social security contributions.</w:t>
      </w:r>
    </w:p>
    <w:p w14:paraId="10FA1019" w14:textId="77777777" w:rsidR="00732E9B" w:rsidRDefault="003F2D08">
      <w:r>
        <w:rPr>
          <w:b/>
        </w:rPr>
        <w:t xml:space="preserve">☐ YES  ☐ NO   </w:t>
      </w:r>
      <w:r>
        <w:t>The Tenderer is not bankrupt, insolvent, in winding-up / examinership proceedings or an analogous situation.</w:t>
      </w:r>
    </w:p>
    <w:p w14:paraId="644837C4" w14:textId="77777777" w:rsidR="00732E9B" w:rsidRDefault="003F2D08">
      <w:r>
        <w:rPr>
          <w:b/>
        </w:rPr>
        <w:t xml:space="preserve">☐ YES  ☐ NO   </w:t>
      </w:r>
      <w:r>
        <w:t>The Tenderer has not committed grave professional misconduct and has not entered into anti-competitive agreements.</w:t>
      </w:r>
    </w:p>
    <w:p w14:paraId="41904C3F" w14:textId="77777777" w:rsidR="00732E9B" w:rsidRDefault="003F2D08">
      <w:r>
        <w:rPr>
          <w:b/>
        </w:rPr>
        <w:t xml:space="preserve">☐ YES  ☐ NO   </w:t>
      </w:r>
      <w:r>
        <w:t>The Tenderer is not aware of an unmanageable conflict of interest arising from participation in this competition.</w:t>
      </w:r>
    </w:p>
    <w:p w14:paraId="57C9D1E5" w14:textId="77777777" w:rsidR="00732E9B" w:rsidRDefault="003F2D08">
      <w:r>
        <w:rPr>
          <w:b/>
        </w:rPr>
        <w:t xml:space="preserve">☐ YES  ☐ NO   </w:t>
      </w:r>
      <w:r>
        <w:t>The Tenderer has not shown significant or persistent deficiencies in performance of a prior public contract leading to early termination, damages or comparable sanctions, except as disclosed below.</w:t>
      </w:r>
    </w:p>
    <w:p w14:paraId="74862331" w14:textId="77777777" w:rsidR="00732E9B" w:rsidRDefault="003F2D08">
      <w:r>
        <w:rPr>
          <w:b/>
        </w:rPr>
        <w:lastRenderedPageBreak/>
        <w:t xml:space="preserve">☐ YES  ☐ NO   </w:t>
      </w:r>
      <w:r>
        <w:t>The Tenderer has not seriously misrepresented or withheld information required for this competition and has not attempted to unduly influence the decision-making process.</w:t>
      </w:r>
    </w:p>
    <w:p w14:paraId="5901094F" w14:textId="77777777" w:rsidR="00732E9B" w:rsidRDefault="003F2D08">
      <w:r>
        <w:t>Details of any “NO” response / relevant disclosure: [Insert]</w:t>
      </w:r>
    </w:p>
    <w:p w14:paraId="17CEF4F1" w14:textId="77777777" w:rsidR="00732E9B" w:rsidRDefault="003F2D08">
      <w:pPr>
        <w:pStyle w:val="Heading1"/>
      </w:pPr>
      <w:r>
        <w:t>10. TENDERER STATEMENT</w:t>
      </w:r>
    </w:p>
    <w:p w14:paraId="799781D6" w14:textId="77777777" w:rsidR="00732E9B" w:rsidRDefault="003F2D08">
      <w:r>
        <w:t>Having examined the Call for Tender, Tender Response Document, Pricing Schedule and any clarifications issued by TIAS, we hereby declare that:</w:t>
      </w:r>
    </w:p>
    <w:p w14:paraId="445CE91A" w14:textId="77777777" w:rsidR="00732E9B" w:rsidRDefault="003F2D08">
      <w:pPr>
        <w:pStyle w:val="ListNumber"/>
      </w:pPr>
      <w:r>
        <w:t>We understand the nature and extent of the Services required.</w:t>
      </w:r>
    </w:p>
    <w:p w14:paraId="3B6755C0" w14:textId="77777777" w:rsidR="00732E9B" w:rsidRDefault="003F2D08">
      <w:pPr>
        <w:pStyle w:val="ListNumber"/>
      </w:pPr>
      <w:r>
        <w:t>We accept the provisions of the competition documents and agree that, if successful, our Tender and the competition documents will form the basis of the contract.</w:t>
      </w:r>
    </w:p>
    <w:p w14:paraId="06516F49" w14:textId="77777777" w:rsidR="00732E9B" w:rsidRDefault="003F2D08">
      <w:pPr>
        <w:pStyle w:val="ListNumber"/>
      </w:pPr>
      <w:r>
        <w:t>All information provided in our Tender is accurate and complete to the best of our knowledge.</w:t>
      </w:r>
    </w:p>
    <w:p w14:paraId="7D26F066" w14:textId="77777777" w:rsidR="00732E9B" w:rsidRDefault="003F2D08">
      <w:pPr>
        <w:pStyle w:val="ListNumber"/>
      </w:pPr>
      <w:r>
        <w:t>We accept the Award Criteria and evaluation methodology.</w:t>
      </w:r>
    </w:p>
    <w:p w14:paraId="59E171B0" w14:textId="77777777" w:rsidR="00732E9B" w:rsidRDefault="003F2D08">
      <w:pPr>
        <w:pStyle w:val="ListNumber"/>
      </w:pPr>
      <w:r>
        <w:t>We will comply with applicable environmental, social, labour, tax, data protection and other legal obligations in performing the Services.</w:t>
      </w:r>
    </w:p>
    <w:p w14:paraId="38D357DC" w14:textId="77777777" w:rsidR="00732E9B" w:rsidRDefault="003F2D08">
      <w:pPr>
        <w:pStyle w:val="ListNumber"/>
      </w:pPr>
      <w:r>
        <w:t>We have identified all material conflicts of interest and all subcontractors / consortium members involved in the Tender.</w:t>
      </w:r>
    </w:p>
    <w:p w14:paraId="1EDE747B" w14:textId="77777777" w:rsidR="00732E9B" w:rsidRDefault="003F2D08">
      <w:pPr>
        <w:pStyle w:val="ListNumber"/>
      </w:pPr>
      <w:r>
        <w:t>We confirm that the prices in our Tender remain valid for 180 days from the Tender Deadline.</w:t>
      </w:r>
    </w:p>
    <w:p w14:paraId="57275931" w14:textId="77777777" w:rsidR="00732E9B" w:rsidRDefault="003F2D08">
      <w:pPr>
        <w:pStyle w:val="ListNumber"/>
      </w:pPr>
      <w:r>
        <w:t>We confirm that the personal data included in our Tender has been supplied lawfully and may be processed for the purposes of this procurement competition.</w:t>
      </w:r>
    </w:p>
    <w:p w14:paraId="1B9583B8" w14:textId="77777777" w:rsidR="00732E9B" w:rsidRDefault="003F2D08">
      <w:pPr>
        <w:pStyle w:val="ListNumber"/>
      </w:pPr>
      <w:r>
        <w:t>We understand that submission of a Tender does not guarantee award of a contract or any minimum volume or value of work.</w:t>
      </w:r>
    </w:p>
    <w:tbl>
      <w:tblPr>
        <w:tblStyle w:val="TableGrid"/>
        <w:tblW w:w="0" w:type="auto"/>
        <w:jc w:val="center"/>
        <w:tblLook w:val="04A0" w:firstRow="1" w:lastRow="0" w:firstColumn="1" w:lastColumn="0" w:noHBand="0" w:noVBand="1"/>
      </w:tblPr>
      <w:tblGrid>
        <w:gridCol w:w="5040"/>
        <w:gridCol w:w="5040"/>
      </w:tblGrid>
      <w:tr w:rsidR="00732E9B" w14:paraId="59D4C4E5" w14:textId="77777777">
        <w:trPr>
          <w:jc w:val="center"/>
        </w:trPr>
        <w:tc>
          <w:tcPr>
            <w:tcW w:w="5040" w:type="dxa"/>
            <w:shd w:val="clear" w:color="auto" w:fill="F2F2F2"/>
            <w:vAlign w:val="center"/>
          </w:tcPr>
          <w:p w14:paraId="51EAF84B" w14:textId="77777777" w:rsidR="00732E9B" w:rsidRDefault="003F2D08">
            <w:r>
              <w:rPr>
                <w:b/>
                <w:color w:val="003247"/>
                <w:sz w:val="18"/>
              </w:rPr>
              <w:t>Authorised signatory</w:t>
            </w:r>
          </w:p>
        </w:tc>
        <w:tc>
          <w:tcPr>
            <w:tcW w:w="5040" w:type="dxa"/>
            <w:vAlign w:val="center"/>
          </w:tcPr>
          <w:p w14:paraId="3E4435E7" w14:textId="77777777" w:rsidR="00732E9B" w:rsidRDefault="003F2D08">
            <w:r>
              <w:rPr>
                <w:sz w:val="18"/>
              </w:rPr>
              <w:t>[Insert]</w:t>
            </w:r>
          </w:p>
        </w:tc>
      </w:tr>
      <w:tr w:rsidR="00732E9B" w14:paraId="3DDD283D" w14:textId="77777777">
        <w:trPr>
          <w:jc w:val="center"/>
        </w:trPr>
        <w:tc>
          <w:tcPr>
            <w:tcW w:w="5040" w:type="dxa"/>
            <w:shd w:val="clear" w:color="auto" w:fill="F2F2F2"/>
            <w:vAlign w:val="center"/>
          </w:tcPr>
          <w:p w14:paraId="52926732" w14:textId="77777777" w:rsidR="00732E9B" w:rsidRDefault="003F2D08">
            <w:r>
              <w:rPr>
                <w:b/>
                <w:color w:val="003247"/>
                <w:sz w:val="18"/>
              </w:rPr>
              <w:t>Position</w:t>
            </w:r>
          </w:p>
        </w:tc>
        <w:tc>
          <w:tcPr>
            <w:tcW w:w="5040" w:type="dxa"/>
            <w:vAlign w:val="center"/>
          </w:tcPr>
          <w:p w14:paraId="558DD97B" w14:textId="77777777" w:rsidR="00732E9B" w:rsidRDefault="003F2D08">
            <w:r>
              <w:rPr>
                <w:sz w:val="18"/>
              </w:rPr>
              <w:t>[Insert]</w:t>
            </w:r>
          </w:p>
        </w:tc>
      </w:tr>
      <w:tr w:rsidR="00732E9B" w14:paraId="3FA24C37" w14:textId="77777777">
        <w:trPr>
          <w:jc w:val="center"/>
        </w:trPr>
        <w:tc>
          <w:tcPr>
            <w:tcW w:w="5040" w:type="dxa"/>
            <w:shd w:val="clear" w:color="auto" w:fill="F2F2F2"/>
            <w:vAlign w:val="center"/>
          </w:tcPr>
          <w:p w14:paraId="685D7CDB" w14:textId="77777777" w:rsidR="00732E9B" w:rsidRDefault="003F2D08">
            <w:r>
              <w:rPr>
                <w:b/>
                <w:color w:val="003247"/>
                <w:sz w:val="18"/>
              </w:rPr>
              <w:t>Signature</w:t>
            </w:r>
          </w:p>
        </w:tc>
        <w:tc>
          <w:tcPr>
            <w:tcW w:w="5040" w:type="dxa"/>
            <w:vAlign w:val="center"/>
          </w:tcPr>
          <w:p w14:paraId="658BCF73" w14:textId="77777777" w:rsidR="00732E9B" w:rsidRDefault="003F2D08">
            <w:r>
              <w:rPr>
                <w:sz w:val="18"/>
              </w:rPr>
              <w:t>[Sign]</w:t>
            </w:r>
          </w:p>
        </w:tc>
      </w:tr>
      <w:tr w:rsidR="00732E9B" w14:paraId="3D9D206B" w14:textId="77777777">
        <w:trPr>
          <w:jc w:val="center"/>
        </w:trPr>
        <w:tc>
          <w:tcPr>
            <w:tcW w:w="5040" w:type="dxa"/>
            <w:shd w:val="clear" w:color="auto" w:fill="F2F2F2"/>
            <w:vAlign w:val="center"/>
          </w:tcPr>
          <w:p w14:paraId="5052A0DD" w14:textId="77777777" w:rsidR="00732E9B" w:rsidRDefault="003F2D08">
            <w:r>
              <w:rPr>
                <w:b/>
                <w:color w:val="003247"/>
                <w:sz w:val="18"/>
              </w:rPr>
              <w:t>Date</w:t>
            </w:r>
          </w:p>
        </w:tc>
        <w:tc>
          <w:tcPr>
            <w:tcW w:w="5040" w:type="dxa"/>
            <w:vAlign w:val="center"/>
          </w:tcPr>
          <w:p w14:paraId="0CF211AF" w14:textId="77777777" w:rsidR="00732E9B" w:rsidRDefault="003F2D08">
            <w:r>
              <w:rPr>
                <w:sz w:val="18"/>
              </w:rPr>
              <w:t>[Insert]</w:t>
            </w:r>
          </w:p>
        </w:tc>
      </w:tr>
    </w:tbl>
    <w:p w14:paraId="4FF18B67" w14:textId="77777777" w:rsidR="00732E9B" w:rsidRDefault="003F2D08">
      <w:r>
        <w:rPr>
          <w:b/>
        </w:rPr>
        <w:t>Acceptance of Draft Services Contract</w:t>
      </w:r>
    </w:p>
    <w:p w14:paraId="007DC2CB" w14:textId="77777777" w:rsidR="00732E9B" w:rsidRDefault="003F2D08">
      <w:r>
        <w:t>The Tenderer confirms that it has reviewed the Draft Services Contract issued with the procurement documents and, if successful, agrees to enter into the Contract substantially in that form. Any clarification or concern regarding the proposed contractual terms must be raised during the clarification period specified in the CFT.</w:t>
      </w:r>
    </w:p>
    <w:tbl>
      <w:tblPr>
        <w:tblStyle w:val="TableGrid"/>
        <w:tblW w:w="0" w:type="auto"/>
        <w:tblLook w:val="04A0" w:firstRow="1" w:lastRow="0" w:firstColumn="1" w:lastColumn="0" w:noHBand="0" w:noVBand="1"/>
      </w:tblPr>
      <w:tblGrid>
        <w:gridCol w:w="5040"/>
        <w:gridCol w:w="5040"/>
      </w:tblGrid>
      <w:tr w:rsidR="00732E9B" w14:paraId="52B8E1A0" w14:textId="77777777">
        <w:tc>
          <w:tcPr>
            <w:tcW w:w="5040" w:type="dxa"/>
          </w:tcPr>
          <w:p w14:paraId="73A68716" w14:textId="77777777" w:rsidR="00732E9B" w:rsidRDefault="003F2D08">
            <w:r>
              <w:t>Confirmation</w:t>
            </w:r>
          </w:p>
        </w:tc>
        <w:tc>
          <w:tcPr>
            <w:tcW w:w="5040" w:type="dxa"/>
          </w:tcPr>
          <w:p w14:paraId="569950AD" w14:textId="77777777" w:rsidR="00732E9B" w:rsidRDefault="003F2D08">
            <w:r>
              <w:t>Response</w:t>
            </w:r>
          </w:p>
        </w:tc>
      </w:tr>
      <w:tr w:rsidR="00732E9B" w14:paraId="7018AAA4" w14:textId="77777777">
        <w:tc>
          <w:tcPr>
            <w:tcW w:w="5040" w:type="dxa"/>
          </w:tcPr>
          <w:p w14:paraId="19B49CBB" w14:textId="77777777" w:rsidR="00732E9B" w:rsidRDefault="003F2D08">
            <w:r>
              <w:t>We confirm acceptance as stated above.</w:t>
            </w:r>
          </w:p>
        </w:tc>
        <w:tc>
          <w:tcPr>
            <w:tcW w:w="5040" w:type="dxa"/>
          </w:tcPr>
          <w:p w14:paraId="40ED7119" w14:textId="77777777" w:rsidR="00732E9B" w:rsidRDefault="003F2D08">
            <w:r>
              <w:t>YES / NO</w:t>
            </w:r>
          </w:p>
        </w:tc>
      </w:tr>
    </w:tbl>
    <w:p w14:paraId="7D573841" w14:textId="77777777" w:rsidR="00732E9B" w:rsidRDefault="003F2D08">
      <w:r>
        <w:t>A “No” response may render the Tender non-compliant. Tenderers should not use the final Tender submission to introduce new contractual qualifications that were not raised during the clarification period.</w:t>
      </w:r>
    </w:p>
    <w:sectPr w:rsidR="00732E9B" w:rsidSect="00034616">
      <w:headerReference w:type="default" r:id="rId12"/>
      <w:footerReference w:type="defaul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9AC80" w14:textId="77777777" w:rsidR="008831B8" w:rsidRDefault="008831B8">
      <w:pPr>
        <w:spacing w:after="0" w:line="240" w:lineRule="auto"/>
      </w:pPr>
      <w:r>
        <w:separator/>
      </w:r>
    </w:p>
  </w:endnote>
  <w:endnote w:type="continuationSeparator" w:id="0">
    <w:p w14:paraId="55453AFD" w14:textId="77777777" w:rsidR="008831B8" w:rsidRDefault="0088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37C9C" w14:textId="77777777" w:rsidR="00732E9B" w:rsidRDefault="003F2D08">
    <w:pPr>
      <w:pStyle w:val="Footer"/>
    </w:pPr>
    <w:r>
      <w:rPr>
        <w:color w:val="666666"/>
        <w:sz w:val="16"/>
      </w:rPr>
      <w:t xml:space="preserve">TIA Skillnet Graduate Development Programme - Tender Response Document</w:t>
    </w:r>
  </w:p>
  <w:p w14:paraId="01E0483D" w14:textId="24793FD4" w:rsidR="00732E9B" w:rsidRDefault="003F2D08">
    <w:pPr>
      <w:jc w:val="right"/>
    </w:pPr>
    <w:r>
      <w:rPr>
        <w:color w:val="666666"/>
        <w:sz w:val="16"/>
      </w:rPr>
      <w:t xml:space="preserve">Page </w:t>
    </w:r>
    <w:r>
      <w:fldChar w:fldCharType="begin"/>
    </w:r>
    <w:r>
      <w:instrText>PAGE</w:instrText>
    </w:r>
    <w:r>
      <w:fldChar w:fldCharType="separate"/>
    </w:r>
    <w:r w:rsidR="003F760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537B" w14:textId="77777777" w:rsidR="008831B8" w:rsidRDefault="008831B8">
      <w:pPr>
        <w:spacing w:after="0" w:line="240" w:lineRule="auto"/>
      </w:pPr>
      <w:r>
        <w:separator/>
      </w:r>
    </w:p>
  </w:footnote>
  <w:footnote w:type="continuationSeparator" w:id="0">
    <w:p w14:paraId="40E9531B" w14:textId="77777777" w:rsidR="008831B8" w:rsidRDefault="00883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0B22" w14:textId="77777777" w:rsidR="00732E9B" w:rsidRDefault="003F2D08">
    <w:pPr>
      <w:pStyle w:val="Header"/>
      <w:jc w:val="right"/>
    </w:pPr>
    <w:r>
      <w:rPr>
        <w:noProof/>
      </w:rPr>
      <w:drawing>
        <wp:inline distT="0" distB="0" distL="0" distR="0" wp14:anchorId="6D86C683" wp14:editId="667A7125">
          <wp:extent cx="1325880" cy="1036475"/>
          <wp:effectExtent l="0" t="0" r="0" b="0"/>
          <wp:docPr id="556939351" name="Picture 556939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
                  <a:stretch>
                    <a:fillRect/>
                  </a:stretch>
                </pic:blipFill>
                <pic:spPr>
                  <a:xfrm>
                    <a:off x="0" y="0"/>
                    <a:ext cx="1325880" cy="1036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5693100">
    <w:abstractNumId w:val="8"/>
  </w:num>
  <w:num w:numId="2" w16cid:durableId="2079277683">
    <w:abstractNumId w:val="6"/>
  </w:num>
  <w:num w:numId="3" w16cid:durableId="195699624">
    <w:abstractNumId w:val="5"/>
  </w:num>
  <w:num w:numId="4" w16cid:durableId="1950578737">
    <w:abstractNumId w:val="4"/>
  </w:num>
  <w:num w:numId="5" w16cid:durableId="1738287649">
    <w:abstractNumId w:val="7"/>
  </w:num>
  <w:num w:numId="6" w16cid:durableId="635186273">
    <w:abstractNumId w:val="3"/>
  </w:num>
  <w:num w:numId="7" w16cid:durableId="1502117133">
    <w:abstractNumId w:val="2"/>
  </w:num>
  <w:num w:numId="8" w16cid:durableId="1339457142">
    <w:abstractNumId w:val="1"/>
  </w:num>
  <w:num w:numId="9" w16cid:durableId="1106584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A1C"/>
    <w:rsid w:val="00097EA9"/>
    <w:rsid w:val="0015074B"/>
    <w:rsid w:val="002951A3"/>
    <w:rsid w:val="0029639D"/>
    <w:rsid w:val="002E2A7D"/>
    <w:rsid w:val="00326F90"/>
    <w:rsid w:val="003F2D08"/>
    <w:rsid w:val="003F760A"/>
    <w:rsid w:val="00732E9B"/>
    <w:rsid w:val="008831B8"/>
    <w:rsid w:val="00AA1D8D"/>
    <w:rsid w:val="00B30A6F"/>
    <w:rsid w:val="00B47730"/>
    <w:rsid w:val="00CB0664"/>
    <w:rsid w:val="00E150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C6AF388-C19A-4047-BCEB-0EC50D4E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24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6B9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324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324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F760A"/>
    <w:pPr>
      <w:spacing w:after="0" w:line="240" w:lineRule="auto"/>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08206D796CA42A5345BAEBBA7C49A" ma:contentTypeVersion="12" ma:contentTypeDescription="Create a new document." ma:contentTypeScope="" ma:versionID="7257f4e5ea4cc3b5b61f95ea3e254903">
  <xsd:schema xmlns:xsd="http://www.w3.org/2001/XMLSchema" xmlns:xs="http://www.w3.org/2001/XMLSchema" xmlns:p="http://schemas.microsoft.com/office/2006/metadata/properties" xmlns:ns2="316f0377-e2c2-458b-be5e-8755e014db0f" xmlns:ns3="5db27def-ca5d-467e-a7f3-1aedc99f9cf5" targetNamespace="http://schemas.microsoft.com/office/2006/metadata/properties" ma:root="true" ma:fieldsID="6df835b76f8230ca6a47095a7157ee32" ns2:_="" ns3:_="">
    <xsd:import namespace="316f0377-e2c2-458b-be5e-8755e014db0f"/>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f0377-e2c2-458b-be5e-8755e014d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6f0377-e2c2-458b-be5e-8755e014db0f">
      <Terms xmlns="http://schemas.microsoft.com/office/infopath/2007/PartnerControls"/>
    </lcf76f155ced4ddcb4097134ff3c332f>
    <TaxCatchAll xmlns="5db27def-ca5d-467e-a7f3-1aedc99f9cf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5E05A6-415F-4EB9-A2E9-B29010E5D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f0377-e2c2-458b-be5e-8755e014db0f"/>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0F0B610-A881-4211-BEF2-65F532316B88}">
  <ds:schemaRefs>
    <ds:schemaRef ds:uri="http://schemas.microsoft.com/office/2006/metadata/properties"/>
    <ds:schemaRef ds:uri="http://schemas.microsoft.com/office/infopath/2007/PartnerControls"/>
    <ds:schemaRef ds:uri="316f0377-e2c2-458b-be5e-8755e014db0f"/>
    <ds:schemaRef ds:uri="5db27def-ca5d-467e-a7f3-1aedc99f9cf5"/>
  </ds:schemaRefs>
</ds:datastoreItem>
</file>

<file path=customXml/itemProps4.xml><?xml version="1.0" encoding="utf-8"?>
<ds:datastoreItem xmlns:ds="http://schemas.openxmlformats.org/officeDocument/2006/customXml" ds:itemID="{25CD235B-3C30-4AA2-914A-384D24E0A7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1841</Words>
  <Characters>10499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Annette Coburn</cp:lastModifiedBy>
  <cp:revision>4</cp:revision>
  <dcterms:created xsi:type="dcterms:W3CDTF">2013-12-23T23:15:00Z</dcterms:created>
  <dcterms:modified xsi:type="dcterms:W3CDTF">2026-09-05T11:43:00Z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0x010100F1D08206D796CA42A5345BAEBBA7C49A</vt:lpwstr>
  </property>
  <property fmtid="{D5CDD505-2E9C-101B-9397-08002B2CF9AE}" pid="3" name="MediaServiceImageTags">
    <vt:lpwstr/>
  </property>
</Properties>
</file>