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A3E4E" w14:textId="77777777" w:rsidR="000A03E0" w:rsidRDefault="001B34A4">
      <w:pPr>
        <w:spacing w:after="0"/>
        <w:jc w:val="center"/>
      </w:pPr>
      <w:r>
        <w:rPr>
          <w:noProof/>
        </w:rPr>
        <w:drawing>
          <wp:inline distT="0" distB="0" distL="0" distR="0" wp14:anchorId="709481D1" wp14:editId="0C453400">
            <wp:extent cx="7406640" cy="10469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price.png"/>
                    <pic:cNvPicPr/>
                  </pic:nvPicPr>
                  <pic:blipFill>
                    <a:blip r:embed="rId11"/>
                    <a:stretch>
                      <a:fillRect/>
                    </a:stretch>
                  </pic:blipFill>
                  <pic:spPr>
                    <a:xfrm>
                      <a:off x="0" y="0"/>
                      <a:ext cx="7406640" cy="10469880"/>
                    </a:xfrm>
                    <a:prstGeom prst="rect">
                      <a:avLst/>
                    </a:prstGeom>
                  </pic:spPr>
                </pic:pic>
              </a:graphicData>
            </a:graphic>
          </wp:inline>
        </w:drawing>
      </w:r>
    </w:p>
    <w:p w14:paraId="45153424" w14:textId="77777777" w:rsidR="000A03E0" w:rsidRDefault="000A03E0">
      <w:pPr>
        <w:sectPr w:rsidR="000A03E0">
          <w:pgSz w:w="12240" w:h="15840"/>
          <w:pgMar w:top="0" w:right="0" w:bottom="0" w:left="0" w:header="720" w:footer="720" w:gutter="0"/>
          <w:cols w:space="720"/>
          <w:docGrid w:linePitch="360"/>
        </w:sectPr>
      </w:pPr>
    </w:p>
    <w:p w14:paraId="597E2204" w14:textId="77777777" w:rsidR="000A03E0" w:rsidRDefault="001B34A4">
      <w:pPr>
        <w:pStyle w:val="Title"/>
      </w:pPr>
      <w:r>
        <w:lastRenderedPageBreak/>
        <w:t>PRICING SCHEDULE</w:t>
      </w:r>
    </w:p>
    <w:p w14:paraId="56EBE498" w14:textId="77777777" w:rsidR="000A03E0" w:rsidRDefault="001B34A4">
      <w:r>
        <w:t>Contractual status of pricing: If the Tenderer is successful, this completed and accepted Pricing Schedule will be incorporated as Schedule 3 – Pricing and Payment of the Services Contract. All prices must include all costs necessary to meet the requirements of the CFT and the Draft Services Contract, except VAT where stated separately.</w:t>
      </w:r>
    </w:p>
    <w:p w14:paraId="32AD7FB3" w14:textId="77777777" w:rsidR="000A03E0" w:rsidRDefault="001B34A4">
      <w:r>
        <w:t>All fields must be completed. Prices must be stated in Euro and exclusive of VAT. The purpose of this schedule is to make the composition of programme pricing transparent and enable like-for-like evaluation.</w:t>
      </w:r>
    </w:p>
    <w:p w14:paraId="4508BFC2" w14:textId="77777777" w:rsidR="000A03E0" w:rsidRDefault="001B34A4">
      <w:pPr>
        <w:pStyle w:val="Heading1"/>
      </w:pPr>
      <w:r>
        <w:t>1. TENDERER AND PRICING BASIS</w:t>
      </w:r>
    </w:p>
    <w:tbl>
      <w:tblPr>
        <w:tblStyle w:val="TableGrid"/>
        <w:tblW w:w="0" w:type="auto"/>
        <w:jc w:val="center"/>
        <w:tblLook w:val="04A0" w:firstRow="1" w:lastRow="0" w:firstColumn="1" w:lastColumn="0" w:noHBand="0" w:noVBand="1"/>
      </w:tblPr>
      <w:tblGrid>
        <w:gridCol w:w="5035"/>
        <w:gridCol w:w="5035"/>
      </w:tblGrid>
      <w:tr w:rsidR="000A03E0" w14:paraId="08A15F7F" w14:textId="77777777">
        <w:trPr>
          <w:jc w:val="center"/>
        </w:trPr>
        <w:tc>
          <w:tcPr>
            <w:tcW w:w="5040" w:type="dxa"/>
            <w:shd w:val="clear" w:color="auto" w:fill="F2F2F2"/>
            <w:vAlign w:val="center"/>
          </w:tcPr>
          <w:p w14:paraId="7BB1451F" w14:textId="77777777" w:rsidR="000A03E0" w:rsidRDefault="001B34A4">
            <w:r>
              <w:rPr>
                <w:b/>
                <w:color w:val="003247"/>
                <w:sz w:val="18"/>
              </w:rPr>
              <w:t>Tenderer</w:t>
            </w:r>
          </w:p>
        </w:tc>
        <w:tc>
          <w:tcPr>
            <w:tcW w:w="5040" w:type="dxa"/>
            <w:vAlign w:val="center"/>
          </w:tcPr>
          <w:p w14:paraId="5AB5B9AF" w14:textId="77777777" w:rsidR="000A03E0" w:rsidRDefault="001B34A4">
            <w:r>
              <w:rPr>
                <w:sz w:val="18"/>
              </w:rPr>
              <w:t>[Insert]</w:t>
            </w:r>
          </w:p>
        </w:tc>
      </w:tr>
      <w:tr w:rsidR="000A03E0" w14:paraId="2114F420" w14:textId="77777777">
        <w:trPr>
          <w:jc w:val="center"/>
        </w:trPr>
        <w:tc>
          <w:tcPr>
            <w:tcW w:w="5040" w:type="dxa"/>
            <w:shd w:val="clear" w:color="auto" w:fill="F2F2F2"/>
            <w:vAlign w:val="center"/>
          </w:tcPr>
          <w:p w14:paraId="31D93459" w14:textId="77777777" w:rsidR="000A03E0" w:rsidRDefault="001B34A4">
            <w:r>
              <w:rPr>
                <w:b/>
                <w:color w:val="003247"/>
                <w:sz w:val="18"/>
              </w:rPr>
              <w:t>Currency</w:t>
            </w:r>
          </w:p>
        </w:tc>
        <w:tc>
          <w:tcPr>
            <w:tcW w:w="5040" w:type="dxa"/>
            <w:vAlign w:val="center"/>
          </w:tcPr>
          <w:p w14:paraId="74BA106C" w14:textId="77777777" w:rsidR="000A03E0" w:rsidRDefault="001B34A4">
            <w:r>
              <w:rPr>
                <w:sz w:val="18"/>
              </w:rPr>
              <w:t>EUR</w:t>
            </w:r>
          </w:p>
        </w:tc>
      </w:tr>
      <w:tr w:rsidR="000A03E0" w14:paraId="3A726A2C" w14:textId="77777777">
        <w:trPr>
          <w:jc w:val="center"/>
        </w:trPr>
        <w:tc>
          <w:tcPr>
            <w:tcW w:w="5040" w:type="dxa"/>
            <w:shd w:val="clear" w:color="auto" w:fill="F2F2F2"/>
            <w:vAlign w:val="center"/>
          </w:tcPr>
          <w:p w14:paraId="3BE630E3" w14:textId="77777777" w:rsidR="000A03E0" w:rsidRDefault="001B34A4">
            <w:r>
              <w:rPr>
                <w:b/>
                <w:color w:val="003247"/>
                <w:sz w:val="18"/>
              </w:rPr>
              <w:t>VAT rate(s)</w:t>
            </w:r>
          </w:p>
        </w:tc>
        <w:tc>
          <w:tcPr>
            <w:tcW w:w="5040" w:type="dxa"/>
            <w:vAlign w:val="center"/>
          </w:tcPr>
          <w:p w14:paraId="08EE5653" w14:textId="77777777" w:rsidR="000A03E0" w:rsidRDefault="001B34A4">
            <w:r>
              <w:rPr>
                <w:sz w:val="18"/>
              </w:rPr>
              <w:t>[Insert]</w:t>
            </w:r>
          </w:p>
        </w:tc>
      </w:tr>
      <w:tr w:rsidR="000A03E0" w14:paraId="525DA2DC" w14:textId="77777777">
        <w:trPr>
          <w:jc w:val="center"/>
        </w:trPr>
        <w:tc>
          <w:tcPr>
            <w:tcW w:w="5040" w:type="dxa"/>
            <w:shd w:val="clear" w:color="auto" w:fill="F2F2F2"/>
            <w:vAlign w:val="center"/>
          </w:tcPr>
          <w:p w14:paraId="525FE06B" w14:textId="77777777" w:rsidR="000A03E0" w:rsidRDefault="001B34A4">
            <w:r>
              <w:rPr>
                <w:b/>
                <w:color w:val="003247"/>
                <w:sz w:val="18"/>
              </w:rPr>
              <w:t>Price validity</w:t>
            </w:r>
          </w:p>
        </w:tc>
        <w:tc>
          <w:tcPr>
            <w:tcW w:w="5040" w:type="dxa"/>
            <w:vAlign w:val="center"/>
          </w:tcPr>
          <w:p w14:paraId="433138D2" w14:textId="77777777" w:rsidR="000A03E0" w:rsidRDefault="001B34A4">
            <w:r>
              <w:rPr>
                <w:sz w:val="18"/>
              </w:rPr>
              <w:t>180 days from Tender Deadline</w:t>
            </w:r>
          </w:p>
        </w:tc>
      </w:tr>
      <w:tr w:rsidR="000A03E0" w14:paraId="2433F294" w14:textId="77777777">
        <w:trPr>
          <w:jc w:val="center"/>
        </w:trPr>
        <w:tc>
          <w:tcPr>
            <w:tcW w:w="5040" w:type="dxa"/>
            <w:shd w:val="clear" w:color="auto" w:fill="F2F2F2"/>
            <w:vAlign w:val="center"/>
          </w:tcPr>
          <w:p w14:paraId="6D3DB234" w14:textId="77777777" w:rsidR="000A03E0" w:rsidRDefault="001B34A4">
            <w:r>
              <w:rPr>
                <w:b/>
                <w:color w:val="003247"/>
                <w:sz w:val="18"/>
              </w:rPr>
              <w:t>Base evaluation cohort</w:t>
            </w:r>
          </w:p>
        </w:tc>
        <w:tc>
          <w:tcPr>
            <w:tcW w:w="5040" w:type="dxa"/>
            <w:vAlign w:val="center"/>
          </w:tcPr>
          <w:p w14:paraId="72EA5E63" w14:textId="77777777" w:rsidR="000A03E0" w:rsidRDefault="001B34A4">
            <w:r>
              <w:rPr>
                <w:sz w:val="18"/>
              </w:rPr>
              <w:t>20 participants</w:t>
            </w:r>
          </w:p>
        </w:tc>
      </w:tr>
      <w:tr w:rsidR="000A03E0" w14:paraId="4BC21087" w14:textId="77777777">
        <w:trPr>
          <w:jc w:val="center"/>
        </w:trPr>
        <w:tc>
          <w:tcPr>
            <w:tcW w:w="5040" w:type="dxa"/>
            <w:shd w:val="clear" w:color="auto" w:fill="F2F2F2"/>
            <w:vAlign w:val="center"/>
          </w:tcPr>
          <w:p w14:paraId="77EDDFEB" w14:textId="77777777" w:rsidR="000A03E0" w:rsidRDefault="001B34A4">
            <w:r>
              <w:rPr>
                <w:b/>
                <w:color w:val="003247"/>
                <w:sz w:val="18"/>
              </w:rPr>
              <w:t>Programme duration</w:t>
            </w:r>
          </w:p>
        </w:tc>
        <w:tc>
          <w:tcPr>
            <w:tcW w:w="5040" w:type="dxa"/>
            <w:vAlign w:val="center"/>
          </w:tcPr>
          <w:p w14:paraId="7BB4377F" w14:textId="77777777" w:rsidR="000A03E0" w:rsidRDefault="001B34A4">
            <w:r>
              <w:rPr>
                <w:sz w:val="18"/>
              </w:rPr>
              <w:t>Approximately 10-12 months</w:t>
            </w:r>
          </w:p>
        </w:tc>
      </w:tr>
    </w:tbl>
    <w:p w14:paraId="6F00DB97" w14:textId="77777777" w:rsidR="000A03E0" w:rsidRDefault="001B34A4">
      <w:pPr>
        <w:pStyle w:val="Heading1"/>
      </w:pPr>
      <w:r>
        <w:t>2. PROGRAMME DELIVERY QUANTITIES</w:t>
      </w:r>
    </w:p>
    <w:p w14:paraId="0EF513D0" w14:textId="77777777" w:rsidR="000A03E0" w:rsidRDefault="001B34A4">
      <w:r>
        <w:t>Tenderers must state the quantities included in their proposed programme. These figures will be considered alongside the qualitative proposal and must reconcile with the prices below.</w:t>
      </w:r>
    </w:p>
    <w:tbl>
      <w:tblPr>
        <w:tblStyle w:val="TableGrid"/>
        <w:tblW w:w="0" w:type="auto"/>
        <w:tblLook w:val="04A0" w:firstRow="1" w:lastRow="0" w:firstColumn="1" w:lastColumn="0" w:noHBand="0" w:noVBand="1"/>
      </w:tblPr>
      <w:tblGrid>
        <w:gridCol w:w="3357"/>
        <w:gridCol w:w="3357"/>
        <w:gridCol w:w="3356"/>
      </w:tblGrid>
      <w:tr w:rsidR="000A03E0" w14:paraId="31F7C9FB" w14:textId="77777777">
        <w:tc>
          <w:tcPr>
            <w:tcW w:w="3360" w:type="dxa"/>
            <w:shd w:val="clear" w:color="auto" w:fill="003247"/>
            <w:vAlign w:val="center"/>
          </w:tcPr>
          <w:p w14:paraId="6B05D206" w14:textId="77777777" w:rsidR="000A03E0" w:rsidRDefault="001B34A4">
            <w:r>
              <w:rPr>
                <w:b/>
                <w:color w:val="FFFFFF"/>
                <w:sz w:val="16"/>
              </w:rPr>
              <w:t>Item</w:t>
            </w:r>
          </w:p>
        </w:tc>
        <w:tc>
          <w:tcPr>
            <w:tcW w:w="3360" w:type="dxa"/>
            <w:shd w:val="clear" w:color="auto" w:fill="003247"/>
            <w:vAlign w:val="center"/>
          </w:tcPr>
          <w:p w14:paraId="59572A9C" w14:textId="77777777" w:rsidR="000A03E0" w:rsidRDefault="001B34A4">
            <w:r>
              <w:rPr>
                <w:b/>
                <w:color w:val="FFFFFF"/>
                <w:sz w:val="16"/>
              </w:rPr>
              <w:t>Quantity included</w:t>
            </w:r>
          </w:p>
        </w:tc>
        <w:tc>
          <w:tcPr>
            <w:tcW w:w="3360" w:type="dxa"/>
            <w:shd w:val="clear" w:color="auto" w:fill="003247"/>
            <w:vAlign w:val="center"/>
          </w:tcPr>
          <w:p w14:paraId="000A9B63" w14:textId="77777777" w:rsidR="000A03E0" w:rsidRDefault="001B34A4">
            <w:r>
              <w:rPr>
                <w:b/>
                <w:color w:val="FFFFFF"/>
                <w:sz w:val="16"/>
              </w:rPr>
              <w:t>Notes</w:t>
            </w:r>
          </w:p>
        </w:tc>
      </w:tr>
      <w:tr w:rsidR="000A03E0" w14:paraId="692E63D6" w14:textId="77777777">
        <w:tc>
          <w:tcPr>
            <w:tcW w:w="3360" w:type="dxa"/>
            <w:vAlign w:val="center"/>
          </w:tcPr>
          <w:p w14:paraId="0A0C71B0" w14:textId="77777777" w:rsidR="000A03E0" w:rsidRDefault="001B34A4">
            <w:r>
              <w:rPr>
                <w:sz w:val="16"/>
              </w:rPr>
              <w:t>Face-to-face facilitated days</w:t>
            </w:r>
          </w:p>
        </w:tc>
        <w:tc>
          <w:tcPr>
            <w:tcW w:w="3360" w:type="dxa"/>
            <w:vAlign w:val="center"/>
          </w:tcPr>
          <w:p w14:paraId="1A722357" w14:textId="77777777" w:rsidR="000A03E0" w:rsidRDefault="001B34A4">
            <w:r>
              <w:rPr>
                <w:sz w:val="16"/>
              </w:rPr>
              <w:t>[Insert]</w:t>
            </w:r>
          </w:p>
        </w:tc>
        <w:tc>
          <w:tcPr>
            <w:tcW w:w="3360" w:type="dxa"/>
            <w:vAlign w:val="center"/>
          </w:tcPr>
          <w:p w14:paraId="27C26F23" w14:textId="77777777" w:rsidR="000A03E0" w:rsidRDefault="001B34A4">
            <w:r>
              <w:rPr>
                <w:sz w:val="16"/>
              </w:rPr>
              <w:t>[Insert]</w:t>
            </w:r>
          </w:p>
        </w:tc>
      </w:tr>
      <w:tr w:rsidR="000A03E0" w14:paraId="0A8998A0" w14:textId="77777777">
        <w:tc>
          <w:tcPr>
            <w:tcW w:w="3360" w:type="dxa"/>
            <w:vAlign w:val="center"/>
          </w:tcPr>
          <w:p w14:paraId="33B8E594" w14:textId="77777777" w:rsidR="000A03E0" w:rsidRDefault="001B34A4">
            <w:r>
              <w:rPr>
                <w:sz w:val="16"/>
              </w:rPr>
              <w:t>Live online facilitated sessions</w:t>
            </w:r>
          </w:p>
        </w:tc>
        <w:tc>
          <w:tcPr>
            <w:tcW w:w="3360" w:type="dxa"/>
            <w:vAlign w:val="center"/>
          </w:tcPr>
          <w:p w14:paraId="574C3AA0" w14:textId="77777777" w:rsidR="000A03E0" w:rsidRDefault="001B34A4">
            <w:r>
              <w:rPr>
                <w:sz w:val="16"/>
              </w:rPr>
              <w:t>[Insert]</w:t>
            </w:r>
          </w:p>
        </w:tc>
        <w:tc>
          <w:tcPr>
            <w:tcW w:w="3360" w:type="dxa"/>
            <w:vAlign w:val="center"/>
          </w:tcPr>
          <w:p w14:paraId="2272007E" w14:textId="77777777" w:rsidR="000A03E0" w:rsidRDefault="001B34A4">
            <w:r>
              <w:rPr>
                <w:sz w:val="16"/>
              </w:rPr>
              <w:t>[Insert]</w:t>
            </w:r>
          </w:p>
        </w:tc>
      </w:tr>
      <w:tr w:rsidR="000A03E0" w14:paraId="07F9C38E" w14:textId="77777777">
        <w:tc>
          <w:tcPr>
            <w:tcW w:w="3360" w:type="dxa"/>
            <w:vAlign w:val="center"/>
          </w:tcPr>
          <w:p w14:paraId="5BB0E41A" w14:textId="77777777" w:rsidR="000A03E0" w:rsidRDefault="001B34A4">
            <w:r>
              <w:rPr>
                <w:sz w:val="16"/>
              </w:rPr>
              <w:t>Self-directed / digital learning hours</w:t>
            </w:r>
          </w:p>
        </w:tc>
        <w:tc>
          <w:tcPr>
            <w:tcW w:w="3360" w:type="dxa"/>
            <w:vAlign w:val="center"/>
          </w:tcPr>
          <w:p w14:paraId="2C2B9935" w14:textId="77777777" w:rsidR="000A03E0" w:rsidRDefault="001B34A4">
            <w:r>
              <w:rPr>
                <w:sz w:val="16"/>
              </w:rPr>
              <w:t>[Insert]</w:t>
            </w:r>
          </w:p>
        </w:tc>
        <w:tc>
          <w:tcPr>
            <w:tcW w:w="3360" w:type="dxa"/>
            <w:vAlign w:val="center"/>
          </w:tcPr>
          <w:p w14:paraId="1FA13EFA" w14:textId="77777777" w:rsidR="000A03E0" w:rsidRDefault="001B34A4">
            <w:r>
              <w:rPr>
                <w:sz w:val="16"/>
              </w:rPr>
              <w:t>[Insert]</w:t>
            </w:r>
          </w:p>
        </w:tc>
      </w:tr>
      <w:tr w:rsidR="000A03E0" w14:paraId="10140694" w14:textId="77777777">
        <w:tc>
          <w:tcPr>
            <w:tcW w:w="3360" w:type="dxa"/>
            <w:vAlign w:val="center"/>
          </w:tcPr>
          <w:p w14:paraId="13CFE40C" w14:textId="77777777" w:rsidR="000A03E0" w:rsidRDefault="001B34A4">
            <w:r>
              <w:rPr>
                <w:sz w:val="16"/>
              </w:rPr>
              <w:t>Individual coaching sessions per participant</w:t>
            </w:r>
          </w:p>
        </w:tc>
        <w:tc>
          <w:tcPr>
            <w:tcW w:w="3360" w:type="dxa"/>
            <w:vAlign w:val="center"/>
          </w:tcPr>
          <w:p w14:paraId="296C6273" w14:textId="77777777" w:rsidR="000A03E0" w:rsidRDefault="001B34A4">
            <w:r>
              <w:rPr>
                <w:sz w:val="16"/>
              </w:rPr>
              <w:t>[Insert]</w:t>
            </w:r>
          </w:p>
        </w:tc>
        <w:tc>
          <w:tcPr>
            <w:tcW w:w="3360" w:type="dxa"/>
            <w:vAlign w:val="center"/>
          </w:tcPr>
          <w:p w14:paraId="3E099132" w14:textId="77777777" w:rsidR="000A03E0" w:rsidRDefault="001B34A4">
            <w:r>
              <w:rPr>
                <w:sz w:val="16"/>
              </w:rPr>
              <w:t>[Insert]</w:t>
            </w:r>
          </w:p>
        </w:tc>
      </w:tr>
      <w:tr w:rsidR="000A03E0" w14:paraId="12873602" w14:textId="77777777">
        <w:tc>
          <w:tcPr>
            <w:tcW w:w="3360" w:type="dxa"/>
            <w:vAlign w:val="center"/>
          </w:tcPr>
          <w:p w14:paraId="6B4D2651" w14:textId="77777777" w:rsidR="000A03E0" w:rsidRDefault="001B34A4">
            <w:r>
              <w:rPr>
                <w:sz w:val="16"/>
              </w:rPr>
              <w:t>Group coaching / mentoring sessions</w:t>
            </w:r>
          </w:p>
        </w:tc>
        <w:tc>
          <w:tcPr>
            <w:tcW w:w="3360" w:type="dxa"/>
            <w:vAlign w:val="center"/>
          </w:tcPr>
          <w:p w14:paraId="09C3E75E" w14:textId="77777777" w:rsidR="000A03E0" w:rsidRDefault="001B34A4">
            <w:r>
              <w:rPr>
                <w:sz w:val="16"/>
              </w:rPr>
              <w:t>[Insert]</w:t>
            </w:r>
          </w:p>
        </w:tc>
        <w:tc>
          <w:tcPr>
            <w:tcW w:w="3360" w:type="dxa"/>
            <w:vAlign w:val="center"/>
          </w:tcPr>
          <w:p w14:paraId="3B8FB107" w14:textId="77777777" w:rsidR="000A03E0" w:rsidRDefault="001B34A4">
            <w:r>
              <w:rPr>
                <w:sz w:val="16"/>
              </w:rPr>
              <w:t>[Insert]</w:t>
            </w:r>
          </w:p>
        </w:tc>
      </w:tr>
      <w:tr w:rsidR="000A03E0" w14:paraId="5B9F219E" w14:textId="77777777">
        <w:tc>
          <w:tcPr>
            <w:tcW w:w="3360" w:type="dxa"/>
            <w:vAlign w:val="center"/>
          </w:tcPr>
          <w:p w14:paraId="682FA3BF" w14:textId="77777777" w:rsidR="000A03E0" w:rsidRPr="00B17006" w:rsidRDefault="001B34A4">
            <w:pPr>
              <w:rPr>
                <w:lang w:val="fr-FR"/>
              </w:rPr>
            </w:pPr>
            <w:r>
              <w:rPr>
                <w:sz w:val="16"/>
                <w:lang w:val="fr-FR"/>
              </w:rPr>
              <w:lastRenderedPageBreak/>
              <w:t>Psychometric / diagnostic instruments per participant</w:t>
            </w:r>
          </w:p>
        </w:tc>
        <w:tc>
          <w:tcPr>
            <w:tcW w:w="3360" w:type="dxa"/>
            <w:vAlign w:val="center"/>
          </w:tcPr>
          <w:p w14:paraId="06A9B8FF" w14:textId="77777777" w:rsidR="000A03E0" w:rsidRDefault="001B34A4">
            <w:r>
              <w:rPr>
                <w:sz w:val="16"/>
              </w:rPr>
              <w:t>[Insert]</w:t>
            </w:r>
          </w:p>
        </w:tc>
        <w:tc>
          <w:tcPr>
            <w:tcW w:w="3360" w:type="dxa"/>
            <w:vAlign w:val="center"/>
          </w:tcPr>
          <w:p w14:paraId="382AC39D" w14:textId="77777777" w:rsidR="000A03E0" w:rsidRDefault="001B34A4">
            <w:r>
              <w:rPr>
                <w:sz w:val="16"/>
              </w:rPr>
              <w:t>[Insert]</w:t>
            </w:r>
          </w:p>
        </w:tc>
      </w:tr>
      <w:tr w:rsidR="000A03E0" w14:paraId="383246FC" w14:textId="77777777">
        <w:tc>
          <w:tcPr>
            <w:tcW w:w="3360" w:type="dxa"/>
            <w:vAlign w:val="center"/>
          </w:tcPr>
          <w:p w14:paraId="02D9A476" w14:textId="77777777" w:rsidR="000A03E0" w:rsidRDefault="001B34A4">
            <w:r>
              <w:rPr>
                <w:sz w:val="16"/>
              </w:rPr>
              <w:t>Experiential / team development events</w:t>
            </w:r>
          </w:p>
        </w:tc>
        <w:tc>
          <w:tcPr>
            <w:tcW w:w="3360" w:type="dxa"/>
            <w:vAlign w:val="center"/>
          </w:tcPr>
          <w:p w14:paraId="7286F238" w14:textId="77777777" w:rsidR="000A03E0" w:rsidRDefault="001B34A4">
            <w:r>
              <w:rPr>
                <w:sz w:val="16"/>
              </w:rPr>
              <w:t>[Insert]</w:t>
            </w:r>
          </w:p>
        </w:tc>
        <w:tc>
          <w:tcPr>
            <w:tcW w:w="3360" w:type="dxa"/>
            <w:vAlign w:val="center"/>
          </w:tcPr>
          <w:p w14:paraId="3E0746C2" w14:textId="77777777" w:rsidR="000A03E0" w:rsidRDefault="001B34A4">
            <w:r>
              <w:rPr>
                <w:sz w:val="16"/>
              </w:rPr>
              <w:t>[Insert]</w:t>
            </w:r>
          </w:p>
        </w:tc>
      </w:tr>
      <w:tr w:rsidR="000A03E0" w14:paraId="20507493" w14:textId="77777777">
        <w:tc>
          <w:tcPr>
            <w:tcW w:w="3360" w:type="dxa"/>
            <w:vAlign w:val="center"/>
          </w:tcPr>
          <w:p w14:paraId="7BDA0876" w14:textId="77777777" w:rsidR="000A03E0" w:rsidRDefault="001B34A4">
            <w:r>
              <w:rPr>
                <w:sz w:val="16"/>
              </w:rPr>
              <w:t>Applied workplace / action-learning projects</w:t>
            </w:r>
          </w:p>
        </w:tc>
        <w:tc>
          <w:tcPr>
            <w:tcW w:w="3360" w:type="dxa"/>
            <w:vAlign w:val="center"/>
          </w:tcPr>
          <w:p w14:paraId="76838BAD" w14:textId="77777777" w:rsidR="000A03E0" w:rsidRDefault="001B34A4">
            <w:r>
              <w:rPr>
                <w:sz w:val="16"/>
              </w:rPr>
              <w:t>[Insert]</w:t>
            </w:r>
          </w:p>
        </w:tc>
        <w:tc>
          <w:tcPr>
            <w:tcW w:w="3360" w:type="dxa"/>
            <w:vAlign w:val="center"/>
          </w:tcPr>
          <w:p w14:paraId="2F9272F2" w14:textId="77777777" w:rsidR="000A03E0" w:rsidRDefault="001B34A4">
            <w:r>
              <w:rPr>
                <w:sz w:val="16"/>
              </w:rPr>
              <w:t>[Insert]</w:t>
            </w:r>
          </w:p>
        </w:tc>
      </w:tr>
      <w:tr w:rsidR="000A03E0" w14:paraId="387A6BCD" w14:textId="77777777">
        <w:tc>
          <w:tcPr>
            <w:tcW w:w="3360" w:type="dxa"/>
            <w:vAlign w:val="center"/>
          </w:tcPr>
          <w:p w14:paraId="4994E9E4" w14:textId="77777777" w:rsidR="000A03E0" w:rsidRDefault="001B34A4">
            <w:r>
              <w:rPr>
                <w:sz w:val="16"/>
              </w:rPr>
              <w:t>Formal progress / impact reports</w:t>
            </w:r>
          </w:p>
        </w:tc>
        <w:tc>
          <w:tcPr>
            <w:tcW w:w="3360" w:type="dxa"/>
            <w:vAlign w:val="center"/>
          </w:tcPr>
          <w:p w14:paraId="70DDBC66" w14:textId="77777777" w:rsidR="000A03E0" w:rsidRDefault="001B34A4">
            <w:r>
              <w:rPr>
                <w:sz w:val="16"/>
              </w:rPr>
              <w:t>[Insert]</w:t>
            </w:r>
          </w:p>
        </w:tc>
        <w:tc>
          <w:tcPr>
            <w:tcW w:w="3360" w:type="dxa"/>
            <w:vAlign w:val="center"/>
          </w:tcPr>
          <w:p w14:paraId="05917677" w14:textId="77777777" w:rsidR="000A03E0" w:rsidRDefault="001B34A4">
            <w:r>
              <w:rPr>
                <w:sz w:val="16"/>
              </w:rPr>
              <w:t>[Insert]</w:t>
            </w:r>
          </w:p>
        </w:tc>
      </w:tr>
    </w:tbl>
    <w:p w14:paraId="4B8676A2" w14:textId="77777777" w:rsidR="000A03E0" w:rsidRDefault="001B34A4">
      <w:pPr>
        <w:pStyle w:val="Heading1"/>
      </w:pPr>
      <w:r>
        <w:t>3. MANDATORY COST BREAKDOWN - ONE COHORT OF 20 PARTICIPANTS</w:t>
      </w:r>
    </w:p>
    <w:p w14:paraId="0081F28E" w14:textId="77777777" w:rsidR="000A03E0" w:rsidRDefault="001B34A4">
      <w:r>
        <w:t>All costs necessary to deliver one complete cohort must be included. Where an item is not separately charged, enter €0 and state where it is included. Do not leave cells blank.</w:t>
      </w:r>
    </w:p>
    <w:tbl>
      <w:tblPr>
        <w:tblStyle w:val="TableGrid"/>
        <w:tblW w:w="0" w:type="auto"/>
        <w:tblLook w:val="04A0" w:firstRow="1" w:lastRow="0" w:firstColumn="1" w:lastColumn="0" w:noHBand="0" w:noVBand="1"/>
      </w:tblPr>
      <w:tblGrid>
        <w:gridCol w:w="2014"/>
        <w:gridCol w:w="2014"/>
        <w:gridCol w:w="2014"/>
        <w:gridCol w:w="2014"/>
        <w:gridCol w:w="2014"/>
      </w:tblGrid>
      <w:tr w:rsidR="000A03E0" w14:paraId="556700C3" w14:textId="77777777">
        <w:tc>
          <w:tcPr>
            <w:tcW w:w="2016" w:type="dxa"/>
            <w:shd w:val="clear" w:color="auto" w:fill="003247"/>
            <w:vAlign w:val="center"/>
          </w:tcPr>
          <w:p w14:paraId="1442F2ED" w14:textId="77777777" w:rsidR="000A03E0" w:rsidRDefault="001B34A4">
            <w:r>
              <w:rPr>
                <w:b/>
                <w:color w:val="FFFFFF"/>
                <w:sz w:val="14"/>
              </w:rPr>
              <w:t>Ref</w:t>
            </w:r>
          </w:p>
        </w:tc>
        <w:tc>
          <w:tcPr>
            <w:tcW w:w="2016" w:type="dxa"/>
            <w:shd w:val="clear" w:color="auto" w:fill="003247"/>
            <w:vAlign w:val="center"/>
          </w:tcPr>
          <w:p w14:paraId="676E308F" w14:textId="77777777" w:rsidR="000A03E0" w:rsidRDefault="001B34A4">
            <w:r>
              <w:rPr>
                <w:b/>
                <w:color w:val="FFFFFF"/>
                <w:sz w:val="14"/>
              </w:rPr>
              <w:t>Cost component</w:t>
            </w:r>
          </w:p>
        </w:tc>
        <w:tc>
          <w:tcPr>
            <w:tcW w:w="2016" w:type="dxa"/>
            <w:shd w:val="clear" w:color="auto" w:fill="003247"/>
            <w:vAlign w:val="center"/>
          </w:tcPr>
          <w:p w14:paraId="0949C7B7" w14:textId="77777777" w:rsidR="000A03E0" w:rsidRDefault="001B34A4">
            <w:r>
              <w:rPr>
                <w:b/>
                <w:color w:val="FFFFFF"/>
                <w:sz w:val="14"/>
              </w:rPr>
              <w:t>Pricing basis</w:t>
            </w:r>
          </w:p>
        </w:tc>
        <w:tc>
          <w:tcPr>
            <w:tcW w:w="2016" w:type="dxa"/>
            <w:shd w:val="clear" w:color="auto" w:fill="003247"/>
            <w:vAlign w:val="center"/>
          </w:tcPr>
          <w:p w14:paraId="6E7F6688" w14:textId="77777777" w:rsidR="000A03E0" w:rsidRDefault="001B34A4">
            <w:r>
              <w:rPr>
                <w:b/>
                <w:color w:val="FFFFFF"/>
                <w:sz w:val="14"/>
              </w:rPr>
              <w:t>Tendered amount € excl. VAT</w:t>
            </w:r>
          </w:p>
        </w:tc>
        <w:tc>
          <w:tcPr>
            <w:tcW w:w="2016" w:type="dxa"/>
            <w:shd w:val="clear" w:color="auto" w:fill="003247"/>
            <w:vAlign w:val="center"/>
          </w:tcPr>
          <w:p w14:paraId="288D724F" w14:textId="77777777" w:rsidR="000A03E0" w:rsidRDefault="001B34A4">
            <w:r>
              <w:rPr>
                <w:b/>
                <w:color w:val="FFFFFF"/>
                <w:sz w:val="14"/>
              </w:rPr>
              <w:t>Notes / inclusions</w:t>
            </w:r>
          </w:p>
        </w:tc>
      </w:tr>
      <w:tr w:rsidR="000A03E0" w14:paraId="2990DADE" w14:textId="77777777">
        <w:tc>
          <w:tcPr>
            <w:tcW w:w="2016" w:type="dxa"/>
            <w:vAlign w:val="center"/>
          </w:tcPr>
          <w:p w14:paraId="6B951E4A" w14:textId="77777777" w:rsidR="000A03E0" w:rsidRDefault="001B34A4">
            <w:r>
              <w:rPr>
                <w:sz w:val="14"/>
              </w:rPr>
              <w:t>P1</w:t>
            </w:r>
          </w:p>
        </w:tc>
        <w:tc>
          <w:tcPr>
            <w:tcW w:w="2016" w:type="dxa"/>
            <w:vAlign w:val="center"/>
          </w:tcPr>
          <w:p w14:paraId="52B7FAD6" w14:textId="77777777" w:rsidR="000A03E0" w:rsidRDefault="001B34A4">
            <w:r>
              <w:rPr>
                <w:sz w:val="14"/>
              </w:rPr>
              <w:t>Programme design / customisation</w:t>
            </w:r>
          </w:p>
        </w:tc>
        <w:tc>
          <w:tcPr>
            <w:tcW w:w="2016" w:type="dxa"/>
            <w:vAlign w:val="center"/>
          </w:tcPr>
          <w:p w14:paraId="771ECA9E" w14:textId="77777777" w:rsidR="000A03E0" w:rsidRDefault="001B34A4">
            <w:r>
              <w:rPr>
                <w:sz w:val="14"/>
              </w:rPr>
              <w:t>Fixed per cohort</w:t>
            </w:r>
          </w:p>
        </w:tc>
        <w:tc>
          <w:tcPr>
            <w:tcW w:w="2016" w:type="dxa"/>
            <w:vAlign w:val="center"/>
          </w:tcPr>
          <w:p w14:paraId="734FF84C" w14:textId="77777777" w:rsidR="000A03E0" w:rsidRDefault="001B34A4">
            <w:r>
              <w:rPr>
                <w:sz w:val="14"/>
              </w:rPr>
              <w:t>€ [Insert]</w:t>
            </w:r>
          </w:p>
        </w:tc>
        <w:tc>
          <w:tcPr>
            <w:tcW w:w="2016" w:type="dxa"/>
            <w:vAlign w:val="center"/>
          </w:tcPr>
          <w:p w14:paraId="5DF560D6" w14:textId="77777777" w:rsidR="000A03E0" w:rsidRDefault="001B34A4">
            <w:r>
              <w:rPr>
                <w:sz w:val="14"/>
              </w:rPr>
              <w:t>[Insert / Included in…]</w:t>
            </w:r>
          </w:p>
        </w:tc>
      </w:tr>
      <w:tr w:rsidR="000A03E0" w14:paraId="7552194D" w14:textId="77777777">
        <w:tc>
          <w:tcPr>
            <w:tcW w:w="2016" w:type="dxa"/>
            <w:vAlign w:val="center"/>
          </w:tcPr>
          <w:p w14:paraId="35294A6B" w14:textId="77777777" w:rsidR="000A03E0" w:rsidRDefault="001B34A4">
            <w:r>
              <w:rPr>
                <w:sz w:val="14"/>
              </w:rPr>
              <w:t>P2</w:t>
            </w:r>
          </w:p>
        </w:tc>
        <w:tc>
          <w:tcPr>
            <w:tcW w:w="2016" w:type="dxa"/>
            <w:vAlign w:val="center"/>
          </w:tcPr>
          <w:p w14:paraId="0C18C790" w14:textId="77777777" w:rsidR="000A03E0" w:rsidRDefault="001B34A4">
            <w:r>
              <w:rPr>
                <w:sz w:val="14"/>
              </w:rPr>
              <w:t>Programme mobilisation, administration and contract management</w:t>
            </w:r>
          </w:p>
        </w:tc>
        <w:tc>
          <w:tcPr>
            <w:tcW w:w="2016" w:type="dxa"/>
            <w:vAlign w:val="center"/>
          </w:tcPr>
          <w:p w14:paraId="2DAC86E0" w14:textId="77777777" w:rsidR="000A03E0" w:rsidRDefault="001B34A4">
            <w:r>
              <w:rPr>
                <w:sz w:val="14"/>
              </w:rPr>
              <w:t>Fixed per cohort</w:t>
            </w:r>
          </w:p>
        </w:tc>
        <w:tc>
          <w:tcPr>
            <w:tcW w:w="2016" w:type="dxa"/>
            <w:vAlign w:val="center"/>
          </w:tcPr>
          <w:p w14:paraId="4EBF159E" w14:textId="77777777" w:rsidR="000A03E0" w:rsidRDefault="001B34A4">
            <w:r>
              <w:rPr>
                <w:sz w:val="14"/>
              </w:rPr>
              <w:t>€ [Insert]</w:t>
            </w:r>
          </w:p>
        </w:tc>
        <w:tc>
          <w:tcPr>
            <w:tcW w:w="2016" w:type="dxa"/>
            <w:vAlign w:val="center"/>
          </w:tcPr>
          <w:p w14:paraId="13AD2ADD" w14:textId="77777777" w:rsidR="000A03E0" w:rsidRDefault="001B34A4">
            <w:r>
              <w:rPr>
                <w:sz w:val="14"/>
              </w:rPr>
              <w:t>[Insert / Included in…]</w:t>
            </w:r>
          </w:p>
        </w:tc>
      </w:tr>
      <w:tr w:rsidR="000A03E0" w14:paraId="69C0C5A6" w14:textId="77777777">
        <w:tc>
          <w:tcPr>
            <w:tcW w:w="2016" w:type="dxa"/>
            <w:vAlign w:val="center"/>
          </w:tcPr>
          <w:p w14:paraId="69A1A7F0" w14:textId="77777777" w:rsidR="000A03E0" w:rsidRDefault="001B34A4">
            <w:r>
              <w:rPr>
                <w:sz w:val="14"/>
              </w:rPr>
              <w:t>P3</w:t>
            </w:r>
          </w:p>
        </w:tc>
        <w:tc>
          <w:tcPr>
            <w:tcW w:w="2016" w:type="dxa"/>
            <w:vAlign w:val="center"/>
          </w:tcPr>
          <w:p w14:paraId="79B4A3E3" w14:textId="77777777" w:rsidR="000A03E0" w:rsidRDefault="001B34A4">
            <w:r>
              <w:rPr>
                <w:sz w:val="14"/>
              </w:rPr>
              <w:t>Programme direction and leadership</w:t>
            </w:r>
          </w:p>
        </w:tc>
        <w:tc>
          <w:tcPr>
            <w:tcW w:w="2016" w:type="dxa"/>
            <w:vAlign w:val="center"/>
          </w:tcPr>
          <w:p w14:paraId="2200256A" w14:textId="77777777" w:rsidR="000A03E0" w:rsidRDefault="001B34A4">
            <w:r>
              <w:rPr>
                <w:sz w:val="14"/>
              </w:rPr>
              <w:t>Fixed per cohort</w:t>
            </w:r>
          </w:p>
        </w:tc>
        <w:tc>
          <w:tcPr>
            <w:tcW w:w="2016" w:type="dxa"/>
            <w:vAlign w:val="center"/>
          </w:tcPr>
          <w:p w14:paraId="7AA82759" w14:textId="77777777" w:rsidR="000A03E0" w:rsidRDefault="001B34A4">
            <w:r>
              <w:rPr>
                <w:sz w:val="14"/>
              </w:rPr>
              <w:t>€ [Insert]</w:t>
            </w:r>
          </w:p>
        </w:tc>
        <w:tc>
          <w:tcPr>
            <w:tcW w:w="2016" w:type="dxa"/>
            <w:vAlign w:val="center"/>
          </w:tcPr>
          <w:p w14:paraId="1FFA8B5A" w14:textId="77777777" w:rsidR="000A03E0" w:rsidRDefault="001B34A4">
            <w:r>
              <w:rPr>
                <w:sz w:val="14"/>
              </w:rPr>
              <w:t>[Insert / Included in…]</w:t>
            </w:r>
          </w:p>
        </w:tc>
      </w:tr>
      <w:tr w:rsidR="000A03E0" w14:paraId="5C2511E1" w14:textId="77777777">
        <w:tc>
          <w:tcPr>
            <w:tcW w:w="2016" w:type="dxa"/>
            <w:vAlign w:val="center"/>
          </w:tcPr>
          <w:p w14:paraId="236B55DC" w14:textId="77777777" w:rsidR="000A03E0" w:rsidRDefault="001B34A4">
            <w:r>
              <w:rPr>
                <w:sz w:val="14"/>
              </w:rPr>
              <w:t>P4</w:t>
            </w:r>
          </w:p>
        </w:tc>
        <w:tc>
          <w:tcPr>
            <w:tcW w:w="2016" w:type="dxa"/>
            <w:vAlign w:val="center"/>
          </w:tcPr>
          <w:p w14:paraId="67C9A99E" w14:textId="77777777" w:rsidR="000A03E0" w:rsidRDefault="001B34A4">
            <w:r>
              <w:rPr>
                <w:sz w:val="14"/>
              </w:rPr>
              <w:t>Core face-to-face facilitation / faculty delivery</w:t>
            </w:r>
          </w:p>
        </w:tc>
        <w:tc>
          <w:tcPr>
            <w:tcW w:w="2016" w:type="dxa"/>
            <w:vAlign w:val="center"/>
          </w:tcPr>
          <w:p w14:paraId="3E7D044A" w14:textId="77777777" w:rsidR="000A03E0" w:rsidRDefault="001B34A4">
            <w:r>
              <w:rPr>
                <w:sz w:val="14"/>
              </w:rPr>
              <w:t>Fixed per cohort</w:t>
            </w:r>
          </w:p>
        </w:tc>
        <w:tc>
          <w:tcPr>
            <w:tcW w:w="2016" w:type="dxa"/>
            <w:vAlign w:val="center"/>
          </w:tcPr>
          <w:p w14:paraId="5D1A6851" w14:textId="77777777" w:rsidR="000A03E0" w:rsidRDefault="001B34A4">
            <w:r>
              <w:rPr>
                <w:sz w:val="14"/>
              </w:rPr>
              <w:t>€ [Insert]</w:t>
            </w:r>
          </w:p>
        </w:tc>
        <w:tc>
          <w:tcPr>
            <w:tcW w:w="2016" w:type="dxa"/>
            <w:vAlign w:val="center"/>
          </w:tcPr>
          <w:p w14:paraId="5920D8AC" w14:textId="77777777" w:rsidR="000A03E0" w:rsidRDefault="001B34A4">
            <w:r>
              <w:rPr>
                <w:sz w:val="14"/>
              </w:rPr>
              <w:t>[Insert / Included in…]</w:t>
            </w:r>
          </w:p>
        </w:tc>
      </w:tr>
      <w:tr w:rsidR="000A03E0" w14:paraId="3D5F2AF0" w14:textId="77777777">
        <w:tc>
          <w:tcPr>
            <w:tcW w:w="2016" w:type="dxa"/>
            <w:vAlign w:val="center"/>
          </w:tcPr>
          <w:p w14:paraId="152BC4F3" w14:textId="77777777" w:rsidR="000A03E0" w:rsidRDefault="001B34A4">
            <w:r>
              <w:rPr>
                <w:sz w:val="14"/>
              </w:rPr>
              <w:t>P5</w:t>
            </w:r>
          </w:p>
        </w:tc>
        <w:tc>
          <w:tcPr>
            <w:tcW w:w="2016" w:type="dxa"/>
            <w:vAlign w:val="center"/>
          </w:tcPr>
          <w:p w14:paraId="4B2F5A72" w14:textId="77777777" w:rsidR="000A03E0" w:rsidRDefault="001B34A4">
            <w:r>
              <w:rPr>
                <w:sz w:val="14"/>
              </w:rPr>
              <w:t>Live online facilitation / virtual classroom delivery</w:t>
            </w:r>
          </w:p>
        </w:tc>
        <w:tc>
          <w:tcPr>
            <w:tcW w:w="2016" w:type="dxa"/>
            <w:vAlign w:val="center"/>
          </w:tcPr>
          <w:p w14:paraId="72AD9BC8" w14:textId="77777777" w:rsidR="000A03E0" w:rsidRDefault="001B34A4">
            <w:r>
              <w:rPr>
                <w:sz w:val="14"/>
              </w:rPr>
              <w:t>Fixed per cohort</w:t>
            </w:r>
          </w:p>
        </w:tc>
        <w:tc>
          <w:tcPr>
            <w:tcW w:w="2016" w:type="dxa"/>
            <w:vAlign w:val="center"/>
          </w:tcPr>
          <w:p w14:paraId="093E35BB" w14:textId="77777777" w:rsidR="000A03E0" w:rsidRDefault="001B34A4">
            <w:r>
              <w:rPr>
                <w:sz w:val="14"/>
              </w:rPr>
              <w:t>€ [Insert]</w:t>
            </w:r>
          </w:p>
        </w:tc>
        <w:tc>
          <w:tcPr>
            <w:tcW w:w="2016" w:type="dxa"/>
            <w:vAlign w:val="center"/>
          </w:tcPr>
          <w:p w14:paraId="329FF3F7" w14:textId="77777777" w:rsidR="000A03E0" w:rsidRDefault="001B34A4">
            <w:r>
              <w:rPr>
                <w:sz w:val="14"/>
              </w:rPr>
              <w:t>[Insert / Included in…]</w:t>
            </w:r>
          </w:p>
        </w:tc>
      </w:tr>
      <w:tr w:rsidR="000A03E0" w14:paraId="2D9207A2" w14:textId="77777777">
        <w:tc>
          <w:tcPr>
            <w:tcW w:w="2016" w:type="dxa"/>
            <w:vAlign w:val="center"/>
          </w:tcPr>
          <w:p w14:paraId="06FF1BB9" w14:textId="77777777" w:rsidR="000A03E0" w:rsidRDefault="001B34A4">
            <w:r>
              <w:rPr>
                <w:sz w:val="14"/>
              </w:rPr>
              <w:t>P6</w:t>
            </w:r>
          </w:p>
        </w:tc>
        <w:tc>
          <w:tcPr>
            <w:tcW w:w="2016" w:type="dxa"/>
            <w:vAlign w:val="center"/>
          </w:tcPr>
          <w:p w14:paraId="03D73638" w14:textId="77777777" w:rsidR="000A03E0" w:rsidRDefault="001B34A4">
            <w:r>
              <w:rPr>
                <w:sz w:val="14"/>
              </w:rPr>
              <w:t>Psychometric / diagnostic instrument, licences and debrief</w:t>
            </w:r>
          </w:p>
        </w:tc>
        <w:tc>
          <w:tcPr>
            <w:tcW w:w="2016" w:type="dxa"/>
            <w:vAlign w:val="center"/>
          </w:tcPr>
          <w:p w14:paraId="7247A3AF" w14:textId="77777777" w:rsidR="000A03E0" w:rsidRDefault="001B34A4">
            <w:r>
              <w:rPr>
                <w:sz w:val="14"/>
              </w:rPr>
              <w:t>For 20 participants</w:t>
            </w:r>
          </w:p>
        </w:tc>
        <w:tc>
          <w:tcPr>
            <w:tcW w:w="2016" w:type="dxa"/>
            <w:vAlign w:val="center"/>
          </w:tcPr>
          <w:p w14:paraId="415F6A42" w14:textId="77777777" w:rsidR="000A03E0" w:rsidRDefault="001B34A4">
            <w:r>
              <w:rPr>
                <w:sz w:val="14"/>
              </w:rPr>
              <w:t>€ [Insert]</w:t>
            </w:r>
          </w:p>
        </w:tc>
        <w:tc>
          <w:tcPr>
            <w:tcW w:w="2016" w:type="dxa"/>
            <w:vAlign w:val="center"/>
          </w:tcPr>
          <w:p w14:paraId="047C3F38" w14:textId="77777777" w:rsidR="000A03E0" w:rsidRDefault="001B34A4">
            <w:r>
              <w:rPr>
                <w:sz w:val="14"/>
              </w:rPr>
              <w:t>[Insert / Included in…]</w:t>
            </w:r>
          </w:p>
        </w:tc>
      </w:tr>
      <w:tr w:rsidR="000A03E0" w14:paraId="18D5813E" w14:textId="77777777">
        <w:tc>
          <w:tcPr>
            <w:tcW w:w="2016" w:type="dxa"/>
            <w:vAlign w:val="center"/>
          </w:tcPr>
          <w:p w14:paraId="563BA5D8" w14:textId="77777777" w:rsidR="000A03E0" w:rsidRDefault="001B34A4">
            <w:r>
              <w:rPr>
                <w:sz w:val="14"/>
              </w:rPr>
              <w:t>P7</w:t>
            </w:r>
          </w:p>
        </w:tc>
        <w:tc>
          <w:tcPr>
            <w:tcW w:w="2016" w:type="dxa"/>
            <w:vAlign w:val="center"/>
          </w:tcPr>
          <w:p w14:paraId="4956410F" w14:textId="77777777" w:rsidR="000A03E0" w:rsidRDefault="001B34A4">
            <w:r>
              <w:rPr>
                <w:sz w:val="14"/>
              </w:rPr>
              <w:t>Individual coaching (if included in core programme)</w:t>
            </w:r>
          </w:p>
        </w:tc>
        <w:tc>
          <w:tcPr>
            <w:tcW w:w="2016" w:type="dxa"/>
            <w:vAlign w:val="center"/>
          </w:tcPr>
          <w:p w14:paraId="0D0AC461" w14:textId="77777777" w:rsidR="000A03E0" w:rsidRDefault="001B34A4">
            <w:r>
              <w:rPr>
                <w:sz w:val="14"/>
              </w:rPr>
              <w:t>For 20 participants</w:t>
            </w:r>
          </w:p>
        </w:tc>
        <w:tc>
          <w:tcPr>
            <w:tcW w:w="2016" w:type="dxa"/>
            <w:vAlign w:val="center"/>
          </w:tcPr>
          <w:p w14:paraId="711C6E3D" w14:textId="77777777" w:rsidR="000A03E0" w:rsidRDefault="001B34A4">
            <w:r>
              <w:rPr>
                <w:sz w:val="14"/>
              </w:rPr>
              <w:t>€ [Insert]</w:t>
            </w:r>
          </w:p>
        </w:tc>
        <w:tc>
          <w:tcPr>
            <w:tcW w:w="2016" w:type="dxa"/>
            <w:vAlign w:val="center"/>
          </w:tcPr>
          <w:p w14:paraId="6ABE126B" w14:textId="77777777" w:rsidR="000A03E0" w:rsidRDefault="001B34A4">
            <w:r>
              <w:rPr>
                <w:sz w:val="14"/>
              </w:rPr>
              <w:t>[Insert / Included in…]</w:t>
            </w:r>
          </w:p>
        </w:tc>
      </w:tr>
      <w:tr w:rsidR="000A03E0" w14:paraId="3FC23057" w14:textId="77777777">
        <w:tc>
          <w:tcPr>
            <w:tcW w:w="2016" w:type="dxa"/>
            <w:vAlign w:val="center"/>
          </w:tcPr>
          <w:p w14:paraId="51CBF05A" w14:textId="77777777" w:rsidR="000A03E0" w:rsidRDefault="001B34A4">
            <w:r>
              <w:rPr>
                <w:sz w:val="14"/>
              </w:rPr>
              <w:t>P8</w:t>
            </w:r>
          </w:p>
        </w:tc>
        <w:tc>
          <w:tcPr>
            <w:tcW w:w="2016" w:type="dxa"/>
            <w:vAlign w:val="center"/>
          </w:tcPr>
          <w:p w14:paraId="17D09BD1" w14:textId="77777777" w:rsidR="000A03E0" w:rsidRDefault="001B34A4">
            <w:r>
              <w:rPr>
                <w:sz w:val="14"/>
              </w:rPr>
              <w:t>Group coaching / mentoring / peer-learning support</w:t>
            </w:r>
          </w:p>
        </w:tc>
        <w:tc>
          <w:tcPr>
            <w:tcW w:w="2016" w:type="dxa"/>
            <w:vAlign w:val="center"/>
          </w:tcPr>
          <w:p w14:paraId="38F662B7" w14:textId="77777777" w:rsidR="000A03E0" w:rsidRDefault="001B34A4">
            <w:r>
              <w:rPr>
                <w:sz w:val="14"/>
              </w:rPr>
              <w:t>Fixed per cohort</w:t>
            </w:r>
          </w:p>
        </w:tc>
        <w:tc>
          <w:tcPr>
            <w:tcW w:w="2016" w:type="dxa"/>
            <w:vAlign w:val="center"/>
          </w:tcPr>
          <w:p w14:paraId="5F35CC63" w14:textId="77777777" w:rsidR="000A03E0" w:rsidRDefault="001B34A4">
            <w:r>
              <w:rPr>
                <w:sz w:val="14"/>
              </w:rPr>
              <w:t>€ [Insert]</w:t>
            </w:r>
          </w:p>
        </w:tc>
        <w:tc>
          <w:tcPr>
            <w:tcW w:w="2016" w:type="dxa"/>
            <w:vAlign w:val="center"/>
          </w:tcPr>
          <w:p w14:paraId="2DEEDDDD" w14:textId="77777777" w:rsidR="000A03E0" w:rsidRDefault="001B34A4">
            <w:r>
              <w:rPr>
                <w:sz w:val="14"/>
              </w:rPr>
              <w:t>[Insert / Included in…]</w:t>
            </w:r>
          </w:p>
        </w:tc>
      </w:tr>
      <w:tr w:rsidR="000A03E0" w14:paraId="5E2D41C5" w14:textId="77777777">
        <w:tc>
          <w:tcPr>
            <w:tcW w:w="2016" w:type="dxa"/>
            <w:vAlign w:val="center"/>
          </w:tcPr>
          <w:p w14:paraId="17C55745" w14:textId="77777777" w:rsidR="000A03E0" w:rsidRDefault="001B34A4">
            <w:r>
              <w:rPr>
                <w:sz w:val="14"/>
              </w:rPr>
              <w:t>P9</w:t>
            </w:r>
          </w:p>
        </w:tc>
        <w:tc>
          <w:tcPr>
            <w:tcW w:w="2016" w:type="dxa"/>
            <w:vAlign w:val="center"/>
          </w:tcPr>
          <w:p w14:paraId="08B1A77E" w14:textId="59374920" w:rsidR="000A03E0" w:rsidRDefault="001B34A4">
            <w:r>
              <w:rPr>
                <w:sz w:val="14"/>
              </w:rPr>
              <w:t>Experiential / team development activities</w:t>
            </w:r>
          </w:p>
        </w:tc>
        <w:tc>
          <w:tcPr>
            <w:tcW w:w="2016" w:type="dxa"/>
            <w:vAlign w:val="center"/>
          </w:tcPr>
          <w:p w14:paraId="227353CF" w14:textId="77777777" w:rsidR="000A03E0" w:rsidRDefault="001B34A4">
            <w:r>
              <w:rPr>
                <w:sz w:val="14"/>
              </w:rPr>
              <w:t>For 20 participants</w:t>
            </w:r>
          </w:p>
        </w:tc>
        <w:tc>
          <w:tcPr>
            <w:tcW w:w="2016" w:type="dxa"/>
            <w:vAlign w:val="center"/>
          </w:tcPr>
          <w:p w14:paraId="3D62E72B" w14:textId="77777777" w:rsidR="000A03E0" w:rsidRDefault="001B34A4">
            <w:r>
              <w:rPr>
                <w:sz w:val="14"/>
              </w:rPr>
              <w:t>€ [Insert]</w:t>
            </w:r>
          </w:p>
        </w:tc>
        <w:tc>
          <w:tcPr>
            <w:tcW w:w="2016" w:type="dxa"/>
            <w:vAlign w:val="center"/>
          </w:tcPr>
          <w:p w14:paraId="164B3497" w14:textId="77777777" w:rsidR="000A03E0" w:rsidRDefault="001B34A4">
            <w:r>
              <w:rPr>
                <w:sz w:val="14"/>
              </w:rPr>
              <w:t>[Insert / Included in…]</w:t>
            </w:r>
          </w:p>
        </w:tc>
      </w:tr>
      <w:tr w:rsidR="000A03E0" w14:paraId="30622C02" w14:textId="77777777">
        <w:tc>
          <w:tcPr>
            <w:tcW w:w="2016" w:type="dxa"/>
            <w:vAlign w:val="center"/>
          </w:tcPr>
          <w:p w14:paraId="09411642" w14:textId="77777777" w:rsidR="000A03E0" w:rsidRDefault="001B34A4">
            <w:r>
              <w:rPr>
                <w:sz w:val="14"/>
              </w:rPr>
              <w:t>P10</w:t>
            </w:r>
          </w:p>
        </w:tc>
        <w:tc>
          <w:tcPr>
            <w:tcW w:w="2016" w:type="dxa"/>
            <w:vAlign w:val="center"/>
          </w:tcPr>
          <w:p w14:paraId="20FFA6D6" w14:textId="77777777" w:rsidR="000A03E0" w:rsidRDefault="001B34A4">
            <w:r>
              <w:rPr>
                <w:sz w:val="14"/>
              </w:rPr>
              <w:t>Digital learning platform / materials / resources</w:t>
            </w:r>
          </w:p>
        </w:tc>
        <w:tc>
          <w:tcPr>
            <w:tcW w:w="2016" w:type="dxa"/>
            <w:vAlign w:val="center"/>
          </w:tcPr>
          <w:p w14:paraId="0AB036D0" w14:textId="77777777" w:rsidR="000A03E0" w:rsidRDefault="001B34A4">
            <w:r>
              <w:rPr>
                <w:sz w:val="14"/>
              </w:rPr>
              <w:t>For 20 participants</w:t>
            </w:r>
          </w:p>
        </w:tc>
        <w:tc>
          <w:tcPr>
            <w:tcW w:w="2016" w:type="dxa"/>
            <w:vAlign w:val="center"/>
          </w:tcPr>
          <w:p w14:paraId="25337F96" w14:textId="77777777" w:rsidR="000A03E0" w:rsidRDefault="001B34A4">
            <w:r>
              <w:rPr>
                <w:sz w:val="14"/>
              </w:rPr>
              <w:t>€ [Insert]</w:t>
            </w:r>
          </w:p>
        </w:tc>
        <w:tc>
          <w:tcPr>
            <w:tcW w:w="2016" w:type="dxa"/>
            <w:vAlign w:val="center"/>
          </w:tcPr>
          <w:p w14:paraId="43B275E8" w14:textId="77777777" w:rsidR="000A03E0" w:rsidRDefault="001B34A4">
            <w:r>
              <w:rPr>
                <w:sz w:val="14"/>
              </w:rPr>
              <w:t>[Insert / Included in…]</w:t>
            </w:r>
          </w:p>
        </w:tc>
      </w:tr>
      <w:tr w:rsidR="000A03E0" w14:paraId="2FBD5CD7" w14:textId="77777777">
        <w:tc>
          <w:tcPr>
            <w:tcW w:w="2016" w:type="dxa"/>
            <w:vAlign w:val="center"/>
          </w:tcPr>
          <w:p w14:paraId="413F23B1" w14:textId="77777777" w:rsidR="000A03E0" w:rsidRDefault="001B34A4">
            <w:r>
              <w:rPr>
                <w:sz w:val="14"/>
              </w:rPr>
              <w:t>P11</w:t>
            </w:r>
          </w:p>
        </w:tc>
        <w:tc>
          <w:tcPr>
            <w:tcW w:w="2016" w:type="dxa"/>
            <w:vAlign w:val="center"/>
          </w:tcPr>
          <w:p w14:paraId="2E490469" w14:textId="77777777" w:rsidR="000A03E0" w:rsidRDefault="001B34A4">
            <w:r>
              <w:rPr>
                <w:sz w:val="14"/>
              </w:rPr>
              <w:t>Workplace project / action-learning support</w:t>
            </w:r>
          </w:p>
        </w:tc>
        <w:tc>
          <w:tcPr>
            <w:tcW w:w="2016" w:type="dxa"/>
            <w:vAlign w:val="center"/>
          </w:tcPr>
          <w:p w14:paraId="423AF215" w14:textId="77777777" w:rsidR="000A03E0" w:rsidRDefault="001B34A4">
            <w:r>
              <w:rPr>
                <w:sz w:val="14"/>
              </w:rPr>
              <w:t>Fixed per cohort</w:t>
            </w:r>
          </w:p>
        </w:tc>
        <w:tc>
          <w:tcPr>
            <w:tcW w:w="2016" w:type="dxa"/>
            <w:vAlign w:val="center"/>
          </w:tcPr>
          <w:p w14:paraId="6A65E379" w14:textId="77777777" w:rsidR="000A03E0" w:rsidRDefault="001B34A4">
            <w:r>
              <w:rPr>
                <w:sz w:val="14"/>
              </w:rPr>
              <w:t>€ [Insert]</w:t>
            </w:r>
          </w:p>
        </w:tc>
        <w:tc>
          <w:tcPr>
            <w:tcW w:w="2016" w:type="dxa"/>
            <w:vAlign w:val="center"/>
          </w:tcPr>
          <w:p w14:paraId="61D47C9C" w14:textId="77777777" w:rsidR="000A03E0" w:rsidRDefault="001B34A4">
            <w:r>
              <w:rPr>
                <w:sz w:val="14"/>
              </w:rPr>
              <w:t>[Insert / Included in…]</w:t>
            </w:r>
          </w:p>
        </w:tc>
      </w:tr>
      <w:tr w:rsidR="000A03E0" w14:paraId="6AD00911" w14:textId="77777777">
        <w:tc>
          <w:tcPr>
            <w:tcW w:w="2016" w:type="dxa"/>
            <w:vAlign w:val="center"/>
          </w:tcPr>
          <w:p w14:paraId="0E9F7ABA" w14:textId="77777777" w:rsidR="000A03E0" w:rsidRDefault="001B34A4">
            <w:r>
              <w:rPr>
                <w:sz w:val="14"/>
              </w:rPr>
              <w:t>P12</w:t>
            </w:r>
          </w:p>
        </w:tc>
        <w:tc>
          <w:tcPr>
            <w:tcW w:w="2016" w:type="dxa"/>
            <w:vAlign w:val="center"/>
          </w:tcPr>
          <w:p w14:paraId="1733E426" w14:textId="77777777" w:rsidR="000A03E0" w:rsidRDefault="001B34A4">
            <w:r>
              <w:rPr>
                <w:sz w:val="14"/>
              </w:rPr>
              <w:t>Assessment, evaluation and impact reporting</w:t>
            </w:r>
          </w:p>
        </w:tc>
        <w:tc>
          <w:tcPr>
            <w:tcW w:w="2016" w:type="dxa"/>
            <w:vAlign w:val="center"/>
          </w:tcPr>
          <w:p w14:paraId="3CC45095" w14:textId="77777777" w:rsidR="000A03E0" w:rsidRDefault="001B34A4">
            <w:r>
              <w:rPr>
                <w:sz w:val="14"/>
              </w:rPr>
              <w:t>Fixed per cohort</w:t>
            </w:r>
          </w:p>
        </w:tc>
        <w:tc>
          <w:tcPr>
            <w:tcW w:w="2016" w:type="dxa"/>
            <w:vAlign w:val="center"/>
          </w:tcPr>
          <w:p w14:paraId="5254489B" w14:textId="77777777" w:rsidR="000A03E0" w:rsidRDefault="001B34A4">
            <w:r>
              <w:rPr>
                <w:sz w:val="14"/>
              </w:rPr>
              <w:t>€ [Insert]</w:t>
            </w:r>
          </w:p>
        </w:tc>
        <w:tc>
          <w:tcPr>
            <w:tcW w:w="2016" w:type="dxa"/>
            <w:vAlign w:val="center"/>
          </w:tcPr>
          <w:p w14:paraId="06725268" w14:textId="77777777" w:rsidR="000A03E0" w:rsidRDefault="001B34A4">
            <w:r>
              <w:rPr>
                <w:sz w:val="14"/>
              </w:rPr>
              <w:t>[Insert / Included in…]</w:t>
            </w:r>
          </w:p>
        </w:tc>
      </w:tr>
      <w:tr w:rsidR="000A03E0" w14:paraId="6D50236C" w14:textId="77777777">
        <w:tc>
          <w:tcPr>
            <w:tcW w:w="2016" w:type="dxa"/>
            <w:vAlign w:val="center"/>
          </w:tcPr>
          <w:p w14:paraId="49F8AE3D" w14:textId="77777777" w:rsidR="000A03E0" w:rsidRDefault="001B34A4">
            <w:r>
              <w:rPr>
                <w:sz w:val="14"/>
              </w:rPr>
              <w:t>P13</w:t>
            </w:r>
          </w:p>
        </w:tc>
        <w:tc>
          <w:tcPr>
            <w:tcW w:w="2016" w:type="dxa"/>
            <w:vAlign w:val="center"/>
          </w:tcPr>
          <w:p w14:paraId="644124B6" w14:textId="77777777" w:rsidR="000A03E0" w:rsidRDefault="001B34A4">
            <w:r>
              <w:rPr>
                <w:sz w:val="14"/>
              </w:rPr>
              <w:t>Venue / room hire</w:t>
            </w:r>
          </w:p>
        </w:tc>
        <w:tc>
          <w:tcPr>
            <w:tcW w:w="2016" w:type="dxa"/>
            <w:vAlign w:val="center"/>
          </w:tcPr>
          <w:p w14:paraId="322A500E" w14:textId="77777777" w:rsidR="000A03E0" w:rsidRDefault="001B34A4">
            <w:r>
              <w:rPr>
                <w:sz w:val="14"/>
              </w:rPr>
              <w:t>Fixed per cohort or €0 if supplied by TIAS/provider</w:t>
            </w:r>
          </w:p>
        </w:tc>
        <w:tc>
          <w:tcPr>
            <w:tcW w:w="2016" w:type="dxa"/>
            <w:vAlign w:val="center"/>
          </w:tcPr>
          <w:p w14:paraId="1C4DFF2E" w14:textId="77777777" w:rsidR="000A03E0" w:rsidRDefault="001B34A4">
            <w:r>
              <w:rPr>
                <w:sz w:val="14"/>
              </w:rPr>
              <w:t>€ [Insert]</w:t>
            </w:r>
          </w:p>
        </w:tc>
        <w:tc>
          <w:tcPr>
            <w:tcW w:w="2016" w:type="dxa"/>
            <w:vAlign w:val="center"/>
          </w:tcPr>
          <w:p w14:paraId="7743563C" w14:textId="77777777" w:rsidR="000A03E0" w:rsidRDefault="001B34A4">
            <w:r>
              <w:rPr>
                <w:sz w:val="14"/>
              </w:rPr>
              <w:t>[Insert / Included in…]</w:t>
            </w:r>
          </w:p>
        </w:tc>
      </w:tr>
      <w:tr w:rsidR="000A03E0" w14:paraId="51D9CBDC" w14:textId="77777777">
        <w:tc>
          <w:tcPr>
            <w:tcW w:w="2016" w:type="dxa"/>
            <w:vAlign w:val="center"/>
          </w:tcPr>
          <w:p w14:paraId="366BC82B" w14:textId="77777777" w:rsidR="000A03E0" w:rsidRDefault="001B34A4">
            <w:r>
              <w:rPr>
                <w:sz w:val="14"/>
              </w:rPr>
              <w:t>P14</w:t>
            </w:r>
          </w:p>
        </w:tc>
        <w:tc>
          <w:tcPr>
            <w:tcW w:w="2016" w:type="dxa"/>
            <w:vAlign w:val="center"/>
          </w:tcPr>
          <w:p w14:paraId="5FEADCAE" w14:textId="77777777" w:rsidR="000A03E0" w:rsidRDefault="001B34A4">
            <w:r>
              <w:rPr>
                <w:sz w:val="14"/>
              </w:rPr>
              <w:t>Catering / refreshments</w:t>
            </w:r>
          </w:p>
        </w:tc>
        <w:tc>
          <w:tcPr>
            <w:tcW w:w="2016" w:type="dxa"/>
            <w:vAlign w:val="center"/>
          </w:tcPr>
          <w:p w14:paraId="5020EEDA" w14:textId="77777777" w:rsidR="000A03E0" w:rsidRDefault="001B34A4">
            <w:r>
              <w:rPr>
                <w:sz w:val="14"/>
              </w:rPr>
              <w:t>For 20 participants or €0 if excluded by TIAS</w:t>
            </w:r>
          </w:p>
        </w:tc>
        <w:tc>
          <w:tcPr>
            <w:tcW w:w="2016" w:type="dxa"/>
            <w:vAlign w:val="center"/>
          </w:tcPr>
          <w:p w14:paraId="1A7813C3" w14:textId="77777777" w:rsidR="000A03E0" w:rsidRDefault="001B34A4">
            <w:r>
              <w:rPr>
                <w:sz w:val="14"/>
              </w:rPr>
              <w:t>€ [Insert]</w:t>
            </w:r>
          </w:p>
        </w:tc>
        <w:tc>
          <w:tcPr>
            <w:tcW w:w="2016" w:type="dxa"/>
            <w:vAlign w:val="center"/>
          </w:tcPr>
          <w:p w14:paraId="0B9AEF44" w14:textId="77777777" w:rsidR="000A03E0" w:rsidRDefault="001B34A4">
            <w:r>
              <w:rPr>
                <w:sz w:val="14"/>
              </w:rPr>
              <w:t>[Insert / Included in…]</w:t>
            </w:r>
          </w:p>
        </w:tc>
      </w:tr>
      <w:tr w:rsidR="000A03E0" w14:paraId="14307685" w14:textId="77777777">
        <w:tc>
          <w:tcPr>
            <w:tcW w:w="2016" w:type="dxa"/>
            <w:vAlign w:val="center"/>
          </w:tcPr>
          <w:p w14:paraId="2B6E8DB1" w14:textId="77777777" w:rsidR="000A03E0" w:rsidRDefault="001B34A4">
            <w:r>
              <w:rPr>
                <w:sz w:val="14"/>
              </w:rPr>
              <w:t>P15</w:t>
            </w:r>
          </w:p>
        </w:tc>
        <w:tc>
          <w:tcPr>
            <w:tcW w:w="2016" w:type="dxa"/>
            <w:vAlign w:val="center"/>
          </w:tcPr>
          <w:p w14:paraId="4B3E7FD0" w14:textId="77777777" w:rsidR="000A03E0" w:rsidRDefault="001B34A4">
            <w:r>
              <w:rPr>
                <w:sz w:val="14"/>
              </w:rPr>
              <w:t>Travel and subsistence for provider personnel</w:t>
            </w:r>
          </w:p>
        </w:tc>
        <w:tc>
          <w:tcPr>
            <w:tcW w:w="2016" w:type="dxa"/>
            <w:vAlign w:val="center"/>
          </w:tcPr>
          <w:p w14:paraId="37BA3777" w14:textId="77777777" w:rsidR="000A03E0" w:rsidRDefault="001B34A4">
            <w:r>
              <w:rPr>
                <w:sz w:val="14"/>
              </w:rPr>
              <w:t>All-inclusive</w:t>
            </w:r>
          </w:p>
        </w:tc>
        <w:tc>
          <w:tcPr>
            <w:tcW w:w="2016" w:type="dxa"/>
            <w:vAlign w:val="center"/>
          </w:tcPr>
          <w:p w14:paraId="7DEE8F18" w14:textId="77777777" w:rsidR="000A03E0" w:rsidRDefault="001B34A4">
            <w:r>
              <w:rPr>
                <w:sz w:val="14"/>
              </w:rPr>
              <w:t>€ [Insert]</w:t>
            </w:r>
          </w:p>
        </w:tc>
        <w:tc>
          <w:tcPr>
            <w:tcW w:w="2016" w:type="dxa"/>
            <w:vAlign w:val="center"/>
          </w:tcPr>
          <w:p w14:paraId="43F474C5" w14:textId="77777777" w:rsidR="000A03E0" w:rsidRDefault="001B34A4">
            <w:r>
              <w:rPr>
                <w:sz w:val="14"/>
              </w:rPr>
              <w:t>[Insert / Included in…]</w:t>
            </w:r>
          </w:p>
        </w:tc>
      </w:tr>
      <w:tr w:rsidR="000A03E0" w14:paraId="026B42D7" w14:textId="77777777">
        <w:tc>
          <w:tcPr>
            <w:tcW w:w="2016" w:type="dxa"/>
            <w:vAlign w:val="center"/>
          </w:tcPr>
          <w:p w14:paraId="223F94B3" w14:textId="77777777" w:rsidR="000A03E0" w:rsidRDefault="001B34A4">
            <w:r>
              <w:rPr>
                <w:sz w:val="14"/>
              </w:rPr>
              <w:t>P16</w:t>
            </w:r>
          </w:p>
        </w:tc>
        <w:tc>
          <w:tcPr>
            <w:tcW w:w="2016" w:type="dxa"/>
            <w:vAlign w:val="center"/>
          </w:tcPr>
          <w:p w14:paraId="7C385C55" w14:textId="77777777" w:rsidR="000A03E0" w:rsidRDefault="001B34A4">
            <w:r>
              <w:rPr>
                <w:sz w:val="14"/>
              </w:rPr>
              <w:t>Other mandatory cost (describe)</w:t>
            </w:r>
          </w:p>
        </w:tc>
        <w:tc>
          <w:tcPr>
            <w:tcW w:w="2016" w:type="dxa"/>
            <w:vAlign w:val="center"/>
          </w:tcPr>
          <w:p w14:paraId="193B29C2" w14:textId="77777777" w:rsidR="000A03E0" w:rsidRDefault="001B34A4">
            <w:r>
              <w:rPr>
                <w:sz w:val="14"/>
              </w:rPr>
              <w:t>All-inclusive</w:t>
            </w:r>
          </w:p>
        </w:tc>
        <w:tc>
          <w:tcPr>
            <w:tcW w:w="2016" w:type="dxa"/>
            <w:vAlign w:val="center"/>
          </w:tcPr>
          <w:p w14:paraId="0DBDBB24" w14:textId="77777777" w:rsidR="000A03E0" w:rsidRDefault="001B34A4">
            <w:r>
              <w:rPr>
                <w:sz w:val="14"/>
              </w:rPr>
              <w:t>€ [Insert]</w:t>
            </w:r>
          </w:p>
        </w:tc>
        <w:tc>
          <w:tcPr>
            <w:tcW w:w="2016" w:type="dxa"/>
            <w:vAlign w:val="center"/>
          </w:tcPr>
          <w:p w14:paraId="42C10861" w14:textId="77777777" w:rsidR="000A03E0" w:rsidRDefault="001B34A4">
            <w:r>
              <w:rPr>
                <w:sz w:val="14"/>
              </w:rPr>
              <w:t>[Insert / Included in…]</w:t>
            </w:r>
          </w:p>
        </w:tc>
      </w:tr>
      <w:tr w:rsidR="000A03E0" w14:paraId="0691A45A" w14:textId="77777777">
        <w:tc>
          <w:tcPr>
            <w:tcW w:w="2016" w:type="dxa"/>
            <w:vAlign w:val="center"/>
          </w:tcPr>
          <w:p w14:paraId="67EFDE29" w14:textId="77777777" w:rsidR="000A03E0" w:rsidRDefault="001B34A4">
            <w:r>
              <w:rPr>
                <w:b/>
                <w:sz w:val="16"/>
              </w:rPr>
              <w:lastRenderedPageBreak/>
              <w:t>P17</w:t>
            </w:r>
          </w:p>
        </w:tc>
        <w:tc>
          <w:tcPr>
            <w:tcW w:w="2016" w:type="dxa"/>
            <w:vAlign w:val="center"/>
          </w:tcPr>
          <w:p w14:paraId="782AC39A" w14:textId="77777777" w:rsidR="000A03E0" w:rsidRDefault="001B34A4">
            <w:r>
              <w:rPr>
                <w:b/>
                <w:sz w:val="16"/>
              </w:rPr>
              <w:t>TOTAL EVALUATED PRICE - ONE COHORT OF 20</w:t>
            </w:r>
          </w:p>
        </w:tc>
        <w:tc>
          <w:tcPr>
            <w:tcW w:w="2016" w:type="dxa"/>
            <w:vAlign w:val="center"/>
          </w:tcPr>
          <w:p w14:paraId="1B9EF3B1" w14:textId="77777777" w:rsidR="000A03E0" w:rsidRDefault="001B34A4">
            <w:r>
              <w:rPr>
                <w:b/>
                <w:sz w:val="16"/>
              </w:rPr>
              <w:t>Sum P1-P16</w:t>
            </w:r>
          </w:p>
        </w:tc>
        <w:tc>
          <w:tcPr>
            <w:tcW w:w="2016" w:type="dxa"/>
            <w:shd w:val="clear" w:color="auto" w:fill="FFF2CC"/>
            <w:vAlign w:val="center"/>
          </w:tcPr>
          <w:p w14:paraId="3BF793CF" w14:textId="77777777" w:rsidR="000A03E0" w:rsidRDefault="001B34A4">
            <w:r>
              <w:rPr>
                <w:b/>
                <w:sz w:val="16"/>
              </w:rPr>
              <w:t>€ [Insert]</w:t>
            </w:r>
          </w:p>
        </w:tc>
        <w:tc>
          <w:tcPr>
            <w:tcW w:w="2016" w:type="dxa"/>
            <w:vAlign w:val="center"/>
          </w:tcPr>
          <w:p w14:paraId="23EE431E" w14:textId="77777777" w:rsidR="000A03E0" w:rsidRDefault="001B34A4">
            <w:r>
              <w:rPr>
                <w:b/>
                <w:sz w:val="14"/>
              </w:rPr>
              <w:t>This figure will be used for price evaluation</w:t>
            </w:r>
          </w:p>
        </w:tc>
      </w:tr>
      <w:tr w:rsidR="000A03E0" w14:paraId="03B5AA3B" w14:textId="77777777">
        <w:tc>
          <w:tcPr>
            <w:tcW w:w="2016" w:type="dxa"/>
            <w:vAlign w:val="center"/>
          </w:tcPr>
          <w:p w14:paraId="1C5ACAFE" w14:textId="77777777" w:rsidR="000A03E0" w:rsidRDefault="001B34A4">
            <w:r>
              <w:rPr>
                <w:b/>
                <w:sz w:val="16"/>
              </w:rPr>
              <w:t>P18</w:t>
            </w:r>
          </w:p>
        </w:tc>
        <w:tc>
          <w:tcPr>
            <w:tcW w:w="2016" w:type="dxa"/>
            <w:vAlign w:val="center"/>
          </w:tcPr>
          <w:p w14:paraId="622A31E3" w14:textId="77777777" w:rsidR="000A03E0" w:rsidRDefault="001B34A4">
            <w:r>
              <w:rPr>
                <w:b/>
                <w:sz w:val="16"/>
              </w:rPr>
              <w:t>Equivalent price per participant</w:t>
            </w:r>
          </w:p>
        </w:tc>
        <w:tc>
          <w:tcPr>
            <w:tcW w:w="2016" w:type="dxa"/>
            <w:vAlign w:val="center"/>
          </w:tcPr>
          <w:p w14:paraId="07C8B37A" w14:textId="77777777" w:rsidR="000A03E0" w:rsidRDefault="001B34A4">
            <w:r>
              <w:rPr>
                <w:b/>
                <w:sz w:val="16"/>
              </w:rPr>
              <w:t>P17 / 20</w:t>
            </w:r>
          </w:p>
        </w:tc>
        <w:tc>
          <w:tcPr>
            <w:tcW w:w="2016" w:type="dxa"/>
            <w:vAlign w:val="center"/>
          </w:tcPr>
          <w:p w14:paraId="3999F2E9" w14:textId="77777777" w:rsidR="000A03E0" w:rsidRDefault="001B34A4">
            <w:r>
              <w:rPr>
                <w:b/>
                <w:sz w:val="16"/>
              </w:rPr>
              <w:t>€ [Insert]</w:t>
            </w:r>
          </w:p>
        </w:tc>
        <w:tc>
          <w:tcPr>
            <w:tcW w:w="2016" w:type="dxa"/>
            <w:vAlign w:val="center"/>
          </w:tcPr>
          <w:p w14:paraId="6208B932" w14:textId="77777777" w:rsidR="000A03E0" w:rsidRDefault="001B34A4">
            <w:r>
              <w:rPr>
                <w:sz w:val="14"/>
              </w:rPr>
              <w:t>For transparency only</w:t>
            </w:r>
          </w:p>
        </w:tc>
      </w:tr>
    </w:tbl>
    <w:p w14:paraId="6B503E9A" w14:textId="77777778" w:rsidR="000A03E0" w:rsidRDefault="001B34A4">
      <w:pPr>
        <w:rPr>
          <w:i/>
          <w:sz w:val="18"/>
        </w:rPr>
      </w:pPr>
      <w:r>
        <w:rPr>
          <w:i/>
          <w:sz w:val="18"/>
        </w:rPr>
        <w:t>Note on P9: where the proposed programme uses bought-in specialist inputs to deliver experiential or skills-practice elements (for example, professional actors supporting a presentation or influencing skills exercise), the full cost of that input must be included within P9. This is a design choice available to the Tenderer; it is not a named requirement of the CFT or TRD, and its inclusion here does not make it mandatory content. Where such an input is used, it must also be itemised for information under Section 4.</w:t>
      </w:r>
    </w:p>
    <w:p w14:paraId="6B503E99" w14:textId="77777777" w:rsidR="000A03E0" w:rsidRDefault="001B34A4">
      <w:pPr>
        <w:pStyle w:val="Heading1"/>
      </w:pPr>
      <w:r>
        <w:t>4. VARIABLE / SCALING PRICES</w:t>
      </w:r>
    </w:p>
    <w:p w14:paraId="007E5106" w14:textId="77777777" w:rsidR="000A03E0" w:rsidRDefault="001B34A4">
      <w:r>
        <w:t>These prices are not part of the base Total Evaluated Price unless TIAS later specifies otherwise, but they will form part of the commercial offer and may be used for contract delivery.</w:t>
      </w:r>
    </w:p>
    <w:tbl>
      <w:tblPr>
        <w:tblStyle w:val="TableGrid"/>
        <w:tblW w:w="0" w:type="auto"/>
        <w:tblLook w:val="04A0" w:firstRow="1" w:lastRow="0" w:firstColumn="1" w:lastColumn="0" w:noHBand="0" w:noVBand="1"/>
      </w:tblPr>
      <w:tblGrid>
        <w:gridCol w:w="2518"/>
        <w:gridCol w:w="2517"/>
        <w:gridCol w:w="2517"/>
        <w:gridCol w:w="2518"/>
      </w:tblGrid>
      <w:tr w:rsidR="000A03E0" w14:paraId="5792D31F" w14:textId="77777777" w:rsidTr="007046C3">
        <w:tc>
          <w:tcPr>
            <w:tcW w:w="2518" w:type="dxa"/>
            <w:shd w:val="clear" w:color="auto" w:fill="003247"/>
            <w:vAlign w:val="center"/>
          </w:tcPr>
          <w:p w14:paraId="08F6F3C7" w14:textId="77777777" w:rsidR="000A03E0" w:rsidRDefault="001B34A4">
            <w:r>
              <w:rPr>
                <w:b/>
                <w:color w:val="FFFFFF"/>
                <w:sz w:val="16"/>
              </w:rPr>
              <w:t>Item</w:t>
            </w:r>
          </w:p>
        </w:tc>
        <w:tc>
          <w:tcPr>
            <w:tcW w:w="2517" w:type="dxa"/>
            <w:shd w:val="clear" w:color="auto" w:fill="003247"/>
            <w:vAlign w:val="center"/>
          </w:tcPr>
          <w:p w14:paraId="04F2CD4C" w14:textId="77777777" w:rsidR="000A03E0" w:rsidRDefault="001B34A4">
            <w:r>
              <w:rPr>
                <w:b/>
                <w:color w:val="FFFFFF"/>
                <w:sz w:val="16"/>
              </w:rPr>
              <w:t>Unit</w:t>
            </w:r>
          </w:p>
        </w:tc>
        <w:tc>
          <w:tcPr>
            <w:tcW w:w="2517" w:type="dxa"/>
            <w:shd w:val="clear" w:color="auto" w:fill="003247"/>
            <w:vAlign w:val="center"/>
          </w:tcPr>
          <w:p w14:paraId="71BA9DD5" w14:textId="77777777" w:rsidR="000A03E0" w:rsidRDefault="001B34A4">
            <w:r>
              <w:rPr>
                <w:b/>
                <w:color w:val="FFFFFF"/>
                <w:sz w:val="16"/>
              </w:rPr>
              <w:t>Price € excl. VAT</w:t>
            </w:r>
          </w:p>
        </w:tc>
        <w:tc>
          <w:tcPr>
            <w:tcW w:w="2518" w:type="dxa"/>
            <w:shd w:val="clear" w:color="auto" w:fill="003247"/>
            <w:vAlign w:val="center"/>
          </w:tcPr>
          <w:p w14:paraId="1F45E5EF" w14:textId="77777777" w:rsidR="000A03E0" w:rsidRDefault="001B34A4">
            <w:r>
              <w:rPr>
                <w:b/>
                <w:color w:val="FFFFFF"/>
                <w:sz w:val="16"/>
              </w:rPr>
              <w:t>Conditions / assumptions</w:t>
            </w:r>
          </w:p>
        </w:tc>
      </w:tr>
      <w:tr w:rsidR="000A03E0" w14:paraId="03A45E0F" w14:textId="77777777" w:rsidTr="007046C3">
        <w:tc>
          <w:tcPr>
            <w:tcW w:w="2518" w:type="dxa"/>
            <w:vAlign w:val="center"/>
          </w:tcPr>
          <w:p w14:paraId="36BA292C" w14:textId="77777777" w:rsidR="000A03E0" w:rsidRDefault="001B34A4">
            <w:r>
              <w:rPr>
                <w:sz w:val="16"/>
              </w:rPr>
              <w:t>Additional participant above 20</w:t>
            </w:r>
          </w:p>
        </w:tc>
        <w:tc>
          <w:tcPr>
            <w:tcW w:w="2517" w:type="dxa"/>
            <w:vAlign w:val="center"/>
          </w:tcPr>
          <w:p w14:paraId="1ECA5FD1" w14:textId="77777777" w:rsidR="000A03E0" w:rsidRDefault="001B34A4">
            <w:r>
              <w:rPr>
                <w:sz w:val="16"/>
              </w:rPr>
              <w:t>Per participant</w:t>
            </w:r>
          </w:p>
        </w:tc>
        <w:tc>
          <w:tcPr>
            <w:tcW w:w="2517" w:type="dxa"/>
            <w:vAlign w:val="center"/>
          </w:tcPr>
          <w:p w14:paraId="54CA9ECE" w14:textId="77777777" w:rsidR="000A03E0" w:rsidRDefault="001B34A4">
            <w:r>
              <w:rPr>
                <w:sz w:val="16"/>
              </w:rPr>
              <w:t>€ [Insert]</w:t>
            </w:r>
          </w:p>
        </w:tc>
        <w:tc>
          <w:tcPr>
            <w:tcW w:w="2518" w:type="dxa"/>
            <w:vAlign w:val="center"/>
          </w:tcPr>
          <w:p w14:paraId="7C3B226B" w14:textId="77777777" w:rsidR="000A03E0" w:rsidRDefault="001B34A4">
            <w:r>
              <w:rPr>
                <w:sz w:val="16"/>
              </w:rPr>
              <w:t>[Insert]</w:t>
            </w:r>
          </w:p>
        </w:tc>
      </w:tr>
      <w:tr w:rsidR="000A03E0" w14:paraId="2C76FEBC" w14:textId="77777777" w:rsidTr="007046C3">
        <w:tc>
          <w:tcPr>
            <w:tcW w:w="2518" w:type="dxa"/>
            <w:vAlign w:val="center"/>
          </w:tcPr>
          <w:p w14:paraId="53B90A3D" w14:textId="77777777" w:rsidR="000A03E0" w:rsidRDefault="001B34A4">
            <w:r>
              <w:rPr>
                <w:sz w:val="16"/>
              </w:rPr>
              <w:t>Reduction for cohort below 20</w:t>
            </w:r>
          </w:p>
        </w:tc>
        <w:tc>
          <w:tcPr>
            <w:tcW w:w="2517" w:type="dxa"/>
            <w:vAlign w:val="center"/>
          </w:tcPr>
          <w:p w14:paraId="7CCAA71D" w14:textId="77777777" w:rsidR="000A03E0" w:rsidRDefault="001B34A4">
            <w:r>
              <w:rPr>
                <w:sz w:val="16"/>
              </w:rPr>
              <w:t>Per participant / revised cohort fee</w:t>
            </w:r>
          </w:p>
        </w:tc>
        <w:tc>
          <w:tcPr>
            <w:tcW w:w="2517" w:type="dxa"/>
            <w:vAlign w:val="center"/>
          </w:tcPr>
          <w:p w14:paraId="057A0564" w14:textId="77777777" w:rsidR="000A03E0" w:rsidRDefault="001B34A4">
            <w:r>
              <w:rPr>
                <w:sz w:val="16"/>
              </w:rPr>
              <w:t>€ [Insert]</w:t>
            </w:r>
          </w:p>
        </w:tc>
        <w:tc>
          <w:tcPr>
            <w:tcW w:w="2518" w:type="dxa"/>
            <w:vAlign w:val="center"/>
          </w:tcPr>
          <w:p w14:paraId="352D7890" w14:textId="77777777" w:rsidR="000A03E0" w:rsidRDefault="001B34A4">
            <w:r>
              <w:rPr>
                <w:sz w:val="16"/>
              </w:rPr>
              <w:t>[Insert]</w:t>
            </w:r>
          </w:p>
        </w:tc>
      </w:tr>
      <w:tr w:rsidR="000A03E0" w14:paraId="62943F27" w14:textId="77777777" w:rsidTr="007046C3">
        <w:tc>
          <w:tcPr>
            <w:tcW w:w="2518" w:type="dxa"/>
            <w:vAlign w:val="center"/>
          </w:tcPr>
          <w:p w14:paraId="6C1744A4" w14:textId="77777777" w:rsidR="000A03E0" w:rsidRDefault="001B34A4">
            <w:r>
              <w:rPr>
                <w:sz w:val="16"/>
              </w:rPr>
              <w:t>Additional face-to-face facilitated day</w:t>
            </w:r>
          </w:p>
        </w:tc>
        <w:tc>
          <w:tcPr>
            <w:tcW w:w="2517" w:type="dxa"/>
            <w:vAlign w:val="center"/>
          </w:tcPr>
          <w:p w14:paraId="53B13952" w14:textId="77777777" w:rsidR="000A03E0" w:rsidRDefault="001B34A4">
            <w:r>
              <w:rPr>
                <w:sz w:val="16"/>
              </w:rPr>
              <w:t>Per day</w:t>
            </w:r>
          </w:p>
        </w:tc>
        <w:tc>
          <w:tcPr>
            <w:tcW w:w="2517" w:type="dxa"/>
            <w:vAlign w:val="center"/>
          </w:tcPr>
          <w:p w14:paraId="50F0CE70" w14:textId="77777777" w:rsidR="000A03E0" w:rsidRDefault="001B34A4">
            <w:r>
              <w:rPr>
                <w:sz w:val="16"/>
              </w:rPr>
              <w:t>€ [Insert]</w:t>
            </w:r>
          </w:p>
        </w:tc>
        <w:tc>
          <w:tcPr>
            <w:tcW w:w="2518" w:type="dxa"/>
            <w:vAlign w:val="center"/>
          </w:tcPr>
          <w:p w14:paraId="412C7BC0" w14:textId="77777777" w:rsidR="000A03E0" w:rsidRDefault="001B34A4">
            <w:r>
              <w:rPr>
                <w:sz w:val="16"/>
              </w:rPr>
              <w:t>[Insert]</w:t>
            </w:r>
          </w:p>
        </w:tc>
      </w:tr>
      <w:tr w:rsidR="000A03E0" w14:paraId="77FE2DF5" w14:textId="77777777" w:rsidTr="007046C3">
        <w:tc>
          <w:tcPr>
            <w:tcW w:w="2518" w:type="dxa"/>
            <w:vAlign w:val="center"/>
          </w:tcPr>
          <w:p w14:paraId="6C47A32B" w14:textId="77777777" w:rsidR="000A03E0" w:rsidRDefault="001B34A4">
            <w:r>
              <w:rPr>
                <w:sz w:val="16"/>
              </w:rPr>
              <w:t>Additional live online session</w:t>
            </w:r>
          </w:p>
        </w:tc>
        <w:tc>
          <w:tcPr>
            <w:tcW w:w="2517" w:type="dxa"/>
            <w:vAlign w:val="center"/>
          </w:tcPr>
          <w:p w14:paraId="134B86F5" w14:textId="77777777" w:rsidR="000A03E0" w:rsidRDefault="001B34A4">
            <w:r>
              <w:rPr>
                <w:sz w:val="16"/>
              </w:rPr>
              <w:t>Per session</w:t>
            </w:r>
          </w:p>
        </w:tc>
        <w:tc>
          <w:tcPr>
            <w:tcW w:w="2517" w:type="dxa"/>
            <w:vAlign w:val="center"/>
          </w:tcPr>
          <w:p w14:paraId="538532DB" w14:textId="77777777" w:rsidR="000A03E0" w:rsidRDefault="001B34A4">
            <w:r>
              <w:rPr>
                <w:sz w:val="16"/>
              </w:rPr>
              <w:t>€ [Insert]</w:t>
            </w:r>
          </w:p>
        </w:tc>
        <w:tc>
          <w:tcPr>
            <w:tcW w:w="2518" w:type="dxa"/>
            <w:vAlign w:val="center"/>
          </w:tcPr>
          <w:p w14:paraId="37FCCAD5" w14:textId="77777777" w:rsidR="000A03E0" w:rsidRDefault="001B34A4">
            <w:r>
              <w:rPr>
                <w:sz w:val="16"/>
              </w:rPr>
              <w:t>[Insert]</w:t>
            </w:r>
          </w:p>
        </w:tc>
      </w:tr>
      <w:tr w:rsidR="000A03E0" w14:paraId="5ABD5351" w14:textId="77777777" w:rsidTr="007046C3">
        <w:tc>
          <w:tcPr>
            <w:tcW w:w="2518" w:type="dxa"/>
            <w:vAlign w:val="center"/>
          </w:tcPr>
          <w:p w14:paraId="6D361560" w14:textId="77777777" w:rsidR="000A03E0" w:rsidRDefault="001B34A4">
            <w:r>
              <w:rPr>
                <w:sz w:val="16"/>
              </w:rPr>
              <w:t>Additional individual coaching session</w:t>
            </w:r>
          </w:p>
        </w:tc>
        <w:tc>
          <w:tcPr>
            <w:tcW w:w="2517" w:type="dxa"/>
            <w:vAlign w:val="center"/>
          </w:tcPr>
          <w:p w14:paraId="4EDEEA00" w14:textId="77777777" w:rsidR="000A03E0" w:rsidRDefault="001B34A4">
            <w:r>
              <w:rPr>
                <w:sz w:val="16"/>
              </w:rPr>
              <w:t>Per participant / session</w:t>
            </w:r>
          </w:p>
        </w:tc>
        <w:tc>
          <w:tcPr>
            <w:tcW w:w="2517" w:type="dxa"/>
            <w:vAlign w:val="center"/>
          </w:tcPr>
          <w:p w14:paraId="58C3F204" w14:textId="77777777" w:rsidR="000A03E0" w:rsidRDefault="001B34A4">
            <w:r>
              <w:rPr>
                <w:sz w:val="16"/>
              </w:rPr>
              <w:t>€ [Insert]</w:t>
            </w:r>
          </w:p>
        </w:tc>
        <w:tc>
          <w:tcPr>
            <w:tcW w:w="2518" w:type="dxa"/>
            <w:vAlign w:val="center"/>
          </w:tcPr>
          <w:p w14:paraId="7028727F" w14:textId="77777777" w:rsidR="000A03E0" w:rsidRDefault="001B34A4">
            <w:r>
              <w:rPr>
                <w:sz w:val="16"/>
              </w:rPr>
              <w:t>[Insert]</w:t>
            </w:r>
          </w:p>
        </w:tc>
      </w:tr>
      <w:tr w:rsidR="000A03E0" w14:paraId="3E1957A7" w14:textId="77777777" w:rsidTr="007046C3">
        <w:tc>
          <w:tcPr>
            <w:tcW w:w="2518" w:type="dxa"/>
            <w:vAlign w:val="center"/>
          </w:tcPr>
          <w:p w14:paraId="2C323AE5" w14:textId="77777777" w:rsidR="000A03E0" w:rsidRDefault="001B34A4">
            <w:r>
              <w:rPr>
                <w:sz w:val="16"/>
              </w:rPr>
              <w:t>Additional psychometric / diagnostic licence</w:t>
            </w:r>
          </w:p>
        </w:tc>
        <w:tc>
          <w:tcPr>
            <w:tcW w:w="2517" w:type="dxa"/>
            <w:vAlign w:val="center"/>
          </w:tcPr>
          <w:p w14:paraId="1E0A2F52" w14:textId="77777777" w:rsidR="000A03E0" w:rsidRDefault="001B34A4">
            <w:r>
              <w:rPr>
                <w:sz w:val="16"/>
              </w:rPr>
              <w:t>Per participant</w:t>
            </w:r>
          </w:p>
        </w:tc>
        <w:tc>
          <w:tcPr>
            <w:tcW w:w="2517" w:type="dxa"/>
            <w:vAlign w:val="center"/>
          </w:tcPr>
          <w:p w14:paraId="07C62540" w14:textId="77777777" w:rsidR="000A03E0" w:rsidRDefault="001B34A4">
            <w:r>
              <w:rPr>
                <w:sz w:val="16"/>
              </w:rPr>
              <w:t>€ [Insert]</w:t>
            </w:r>
          </w:p>
        </w:tc>
        <w:tc>
          <w:tcPr>
            <w:tcW w:w="2518" w:type="dxa"/>
            <w:vAlign w:val="center"/>
          </w:tcPr>
          <w:p w14:paraId="578FAE2A" w14:textId="77777777" w:rsidR="000A03E0" w:rsidRDefault="001B34A4">
            <w:r>
              <w:rPr>
                <w:sz w:val="16"/>
              </w:rPr>
              <w:t>[Insert]</w:t>
            </w:r>
          </w:p>
        </w:tc>
      </w:tr>
      <w:tr w:rsidR="000A03E0" w14:paraId="29A2EB37" w14:textId="77777777" w:rsidTr="007046C3">
        <w:tc>
          <w:tcPr>
            <w:tcW w:w="2518" w:type="dxa"/>
            <w:vAlign w:val="center"/>
          </w:tcPr>
          <w:p w14:paraId="6D4465B3" w14:textId="77777777" w:rsidR="000A03E0" w:rsidRDefault="001B34A4">
            <w:r>
              <w:rPr>
                <w:sz w:val="16"/>
              </w:rPr>
              <w:t>Additional experiential activity</w:t>
            </w:r>
          </w:p>
        </w:tc>
        <w:tc>
          <w:tcPr>
            <w:tcW w:w="2517" w:type="dxa"/>
            <w:vAlign w:val="center"/>
          </w:tcPr>
          <w:p w14:paraId="73FE8188" w14:textId="77777777" w:rsidR="000A03E0" w:rsidRDefault="001B34A4">
            <w:r>
              <w:rPr>
                <w:sz w:val="16"/>
              </w:rPr>
              <w:t>Per cohort / participant</w:t>
            </w:r>
          </w:p>
        </w:tc>
        <w:tc>
          <w:tcPr>
            <w:tcW w:w="2517" w:type="dxa"/>
            <w:vAlign w:val="center"/>
          </w:tcPr>
          <w:p w14:paraId="05BC21D7" w14:textId="77777777" w:rsidR="000A03E0" w:rsidRDefault="001B34A4">
            <w:r>
              <w:rPr>
                <w:sz w:val="16"/>
              </w:rPr>
              <w:t>€ [Insert]</w:t>
            </w:r>
          </w:p>
        </w:tc>
        <w:tc>
          <w:tcPr>
            <w:tcW w:w="2518" w:type="dxa"/>
            <w:vAlign w:val="center"/>
          </w:tcPr>
          <w:p w14:paraId="1D6AEA15" w14:textId="77777777" w:rsidR="000A03E0" w:rsidRDefault="001B34A4">
            <w:r>
              <w:rPr>
                <w:sz w:val="16"/>
              </w:rPr>
              <w:t>[Insert]</w:t>
            </w:r>
          </w:p>
        </w:tc>
      </w:tr>
      <w:tr w:rsidR="000A03E0" w14:paraId="1744D1E4" w14:textId="77777777" w:rsidTr="007046C3">
        <w:tc>
          <w:tcPr>
            <w:tcW w:w="2518" w:type="dxa"/>
            <w:vAlign w:val="center"/>
          </w:tcPr>
          <w:p w14:paraId="6A2670AC" w14:textId="77777777" w:rsidR="000A03E0" w:rsidRDefault="001B34A4">
            <w:r>
              <w:rPr>
                <w:sz w:val="16"/>
              </w:rPr>
              <w:t>Additional venue day</w:t>
            </w:r>
          </w:p>
        </w:tc>
        <w:tc>
          <w:tcPr>
            <w:tcW w:w="2517" w:type="dxa"/>
            <w:vAlign w:val="center"/>
          </w:tcPr>
          <w:p w14:paraId="5FBD7290" w14:textId="77777777" w:rsidR="000A03E0" w:rsidRDefault="001B34A4">
            <w:r>
              <w:rPr>
                <w:sz w:val="16"/>
              </w:rPr>
              <w:t>Per day</w:t>
            </w:r>
          </w:p>
        </w:tc>
        <w:tc>
          <w:tcPr>
            <w:tcW w:w="2517" w:type="dxa"/>
            <w:vAlign w:val="center"/>
          </w:tcPr>
          <w:p w14:paraId="01E0F6BA" w14:textId="77777777" w:rsidR="000A03E0" w:rsidRDefault="001B34A4">
            <w:r>
              <w:rPr>
                <w:sz w:val="16"/>
              </w:rPr>
              <w:t>€ [Insert]</w:t>
            </w:r>
          </w:p>
        </w:tc>
        <w:tc>
          <w:tcPr>
            <w:tcW w:w="2518" w:type="dxa"/>
            <w:vAlign w:val="center"/>
          </w:tcPr>
          <w:p w14:paraId="2E65ED14" w14:textId="77777777" w:rsidR="000A03E0" w:rsidRDefault="001B34A4">
            <w:r>
              <w:rPr>
                <w:sz w:val="16"/>
              </w:rPr>
              <w:t>[Insert]</w:t>
            </w:r>
          </w:p>
        </w:tc>
      </w:tr>
      <w:tr w:rsidR="000A03E0" w14:paraId="4A76B062" w14:textId="77777777" w:rsidTr="007046C3">
        <w:tc>
          <w:tcPr>
            <w:tcW w:w="2518" w:type="dxa"/>
            <w:vAlign w:val="center"/>
          </w:tcPr>
          <w:p w14:paraId="4634D618" w14:textId="77777777" w:rsidR="000A03E0" w:rsidRDefault="001B34A4">
            <w:r>
              <w:rPr>
                <w:sz w:val="16"/>
              </w:rPr>
              <w:t>Additional catering</w:t>
            </w:r>
          </w:p>
        </w:tc>
        <w:tc>
          <w:tcPr>
            <w:tcW w:w="2517" w:type="dxa"/>
            <w:vAlign w:val="center"/>
          </w:tcPr>
          <w:p w14:paraId="74062E62" w14:textId="77777777" w:rsidR="000A03E0" w:rsidRDefault="001B34A4">
            <w:r>
              <w:rPr>
                <w:sz w:val="16"/>
              </w:rPr>
              <w:t>Per participant / day</w:t>
            </w:r>
          </w:p>
        </w:tc>
        <w:tc>
          <w:tcPr>
            <w:tcW w:w="2517" w:type="dxa"/>
            <w:vAlign w:val="center"/>
          </w:tcPr>
          <w:p w14:paraId="2C2E5360" w14:textId="77777777" w:rsidR="000A03E0" w:rsidRDefault="001B34A4">
            <w:r>
              <w:rPr>
                <w:sz w:val="16"/>
              </w:rPr>
              <w:t>€ [Insert]</w:t>
            </w:r>
          </w:p>
        </w:tc>
        <w:tc>
          <w:tcPr>
            <w:tcW w:w="2518" w:type="dxa"/>
            <w:vAlign w:val="center"/>
          </w:tcPr>
          <w:p w14:paraId="08414167" w14:textId="77777777" w:rsidR="000A03E0" w:rsidRDefault="001B34A4">
            <w:r>
              <w:rPr>
                <w:sz w:val="16"/>
              </w:rPr>
              <w:t>[Insert]</w:t>
            </w:r>
          </w:p>
        </w:tc>
      </w:tr>
      <w:tr w:rsidR="000A03E0" w14:paraId="4A76B063" w14:textId="77777778" w:rsidTr="007046C3">
        <w:tc>
          <w:tcPr>
            <w:tcW w:w="2518" w:type="dxa"/>
            <w:vAlign w:val="center"/>
          </w:tcPr>
          <w:p w14:paraId="4634D619" w14:textId="77777778" w:rsidR="000A03E0" w:rsidRDefault="001B34A4">
            <w:r>
              <w:rPr>
                <w:sz w:val="16"/>
              </w:rPr>
              <w:t>Other cost items included within the standard programme fee (describe, e.g. specialist facilitators / professional actors)</w:t>
            </w:r>
          </w:p>
        </w:tc>
        <w:tc>
          <w:tcPr>
            <w:tcW w:w="2517" w:type="dxa"/>
            <w:vAlign w:val="center"/>
          </w:tcPr>
          <w:p w14:paraId="74062E63" w14:textId="77777778" w:rsidR="000A03E0" w:rsidRDefault="001B34A4">
            <w:r>
              <w:rPr>
                <w:sz w:val="16"/>
              </w:rPr>
              <w:t>State basis</w:t>
            </w:r>
          </w:p>
        </w:tc>
        <w:tc>
          <w:tcPr>
            <w:tcW w:w="2517" w:type="dxa"/>
            <w:vAlign w:val="center"/>
          </w:tcPr>
          <w:p w14:paraId="2C2E5361" w14:textId="77777778" w:rsidR="000A03E0" w:rsidRDefault="001B34A4">
            <w:r>
              <w:rPr>
                <w:sz w:val="16"/>
              </w:rPr>
              <w:t>€ [Insert]</w:t>
            </w:r>
          </w:p>
        </w:tc>
        <w:tc>
          <w:tcPr>
            <w:tcW w:w="2518" w:type="dxa"/>
            <w:vAlign w:val="center"/>
          </w:tcPr>
          <w:p w14:paraId="08414168" w14:textId="77777778" w:rsidR="000A03E0" w:rsidRDefault="001B34A4">
            <w:r>
              <w:rPr>
                <w:i/>
                <w:sz w:val="16"/>
              </w:rPr>
              <w:t>For information only. Does not form part of, and cannot be deducted from, the mandatory Total Evaluated Price at P17.</w:t>
            </w:r>
          </w:p>
        </w:tc>
      </w:tr>
    </w:tbl>
    <w:p w14:paraId="04A1833E" w14:textId="77777777" w:rsidR="00D749C0" w:rsidRDefault="00D749C0" w:rsidP="00D749C0"/>
    <w:p w14:paraId="5E73B7A6" w14:textId="77777777" w:rsidR="00D749C0" w:rsidRDefault="00D749C0" w:rsidP="00D749C0"/>
    <w:p w14:paraId="31C5D933" w14:textId="77777777" w:rsidR="00D749C0" w:rsidRDefault="00D749C0" w:rsidP="00D749C0"/>
    <w:p w14:paraId="08431508" w14:textId="77777777" w:rsidR="00D749C0" w:rsidRDefault="00D749C0" w:rsidP="00D749C0"/>
    <w:p w14:paraId="2E4D42B4" w14:textId="77777777" w:rsidR="00D749C0" w:rsidRDefault="00D749C0" w:rsidP="00D749C0"/>
    <w:p w14:paraId="047B9F86" w14:textId="77777777" w:rsidR="00D749C0" w:rsidRDefault="00D749C0" w:rsidP="00D749C0"/>
    <w:p w14:paraId="3D3299CF" w14:textId="77777777" w:rsidR="00D749C0" w:rsidRDefault="00D749C0" w:rsidP="00D749C0"/>
    <w:p w14:paraId="0A9C82C2" w14:textId="77777777" w:rsidR="00D749C0" w:rsidRDefault="00D749C0" w:rsidP="00D749C0"/>
    <w:p w14:paraId="0C63BAB6" w14:textId="77777777" w:rsidR="00D749C0" w:rsidRPr="00D749C0" w:rsidRDefault="00D749C0" w:rsidP="00D749C0"/>
    <w:p w14:paraId="50CC8F1F" w14:textId="529B89ED" w:rsidR="00D749C0" w:rsidRPr="00D749C0" w:rsidRDefault="00D749C0" w:rsidP="00D749C0">
      <w:pPr>
        <w:tabs>
          <w:tab w:val="left" w:pos="5628"/>
        </w:tabs>
      </w:pPr>
      <w:r>
        <w:tab/>
      </w:r>
    </w:p>
    <w:p w14:paraId="7D24688A" w14:textId="77777777" w:rsidR="000A03E0" w:rsidRDefault="001B34A4">
      <w:pPr>
        <w:pStyle w:val="Heading1"/>
      </w:pPr>
      <w:r>
        <w:lastRenderedPageBreak/>
        <w:t>5. PRICING DECLARATION</w:t>
      </w:r>
    </w:p>
    <w:p w14:paraId="78CB7BBA" w14:textId="77777777" w:rsidR="000A03E0" w:rsidRDefault="001B34A4">
      <w:pPr>
        <w:pStyle w:val="ListNumber"/>
      </w:pPr>
      <w:r>
        <w:t>All mandatory costs necessary to deliver the proposed programme are included in this schedule.</w:t>
      </w:r>
    </w:p>
    <w:p w14:paraId="315689AE" w14:textId="77777777" w:rsidR="000A03E0" w:rsidRDefault="001B34A4">
      <w:pPr>
        <w:pStyle w:val="ListNumber"/>
      </w:pPr>
      <w:r>
        <w:t>No additional travel, subsistence, administration, licence or other charges will be applied unless expressly identified in this schedule and agreed by TIAS in writing.</w:t>
      </w:r>
    </w:p>
    <w:p w14:paraId="5FEC9C78" w14:textId="77777777" w:rsidR="000A03E0" w:rsidRDefault="001B34A4">
      <w:pPr>
        <w:pStyle w:val="ListNumber"/>
      </w:pPr>
      <w:r>
        <w:t>The prices are consistent with the programme design, quantities and delivery model described in our TRD.</w:t>
      </w:r>
    </w:p>
    <w:p w14:paraId="133B93A5" w14:textId="77777777" w:rsidR="000A03E0" w:rsidRDefault="001B34A4">
      <w:pPr>
        <w:pStyle w:val="ListNumber"/>
      </w:pPr>
      <w:r>
        <w:t>The Total Evaluated Price at P17 is the complete price for one cohort of 20 participants under the stated base scenario.</w:t>
      </w:r>
    </w:p>
    <w:p w14:paraId="6F9BD191" w14:textId="77777777" w:rsidR="000A03E0" w:rsidRDefault="001B34A4">
      <w:pPr>
        <w:pStyle w:val="ListNumber"/>
      </w:pPr>
      <w:r>
        <w:t>All prices are exclusive of VAT and will remain valid for 180 days from the Tender Deadline.</w:t>
      </w:r>
    </w:p>
    <w:tbl>
      <w:tblPr>
        <w:tblStyle w:val="TableGrid"/>
        <w:tblW w:w="0" w:type="auto"/>
        <w:jc w:val="center"/>
        <w:tblLook w:val="04A0" w:firstRow="1" w:lastRow="0" w:firstColumn="1" w:lastColumn="0" w:noHBand="0" w:noVBand="1"/>
      </w:tblPr>
      <w:tblGrid>
        <w:gridCol w:w="5035"/>
        <w:gridCol w:w="5035"/>
      </w:tblGrid>
      <w:tr w:rsidR="000A03E0" w14:paraId="5D0911FC" w14:textId="77777777">
        <w:trPr>
          <w:jc w:val="center"/>
        </w:trPr>
        <w:tc>
          <w:tcPr>
            <w:tcW w:w="5040" w:type="dxa"/>
            <w:shd w:val="clear" w:color="auto" w:fill="F2F2F2"/>
            <w:vAlign w:val="center"/>
          </w:tcPr>
          <w:p w14:paraId="47C3A375" w14:textId="77777777" w:rsidR="000A03E0" w:rsidRDefault="001B34A4">
            <w:r>
              <w:rPr>
                <w:b/>
                <w:color w:val="003247"/>
                <w:sz w:val="18"/>
              </w:rPr>
              <w:t>Authorised signatory</w:t>
            </w:r>
          </w:p>
        </w:tc>
        <w:tc>
          <w:tcPr>
            <w:tcW w:w="5040" w:type="dxa"/>
            <w:vAlign w:val="center"/>
          </w:tcPr>
          <w:p w14:paraId="37629C0B" w14:textId="77777777" w:rsidR="000A03E0" w:rsidRDefault="001B34A4">
            <w:r>
              <w:rPr>
                <w:sz w:val="18"/>
              </w:rPr>
              <w:t>[Insert]</w:t>
            </w:r>
          </w:p>
        </w:tc>
      </w:tr>
      <w:tr w:rsidR="000A03E0" w14:paraId="092430D4" w14:textId="77777777">
        <w:trPr>
          <w:jc w:val="center"/>
        </w:trPr>
        <w:tc>
          <w:tcPr>
            <w:tcW w:w="5040" w:type="dxa"/>
            <w:shd w:val="clear" w:color="auto" w:fill="F2F2F2"/>
            <w:vAlign w:val="center"/>
          </w:tcPr>
          <w:p w14:paraId="4003CF08" w14:textId="77777777" w:rsidR="000A03E0" w:rsidRDefault="001B34A4">
            <w:r>
              <w:rPr>
                <w:b/>
                <w:color w:val="003247"/>
                <w:sz w:val="18"/>
              </w:rPr>
              <w:t>Position</w:t>
            </w:r>
          </w:p>
        </w:tc>
        <w:tc>
          <w:tcPr>
            <w:tcW w:w="5040" w:type="dxa"/>
            <w:vAlign w:val="center"/>
          </w:tcPr>
          <w:p w14:paraId="6D2A419E" w14:textId="77777777" w:rsidR="000A03E0" w:rsidRDefault="001B34A4">
            <w:r>
              <w:rPr>
                <w:sz w:val="18"/>
              </w:rPr>
              <w:t>[Insert]</w:t>
            </w:r>
          </w:p>
        </w:tc>
      </w:tr>
      <w:tr w:rsidR="000A03E0" w14:paraId="12D3A4C0" w14:textId="77777777">
        <w:trPr>
          <w:jc w:val="center"/>
        </w:trPr>
        <w:tc>
          <w:tcPr>
            <w:tcW w:w="5040" w:type="dxa"/>
            <w:shd w:val="clear" w:color="auto" w:fill="F2F2F2"/>
            <w:vAlign w:val="center"/>
          </w:tcPr>
          <w:p w14:paraId="4C71F42E" w14:textId="77777777" w:rsidR="000A03E0" w:rsidRDefault="001B34A4">
            <w:r>
              <w:rPr>
                <w:b/>
                <w:color w:val="003247"/>
                <w:sz w:val="18"/>
              </w:rPr>
              <w:t>Signature</w:t>
            </w:r>
          </w:p>
        </w:tc>
        <w:tc>
          <w:tcPr>
            <w:tcW w:w="5040" w:type="dxa"/>
            <w:vAlign w:val="center"/>
          </w:tcPr>
          <w:p w14:paraId="4AB16745" w14:textId="77777777" w:rsidR="000A03E0" w:rsidRDefault="001B34A4">
            <w:r>
              <w:rPr>
                <w:sz w:val="18"/>
              </w:rPr>
              <w:t>[Sign]</w:t>
            </w:r>
          </w:p>
        </w:tc>
      </w:tr>
      <w:tr w:rsidR="000A03E0" w14:paraId="6B817F0E" w14:textId="77777777">
        <w:trPr>
          <w:jc w:val="center"/>
        </w:trPr>
        <w:tc>
          <w:tcPr>
            <w:tcW w:w="5040" w:type="dxa"/>
            <w:shd w:val="clear" w:color="auto" w:fill="F2F2F2"/>
            <w:vAlign w:val="center"/>
          </w:tcPr>
          <w:p w14:paraId="5C6415B1" w14:textId="77777777" w:rsidR="000A03E0" w:rsidRDefault="001B34A4">
            <w:r>
              <w:rPr>
                <w:b/>
                <w:color w:val="003247"/>
                <w:sz w:val="18"/>
              </w:rPr>
              <w:t>Date</w:t>
            </w:r>
          </w:p>
        </w:tc>
        <w:tc>
          <w:tcPr>
            <w:tcW w:w="5040" w:type="dxa"/>
            <w:vAlign w:val="center"/>
          </w:tcPr>
          <w:p w14:paraId="06A10D22" w14:textId="77777777" w:rsidR="000A03E0" w:rsidRDefault="001B34A4">
            <w:r>
              <w:rPr>
                <w:sz w:val="18"/>
              </w:rPr>
              <w:t>[Insert]</w:t>
            </w:r>
          </w:p>
        </w:tc>
      </w:tr>
    </w:tbl>
    <w:p w14:paraId="61F434A5" w14:textId="77777777" w:rsidR="003655BF" w:rsidRDefault="003655BF"/>
    <w:sectPr w:rsidR="003655BF" w:rsidSect="00034616">
      <w:headerReference w:type="default" r:id="rId12"/>
      <w:footerReference w:type="defaul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1EFE0" w14:textId="77777777" w:rsidR="008004C8" w:rsidRDefault="008004C8">
      <w:pPr>
        <w:spacing w:after="0" w:line="240" w:lineRule="auto"/>
      </w:pPr>
      <w:r>
        <w:separator/>
      </w:r>
    </w:p>
  </w:endnote>
  <w:endnote w:type="continuationSeparator" w:id="0">
    <w:p w14:paraId="56E1F908" w14:textId="77777777" w:rsidR="008004C8" w:rsidRDefault="00800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FB66F" w14:textId="575ED96F" w:rsidR="000A03E0" w:rsidRDefault="001B34A4">
    <w:pPr>
      <w:pStyle w:val="Footer"/>
    </w:pPr>
    <w:r>
      <w:rPr>
        <w:color w:val="666666"/>
        <w:sz w:val="16"/>
      </w:rPr>
      <w:t xml:space="preserve">TIA Skillnet Graduate Development Programme - Pricing Schedule  |  </w:t>
    </w:r>
  </w:p>
  <w:p w14:paraId="10969512" w14:textId="77777777" w:rsidR="000A03E0" w:rsidRDefault="001B34A4">
    <w:pPr>
      <w:jc w:val="right"/>
    </w:pPr>
    <w:r>
      <w:rPr>
        <w:color w:val="666666"/>
        <w:sz w:val="16"/>
      </w:rPr>
      <w:t xml:space="preserve">Page </w:t>
    </w:r>
    <w:r>
      <w:fldChar w:fldCharType="begin"/>
    </w:r>
    <w:r>
      <w:instrText>PAGE</w:instrText>
    </w:r>
    <w:r>
      <w:fldChar w:fldCharType="separate"/>
    </w:r>
    <w:r w:rsidR="00DA3C53">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7E955" w14:textId="77777777" w:rsidR="008004C8" w:rsidRDefault="008004C8">
      <w:pPr>
        <w:spacing w:after="0" w:line="240" w:lineRule="auto"/>
      </w:pPr>
      <w:r>
        <w:separator/>
      </w:r>
    </w:p>
  </w:footnote>
  <w:footnote w:type="continuationSeparator" w:id="0">
    <w:p w14:paraId="41538BF5" w14:textId="77777777" w:rsidR="008004C8" w:rsidRDefault="00800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8BC6" w14:textId="77777777" w:rsidR="000A03E0" w:rsidRDefault="001B34A4">
    <w:pPr>
      <w:pStyle w:val="Header"/>
      <w:jc w:val="right"/>
    </w:pPr>
    <w:r>
      <w:rPr>
        <w:noProof/>
      </w:rPr>
      <w:drawing>
        <wp:inline distT="0" distB="0" distL="0" distR="0" wp14:anchorId="79E7C0B4" wp14:editId="4AD8BBC4">
          <wp:extent cx="1325880" cy="1036475"/>
          <wp:effectExtent l="0" t="0" r="0" b="0"/>
          <wp:docPr id="312296071" name="Picture 312296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pic:nvPicPr>
                <pic:blipFill>
                  <a:blip r:embed="rId1"/>
                  <a:stretch>
                    <a:fillRect/>
                  </a:stretch>
                </pic:blipFill>
                <pic:spPr>
                  <a:xfrm>
                    <a:off x="0" y="0"/>
                    <a:ext cx="1325880" cy="1036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89697746">
    <w:abstractNumId w:val="8"/>
  </w:num>
  <w:num w:numId="2" w16cid:durableId="414669466">
    <w:abstractNumId w:val="6"/>
  </w:num>
  <w:num w:numId="3" w16cid:durableId="1600874835">
    <w:abstractNumId w:val="5"/>
  </w:num>
  <w:num w:numId="4" w16cid:durableId="137967011">
    <w:abstractNumId w:val="4"/>
  </w:num>
  <w:num w:numId="5" w16cid:durableId="172886591">
    <w:abstractNumId w:val="7"/>
  </w:num>
  <w:num w:numId="6" w16cid:durableId="632712225">
    <w:abstractNumId w:val="3"/>
  </w:num>
  <w:num w:numId="7" w16cid:durableId="2075855181">
    <w:abstractNumId w:val="2"/>
  </w:num>
  <w:num w:numId="8" w16cid:durableId="1062021984">
    <w:abstractNumId w:val="1"/>
  </w:num>
  <w:num w:numId="9" w16cid:durableId="10013941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3E0"/>
    <w:rsid w:val="0015074B"/>
    <w:rsid w:val="001B34A4"/>
    <w:rsid w:val="00253DDA"/>
    <w:rsid w:val="0029639D"/>
    <w:rsid w:val="00326F90"/>
    <w:rsid w:val="003655BF"/>
    <w:rsid w:val="00431892"/>
    <w:rsid w:val="00510751"/>
    <w:rsid w:val="007046C3"/>
    <w:rsid w:val="008004C8"/>
    <w:rsid w:val="00993466"/>
    <w:rsid w:val="00AA1D8D"/>
    <w:rsid w:val="00B139B6"/>
    <w:rsid w:val="00B17006"/>
    <w:rsid w:val="00B47730"/>
    <w:rsid w:val="00CB0664"/>
    <w:rsid w:val="00D749C0"/>
    <w:rsid w:val="00DA3C53"/>
    <w:rsid w:val="00E94CEF"/>
    <w:rsid w:val="00FC693F"/>
    <w:rsid w:val="00FE0C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2E213B"/>
  <w14:defaultImageDpi w14:val="300"/>
  <w15:docId w15:val="{6D2AA356-B0E5-4448-B77B-3ECB08DA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3247"/>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76B9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324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324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1D08206D796CA42A5345BAEBBA7C49A" ma:contentTypeVersion="12" ma:contentTypeDescription="Create a new document." ma:contentTypeScope="" ma:versionID="7257f4e5ea4cc3b5b61f95ea3e254903">
  <xsd:schema xmlns:xsd="http://www.w3.org/2001/XMLSchema" xmlns:xs="http://www.w3.org/2001/XMLSchema" xmlns:p="http://schemas.microsoft.com/office/2006/metadata/properties" xmlns:ns2="316f0377-e2c2-458b-be5e-8755e014db0f" xmlns:ns3="5db27def-ca5d-467e-a7f3-1aedc99f9cf5" targetNamespace="http://schemas.microsoft.com/office/2006/metadata/properties" ma:root="true" ma:fieldsID="6df835b76f8230ca6a47095a7157ee32" ns2:_="" ns3:_="">
    <xsd:import namespace="316f0377-e2c2-458b-be5e-8755e014db0f"/>
    <xsd:import namespace="5db27def-ca5d-467e-a7f3-1aedc99f9c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6f0377-e2c2-458b-be5e-8755e014d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1236f33-e22c-487e-963d-361dc3fd441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b27def-ca5d-467e-a7f3-1aedc99f9cf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280ca5a6-7b1b-4137-b8e2-6d6d5b06eff2}" ma:internalName="TaxCatchAll" ma:showField="CatchAllData" ma:web="5db27def-ca5d-467e-a7f3-1aedc99f9c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6f0377-e2c2-458b-be5e-8755e014db0f">
      <Terms xmlns="http://schemas.microsoft.com/office/infopath/2007/PartnerControls"/>
    </lcf76f155ced4ddcb4097134ff3c332f>
    <TaxCatchAll xmlns="5db27def-ca5d-467e-a7f3-1aedc99f9cf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A6DE9AEF-DC50-4F1C-A66F-C35E92841B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6f0377-e2c2-458b-be5e-8755e014db0f"/>
    <ds:schemaRef ds:uri="5db27def-ca5d-467e-a7f3-1aedc99f9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1F3C14-2903-4F2F-BB0F-B995D70A6147}">
  <ds:schemaRefs>
    <ds:schemaRef ds:uri="http://schemas.microsoft.com/sharepoint/v3/contenttype/forms"/>
  </ds:schemaRefs>
</ds:datastoreItem>
</file>

<file path=customXml/itemProps4.xml><?xml version="1.0" encoding="utf-8"?>
<ds:datastoreItem xmlns:ds="http://schemas.openxmlformats.org/officeDocument/2006/customXml" ds:itemID="{48FD2B9A-1769-4FAC-A40A-1503AF1B9E4A}">
  <ds:schemaRefs>
    <ds:schemaRef ds:uri="http://schemas.microsoft.com/office/2006/metadata/properties"/>
    <ds:schemaRef ds:uri="http://schemas.microsoft.com/office/infopath/2007/PartnerControls"/>
    <ds:schemaRef ds:uri="316f0377-e2c2-458b-be5e-8755e014db0f"/>
    <ds:schemaRef ds:uri="5db27def-ca5d-467e-a7f3-1aedc99f9cf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799</Words>
  <Characters>4560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Annette Coburn</cp:lastModifiedBy>
  <cp:revision>8</cp:revision>
  <dcterms:created xsi:type="dcterms:W3CDTF">2026-09-04T08:08:00Z</dcterms:created>
  <dcterms:modified xsi:type="dcterms:W3CDTF">2026-09-05T11:32:00Z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0x010100F1D08206D796CA42A5345BAEBBA7C49A</vt:lpwstr>
  </property>
  <property fmtid="{D5CDD505-2E9C-101B-9397-08002B2CF9AE}" pid="3" name="MediaServiceImageTags">
    <vt:lpwstr/>
  </property>
</Properties>
</file>