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FFF65" w14:textId="77777777" w:rsidR="006072C1" w:rsidRDefault="00490DBB" w:rsidP="00DA1AA9">
      <w:pPr>
        <w:pStyle w:val="Heading1"/>
        <w:jc w:val="center"/>
      </w:pPr>
      <w:r>
        <w:t>Works Declaration LEADER (WDL)</w:t>
      </w:r>
    </w:p>
    <w:p w14:paraId="4EB5A8E5" w14:textId="77777777" w:rsidR="006072C1" w:rsidRDefault="00490DBB" w:rsidP="00DA1AA9">
      <w:pPr>
        <w:pStyle w:val="Heading2"/>
        <w:jc w:val="center"/>
      </w:pPr>
      <w:r>
        <w:t>Ireland’s CAP Strategic Plan 2023 – 2027</w:t>
      </w:r>
    </w:p>
    <w:p w14:paraId="2A1D45EA" w14:textId="77777777" w:rsidR="006072C1" w:rsidRDefault="00490DBB" w:rsidP="00DA1AA9">
      <w:pPr>
        <w:pStyle w:val="Heading3"/>
        <w:jc w:val="center"/>
      </w:pPr>
      <w:r>
        <w:t>Declaration of Suitability for Contractors for Works (Open Procedure only)</w:t>
      </w:r>
    </w:p>
    <w:p w14:paraId="2738B60D" w14:textId="77777777" w:rsidR="00DA1AA9" w:rsidRPr="00DA1AA9" w:rsidRDefault="00DA1AA9" w:rsidP="00DA1AA9"/>
    <w:tbl>
      <w:tblPr>
        <w:tblStyle w:val="TableGrid"/>
        <w:tblW w:w="0" w:type="auto"/>
        <w:tblLook w:val="04A0" w:firstRow="1" w:lastRow="0" w:firstColumn="1" w:lastColumn="0" w:noHBand="0" w:noVBand="1"/>
      </w:tblPr>
      <w:tblGrid>
        <w:gridCol w:w="4313"/>
        <w:gridCol w:w="4317"/>
      </w:tblGrid>
      <w:tr w:rsidR="006072C1" w14:paraId="27546DDB" w14:textId="77777777">
        <w:tc>
          <w:tcPr>
            <w:tcW w:w="4320" w:type="dxa"/>
          </w:tcPr>
          <w:p w14:paraId="400FEAFD" w14:textId="77777777" w:rsidR="006072C1" w:rsidRDefault="00490DBB">
            <w:r>
              <w:t>Project:</w:t>
            </w:r>
          </w:p>
        </w:tc>
        <w:tc>
          <w:tcPr>
            <w:tcW w:w="4320" w:type="dxa"/>
          </w:tcPr>
          <w:p w14:paraId="3DB6C29A" w14:textId="4D976BAA" w:rsidR="006072C1" w:rsidRPr="00976DCA" w:rsidRDefault="00463431">
            <w:pPr>
              <w:rPr>
                <w:sz w:val="24"/>
                <w:szCs w:val="24"/>
              </w:rPr>
            </w:pPr>
            <w:r w:rsidRPr="00976DCA">
              <w:rPr>
                <w:rFonts w:ascii="Calibri" w:hAnsi="Calibri" w:cs="Calibri"/>
                <w:sz w:val="24"/>
                <w:szCs w:val="24"/>
              </w:rPr>
              <w:t xml:space="preserve">Installation of A New 800m x 2.4m walking </w:t>
            </w:r>
            <w:r w:rsidR="00076E7C" w:rsidRPr="00976DCA">
              <w:rPr>
                <w:rFonts w:ascii="Calibri" w:hAnsi="Calibri" w:cs="Calibri"/>
                <w:sz w:val="24"/>
                <w:szCs w:val="24"/>
              </w:rPr>
              <w:t xml:space="preserve">track, </w:t>
            </w:r>
            <w:r w:rsidRPr="00976DCA">
              <w:rPr>
                <w:rFonts w:ascii="Calibri" w:hAnsi="Calibri" w:cs="Calibri"/>
                <w:sz w:val="24"/>
                <w:szCs w:val="24"/>
              </w:rPr>
              <w:t>associated lighting</w:t>
            </w:r>
            <w:r w:rsidR="00076E7C" w:rsidRPr="00976DCA">
              <w:rPr>
                <w:rFonts w:ascii="Calibri" w:hAnsi="Calibri" w:cs="Calibri"/>
                <w:sz w:val="24"/>
                <w:szCs w:val="24"/>
              </w:rPr>
              <w:t xml:space="preserve"> and fencing.</w:t>
            </w:r>
          </w:p>
        </w:tc>
      </w:tr>
      <w:tr w:rsidR="006072C1" w14:paraId="0DB8AAF4" w14:textId="77777777">
        <w:tc>
          <w:tcPr>
            <w:tcW w:w="4320" w:type="dxa"/>
          </w:tcPr>
          <w:p w14:paraId="6D073137" w14:textId="77777777" w:rsidR="006072C1" w:rsidRDefault="00490DBB">
            <w:r>
              <w:t>Name of Tenderer:</w:t>
            </w:r>
          </w:p>
        </w:tc>
        <w:tc>
          <w:tcPr>
            <w:tcW w:w="4320" w:type="dxa"/>
          </w:tcPr>
          <w:p w14:paraId="47F7EFD5" w14:textId="4B2248C9" w:rsidR="006072C1" w:rsidRPr="00976DCA" w:rsidRDefault="00076E7C" w:rsidP="00076E7C">
            <w:pPr>
              <w:rPr>
                <w:sz w:val="24"/>
                <w:szCs w:val="24"/>
              </w:rPr>
            </w:pPr>
            <w:r w:rsidRPr="00976DCA">
              <w:rPr>
                <w:sz w:val="24"/>
                <w:szCs w:val="24"/>
                <w:lang w:val="en-IE"/>
              </w:rPr>
              <w:t xml:space="preserve">Eire Og Corra </w:t>
            </w:r>
            <w:proofErr w:type="spellStart"/>
            <w:r w:rsidRPr="00976DCA">
              <w:rPr>
                <w:sz w:val="24"/>
                <w:szCs w:val="24"/>
                <w:lang w:val="en-IE"/>
              </w:rPr>
              <w:t>Choill</w:t>
            </w:r>
            <w:proofErr w:type="spellEnd"/>
            <w:r w:rsidRPr="00976DCA">
              <w:rPr>
                <w:sz w:val="24"/>
                <w:szCs w:val="24"/>
                <w:lang w:val="en-IE"/>
              </w:rPr>
              <w:t xml:space="preserve"> Hurling &amp; Camogie Club, </w:t>
            </w:r>
          </w:p>
        </w:tc>
      </w:tr>
      <w:tr w:rsidR="006072C1" w14:paraId="20624764" w14:textId="77777777">
        <w:tc>
          <w:tcPr>
            <w:tcW w:w="4320" w:type="dxa"/>
          </w:tcPr>
          <w:p w14:paraId="00830DB0" w14:textId="77777777" w:rsidR="006072C1" w:rsidRDefault="00490DBB">
            <w:r>
              <w:t>Address:</w:t>
            </w:r>
          </w:p>
        </w:tc>
        <w:tc>
          <w:tcPr>
            <w:tcW w:w="4320" w:type="dxa"/>
          </w:tcPr>
          <w:p w14:paraId="54BE99C6" w14:textId="77777777" w:rsidR="00076E7C" w:rsidRPr="00976DCA" w:rsidRDefault="00076E7C" w:rsidP="00076E7C">
            <w:pPr>
              <w:rPr>
                <w:sz w:val="24"/>
                <w:szCs w:val="24"/>
                <w:lang w:val="en-IE"/>
              </w:rPr>
            </w:pPr>
          </w:p>
          <w:p w14:paraId="3EB0D182" w14:textId="2F1E1C45" w:rsidR="006072C1" w:rsidRPr="00976DCA" w:rsidRDefault="00076E7C" w:rsidP="00076E7C">
            <w:pPr>
              <w:rPr>
                <w:sz w:val="24"/>
                <w:szCs w:val="24"/>
              </w:rPr>
            </w:pPr>
            <w:proofErr w:type="spellStart"/>
            <w:r w:rsidRPr="00976DCA">
              <w:rPr>
                <w:sz w:val="24"/>
                <w:szCs w:val="24"/>
                <w:lang w:val="en-IE"/>
              </w:rPr>
              <w:t>Donore</w:t>
            </w:r>
            <w:proofErr w:type="spellEnd"/>
            <w:r w:rsidRPr="00976DCA">
              <w:rPr>
                <w:sz w:val="24"/>
                <w:szCs w:val="24"/>
                <w:lang w:val="en-IE"/>
              </w:rPr>
              <w:t>, Caragh, Naas, Co Kildare.</w:t>
            </w:r>
          </w:p>
        </w:tc>
      </w:tr>
      <w:tr w:rsidR="006072C1" w14:paraId="4DF855AD" w14:textId="77777777">
        <w:tc>
          <w:tcPr>
            <w:tcW w:w="4320" w:type="dxa"/>
          </w:tcPr>
          <w:p w14:paraId="75597A20" w14:textId="77777777" w:rsidR="006072C1" w:rsidRDefault="00490DBB">
            <w:r>
              <w:t>Contact Name:</w:t>
            </w:r>
          </w:p>
        </w:tc>
        <w:tc>
          <w:tcPr>
            <w:tcW w:w="4320" w:type="dxa"/>
          </w:tcPr>
          <w:p w14:paraId="04AF23AD" w14:textId="4917A957" w:rsidR="006072C1" w:rsidRPr="00976DCA" w:rsidRDefault="00076E7C">
            <w:pPr>
              <w:rPr>
                <w:sz w:val="24"/>
                <w:szCs w:val="24"/>
              </w:rPr>
            </w:pPr>
            <w:r w:rsidRPr="00976DCA">
              <w:rPr>
                <w:sz w:val="24"/>
                <w:szCs w:val="24"/>
                <w:lang w:val="en-IE"/>
              </w:rPr>
              <w:t>Sinead Gleeson</w:t>
            </w:r>
          </w:p>
        </w:tc>
      </w:tr>
      <w:tr w:rsidR="006072C1" w14:paraId="7519E3C2" w14:textId="77777777">
        <w:tc>
          <w:tcPr>
            <w:tcW w:w="4320" w:type="dxa"/>
          </w:tcPr>
          <w:p w14:paraId="4AFB9FAB" w14:textId="77777777" w:rsidR="006072C1" w:rsidRDefault="00490DBB">
            <w:r>
              <w:t>Contact Email:</w:t>
            </w:r>
          </w:p>
        </w:tc>
        <w:tc>
          <w:tcPr>
            <w:tcW w:w="4320" w:type="dxa"/>
          </w:tcPr>
          <w:p w14:paraId="32294A73" w14:textId="028493A8" w:rsidR="006072C1" w:rsidRPr="00976DCA" w:rsidRDefault="00D309CD">
            <w:pPr>
              <w:rPr>
                <w:sz w:val="24"/>
                <w:szCs w:val="24"/>
              </w:rPr>
            </w:pPr>
            <w:r w:rsidRPr="00976DCA">
              <w:rPr>
                <w:sz w:val="24"/>
                <w:szCs w:val="24"/>
              </w:rPr>
              <w:t>sineadgleeson2@gmail.com</w:t>
            </w:r>
          </w:p>
        </w:tc>
      </w:tr>
    </w:tbl>
    <w:p w14:paraId="12960BAE" w14:textId="77777777" w:rsidR="00DA1AA9" w:rsidRDefault="00DA1AA9">
      <w:pPr>
        <w:pStyle w:val="Heading2"/>
      </w:pPr>
    </w:p>
    <w:p w14:paraId="51B261AB" w14:textId="1DCECC2E" w:rsidR="006072C1" w:rsidRDefault="006072C1">
      <w:pPr>
        <w:pStyle w:val="Heading2"/>
        <w:rPr>
          <w:rFonts w:ascii="Arial" w:hAnsi="Arial" w:cs="Arial"/>
          <w:sz w:val="20"/>
          <w:szCs w:val="20"/>
        </w:rPr>
      </w:pPr>
    </w:p>
    <w:tbl>
      <w:tblPr>
        <w:tblStyle w:val="TableGrid"/>
        <w:tblW w:w="0" w:type="auto"/>
        <w:tblLook w:val="04A0" w:firstRow="1" w:lastRow="0" w:firstColumn="1" w:lastColumn="0" w:noHBand="0" w:noVBand="1"/>
      </w:tblPr>
      <w:tblGrid>
        <w:gridCol w:w="8630"/>
      </w:tblGrid>
      <w:tr w:rsidR="00A32672" w14:paraId="0A332154" w14:textId="77777777" w:rsidTr="00A32672">
        <w:tc>
          <w:tcPr>
            <w:tcW w:w="8856" w:type="dxa"/>
          </w:tcPr>
          <w:p w14:paraId="70410A40" w14:textId="217BC0A1" w:rsidR="00A32672" w:rsidRDefault="00A32672" w:rsidP="00A32672">
            <w:r w:rsidRPr="00527260">
              <w:rPr>
                <w:rFonts w:ascii="Arial" w:hAnsi="Arial" w:cs="Arial"/>
                <w:color w:val="4F81BD" w:themeColor="accent1"/>
                <w:sz w:val="20"/>
                <w:szCs w:val="20"/>
              </w:rPr>
              <w:t>Introduction</w:t>
            </w:r>
          </w:p>
        </w:tc>
      </w:tr>
      <w:tr w:rsidR="00A32672" w14:paraId="1674FC08" w14:textId="77777777" w:rsidTr="00A32672">
        <w:tc>
          <w:tcPr>
            <w:tcW w:w="8856" w:type="dxa"/>
          </w:tcPr>
          <w:p w14:paraId="0C7D8E4B" w14:textId="77777777" w:rsidR="00527260" w:rsidRDefault="00527260" w:rsidP="00A32672">
            <w:pPr>
              <w:spacing w:line="360" w:lineRule="auto"/>
              <w:rPr>
                <w:rFonts w:ascii="Arial" w:hAnsi="Arial" w:cs="Arial"/>
                <w:sz w:val="20"/>
                <w:szCs w:val="20"/>
              </w:rPr>
            </w:pPr>
          </w:p>
          <w:p w14:paraId="4635D51B" w14:textId="49BDAC08" w:rsidR="00A32672" w:rsidRDefault="00A32672" w:rsidP="00A32672">
            <w:pPr>
              <w:spacing w:line="360" w:lineRule="auto"/>
              <w:rPr>
                <w:rFonts w:ascii="Arial" w:hAnsi="Arial" w:cs="Arial"/>
                <w:sz w:val="20"/>
                <w:szCs w:val="20"/>
              </w:rPr>
            </w:pPr>
            <w:r w:rsidRPr="00DA1AA9">
              <w:rPr>
                <w:rFonts w:ascii="Arial" w:hAnsi="Arial" w:cs="Arial"/>
                <w:sz w:val="20"/>
                <w:szCs w:val="20"/>
              </w:rPr>
              <w:t>This questionnaire is issued in relation to Ireland’s CAP Strategic Plan 2023 – 2027 (LEADER Programme) tender competitions for Works using the Open Procedure. Its purpose is to simplify the tender process for Works and reduce the cost of tendering.</w:t>
            </w:r>
            <w:r w:rsidRPr="00DA1AA9">
              <w:rPr>
                <w:rFonts w:ascii="Arial" w:hAnsi="Arial" w:cs="Arial"/>
                <w:sz w:val="20"/>
                <w:szCs w:val="20"/>
              </w:rPr>
              <w:br/>
            </w:r>
            <w:r w:rsidRPr="00DA1AA9">
              <w:rPr>
                <w:rFonts w:ascii="Arial" w:hAnsi="Arial" w:cs="Arial"/>
                <w:sz w:val="20"/>
                <w:szCs w:val="20"/>
              </w:rPr>
              <w:br/>
              <w:t xml:space="preserve">Tenderers should note that before appointment, the apparently successful tenderer will be required to produce (within 7 calendar days) evidence of compliance with all sections of this declaration. If the apparently successful tenderer cannot produce satisfactory evidence for </w:t>
            </w:r>
            <w:proofErr w:type="gramStart"/>
            <w:r w:rsidRPr="00DA1AA9">
              <w:rPr>
                <w:rFonts w:ascii="Arial" w:hAnsi="Arial" w:cs="Arial"/>
                <w:sz w:val="20"/>
                <w:szCs w:val="20"/>
              </w:rPr>
              <w:t>all of</w:t>
            </w:r>
            <w:proofErr w:type="gramEnd"/>
            <w:r w:rsidRPr="00DA1AA9">
              <w:rPr>
                <w:rFonts w:ascii="Arial" w:hAnsi="Arial" w:cs="Arial"/>
                <w:sz w:val="20"/>
                <w:szCs w:val="20"/>
              </w:rPr>
              <w:t xml:space="preserve"> the above within the required </w:t>
            </w:r>
            <w:proofErr w:type="gramStart"/>
            <w:r w:rsidRPr="00DA1AA9">
              <w:rPr>
                <w:rFonts w:ascii="Arial" w:hAnsi="Arial" w:cs="Arial"/>
                <w:sz w:val="20"/>
                <w:szCs w:val="20"/>
              </w:rPr>
              <w:t>time period</w:t>
            </w:r>
            <w:proofErr w:type="gramEnd"/>
            <w:r w:rsidRPr="00DA1AA9">
              <w:rPr>
                <w:rFonts w:ascii="Arial" w:hAnsi="Arial" w:cs="Arial"/>
                <w:sz w:val="20"/>
                <w:szCs w:val="20"/>
              </w:rPr>
              <w:t>, his tender will be excluded and the tender of the next lowest tenderer will be considered.</w:t>
            </w:r>
          </w:p>
          <w:p w14:paraId="66925287" w14:textId="77777777" w:rsidR="00A32672" w:rsidRDefault="00A32672" w:rsidP="00A32672"/>
        </w:tc>
      </w:tr>
      <w:tr w:rsidR="00A32672" w14:paraId="05C14DCA" w14:textId="77777777" w:rsidTr="00A32672">
        <w:tc>
          <w:tcPr>
            <w:tcW w:w="8856" w:type="dxa"/>
          </w:tcPr>
          <w:p w14:paraId="0AADC41B" w14:textId="2C821C53" w:rsidR="00A32672" w:rsidRPr="00527260" w:rsidRDefault="00A32672" w:rsidP="00A32672">
            <w:pPr>
              <w:pStyle w:val="Heading2"/>
              <w:spacing w:line="360" w:lineRule="auto"/>
              <w:rPr>
                <w:rFonts w:ascii="Arial" w:hAnsi="Arial" w:cs="Arial"/>
                <w:sz w:val="20"/>
                <w:szCs w:val="20"/>
              </w:rPr>
            </w:pPr>
            <w:r w:rsidRPr="00527260">
              <w:rPr>
                <w:rFonts w:ascii="Arial" w:hAnsi="Arial" w:cs="Arial"/>
                <w:sz w:val="20"/>
                <w:szCs w:val="20"/>
              </w:rPr>
              <w:t>Health and Safety</w:t>
            </w:r>
          </w:p>
          <w:p w14:paraId="20F58378" w14:textId="77777777" w:rsidR="00A32672" w:rsidRDefault="00A32672" w:rsidP="00A32672"/>
        </w:tc>
      </w:tr>
      <w:tr w:rsidR="00A32672" w14:paraId="0B1275C0" w14:textId="77777777" w:rsidTr="00A32672">
        <w:tc>
          <w:tcPr>
            <w:tcW w:w="8856" w:type="dxa"/>
          </w:tcPr>
          <w:p w14:paraId="13FEDD25" w14:textId="77777777" w:rsidR="00A32672" w:rsidRPr="00DA1AA9" w:rsidRDefault="00A32672" w:rsidP="00A32672">
            <w:pPr>
              <w:spacing w:line="360" w:lineRule="auto"/>
              <w:rPr>
                <w:rFonts w:ascii="Arial" w:hAnsi="Arial" w:cs="Arial"/>
                <w:sz w:val="20"/>
                <w:szCs w:val="20"/>
              </w:rPr>
            </w:pPr>
            <w:r w:rsidRPr="00DA1AA9">
              <w:rPr>
                <w:rFonts w:ascii="Arial" w:hAnsi="Arial" w:cs="Arial"/>
                <w:sz w:val="20"/>
                <w:szCs w:val="20"/>
              </w:rPr>
              <w:t>The successful contractor will be required to comply with the Safety, Health and Welfare at Work Act 2005, the Safety, Health and Welfare at Work (Construction) Regulations 2013 and any subsequent Safety, Health and Welfare legislation or regulations.</w:t>
            </w:r>
            <w:r w:rsidRPr="00DA1AA9">
              <w:rPr>
                <w:rFonts w:ascii="Arial" w:hAnsi="Arial" w:cs="Arial"/>
                <w:sz w:val="20"/>
                <w:szCs w:val="20"/>
              </w:rPr>
              <w:br/>
            </w:r>
            <w:r w:rsidRPr="00DA1AA9">
              <w:rPr>
                <w:rFonts w:ascii="Arial" w:hAnsi="Arial" w:cs="Arial"/>
                <w:sz w:val="20"/>
                <w:szCs w:val="20"/>
              </w:rPr>
              <w:br/>
              <w:t xml:space="preserve">The successful applicant will be appointed Works Contractor and Project Supervisor for the </w:t>
            </w:r>
            <w:r w:rsidRPr="00DA1AA9">
              <w:rPr>
                <w:rFonts w:ascii="Arial" w:hAnsi="Arial" w:cs="Arial"/>
                <w:sz w:val="20"/>
                <w:szCs w:val="20"/>
              </w:rPr>
              <w:lastRenderedPageBreak/>
              <w:t>Construction Stage (PSCS) on the project in accordance with the Safety, Health and Welfare at Work (Construction) Regulations.</w:t>
            </w:r>
          </w:p>
          <w:p w14:paraId="63D204E3" w14:textId="77777777" w:rsidR="00A32672" w:rsidRDefault="00A32672" w:rsidP="00A32672"/>
        </w:tc>
      </w:tr>
      <w:tr w:rsidR="00A32672" w14:paraId="3C466866" w14:textId="77777777" w:rsidTr="00A32672">
        <w:tc>
          <w:tcPr>
            <w:tcW w:w="8856" w:type="dxa"/>
          </w:tcPr>
          <w:p w14:paraId="672BFE50" w14:textId="77777777" w:rsidR="00A32672" w:rsidRPr="00527260" w:rsidRDefault="00A32672" w:rsidP="00A32672">
            <w:pPr>
              <w:pStyle w:val="Heading2"/>
              <w:spacing w:line="360" w:lineRule="auto"/>
              <w:rPr>
                <w:rFonts w:ascii="Arial" w:hAnsi="Arial" w:cs="Arial"/>
                <w:sz w:val="20"/>
                <w:szCs w:val="20"/>
              </w:rPr>
            </w:pPr>
            <w:r w:rsidRPr="00527260">
              <w:rPr>
                <w:rFonts w:ascii="Arial" w:hAnsi="Arial" w:cs="Arial"/>
                <w:sz w:val="20"/>
                <w:szCs w:val="20"/>
              </w:rPr>
              <w:lastRenderedPageBreak/>
              <w:t>Evidence of applicant’s personal situation</w:t>
            </w:r>
          </w:p>
          <w:p w14:paraId="5E3BEED6" w14:textId="77777777" w:rsidR="00A32672" w:rsidRDefault="00A32672" w:rsidP="00A32672"/>
        </w:tc>
      </w:tr>
      <w:tr w:rsidR="00A32672" w14:paraId="0954CFEB" w14:textId="77777777" w:rsidTr="00A32672">
        <w:tc>
          <w:tcPr>
            <w:tcW w:w="8856" w:type="dxa"/>
          </w:tcPr>
          <w:p w14:paraId="26731D42" w14:textId="77777777" w:rsidR="00A32672" w:rsidRPr="00DA1AA9" w:rsidRDefault="00A32672" w:rsidP="00A32672">
            <w:pPr>
              <w:spacing w:line="360" w:lineRule="auto"/>
              <w:rPr>
                <w:rFonts w:ascii="Arial" w:hAnsi="Arial" w:cs="Arial"/>
                <w:sz w:val="20"/>
                <w:szCs w:val="20"/>
              </w:rPr>
            </w:pPr>
            <w:r w:rsidRPr="00DA1AA9">
              <w:rPr>
                <w:rFonts w:ascii="Arial" w:hAnsi="Arial" w:cs="Arial"/>
                <w:sz w:val="20"/>
                <w:szCs w:val="20"/>
              </w:rPr>
              <w:t xml:space="preserve">On behalf of the above named </w:t>
            </w:r>
            <w:proofErr w:type="gramStart"/>
            <w:r w:rsidRPr="00DA1AA9">
              <w:rPr>
                <w:rFonts w:ascii="Arial" w:hAnsi="Arial" w:cs="Arial"/>
                <w:sz w:val="20"/>
                <w:szCs w:val="20"/>
              </w:rPr>
              <w:t>Contractor</w:t>
            </w:r>
            <w:proofErr w:type="gramEnd"/>
            <w:r w:rsidRPr="00DA1AA9">
              <w:rPr>
                <w:rFonts w:ascii="Arial" w:hAnsi="Arial" w:cs="Arial"/>
                <w:sz w:val="20"/>
                <w:szCs w:val="20"/>
              </w:rPr>
              <w:t xml:space="preserve"> I hereby declare that none of the circumstances specified in Directive 2014/24/EU article 57 and Regulation 57 of SI No.284 of 2016 apply to the </w:t>
            </w:r>
            <w:proofErr w:type="gramStart"/>
            <w:r w:rsidRPr="00DA1AA9">
              <w:rPr>
                <w:rFonts w:ascii="Arial" w:hAnsi="Arial" w:cs="Arial"/>
                <w:sz w:val="20"/>
                <w:szCs w:val="20"/>
              </w:rPr>
              <w:t>above named</w:t>
            </w:r>
            <w:proofErr w:type="gramEnd"/>
            <w:r w:rsidRPr="00DA1AA9">
              <w:rPr>
                <w:rFonts w:ascii="Arial" w:hAnsi="Arial" w:cs="Arial"/>
                <w:sz w:val="20"/>
                <w:szCs w:val="20"/>
              </w:rPr>
              <w:t xml:space="preserve"> Contractor.</w:t>
            </w:r>
          </w:p>
          <w:p w14:paraId="741FF707" w14:textId="77777777" w:rsidR="00A32672" w:rsidRDefault="00A32672" w:rsidP="00A32672"/>
        </w:tc>
      </w:tr>
      <w:tr w:rsidR="00A32672" w14:paraId="22231414" w14:textId="77777777" w:rsidTr="00A32672">
        <w:tc>
          <w:tcPr>
            <w:tcW w:w="8856" w:type="dxa"/>
          </w:tcPr>
          <w:p w14:paraId="1DBE45D9" w14:textId="77777777" w:rsidR="00A32672" w:rsidRPr="00527260" w:rsidRDefault="00A32672" w:rsidP="00A32672">
            <w:pPr>
              <w:pStyle w:val="Heading2"/>
              <w:spacing w:line="360" w:lineRule="auto"/>
              <w:rPr>
                <w:rFonts w:ascii="Arial" w:hAnsi="Arial" w:cs="Arial"/>
                <w:sz w:val="20"/>
                <w:szCs w:val="20"/>
              </w:rPr>
            </w:pPr>
            <w:r w:rsidRPr="00527260">
              <w:rPr>
                <w:rFonts w:ascii="Arial" w:hAnsi="Arial" w:cs="Arial"/>
                <w:sz w:val="20"/>
                <w:szCs w:val="20"/>
              </w:rPr>
              <w:t>Evidence of Economic and Financial Standing criteria</w:t>
            </w:r>
          </w:p>
          <w:p w14:paraId="36EFA1E8" w14:textId="77777777" w:rsidR="00A32672" w:rsidRDefault="00A32672" w:rsidP="00A32672"/>
        </w:tc>
      </w:tr>
      <w:tr w:rsidR="00A32672" w14:paraId="67B0D97D" w14:textId="77777777" w:rsidTr="00A32672">
        <w:tc>
          <w:tcPr>
            <w:tcW w:w="8856" w:type="dxa"/>
          </w:tcPr>
          <w:p w14:paraId="016453C5" w14:textId="77777777" w:rsidR="00A32672" w:rsidRPr="00527260" w:rsidRDefault="00A32672" w:rsidP="00A32672">
            <w:pPr>
              <w:pStyle w:val="Heading3"/>
              <w:spacing w:line="360" w:lineRule="auto"/>
              <w:rPr>
                <w:rFonts w:ascii="Arial" w:hAnsi="Arial" w:cs="Arial"/>
                <w:color w:val="auto"/>
                <w:sz w:val="20"/>
                <w:szCs w:val="20"/>
                <w:u w:val="single"/>
              </w:rPr>
            </w:pPr>
            <w:r w:rsidRPr="00527260">
              <w:rPr>
                <w:rFonts w:ascii="Arial" w:hAnsi="Arial" w:cs="Arial"/>
                <w:color w:val="auto"/>
                <w:sz w:val="20"/>
                <w:szCs w:val="20"/>
                <w:u w:val="single"/>
              </w:rPr>
              <w:t>Turnover</w:t>
            </w:r>
          </w:p>
          <w:p w14:paraId="36C61217" w14:textId="77777777" w:rsidR="00A32672" w:rsidRDefault="00A32672" w:rsidP="00A32672"/>
        </w:tc>
      </w:tr>
      <w:tr w:rsidR="00A32672" w14:paraId="0B37D753" w14:textId="77777777" w:rsidTr="00A32672">
        <w:tc>
          <w:tcPr>
            <w:tcW w:w="8856" w:type="dxa"/>
          </w:tcPr>
          <w:p w14:paraId="52496A4B" w14:textId="77777777" w:rsidR="00A32672" w:rsidRDefault="00A32672" w:rsidP="00A32672">
            <w:pPr>
              <w:spacing w:line="360" w:lineRule="auto"/>
              <w:rPr>
                <w:rFonts w:ascii="Arial" w:hAnsi="Arial" w:cs="Arial"/>
                <w:sz w:val="20"/>
                <w:szCs w:val="20"/>
              </w:rPr>
            </w:pPr>
            <w:r w:rsidRPr="00DA1AA9">
              <w:rPr>
                <w:rFonts w:ascii="Arial" w:hAnsi="Arial" w:cs="Arial"/>
                <w:sz w:val="20"/>
                <w:szCs w:val="20"/>
              </w:rPr>
              <w:t xml:space="preserve">I declare that the above named Contractor’s annual turnover for each of the three previous financial years (for which certified turnover is available) was not less than 1.5 times the sum tendered for this project and if requested in writing or email by the Contracting Entity* will provide within 7 calendar days an original letter (or colour photocopy of an original letter) from the firm’s accountant (signed by that accountant) stating the certified turnover for those 3 years. If for any valid reason this evidence cannot be </w:t>
            </w:r>
            <w:proofErr w:type="gramStart"/>
            <w:r w:rsidRPr="00DA1AA9">
              <w:rPr>
                <w:rFonts w:ascii="Arial" w:hAnsi="Arial" w:cs="Arial"/>
                <w:sz w:val="20"/>
                <w:szCs w:val="20"/>
              </w:rPr>
              <w:t>provided</w:t>
            </w:r>
            <w:proofErr w:type="gramEnd"/>
            <w:r w:rsidRPr="00DA1AA9">
              <w:rPr>
                <w:rFonts w:ascii="Arial" w:hAnsi="Arial" w:cs="Arial"/>
                <w:sz w:val="20"/>
                <w:szCs w:val="20"/>
              </w:rPr>
              <w:t xml:space="preserve"> then alternative evidence considered appropriate by the Contracting Entity will be provided.</w:t>
            </w:r>
          </w:p>
          <w:p w14:paraId="06948826" w14:textId="77777777" w:rsidR="00A32672" w:rsidRDefault="00A32672" w:rsidP="00A32672"/>
        </w:tc>
      </w:tr>
      <w:tr w:rsidR="00A32672" w14:paraId="20C64FC2" w14:textId="77777777" w:rsidTr="00A32672">
        <w:tc>
          <w:tcPr>
            <w:tcW w:w="8856" w:type="dxa"/>
          </w:tcPr>
          <w:p w14:paraId="69BABBCC" w14:textId="77777777" w:rsidR="00A32672" w:rsidRPr="00DA1AA9" w:rsidRDefault="00A32672" w:rsidP="00A32672">
            <w:pPr>
              <w:pStyle w:val="Heading3"/>
              <w:spacing w:line="360" w:lineRule="auto"/>
              <w:rPr>
                <w:rFonts w:ascii="Arial" w:hAnsi="Arial" w:cs="Arial"/>
                <w:color w:val="auto"/>
                <w:sz w:val="20"/>
                <w:szCs w:val="20"/>
              </w:rPr>
            </w:pPr>
            <w:r w:rsidRPr="00DA1AA9">
              <w:rPr>
                <w:rFonts w:ascii="Arial" w:hAnsi="Arial" w:cs="Arial"/>
                <w:color w:val="auto"/>
                <w:sz w:val="20"/>
                <w:szCs w:val="20"/>
              </w:rPr>
              <w:t>Public Liability Insurance and Employer’s Liability Insurance</w:t>
            </w:r>
          </w:p>
          <w:p w14:paraId="784C437F" w14:textId="77777777" w:rsidR="00A32672" w:rsidRDefault="00A32672" w:rsidP="00A32672"/>
        </w:tc>
      </w:tr>
      <w:tr w:rsidR="00A32672" w14:paraId="41AE79CC" w14:textId="77777777" w:rsidTr="00A32672">
        <w:tc>
          <w:tcPr>
            <w:tcW w:w="8856" w:type="dxa"/>
          </w:tcPr>
          <w:p w14:paraId="547BA04C" w14:textId="77777777" w:rsidR="00A32672" w:rsidRPr="00DA1AA9" w:rsidRDefault="00A32672" w:rsidP="00A32672">
            <w:pPr>
              <w:spacing w:line="360" w:lineRule="auto"/>
              <w:rPr>
                <w:rFonts w:ascii="Arial" w:hAnsi="Arial" w:cs="Arial"/>
                <w:sz w:val="20"/>
                <w:szCs w:val="20"/>
              </w:rPr>
            </w:pPr>
            <w:r w:rsidRPr="00DA1AA9">
              <w:rPr>
                <w:rFonts w:ascii="Arial" w:hAnsi="Arial" w:cs="Arial"/>
                <w:sz w:val="20"/>
                <w:szCs w:val="20"/>
              </w:rPr>
              <w:t>I declare that the above named Contractor has, or (if successful in this tender competition) will take out (prior to appointment), Public Liability Insurance (with a minimum level of cover of €6,500,000) and Employer’s Liability Insurance (with a minimum level of cover of €13,000,000) in accordance with the conditions stated in the Instructions to Tenderers, and will if requested in writing or email by the Contracting Entity provide validated copies of the above policies within 7 calendar days.</w:t>
            </w:r>
            <w:r w:rsidRPr="00DA1AA9">
              <w:rPr>
                <w:rFonts w:ascii="Arial" w:hAnsi="Arial" w:cs="Arial"/>
                <w:sz w:val="20"/>
                <w:szCs w:val="20"/>
              </w:rPr>
              <w:br/>
            </w:r>
            <w:r w:rsidRPr="00DA1AA9">
              <w:rPr>
                <w:rFonts w:ascii="Arial" w:hAnsi="Arial" w:cs="Arial"/>
                <w:sz w:val="20"/>
                <w:szCs w:val="20"/>
              </w:rPr>
              <w:br/>
              <w:t>* Contracting Entity – the person or agency awarding the tender.</w:t>
            </w:r>
          </w:p>
          <w:p w14:paraId="72EE7940" w14:textId="77777777" w:rsidR="00A32672" w:rsidRDefault="00A32672" w:rsidP="00A32672"/>
        </w:tc>
      </w:tr>
      <w:tr w:rsidR="00A32672" w14:paraId="11A738EC" w14:textId="77777777" w:rsidTr="00A32672">
        <w:tc>
          <w:tcPr>
            <w:tcW w:w="8856" w:type="dxa"/>
          </w:tcPr>
          <w:p w14:paraId="068F71ED" w14:textId="77777777" w:rsidR="00A32672" w:rsidRPr="00DA1AA9" w:rsidRDefault="00A32672" w:rsidP="00A32672">
            <w:pPr>
              <w:pStyle w:val="Heading2"/>
              <w:spacing w:line="360" w:lineRule="auto"/>
              <w:rPr>
                <w:rFonts w:ascii="Arial" w:hAnsi="Arial" w:cs="Arial"/>
                <w:color w:val="auto"/>
                <w:sz w:val="20"/>
                <w:szCs w:val="20"/>
              </w:rPr>
            </w:pPr>
            <w:r w:rsidRPr="00DA1AA9">
              <w:rPr>
                <w:rFonts w:ascii="Arial" w:hAnsi="Arial" w:cs="Arial"/>
                <w:color w:val="auto"/>
                <w:sz w:val="20"/>
                <w:szCs w:val="20"/>
              </w:rPr>
              <w:t>Evidence of Technical Capability criteria</w:t>
            </w:r>
          </w:p>
          <w:p w14:paraId="5D83502A" w14:textId="77777777" w:rsidR="00A32672" w:rsidRDefault="00A32672" w:rsidP="00A32672"/>
        </w:tc>
      </w:tr>
      <w:tr w:rsidR="00A32672" w14:paraId="2D68635E" w14:textId="77777777" w:rsidTr="00A32672">
        <w:tc>
          <w:tcPr>
            <w:tcW w:w="8856" w:type="dxa"/>
          </w:tcPr>
          <w:p w14:paraId="57A85080" w14:textId="77777777" w:rsidR="00A32672" w:rsidRPr="00DA1AA9" w:rsidRDefault="00A32672" w:rsidP="00A32672">
            <w:pPr>
              <w:spacing w:line="360" w:lineRule="auto"/>
              <w:rPr>
                <w:rFonts w:ascii="Arial" w:hAnsi="Arial" w:cs="Arial"/>
                <w:sz w:val="20"/>
                <w:szCs w:val="20"/>
              </w:rPr>
            </w:pPr>
          </w:p>
          <w:p w14:paraId="6F251232" w14:textId="77777777" w:rsidR="00A32672" w:rsidRPr="00DA1AA9" w:rsidRDefault="00A32672" w:rsidP="00A32672">
            <w:pPr>
              <w:spacing w:line="360" w:lineRule="auto"/>
              <w:rPr>
                <w:rFonts w:ascii="Arial" w:hAnsi="Arial" w:cs="Arial"/>
                <w:sz w:val="20"/>
                <w:szCs w:val="20"/>
              </w:rPr>
            </w:pPr>
            <w:proofErr w:type="gramStart"/>
            <w:r w:rsidRPr="00DA1AA9">
              <w:rPr>
                <w:rFonts w:ascii="Arial" w:hAnsi="Arial" w:cs="Arial"/>
                <w:sz w:val="20"/>
                <w:szCs w:val="20"/>
              </w:rPr>
              <w:lastRenderedPageBreak/>
              <w:t>For the purpose of</w:t>
            </w:r>
            <w:proofErr w:type="gramEnd"/>
            <w:r w:rsidRPr="00DA1AA9">
              <w:rPr>
                <w:rFonts w:ascii="Arial" w:hAnsi="Arial" w:cs="Arial"/>
                <w:sz w:val="20"/>
                <w:szCs w:val="20"/>
              </w:rPr>
              <w:t xml:space="preserve"> this declaration Works of a “similar nature” means “having a similar or compatible scope of works” (e.g. Building project, or project including the scope of works envisaged in this tender, Mechanical Installation, Electrical Installation).</w:t>
            </w:r>
          </w:p>
          <w:p w14:paraId="2989FAD4" w14:textId="77777777" w:rsidR="00A32672" w:rsidRDefault="00A32672" w:rsidP="00A32672"/>
        </w:tc>
      </w:tr>
      <w:tr w:rsidR="00A32672" w14:paraId="09096382" w14:textId="77777777" w:rsidTr="00A32672">
        <w:tc>
          <w:tcPr>
            <w:tcW w:w="8856" w:type="dxa"/>
          </w:tcPr>
          <w:p w14:paraId="7DE11419" w14:textId="77777777" w:rsidR="00A32672" w:rsidRDefault="00A32672" w:rsidP="00527260">
            <w:pPr>
              <w:pStyle w:val="Heading3"/>
              <w:spacing w:line="360" w:lineRule="auto"/>
              <w:rPr>
                <w:rFonts w:ascii="Arial" w:hAnsi="Arial" w:cs="Arial"/>
                <w:color w:val="auto"/>
                <w:sz w:val="20"/>
                <w:szCs w:val="20"/>
              </w:rPr>
            </w:pPr>
            <w:r w:rsidRPr="00DA1AA9">
              <w:rPr>
                <w:rFonts w:ascii="Arial" w:hAnsi="Arial" w:cs="Arial"/>
                <w:color w:val="auto"/>
                <w:sz w:val="20"/>
                <w:szCs w:val="20"/>
              </w:rPr>
              <w:lastRenderedPageBreak/>
              <w:t>Educational Professional qualifications of Personnel for the project</w:t>
            </w:r>
          </w:p>
          <w:p w14:paraId="18B8EA83" w14:textId="7888568E" w:rsidR="00527260" w:rsidRPr="00527260" w:rsidRDefault="00527260" w:rsidP="00527260"/>
        </w:tc>
      </w:tr>
      <w:tr w:rsidR="00A32672" w14:paraId="1FC92013" w14:textId="77777777" w:rsidTr="00A32672">
        <w:tc>
          <w:tcPr>
            <w:tcW w:w="8856" w:type="dxa"/>
          </w:tcPr>
          <w:p w14:paraId="70286B40" w14:textId="77777777" w:rsidR="00A32672" w:rsidRPr="00DA1AA9" w:rsidRDefault="00A32672" w:rsidP="00A32672">
            <w:pPr>
              <w:spacing w:line="360" w:lineRule="auto"/>
              <w:rPr>
                <w:rFonts w:ascii="Arial" w:hAnsi="Arial" w:cs="Arial"/>
                <w:sz w:val="20"/>
                <w:szCs w:val="20"/>
              </w:rPr>
            </w:pPr>
            <w:r w:rsidRPr="00DA1AA9">
              <w:rPr>
                <w:rFonts w:ascii="Arial" w:hAnsi="Arial" w:cs="Arial"/>
                <w:sz w:val="20"/>
                <w:szCs w:val="20"/>
              </w:rPr>
              <w:t xml:space="preserve">I declare that the </w:t>
            </w:r>
            <w:proofErr w:type="gramStart"/>
            <w:r w:rsidRPr="00DA1AA9">
              <w:rPr>
                <w:rFonts w:ascii="Arial" w:hAnsi="Arial" w:cs="Arial"/>
                <w:sz w:val="20"/>
                <w:szCs w:val="20"/>
              </w:rPr>
              <w:t>above named</w:t>
            </w:r>
            <w:proofErr w:type="gramEnd"/>
            <w:r w:rsidRPr="00DA1AA9">
              <w:rPr>
                <w:rFonts w:ascii="Arial" w:hAnsi="Arial" w:cs="Arial"/>
                <w:sz w:val="20"/>
                <w:szCs w:val="20"/>
              </w:rPr>
              <w:t xml:space="preserve"> Contractor (if successful in this tender competition) will assign competent personnel to fulfil the roles of (1) Contracts Manager, (2) Health &amp; Safety Manager, (3) Foreman and (4) Project Supervisor Construction Stage. (One person may fulfil more than one or </w:t>
            </w:r>
            <w:proofErr w:type="gramStart"/>
            <w:r w:rsidRPr="00DA1AA9">
              <w:rPr>
                <w:rFonts w:ascii="Arial" w:hAnsi="Arial" w:cs="Arial"/>
                <w:sz w:val="20"/>
                <w:szCs w:val="20"/>
              </w:rPr>
              <w:t>all of</w:t>
            </w:r>
            <w:proofErr w:type="gramEnd"/>
            <w:r w:rsidRPr="00DA1AA9">
              <w:rPr>
                <w:rFonts w:ascii="Arial" w:hAnsi="Arial" w:cs="Arial"/>
                <w:sz w:val="20"/>
                <w:szCs w:val="20"/>
              </w:rPr>
              <w:t xml:space="preserve"> these roles.) I further declare that the </w:t>
            </w:r>
            <w:proofErr w:type="gramStart"/>
            <w:r w:rsidRPr="00DA1AA9">
              <w:rPr>
                <w:rFonts w:ascii="Arial" w:hAnsi="Arial" w:cs="Arial"/>
                <w:sz w:val="20"/>
                <w:szCs w:val="20"/>
              </w:rPr>
              <w:t>above named</w:t>
            </w:r>
            <w:proofErr w:type="gramEnd"/>
            <w:r w:rsidRPr="00DA1AA9">
              <w:rPr>
                <w:rFonts w:ascii="Arial" w:hAnsi="Arial" w:cs="Arial"/>
                <w:sz w:val="20"/>
                <w:szCs w:val="20"/>
              </w:rPr>
              <w:t xml:space="preserve"> Contractor will (if </w:t>
            </w:r>
            <w:proofErr w:type="gramStart"/>
            <w:r w:rsidRPr="00DA1AA9">
              <w:rPr>
                <w:rFonts w:ascii="Arial" w:hAnsi="Arial" w:cs="Arial"/>
                <w:sz w:val="20"/>
                <w:szCs w:val="20"/>
              </w:rPr>
              <w:t>so</w:t>
            </w:r>
            <w:proofErr w:type="gramEnd"/>
            <w:r w:rsidRPr="00DA1AA9">
              <w:rPr>
                <w:rFonts w:ascii="Arial" w:hAnsi="Arial" w:cs="Arial"/>
                <w:sz w:val="20"/>
                <w:szCs w:val="20"/>
              </w:rPr>
              <w:t xml:space="preserve"> requested in writing or email by the Contracting Entity) provide evidence in the form of brief Curriculum Vitae showing that each of the </w:t>
            </w:r>
            <w:proofErr w:type="gramStart"/>
            <w:r w:rsidRPr="00DA1AA9">
              <w:rPr>
                <w:rFonts w:ascii="Arial" w:hAnsi="Arial" w:cs="Arial"/>
                <w:sz w:val="20"/>
                <w:szCs w:val="20"/>
              </w:rPr>
              <w:t>above named</w:t>
            </w:r>
            <w:proofErr w:type="gramEnd"/>
            <w:r w:rsidRPr="00DA1AA9">
              <w:rPr>
                <w:rFonts w:ascii="Arial" w:hAnsi="Arial" w:cs="Arial"/>
                <w:sz w:val="20"/>
                <w:szCs w:val="20"/>
              </w:rPr>
              <w:t xml:space="preserve"> personnel have previous experience on projects of a similar nature, size and complexity in the assigned role satisfactorily completed.</w:t>
            </w:r>
          </w:p>
          <w:p w14:paraId="483B2361" w14:textId="77777777" w:rsidR="00A32672" w:rsidRDefault="00A32672" w:rsidP="00A32672"/>
        </w:tc>
      </w:tr>
      <w:tr w:rsidR="00A32672" w14:paraId="11E7E1D5" w14:textId="77777777" w:rsidTr="00A32672">
        <w:tc>
          <w:tcPr>
            <w:tcW w:w="8856" w:type="dxa"/>
          </w:tcPr>
          <w:p w14:paraId="01FAB8B0" w14:textId="77777777" w:rsidR="00A32672" w:rsidRPr="00DA1AA9" w:rsidRDefault="00A32672" w:rsidP="00A32672">
            <w:pPr>
              <w:pStyle w:val="Heading3"/>
              <w:spacing w:line="360" w:lineRule="auto"/>
              <w:rPr>
                <w:rFonts w:ascii="Arial" w:hAnsi="Arial" w:cs="Arial"/>
                <w:color w:val="auto"/>
                <w:sz w:val="20"/>
                <w:szCs w:val="20"/>
              </w:rPr>
            </w:pPr>
            <w:proofErr w:type="gramStart"/>
            <w:r w:rsidRPr="00DA1AA9">
              <w:rPr>
                <w:rFonts w:ascii="Arial" w:hAnsi="Arial" w:cs="Arial"/>
                <w:color w:val="auto"/>
                <w:sz w:val="20"/>
                <w:szCs w:val="20"/>
              </w:rPr>
              <w:t>List</w:t>
            </w:r>
            <w:proofErr w:type="gramEnd"/>
            <w:r w:rsidRPr="00DA1AA9">
              <w:rPr>
                <w:rFonts w:ascii="Arial" w:hAnsi="Arial" w:cs="Arial"/>
                <w:color w:val="auto"/>
                <w:sz w:val="20"/>
                <w:szCs w:val="20"/>
              </w:rPr>
              <w:t xml:space="preserve"> works of similar nature provided over the past 7 years</w:t>
            </w:r>
          </w:p>
          <w:p w14:paraId="01E03898" w14:textId="77777777" w:rsidR="00A32672" w:rsidRDefault="00A32672" w:rsidP="00A32672"/>
        </w:tc>
      </w:tr>
      <w:tr w:rsidR="00A32672" w14:paraId="3BC4098D" w14:textId="77777777" w:rsidTr="00A32672">
        <w:tc>
          <w:tcPr>
            <w:tcW w:w="8856" w:type="dxa"/>
          </w:tcPr>
          <w:p w14:paraId="482DC77B" w14:textId="77777777" w:rsidR="00A32672" w:rsidRPr="00DA1AA9" w:rsidRDefault="00A32672" w:rsidP="00A32672">
            <w:pPr>
              <w:spacing w:line="360" w:lineRule="auto"/>
              <w:rPr>
                <w:rFonts w:ascii="Arial" w:hAnsi="Arial" w:cs="Arial"/>
                <w:sz w:val="20"/>
                <w:szCs w:val="20"/>
              </w:rPr>
            </w:pPr>
            <w:r w:rsidRPr="00DA1AA9">
              <w:rPr>
                <w:rFonts w:ascii="Arial" w:hAnsi="Arial" w:cs="Arial"/>
                <w:sz w:val="20"/>
                <w:szCs w:val="20"/>
              </w:rPr>
              <w:t>I declare that the above named Contractor has carried out and satisfactorily completed 3 works of a similar nature, size and complexity within the last 7 years and will (if so requested in writing or email by the Contracting Entity) provide details of those 3 projects including the start and finish dates for the projects, the name of the Foremen, the scope of work completed by the above named Contractor and Contractor.</w:t>
            </w:r>
          </w:p>
          <w:p w14:paraId="1F4A9D31" w14:textId="77777777" w:rsidR="00A32672" w:rsidRPr="00DA1AA9" w:rsidRDefault="00A32672" w:rsidP="00A32672">
            <w:pPr>
              <w:spacing w:line="360" w:lineRule="auto"/>
              <w:rPr>
                <w:rFonts w:ascii="Arial" w:hAnsi="Arial" w:cs="Arial"/>
                <w:sz w:val="20"/>
                <w:szCs w:val="20"/>
              </w:rPr>
            </w:pPr>
          </w:p>
          <w:p w14:paraId="0C7D1CAC" w14:textId="77777777" w:rsidR="00A32672" w:rsidRPr="00DA1AA9" w:rsidRDefault="00A32672" w:rsidP="00A32672">
            <w:pPr>
              <w:pStyle w:val="Default"/>
              <w:spacing w:line="360" w:lineRule="auto"/>
              <w:rPr>
                <w:color w:val="auto"/>
                <w:sz w:val="20"/>
                <w:szCs w:val="20"/>
              </w:rPr>
            </w:pPr>
            <w:r w:rsidRPr="00DA1AA9">
              <w:rPr>
                <w:color w:val="auto"/>
                <w:sz w:val="20"/>
                <w:szCs w:val="20"/>
              </w:rPr>
              <w:t xml:space="preserve">contact details (including phone numbers) for the Contracting Entities and the consultants in charge. I understand that the above information may be checked by the Contracting Entity or their consultants. </w:t>
            </w:r>
          </w:p>
          <w:p w14:paraId="07CF6E38" w14:textId="77777777" w:rsidR="00A32672" w:rsidRDefault="00A32672" w:rsidP="00A32672"/>
        </w:tc>
      </w:tr>
      <w:tr w:rsidR="00A32672" w14:paraId="5CF7DCFD" w14:textId="77777777" w:rsidTr="00A32672">
        <w:tc>
          <w:tcPr>
            <w:tcW w:w="8856" w:type="dxa"/>
          </w:tcPr>
          <w:p w14:paraId="6AAF2A55" w14:textId="1CB8CC75" w:rsidR="00A32672" w:rsidRDefault="00A32672" w:rsidP="00527260">
            <w:pPr>
              <w:pStyle w:val="Default"/>
              <w:spacing w:line="360" w:lineRule="auto"/>
            </w:pPr>
            <w:r w:rsidRPr="00527260">
              <w:rPr>
                <w:b/>
                <w:bCs/>
                <w:color w:val="4F81BD" w:themeColor="accent1"/>
                <w:sz w:val="20"/>
                <w:szCs w:val="20"/>
              </w:rPr>
              <w:t xml:space="preserve">HEALTH AND SAFETY COMPETENCE </w:t>
            </w:r>
          </w:p>
        </w:tc>
      </w:tr>
    </w:tbl>
    <w:p w14:paraId="0FDBFDE0" w14:textId="77777777" w:rsidR="00A32672" w:rsidRPr="00A32672" w:rsidRDefault="00A32672" w:rsidP="00A32672"/>
    <w:tbl>
      <w:tblPr>
        <w:tblStyle w:val="TableGrid"/>
        <w:tblW w:w="0" w:type="auto"/>
        <w:tblLook w:val="04A0" w:firstRow="1" w:lastRow="0" w:firstColumn="1" w:lastColumn="0" w:noHBand="0" w:noVBand="1"/>
      </w:tblPr>
      <w:tblGrid>
        <w:gridCol w:w="8630"/>
      </w:tblGrid>
      <w:tr w:rsidR="00A32672" w14:paraId="2A00E6C3" w14:textId="77777777" w:rsidTr="00A32672">
        <w:tc>
          <w:tcPr>
            <w:tcW w:w="8856" w:type="dxa"/>
          </w:tcPr>
          <w:p w14:paraId="217F283F" w14:textId="77777777" w:rsidR="00A32672" w:rsidRPr="00DA1AA9" w:rsidRDefault="00A32672" w:rsidP="00A32672">
            <w:pPr>
              <w:pStyle w:val="Default"/>
              <w:spacing w:line="360" w:lineRule="auto"/>
              <w:rPr>
                <w:color w:val="auto"/>
                <w:sz w:val="20"/>
                <w:szCs w:val="20"/>
              </w:rPr>
            </w:pPr>
            <w:r w:rsidRPr="00DA1AA9">
              <w:rPr>
                <w:color w:val="auto"/>
                <w:sz w:val="20"/>
                <w:szCs w:val="20"/>
              </w:rPr>
              <w:t xml:space="preserve">It is a statutory requirement that the competence and satisfactory allocation of resources of the Contractor are established in compliance with the Safety Health and Welfare at Work (Construction) Regulations 2013. </w:t>
            </w:r>
          </w:p>
          <w:p w14:paraId="2637AB51" w14:textId="77777777" w:rsidR="00A32672" w:rsidRPr="00DA1AA9" w:rsidRDefault="00A32672" w:rsidP="00A32672">
            <w:pPr>
              <w:pStyle w:val="Default"/>
              <w:spacing w:line="360" w:lineRule="auto"/>
              <w:rPr>
                <w:color w:val="auto"/>
                <w:sz w:val="20"/>
                <w:szCs w:val="20"/>
              </w:rPr>
            </w:pPr>
            <w:r w:rsidRPr="00DA1AA9">
              <w:rPr>
                <w:color w:val="auto"/>
                <w:sz w:val="20"/>
                <w:szCs w:val="20"/>
              </w:rPr>
              <w:t xml:space="preserve">It is also a statutory requirement that the competence of the person or persons to be appointed as Project Supervisor for the Construction Stage (PSCS) is established pursuant to section 6(1)(a) of the Safety, Health and Welfare at Work Construction Regulations 2006. </w:t>
            </w:r>
          </w:p>
          <w:p w14:paraId="40B3FF45" w14:textId="708EA654" w:rsidR="00A32672" w:rsidRDefault="00A32672" w:rsidP="00A32672">
            <w:pPr>
              <w:pStyle w:val="Default"/>
              <w:spacing w:line="360" w:lineRule="auto"/>
              <w:rPr>
                <w:color w:val="auto"/>
                <w:sz w:val="20"/>
                <w:szCs w:val="20"/>
              </w:rPr>
            </w:pPr>
            <w:r w:rsidRPr="00DA1AA9">
              <w:rPr>
                <w:color w:val="auto"/>
                <w:sz w:val="20"/>
                <w:szCs w:val="20"/>
              </w:rPr>
              <w:t>The standard required is stated under the relevant criterion, based on the category of project identified in the advertisement/Contract Notice or tender documents (Type 1/Type 2</w:t>
            </w:r>
            <w:r w:rsidR="00AE702F">
              <w:rPr>
                <w:color w:val="auto"/>
                <w:sz w:val="20"/>
                <w:szCs w:val="20"/>
              </w:rPr>
              <w:t>*</w:t>
            </w:r>
            <w:r>
              <w:rPr>
                <w:color w:val="auto"/>
                <w:sz w:val="20"/>
                <w:szCs w:val="20"/>
              </w:rPr>
              <w:t>)</w:t>
            </w:r>
            <w:r w:rsidRPr="00DA1AA9">
              <w:rPr>
                <w:color w:val="auto"/>
                <w:sz w:val="20"/>
                <w:szCs w:val="20"/>
              </w:rPr>
              <w:t xml:space="preserve"> If none </w:t>
            </w:r>
            <w:r w:rsidRPr="00DA1AA9">
              <w:rPr>
                <w:color w:val="auto"/>
                <w:sz w:val="20"/>
                <w:szCs w:val="20"/>
              </w:rPr>
              <w:lastRenderedPageBreak/>
              <w:t xml:space="preserve">stated the default is Type 1. (This information is not required at Tender stage. No evidence of compliance is to be attached to or submitted with this declaration of suitability at this time). </w:t>
            </w:r>
          </w:p>
          <w:p w14:paraId="44ED5F84" w14:textId="77777777" w:rsidR="00AE702F" w:rsidRPr="00DA1AA9" w:rsidRDefault="00AE702F" w:rsidP="00A32672">
            <w:pPr>
              <w:pStyle w:val="Default"/>
              <w:spacing w:line="360" w:lineRule="auto"/>
              <w:rPr>
                <w:color w:val="auto"/>
                <w:sz w:val="20"/>
                <w:szCs w:val="20"/>
              </w:rPr>
            </w:pPr>
          </w:p>
          <w:p w14:paraId="6031123E" w14:textId="521B1BFC" w:rsidR="00AE702F" w:rsidRPr="00AE702F" w:rsidRDefault="00AE702F" w:rsidP="00AE702F">
            <w:pPr>
              <w:pStyle w:val="Default"/>
              <w:spacing w:line="360" w:lineRule="auto"/>
              <w:rPr>
                <w:i/>
                <w:iCs/>
                <w:color w:val="auto"/>
                <w:sz w:val="16"/>
                <w:szCs w:val="16"/>
              </w:rPr>
            </w:pPr>
            <w:r>
              <w:rPr>
                <w:sz w:val="20"/>
                <w:szCs w:val="20"/>
              </w:rPr>
              <w:t>*</w:t>
            </w:r>
          </w:p>
          <w:p w14:paraId="5595B2B5" w14:textId="77777777" w:rsidR="00AE702F" w:rsidRPr="00AE702F" w:rsidRDefault="00AE702F" w:rsidP="00AE702F">
            <w:pPr>
              <w:pStyle w:val="Default"/>
              <w:spacing w:line="360" w:lineRule="auto"/>
              <w:rPr>
                <w:i/>
                <w:iCs/>
                <w:color w:val="auto"/>
                <w:sz w:val="16"/>
                <w:szCs w:val="16"/>
              </w:rPr>
            </w:pPr>
            <w:r w:rsidRPr="00AE702F">
              <w:rPr>
                <w:i/>
                <w:iCs/>
                <w:color w:val="auto"/>
                <w:sz w:val="16"/>
                <w:szCs w:val="16"/>
              </w:rPr>
              <w:t xml:space="preserve">Type 1 project has a value &lt; €500,000; </w:t>
            </w:r>
          </w:p>
          <w:p w14:paraId="6E6C1A8D" w14:textId="56B0A79D" w:rsidR="00AE702F" w:rsidRPr="00076E7C" w:rsidRDefault="00AE702F" w:rsidP="00AE702F">
            <w:pPr>
              <w:pStyle w:val="Default"/>
              <w:spacing w:line="360" w:lineRule="auto"/>
              <w:rPr>
                <w:i/>
                <w:iCs/>
                <w:color w:val="auto"/>
                <w:sz w:val="16"/>
                <w:szCs w:val="16"/>
              </w:rPr>
            </w:pPr>
          </w:p>
          <w:p w14:paraId="5FDC85AB" w14:textId="44437741" w:rsidR="00A32672" w:rsidRDefault="00A32672" w:rsidP="00DA1AA9">
            <w:pPr>
              <w:spacing w:line="360" w:lineRule="auto"/>
              <w:rPr>
                <w:rFonts w:ascii="Arial" w:hAnsi="Arial" w:cs="Arial"/>
                <w:sz w:val="20"/>
                <w:szCs w:val="20"/>
              </w:rPr>
            </w:pPr>
          </w:p>
        </w:tc>
      </w:tr>
      <w:tr w:rsidR="00A32672" w14:paraId="71E0FB75" w14:textId="77777777" w:rsidTr="00A32672">
        <w:tc>
          <w:tcPr>
            <w:tcW w:w="8856" w:type="dxa"/>
          </w:tcPr>
          <w:p w14:paraId="0C43335C" w14:textId="77777777" w:rsidR="00AE702F" w:rsidRPr="00527260" w:rsidRDefault="00AE702F" w:rsidP="00AE702F">
            <w:pPr>
              <w:pStyle w:val="Default"/>
              <w:spacing w:line="360" w:lineRule="auto"/>
              <w:rPr>
                <w:b/>
                <w:bCs/>
                <w:color w:val="4F81BD" w:themeColor="accent1"/>
                <w:sz w:val="20"/>
                <w:szCs w:val="20"/>
              </w:rPr>
            </w:pPr>
            <w:r w:rsidRPr="00527260">
              <w:rPr>
                <w:b/>
                <w:bCs/>
                <w:color w:val="4F81BD" w:themeColor="accent1"/>
                <w:sz w:val="20"/>
                <w:szCs w:val="20"/>
              </w:rPr>
              <w:lastRenderedPageBreak/>
              <w:t xml:space="preserve">HEALTH AND SAFETY COMPETENCE OF CONTRACTOR </w:t>
            </w:r>
          </w:p>
          <w:p w14:paraId="7FA1810E" w14:textId="77777777" w:rsidR="00A32672" w:rsidRDefault="00A32672" w:rsidP="00DA1AA9">
            <w:pPr>
              <w:spacing w:line="360" w:lineRule="auto"/>
              <w:rPr>
                <w:rFonts w:ascii="Arial" w:hAnsi="Arial" w:cs="Arial"/>
                <w:sz w:val="20"/>
                <w:szCs w:val="20"/>
              </w:rPr>
            </w:pPr>
          </w:p>
        </w:tc>
      </w:tr>
      <w:tr w:rsidR="00A32672" w14:paraId="417B1982" w14:textId="77777777" w:rsidTr="00A32672">
        <w:tc>
          <w:tcPr>
            <w:tcW w:w="8856" w:type="dxa"/>
          </w:tcPr>
          <w:p w14:paraId="5E0966E4" w14:textId="77777777" w:rsidR="00AE702F" w:rsidRPr="00DA1AA9" w:rsidRDefault="00AE702F" w:rsidP="00AE702F">
            <w:pPr>
              <w:pStyle w:val="Default"/>
              <w:spacing w:line="360" w:lineRule="auto"/>
              <w:rPr>
                <w:color w:val="auto"/>
                <w:sz w:val="20"/>
                <w:szCs w:val="20"/>
              </w:rPr>
            </w:pPr>
            <w:r w:rsidRPr="00DA1AA9">
              <w:rPr>
                <w:color w:val="auto"/>
                <w:sz w:val="20"/>
                <w:szCs w:val="20"/>
              </w:rPr>
              <w:t xml:space="preserve">Additional H&amp;S Educational and professional qualifications of Personnel for the project </w:t>
            </w:r>
          </w:p>
          <w:p w14:paraId="29BD2D58" w14:textId="77777777" w:rsidR="00AE702F" w:rsidRPr="00DA1AA9" w:rsidRDefault="00AE702F" w:rsidP="00AE702F">
            <w:pPr>
              <w:pStyle w:val="Default"/>
              <w:spacing w:line="360" w:lineRule="auto"/>
              <w:rPr>
                <w:color w:val="auto"/>
                <w:sz w:val="20"/>
                <w:szCs w:val="20"/>
              </w:rPr>
            </w:pPr>
            <w:r w:rsidRPr="00DA1AA9">
              <w:rPr>
                <w:b/>
                <w:bCs/>
                <w:color w:val="auto"/>
                <w:sz w:val="20"/>
                <w:szCs w:val="20"/>
              </w:rPr>
              <w:t xml:space="preserve">I declare that </w:t>
            </w:r>
            <w:r w:rsidRPr="00DA1AA9">
              <w:rPr>
                <w:color w:val="auto"/>
                <w:sz w:val="20"/>
                <w:szCs w:val="20"/>
              </w:rPr>
              <w:t xml:space="preserve">above named Contractor (if successful in this tender competition) will (if </w:t>
            </w:r>
            <w:proofErr w:type="gramStart"/>
            <w:r w:rsidRPr="00DA1AA9">
              <w:rPr>
                <w:color w:val="auto"/>
                <w:sz w:val="20"/>
                <w:szCs w:val="20"/>
              </w:rPr>
              <w:t>so</w:t>
            </w:r>
            <w:proofErr w:type="gramEnd"/>
            <w:r w:rsidRPr="00DA1AA9">
              <w:rPr>
                <w:color w:val="auto"/>
                <w:sz w:val="20"/>
                <w:szCs w:val="20"/>
              </w:rPr>
              <w:t xml:space="preserve"> requested in writing or email by the Contracting Entity) provide an organisation chart indicating the duty holders responsible for Health and Safety and demonstrating how responsibility for Health and Safety is allocated within the firm. </w:t>
            </w:r>
          </w:p>
          <w:p w14:paraId="5F1B9DA1" w14:textId="77777777" w:rsidR="00A32672" w:rsidRDefault="00A32672" w:rsidP="00DA1AA9">
            <w:pPr>
              <w:spacing w:line="360" w:lineRule="auto"/>
              <w:rPr>
                <w:rFonts w:ascii="Arial" w:hAnsi="Arial" w:cs="Arial"/>
                <w:sz w:val="20"/>
                <w:szCs w:val="20"/>
              </w:rPr>
            </w:pPr>
          </w:p>
        </w:tc>
      </w:tr>
      <w:tr w:rsidR="00A32672" w14:paraId="31F59D77" w14:textId="77777777" w:rsidTr="00A32672">
        <w:tc>
          <w:tcPr>
            <w:tcW w:w="8856" w:type="dxa"/>
          </w:tcPr>
          <w:p w14:paraId="5090B536" w14:textId="77777777" w:rsidR="00AE702F" w:rsidRDefault="00AE702F" w:rsidP="00AE702F">
            <w:pPr>
              <w:pStyle w:val="Default"/>
              <w:spacing w:line="360" w:lineRule="auto"/>
              <w:rPr>
                <w:b/>
                <w:bCs/>
                <w:color w:val="auto"/>
                <w:sz w:val="20"/>
                <w:szCs w:val="20"/>
              </w:rPr>
            </w:pPr>
            <w:r w:rsidRPr="00DA1AA9">
              <w:rPr>
                <w:b/>
                <w:bCs/>
                <w:color w:val="auto"/>
                <w:sz w:val="20"/>
                <w:szCs w:val="20"/>
              </w:rPr>
              <w:t xml:space="preserve">Additional Declaration for Type 2 projects </w:t>
            </w:r>
          </w:p>
          <w:p w14:paraId="1E182E3E" w14:textId="663296EC" w:rsidR="00076E7C" w:rsidRPr="00DA1AA9" w:rsidRDefault="00076E7C" w:rsidP="00AE702F">
            <w:pPr>
              <w:pStyle w:val="Default"/>
              <w:spacing w:line="360" w:lineRule="auto"/>
              <w:rPr>
                <w:b/>
                <w:bCs/>
                <w:color w:val="auto"/>
                <w:sz w:val="20"/>
                <w:szCs w:val="20"/>
              </w:rPr>
            </w:pPr>
            <w:r>
              <w:rPr>
                <w:b/>
                <w:bCs/>
                <w:color w:val="auto"/>
                <w:sz w:val="20"/>
                <w:szCs w:val="20"/>
              </w:rPr>
              <w:t>Not Applicable</w:t>
            </w:r>
          </w:p>
          <w:p w14:paraId="2A8E58E9" w14:textId="77777777" w:rsidR="00A32672" w:rsidRDefault="00A32672" w:rsidP="00DA1AA9">
            <w:pPr>
              <w:spacing w:line="360" w:lineRule="auto"/>
              <w:rPr>
                <w:rFonts w:ascii="Arial" w:hAnsi="Arial" w:cs="Arial"/>
                <w:sz w:val="20"/>
                <w:szCs w:val="20"/>
              </w:rPr>
            </w:pPr>
          </w:p>
        </w:tc>
      </w:tr>
      <w:tr w:rsidR="00A32672" w14:paraId="3291D780" w14:textId="77777777" w:rsidTr="00A32672">
        <w:tc>
          <w:tcPr>
            <w:tcW w:w="8856" w:type="dxa"/>
          </w:tcPr>
          <w:p w14:paraId="49D80A29" w14:textId="77777777" w:rsidR="00AE702F" w:rsidRDefault="00AE702F" w:rsidP="00AE702F">
            <w:pPr>
              <w:pStyle w:val="Default"/>
              <w:spacing w:line="360" w:lineRule="auto"/>
              <w:rPr>
                <w:color w:val="auto"/>
                <w:sz w:val="20"/>
                <w:szCs w:val="20"/>
              </w:rPr>
            </w:pPr>
            <w:r w:rsidRPr="00DA1AA9">
              <w:rPr>
                <w:b/>
                <w:bCs/>
                <w:color w:val="auto"/>
                <w:sz w:val="20"/>
                <w:szCs w:val="20"/>
              </w:rPr>
              <w:t xml:space="preserve">I further declare that </w:t>
            </w:r>
            <w:r w:rsidRPr="00DA1AA9">
              <w:rPr>
                <w:color w:val="auto"/>
                <w:sz w:val="20"/>
                <w:szCs w:val="20"/>
              </w:rPr>
              <w:t xml:space="preserve">the Health and Safety Manager and the Site Safety Officer (who may be the same people as the Contracts Manager and/or foreman) has (have) either a Degree/diploma or other equivalent H&amp;S training (minimum 4 hours externally accredited CPD) in addition to experience as Health and Safety Manager/Site Safety Officer on at least 3 satisfactorily completed building construction projects. </w:t>
            </w:r>
          </w:p>
          <w:p w14:paraId="34B66588" w14:textId="77777777" w:rsidR="00AE702F" w:rsidRPr="00DA1AA9" w:rsidRDefault="00AE702F" w:rsidP="00AE702F">
            <w:pPr>
              <w:pStyle w:val="Default"/>
              <w:spacing w:line="360" w:lineRule="auto"/>
              <w:rPr>
                <w:color w:val="auto"/>
                <w:sz w:val="20"/>
                <w:szCs w:val="20"/>
              </w:rPr>
            </w:pPr>
          </w:p>
          <w:p w14:paraId="000A9C04" w14:textId="77777777" w:rsidR="00AE702F" w:rsidRPr="00AE702F" w:rsidRDefault="00AE702F" w:rsidP="00AE702F">
            <w:pPr>
              <w:pStyle w:val="Default"/>
              <w:spacing w:line="360" w:lineRule="auto"/>
              <w:rPr>
                <w:color w:val="auto"/>
                <w:sz w:val="20"/>
                <w:szCs w:val="20"/>
                <w:u w:val="single"/>
              </w:rPr>
            </w:pPr>
            <w:r w:rsidRPr="00AE702F">
              <w:rPr>
                <w:color w:val="auto"/>
                <w:sz w:val="20"/>
                <w:szCs w:val="20"/>
                <w:u w:val="single"/>
              </w:rPr>
              <w:t xml:space="preserve">List services of similar nature provided over the past 7 years </w:t>
            </w:r>
          </w:p>
          <w:p w14:paraId="3210061E" w14:textId="77777777" w:rsidR="00AE702F" w:rsidRPr="00DA1AA9" w:rsidRDefault="00AE702F" w:rsidP="00AE702F">
            <w:pPr>
              <w:pStyle w:val="Default"/>
              <w:spacing w:line="360" w:lineRule="auto"/>
              <w:rPr>
                <w:color w:val="auto"/>
                <w:sz w:val="20"/>
                <w:szCs w:val="20"/>
              </w:rPr>
            </w:pPr>
          </w:p>
          <w:p w14:paraId="1F219023" w14:textId="4B971FB9" w:rsidR="00AE702F" w:rsidRDefault="00AE702F" w:rsidP="00AE702F">
            <w:pPr>
              <w:spacing w:line="360" w:lineRule="auto"/>
              <w:rPr>
                <w:rFonts w:ascii="Arial" w:hAnsi="Arial" w:cs="Arial"/>
                <w:sz w:val="20"/>
                <w:szCs w:val="20"/>
              </w:rPr>
            </w:pPr>
            <w:r w:rsidRPr="00DA1AA9">
              <w:rPr>
                <w:rFonts w:ascii="Arial" w:hAnsi="Arial" w:cs="Arial"/>
                <w:b/>
                <w:bCs/>
                <w:sz w:val="20"/>
                <w:szCs w:val="20"/>
              </w:rPr>
              <w:t xml:space="preserve">I declare that </w:t>
            </w:r>
            <w:r w:rsidRPr="00DA1AA9">
              <w:rPr>
                <w:rFonts w:ascii="Arial" w:hAnsi="Arial" w:cs="Arial"/>
                <w:sz w:val="20"/>
                <w:szCs w:val="20"/>
              </w:rPr>
              <w:t>the above named Contractor has completed 3 works of a similar nature, size and complexity within the last 7 years in a satisfactory manner in compliance with the Safety, Health and</w:t>
            </w:r>
            <w:r>
              <w:rPr>
                <w:rFonts w:ascii="Arial" w:hAnsi="Arial" w:cs="Arial"/>
                <w:sz w:val="20"/>
                <w:szCs w:val="20"/>
              </w:rPr>
              <w:t xml:space="preserve"> </w:t>
            </w:r>
            <w:r w:rsidRPr="00DA1AA9">
              <w:rPr>
                <w:rFonts w:ascii="Arial" w:hAnsi="Arial" w:cs="Arial"/>
                <w:sz w:val="20"/>
                <w:szCs w:val="20"/>
              </w:rPr>
              <w:t xml:space="preserve">Welfare at Work Construction Regulations 2013, and will (if so requested in writing or email by the Contracting Entity) provide details of those 3 projects (as 3.4.c above) and the record of enforcement actions, legal proceedings accidents, fatalities or incidents for those projects and (where applicable) measures that have been put in place by the above named Contractor to address any deficiencies in H&amp;S procedures. </w:t>
            </w:r>
          </w:p>
          <w:p w14:paraId="0AE63F02" w14:textId="77777777" w:rsidR="00AE702F" w:rsidRPr="00DA1AA9" w:rsidRDefault="00AE702F" w:rsidP="00AE702F">
            <w:pPr>
              <w:spacing w:line="360" w:lineRule="auto"/>
              <w:rPr>
                <w:rFonts w:ascii="Arial" w:hAnsi="Arial" w:cs="Arial"/>
                <w:sz w:val="20"/>
                <w:szCs w:val="20"/>
              </w:rPr>
            </w:pPr>
          </w:p>
          <w:p w14:paraId="65A35465" w14:textId="77777777" w:rsidR="00AE702F" w:rsidRPr="00AE702F" w:rsidRDefault="00AE702F" w:rsidP="00AE702F">
            <w:pPr>
              <w:pStyle w:val="Default"/>
              <w:spacing w:line="360" w:lineRule="auto"/>
              <w:rPr>
                <w:color w:val="auto"/>
                <w:sz w:val="20"/>
                <w:szCs w:val="20"/>
                <w:u w:val="single"/>
              </w:rPr>
            </w:pPr>
            <w:r w:rsidRPr="00AE702F">
              <w:rPr>
                <w:color w:val="auto"/>
                <w:sz w:val="20"/>
                <w:szCs w:val="20"/>
                <w:u w:val="single"/>
              </w:rPr>
              <w:t xml:space="preserve">Technicians or technical bodies involved especially those responsible for quality control </w:t>
            </w:r>
          </w:p>
          <w:p w14:paraId="45E9A40C" w14:textId="77777777" w:rsidR="00AE702F" w:rsidRDefault="00AE702F" w:rsidP="00AE702F">
            <w:pPr>
              <w:pStyle w:val="Default"/>
              <w:spacing w:line="360" w:lineRule="auto"/>
              <w:rPr>
                <w:color w:val="auto"/>
                <w:sz w:val="20"/>
                <w:szCs w:val="20"/>
              </w:rPr>
            </w:pPr>
            <w:r w:rsidRPr="00DA1AA9">
              <w:rPr>
                <w:color w:val="auto"/>
                <w:sz w:val="20"/>
                <w:szCs w:val="20"/>
              </w:rPr>
              <w:t xml:space="preserve">We confirm that in our opinion our organisation is competent and adequately resourced to fulfil its obligations under the Safety, Health and Welfare at Work Act 2005 and that our </w:t>
            </w:r>
            <w:r w:rsidRPr="00DA1AA9">
              <w:rPr>
                <w:color w:val="auto"/>
                <w:sz w:val="20"/>
                <w:szCs w:val="20"/>
              </w:rPr>
              <w:lastRenderedPageBreak/>
              <w:t xml:space="preserve">organisation has adequate resources to fulfil the role of Contractor for this project. If successful in this tender competition, we will provide, within 7 days of a request in writing or email by the Contracting Entity a signed Health and Safety Declaration in the form at Appendix C1 to QW2 available at </w:t>
            </w:r>
            <w:proofErr w:type="gramStart"/>
            <w:r w:rsidRPr="00DA1AA9">
              <w:rPr>
                <w:color w:val="auto"/>
                <w:sz w:val="20"/>
                <w:szCs w:val="20"/>
              </w:rPr>
              <w:t>www.constructionprocurement.gov.ie .</w:t>
            </w:r>
            <w:proofErr w:type="gramEnd"/>
            <w:r w:rsidRPr="00DA1AA9">
              <w:rPr>
                <w:color w:val="auto"/>
                <w:sz w:val="20"/>
                <w:szCs w:val="20"/>
              </w:rPr>
              <w:t xml:space="preserve"> </w:t>
            </w:r>
          </w:p>
          <w:p w14:paraId="6BBE750A" w14:textId="77777777" w:rsidR="00AE702F" w:rsidRDefault="00AE702F" w:rsidP="00AE702F">
            <w:pPr>
              <w:pStyle w:val="Default"/>
              <w:spacing w:line="360" w:lineRule="auto"/>
              <w:rPr>
                <w:color w:val="auto"/>
                <w:sz w:val="20"/>
                <w:szCs w:val="20"/>
              </w:rPr>
            </w:pPr>
          </w:p>
          <w:p w14:paraId="5A7C3C6D" w14:textId="77777777" w:rsidR="00AE702F" w:rsidRDefault="00AE702F" w:rsidP="00AE702F">
            <w:pPr>
              <w:pStyle w:val="Default"/>
              <w:spacing w:line="360" w:lineRule="auto"/>
              <w:rPr>
                <w:color w:val="auto"/>
                <w:sz w:val="20"/>
                <w:szCs w:val="20"/>
                <w:u w:val="single"/>
              </w:rPr>
            </w:pPr>
            <w:r w:rsidRPr="00AE702F">
              <w:rPr>
                <w:color w:val="auto"/>
                <w:sz w:val="20"/>
                <w:szCs w:val="20"/>
                <w:u w:val="single"/>
              </w:rPr>
              <w:t xml:space="preserve">Average annual numbers of persons employed by the contractor </w:t>
            </w:r>
          </w:p>
          <w:p w14:paraId="1E31C76D" w14:textId="77777777" w:rsidR="00527260" w:rsidRPr="00AE702F" w:rsidRDefault="00527260" w:rsidP="00AE702F">
            <w:pPr>
              <w:pStyle w:val="Default"/>
              <w:spacing w:line="360" w:lineRule="auto"/>
              <w:rPr>
                <w:color w:val="auto"/>
                <w:sz w:val="20"/>
                <w:szCs w:val="20"/>
                <w:u w:val="single"/>
              </w:rPr>
            </w:pPr>
          </w:p>
          <w:p w14:paraId="6B2703E7" w14:textId="77777777" w:rsidR="00AE702F" w:rsidRPr="00DA1AA9" w:rsidRDefault="00AE702F" w:rsidP="00AE702F">
            <w:pPr>
              <w:pStyle w:val="Default"/>
              <w:spacing w:line="360" w:lineRule="auto"/>
              <w:rPr>
                <w:color w:val="auto"/>
                <w:sz w:val="20"/>
                <w:szCs w:val="20"/>
              </w:rPr>
            </w:pPr>
            <w:r w:rsidRPr="00DA1AA9">
              <w:rPr>
                <w:color w:val="auto"/>
                <w:sz w:val="20"/>
                <w:szCs w:val="20"/>
              </w:rPr>
              <w:t xml:space="preserve">We confirm that in our opinion our organisation has adequate numbers of persons employed to fulfil its obligations under the Safety, Health and Welfare at Work Act 2005 and that our organisation has adequate resources to fulfil the role of Contractor for this project. </w:t>
            </w:r>
          </w:p>
          <w:p w14:paraId="650EF113" w14:textId="77777777" w:rsidR="00AE702F" w:rsidRPr="00DA1AA9" w:rsidRDefault="00AE702F" w:rsidP="00AE702F">
            <w:pPr>
              <w:pStyle w:val="Default"/>
              <w:spacing w:line="360" w:lineRule="auto"/>
              <w:rPr>
                <w:color w:val="auto"/>
                <w:sz w:val="20"/>
                <w:szCs w:val="20"/>
              </w:rPr>
            </w:pPr>
          </w:p>
          <w:p w14:paraId="36A6A843" w14:textId="77777777" w:rsidR="00A32672" w:rsidRDefault="00A32672" w:rsidP="00DA1AA9">
            <w:pPr>
              <w:spacing w:line="360" w:lineRule="auto"/>
              <w:rPr>
                <w:rFonts w:ascii="Arial" w:hAnsi="Arial" w:cs="Arial"/>
                <w:sz w:val="20"/>
                <w:szCs w:val="20"/>
              </w:rPr>
            </w:pPr>
          </w:p>
        </w:tc>
      </w:tr>
      <w:tr w:rsidR="00A32672" w14:paraId="7E2CC92A" w14:textId="77777777" w:rsidTr="00A32672">
        <w:tc>
          <w:tcPr>
            <w:tcW w:w="8856" w:type="dxa"/>
          </w:tcPr>
          <w:p w14:paraId="141F3B8C" w14:textId="77777777" w:rsidR="00AE702F" w:rsidRPr="00527260" w:rsidRDefault="00AE702F" w:rsidP="00AE702F">
            <w:pPr>
              <w:pStyle w:val="Default"/>
              <w:spacing w:line="360" w:lineRule="auto"/>
              <w:rPr>
                <w:b/>
                <w:bCs/>
                <w:color w:val="4F81BD" w:themeColor="accent1"/>
                <w:sz w:val="20"/>
                <w:szCs w:val="20"/>
              </w:rPr>
            </w:pPr>
            <w:r w:rsidRPr="00527260">
              <w:rPr>
                <w:b/>
                <w:bCs/>
                <w:color w:val="4F81BD" w:themeColor="accent1"/>
                <w:sz w:val="20"/>
                <w:szCs w:val="20"/>
              </w:rPr>
              <w:lastRenderedPageBreak/>
              <w:t xml:space="preserve">HEALTH AND SAFETY COMPETENCE OF PSCS </w:t>
            </w:r>
          </w:p>
          <w:p w14:paraId="20051614" w14:textId="77777777" w:rsidR="00A32672" w:rsidRDefault="00A32672" w:rsidP="00DA1AA9">
            <w:pPr>
              <w:spacing w:line="360" w:lineRule="auto"/>
              <w:rPr>
                <w:rFonts w:ascii="Arial" w:hAnsi="Arial" w:cs="Arial"/>
                <w:sz w:val="20"/>
                <w:szCs w:val="20"/>
              </w:rPr>
            </w:pPr>
          </w:p>
        </w:tc>
      </w:tr>
      <w:tr w:rsidR="00AE702F" w14:paraId="79A416D9" w14:textId="77777777" w:rsidTr="00AE702F">
        <w:tc>
          <w:tcPr>
            <w:tcW w:w="8856" w:type="dxa"/>
          </w:tcPr>
          <w:p w14:paraId="762B214F" w14:textId="77777777" w:rsidR="00AE702F" w:rsidRPr="00527260" w:rsidRDefault="00AE702F" w:rsidP="00AE702F">
            <w:pPr>
              <w:pStyle w:val="Default"/>
              <w:spacing w:line="360" w:lineRule="auto"/>
              <w:rPr>
                <w:color w:val="auto"/>
                <w:sz w:val="20"/>
                <w:szCs w:val="20"/>
                <w:u w:val="single"/>
              </w:rPr>
            </w:pPr>
            <w:r w:rsidRPr="00527260">
              <w:rPr>
                <w:color w:val="auto"/>
                <w:sz w:val="20"/>
                <w:szCs w:val="20"/>
                <w:u w:val="single"/>
              </w:rPr>
              <w:t xml:space="preserve">Educational and professional qualifications of Personnel for the project </w:t>
            </w:r>
          </w:p>
          <w:p w14:paraId="6FA9C404" w14:textId="77777777" w:rsidR="00AE702F" w:rsidRPr="00DA1AA9" w:rsidRDefault="00AE702F" w:rsidP="00AE702F">
            <w:pPr>
              <w:pStyle w:val="Default"/>
              <w:spacing w:line="360" w:lineRule="auto"/>
              <w:rPr>
                <w:color w:val="auto"/>
                <w:sz w:val="20"/>
                <w:szCs w:val="20"/>
              </w:rPr>
            </w:pPr>
          </w:p>
          <w:p w14:paraId="5ED1B215" w14:textId="77777777" w:rsidR="00AE702F" w:rsidRPr="00DA1AA9" w:rsidRDefault="00AE702F" w:rsidP="00AE702F">
            <w:pPr>
              <w:pStyle w:val="Default"/>
              <w:spacing w:line="360" w:lineRule="auto"/>
              <w:rPr>
                <w:color w:val="auto"/>
                <w:sz w:val="20"/>
                <w:szCs w:val="20"/>
              </w:rPr>
            </w:pPr>
            <w:r w:rsidRPr="00DA1AA9">
              <w:rPr>
                <w:b/>
                <w:bCs/>
                <w:color w:val="auto"/>
                <w:sz w:val="20"/>
                <w:szCs w:val="20"/>
              </w:rPr>
              <w:t xml:space="preserve">I declare that </w:t>
            </w:r>
            <w:r w:rsidRPr="00DA1AA9">
              <w:rPr>
                <w:color w:val="auto"/>
                <w:sz w:val="20"/>
                <w:szCs w:val="20"/>
              </w:rPr>
              <w:t>we will (if successful in this tender competition</w:t>
            </w:r>
            <w:proofErr w:type="gramStart"/>
            <w:r w:rsidRPr="00DA1AA9">
              <w:rPr>
                <w:color w:val="auto"/>
                <w:sz w:val="20"/>
                <w:szCs w:val="20"/>
              </w:rPr>
              <w:t>), and</w:t>
            </w:r>
            <w:proofErr w:type="gramEnd"/>
            <w:r w:rsidRPr="00DA1AA9">
              <w:rPr>
                <w:color w:val="auto"/>
                <w:sz w:val="20"/>
                <w:szCs w:val="20"/>
              </w:rPr>
              <w:t xml:space="preserve"> so requested in writing or email by the Contracting Entity, provide an organisation chart indicating the duty holders responsible for Health and Safety and demonstrating how responsibility for Health and Safety is allocated within the firm. If the role of PSCS is to be sub- contracted to an external </w:t>
            </w:r>
            <w:proofErr w:type="gramStart"/>
            <w:r w:rsidRPr="00DA1AA9">
              <w:rPr>
                <w:color w:val="auto"/>
                <w:sz w:val="20"/>
                <w:szCs w:val="20"/>
              </w:rPr>
              <w:t>company</w:t>
            </w:r>
            <w:proofErr w:type="gramEnd"/>
            <w:r w:rsidRPr="00DA1AA9">
              <w:rPr>
                <w:color w:val="auto"/>
                <w:sz w:val="20"/>
                <w:szCs w:val="20"/>
              </w:rPr>
              <w:t xml:space="preserve"> we will provide an Organisation chart showing that company’s structure and indicating their duty holders responsible for Health and Safety. </w:t>
            </w:r>
          </w:p>
          <w:p w14:paraId="2DA9A75F" w14:textId="77777777" w:rsidR="00AE702F" w:rsidRPr="00DA1AA9" w:rsidRDefault="00AE702F" w:rsidP="00AE702F">
            <w:pPr>
              <w:pStyle w:val="Default"/>
              <w:spacing w:line="360" w:lineRule="auto"/>
              <w:rPr>
                <w:color w:val="auto"/>
                <w:sz w:val="20"/>
                <w:szCs w:val="20"/>
              </w:rPr>
            </w:pPr>
          </w:p>
          <w:p w14:paraId="6086B5E3" w14:textId="77777777" w:rsidR="00AE702F" w:rsidRDefault="00AE702F" w:rsidP="00AE702F">
            <w:pPr>
              <w:pStyle w:val="Default"/>
              <w:spacing w:line="360" w:lineRule="auto"/>
              <w:rPr>
                <w:color w:val="auto"/>
                <w:sz w:val="20"/>
                <w:szCs w:val="20"/>
              </w:rPr>
            </w:pPr>
            <w:r w:rsidRPr="00DA1AA9">
              <w:rPr>
                <w:b/>
                <w:bCs/>
                <w:color w:val="auto"/>
                <w:sz w:val="20"/>
                <w:szCs w:val="20"/>
              </w:rPr>
              <w:t xml:space="preserve">I further declare that </w:t>
            </w:r>
            <w:r w:rsidRPr="00DA1AA9">
              <w:rPr>
                <w:color w:val="auto"/>
                <w:sz w:val="20"/>
                <w:szCs w:val="20"/>
              </w:rPr>
              <w:t xml:space="preserve">the person to be assigned the role of PSCS has at least 3 </w:t>
            </w:r>
            <w:proofErr w:type="spellStart"/>
            <w:r w:rsidRPr="00DA1AA9">
              <w:rPr>
                <w:color w:val="auto"/>
                <w:sz w:val="20"/>
                <w:szCs w:val="20"/>
              </w:rPr>
              <w:t>years experience</w:t>
            </w:r>
            <w:proofErr w:type="spellEnd"/>
            <w:r w:rsidRPr="00DA1AA9">
              <w:rPr>
                <w:color w:val="auto"/>
                <w:sz w:val="20"/>
                <w:szCs w:val="20"/>
              </w:rPr>
              <w:t xml:space="preserve"> in the Building Trade and has and formal externally accredited training in Health and Safety (relevant to the role of PSCS) within the last 5 years. If successful in this tender </w:t>
            </w:r>
            <w:proofErr w:type="gramStart"/>
            <w:r w:rsidRPr="00DA1AA9">
              <w:rPr>
                <w:color w:val="auto"/>
                <w:sz w:val="20"/>
                <w:szCs w:val="20"/>
              </w:rPr>
              <w:t>competition, and</w:t>
            </w:r>
            <w:proofErr w:type="gramEnd"/>
            <w:r w:rsidRPr="00DA1AA9">
              <w:rPr>
                <w:color w:val="auto"/>
                <w:sz w:val="20"/>
                <w:szCs w:val="20"/>
              </w:rPr>
              <w:t xml:space="preserve"> so requested in writing or email by the Contracting Entity, we will provide supporting documentation in the form of a Curriculum Vitae for the PSCS. </w:t>
            </w:r>
          </w:p>
          <w:p w14:paraId="065FFBF7" w14:textId="77777777" w:rsidR="00527260" w:rsidRPr="00DA1AA9" w:rsidRDefault="00527260" w:rsidP="00AE702F">
            <w:pPr>
              <w:pStyle w:val="Default"/>
              <w:spacing w:line="360" w:lineRule="auto"/>
              <w:rPr>
                <w:color w:val="auto"/>
                <w:sz w:val="20"/>
                <w:szCs w:val="20"/>
              </w:rPr>
            </w:pPr>
          </w:p>
          <w:p w14:paraId="2AFC9F28" w14:textId="77777777" w:rsidR="00AE702F" w:rsidRPr="00527260" w:rsidRDefault="00AE702F" w:rsidP="00AE702F">
            <w:pPr>
              <w:pStyle w:val="Default"/>
              <w:spacing w:line="360" w:lineRule="auto"/>
              <w:rPr>
                <w:color w:val="auto"/>
                <w:sz w:val="20"/>
                <w:szCs w:val="20"/>
                <w:u w:val="single"/>
              </w:rPr>
            </w:pPr>
            <w:r w:rsidRPr="00527260">
              <w:rPr>
                <w:color w:val="auto"/>
                <w:sz w:val="20"/>
                <w:szCs w:val="20"/>
                <w:u w:val="single"/>
              </w:rPr>
              <w:t xml:space="preserve">List services of similar nature provided over the past 7 years </w:t>
            </w:r>
          </w:p>
          <w:p w14:paraId="38728544" w14:textId="77777777" w:rsidR="00AE702F" w:rsidRPr="00DA1AA9" w:rsidRDefault="00AE702F" w:rsidP="00AE702F">
            <w:pPr>
              <w:pStyle w:val="Default"/>
              <w:spacing w:line="360" w:lineRule="auto"/>
              <w:rPr>
                <w:color w:val="auto"/>
                <w:sz w:val="20"/>
                <w:szCs w:val="20"/>
              </w:rPr>
            </w:pPr>
          </w:p>
          <w:p w14:paraId="1C6F6356" w14:textId="77777777" w:rsidR="00AE702F" w:rsidRDefault="00AE702F" w:rsidP="00AE702F">
            <w:pPr>
              <w:pStyle w:val="Default"/>
              <w:spacing w:line="360" w:lineRule="auto"/>
              <w:rPr>
                <w:color w:val="auto"/>
                <w:sz w:val="20"/>
                <w:szCs w:val="20"/>
              </w:rPr>
            </w:pPr>
            <w:r w:rsidRPr="00DA1AA9">
              <w:rPr>
                <w:b/>
                <w:bCs/>
                <w:color w:val="auto"/>
                <w:sz w:val="20"/>
                <w:szCs w:val="20"/>
              </w:rPr>
              <w:t xml:space="preserve">I declare that </w:t>
            </w:r>
            <w:r w:rsidRPr="00DA1AA9">
              <w:rPr>
                <w:color w:val="auto"/>
                <w:sz w:val="20"/>
                <w:szCs w:val="20"/>
              </w:rPr>
              <w:t xml:space="preserve">we have fulfilled the role of PSCS on at least 3 works of a similar nature, size and complexity within the last 7 years in a satisfactory manner in compliance with the Safety, Health and Welfare at Work Construction Regulations 2013, and will (if so requested in writing or email by the Contracting Entity) provide details of those 3 projects (as 3.4.c above) and the record of enforcement actions, legal proceedings accidents, fatalities or incidents for those projects, and (where applicable) measures that have been put in place by the above named </w:t>
            </w:r>
            <w:r w:rsidRPr="00DA1AA9">
              <w:rPr>
                <w:color w:val="auto"/>
                <w:sz w:val="20"/>
                <w:szCs w:val="20"/>
              </w:rPr>
              <w:lastRenderedPageBreak/>
              <w:t xml:space="preserve">Contractor to address any deficiencies in H&amp;S procedures. If the role of PSCS is to be sub-contracted to an external </w:t>
            </w:r>
            <w:proofErr w:type="gramStart"/>
            <w:r w:rsidRPr="00DA1AA9">
              <w:rPr>
                <w:color w:val="auto"/>
                <w:sz w:val="20"/>
                <w:szCs w:val="20"/>
              </w:rPr>
              <w:t>company</w:t>
            </w:r>
            <w:proofErr w:type="gramEnd"/>
            <w:r w:rsidRPr="00DA1AA9">
              <w:rPr>
                <w:color w:val="auto"/>
                <w:sz w:val="20"/>
                <w:szCs w:val="20"/>
              </w:rPr>
              <w:t xml:space="preserve"> we will provide the above evidence in respect of that company. </w:t>
            </w:r>
          </w:p>
          <w:p w14:paraId="7842A7B7" w14:textId="77777777" w:rsidR="00AE702F" w:rsidRPr="00527260" w:rsidRDefault="00AE702F" w:rsidP="00AE702F">
            <w:pPr>
              <w:pStyle w:val="Default"/>
              <w:spacing w:line="360" w:lineRule="auto"/>
              <w:rPr>
                <w:color w:val="auto"/>
                <w:sz w:val="20"/>
                <w:szCs w:val="20"/>
                <w:u w:val="single"/>
              </w:rPr>
            </w:pPr>
          </w:p>
          <w:p w14:paraId="302910A4" w14:textId="77777777" w:rsidR="00AE702F" w:rsidRDefault="00AE702F" w:rsidP="00AE702F">
            <w:pPr>
              <w:pStyle w:val="Default"/>
              <w:spacing w:line="360" w:lineRule="auto"/>
              <w:rPr>
                <w:color w:val="auto"/>
                <w:sz w:val="20"/>
                <w:szCs w:val="20"/>
                <w:u w:val="single"/>
              </w:rPr>
            </w:pPr>
            <w:r w:rsidRPr="00527260">
              <w:rPr>
                <w:color w:val="auto"/>
                <w:sz w:val="20"/>
                <w:szCs w:val="20"/>
                <w:u w:val="single"/>
              </w:rPr>
              <w:t xml:space="preserve">Technicians or technical bodies involved especially those responsible for quality control </w:t>
            </w:r>
          </w:p>
          <w:p w14:paraId="4B8931E3" w14:textId="77777777" w:rsidR="00527260" w:rsidRPr="00527260" w:rsidRDefault="00527260" w:rsidP="00AE702F">
            <w:pPr>
              <w:pStyle w:val="Default"/>
              <w:spacing w:line="360" w:lineRule="auto"/>
              <w:rPr>
                <w:color w:val="auto"/>
                <w:sz w:val="20"/>
                <w:szCs w:val="20"/>
                <w:u w:val="single"/>
              </w:rPr>
            </w:pPr>
          </w:p>
          <w:p w14:paraId="3270327B" w14:textId="77777777" w:rsidR="00AE702F" w:rsidRPr="00DA1AA9" w:rsidRDefault="00AE702F" w:rsidP="00AE702F">
            <w:pPr>
              <w:pStyle w:val="Default"/>
              <w:spacing w:line="360" w:lineRule="auto"/>
              <w:rPr>
                <w:color w:val="auto"/>
                <w:sz w:val="20"/>
                <w:szCs w:val="20"/>
              </w:rPr>
            </w:pPr>
            <w:r w:rsidRPr="00DA1AA9">
              <w:rPr>
                <w:color w:val="auto"/>
                <w:sz w:val="20"/>
                <w:szCs w:val="20"/>
              </w:rPr>
              <w:t xml:space="preserve">We confirm that in our opinion our organisation is competent and adequately resourced to fulfil our obligations under the Safety, Health and Welfare at Work Act 2005 and that our organisation has adequate resources to fulfil the role of PSCS for this project. If successful in this tender competition, we will provide, within 7 days of a request in writing or email by the Contracting Entity, a signed Health and Safety Declaration in the form at Appendix C1 to QW2 available at </w:t>
            </w:r>
            <w:proofErr w:type="gramStart"/>
            <w:r w:rsidRPr="00DA1AA9">
              <w:rPr>
                <w:color w:val="auto"/>
                <w:sz w:val="20"/>
                <w:szCs w:val="20"/>
              </w:rPr>
              <w:t>www.constructionprocurement.gov.ie .</w:t>
            </w:r>
            <w:proofErr w:type="gramEnd"/>
            <w:r w:rsidRPr="00DA1AA9">
              <w:rPr>
                <w:color w:val="auto"/>
                <w:sz w:val="20"/>
                <w:szCs w:val="20"/>
              </w:rPr>
              <w:t xml:space="preserve"> If the role of PSCS is to be sub-contracted to an external company the above evidence is required in respect of that company. </w:t>
            </w:r>
          </w:p>
          <w:p w14:paraId="154D566D" w14:textId="77777777" w:rsidR="00AE702F" w:rsidRPr="00DA1AA9" w:rsidRDefault="00AE702F" w:rsidP="00AE702F">
            <w:pPr>
              <w:pStyle w:val="Default"/>
              <w:spacing w:line="360" w:lineRule="auto"/>
              <w:rPr>
                <w:color w:val="auto"/>
                <w:sz w:val="20"/>
                <w:szCs w:val="20"/>
              </w:rPr>
            </w:pPr>
          </w:p>
          <w:p w14:paraId="52F960D9" w14:textId="77777777" w:rsidR="00AE702F" w:rsidRPr="00527260" w:rsidRDefault="00AE702F" w:rsidP="00AE702F">
            <w:pPr>
              <w:pStyle w:val="Default"/>
              <w:spacing w:line="360" w:lineRule="auto"/>
              <w:rPr>
                <w:color w:val="auto"/>
                <w:sz w:val="20"/>
                <w:szCs w:val="20"/>
                <w:u w:val="single"/>
              </w:rPr>
            </w:pPr>
            <w:r w:rsidRPr="00527260">
              <w:rPr>
                <w:color w:val="auto"/>
                <w:sz w:val="20"/>
                <w:szCs w:val="20"/>
                <w:u w:val="single"/>
              </w:rPr>
              <w:t xml:space="preserve">Average annual numbers of persons employed by the contractor </w:t>
            </w:r>
          </w:p>
          <w:p w14:paraId="44054916" w14:textId="77777777" w:rsidR="00AE702F" w:rsidRPr="00DA1AA9" w:rsidRDefault="00AE702F" w:rsidP="00AE702F">
            <w:pPr>
              <w:pStyle w:val="Default"/>
              <w:spacing w:line="360" w:lineRule="auto"/>
              <w:rPr>
                <w:color w:val="auto"/>
                <w:sz w:val="20"/>
                <w:szCs w:val="20"/>
              </w:rPr>
            </w:pPr>
          </w:p>
          <w:p w14:paraId="19D1AC2F" w14:textId="77777777" w:rsidR="00AE702F" w:rsidRPr="00DA1AA9" w:rsidRDefault="00AE702F" w:rsidP="00AE702F">
            <w:pPr>
              <w:pStyle w:val="Default"/>
              <w:spacing w:line="360" w:lineRule="auto"/>
              <w:rPr>
                <w:color w:val="auto"/>
                <w:sz w:val="20"/>
                <w:szCs w:val="20"/>
              </w:rPr>
            </w:pPr>
            <w:r w:rsidRPr="00DA1AA9">
              <w:rPr>
                <w:color w:val="auto"/>
                <w:sz w:val="20"/>
                <w:szCs w:val="20"/>
              </w:rPr>
              <w:t xml:space="preserve">We confirm that in our opinion our organisation has adequate numbers of persons employed to fulfil its obligations under the Safety, Health and Welfare at Work Act 2005 and that our organization has adequate resources available to us to fulfil the role of PSCS for this project. If the role of PSCS is to be sub-contracted to an external company the above evidence is required in respect of that company. </w:t>
            </w:r>
          </w:p>
          <w:p w14:paraId="1BC73CBA" w14:textId="77777777" w:rsidR="00AE702F" w:rsidRPr="00DA1AA9" w:rsidRDefault="00AE702F" w:rsidP="00AE702F">
            <w:pPr>
              <w:pStyle w:val="Default"/>
              <w:spacing w:line="360" w:lineRule="auto"/>
              <w:rPr>
                <w:color w:val="auto"/>
                <w:sz w:val="20"/>
                <w:szCs w:val="20"/>
              </w:rPr>
            </w:pPr>
          </w:p>
          <w:p w14:paraId="65BC08A2" w14:textId="77777777" w:rsidR="00AE702F" w:rsidRDefault="00AE702F" w:rsidP="00527260">
            <w:pPr>
              <w:pStyle w:val="Default"/>
              <w:spacing w:line="360" w:lineRule="auto"/>
              <w:rPr>
                <w:sz w:val="20"/>
                <w:szCs w:val="20"/>
              </w:rPr>
            </w:pPr>
          </w:p>
        </w:tc>
      </w:tr>
      <w:tr w:rsidR="00AE702F" w14:paraId="4D153A42" w14:textId="77777777" w:rsidTr="00AE702F">
        <w:tc>
          <w:tcPr>
            <w:tcW w:w="8856" w:type="dxa"/>
          </w:tcPr>
          <w:p w14:paraId="19CEE04A" w14:textId="77777777" w:rsidR="00527260" w:rsidRPr="00DA1AA9" w:rsidRDefault="00527260" w:rsidP="00527260">
            <w:pPr>
              <w:pStyle w:val="Default"/>
              <w:spacing w:line="360" w:lineRule="auto"/>
              <w:rPr>
                <w:color w:val="auto"/>
                <w:sz w:val="20"/>
                <w:szCs w:val="20"/>
              </w:rPr>
            </w:pPr>
            <w:r w:rsidRPr="00DA1AA9">
              <w:rPr>
                <w:color w:val="auto"/>
                <w:sz w:val="20"/>
                <w:szCs w:val="20"/>
              </w:rPr>
              <w:lastRenderedPageBreak/>
              <w:t>I/We (the Applicant) have read the above declaration</w:t>
            </w:r>
            <w:proofErr w:type="gramStart"/>
            <w:r w:rsidRPr="00DA1AA9">
              <w:rPr>
                <w:color w:val="auto"/>
                <w:sz w:val="20"/>
                <w:szCs w:val="20"/>
              </w:rPr>
              <w:t xml:space="preserve"> and in particular</w:t>
            </w:r>
            <w:proofErr w:type="gramEnd"/>
            <w:r w:rsidRPr="00DA1AA9">
              <w:rPr>
                <w:color w:val="auto"/>
                <w:sz w:val="20"/>
                <w:szCs w:val="20"/>
              </w:rPr>
              <w:t xml:space="preserve"> the minimum standards required. I/We note that this information is not required now but will be provided within 7 calendar days on foot of a written request (during tender evaluation) by the Contracting Entity. </w:t>
            </w:r>
          </w:p>
          <w:p w14:paraId="270D8788" w14:textId="77777777" w:rsidR="00AE702F" w:rsidRDefault="00AE702F" w:rsidP="00DA1AA9">
            <w:pPr>
              <w:spacing w:line="360" w:lineRule="auto"/>
              <w:rPr>
                <w:rFonts w:ascii="Arial" w:hAnsi="Arial" w:cs="Arial"/>
                <w:sz w:val="20"/>
                <w:szCs w:val="20"/>
              </w:rPr>
            </w:pPr>
          </w:p>
        </w:tc>
      </w:tr>
    </w:tbl>
    <w:p w14:paraId="5BFE7B1A" w14:textId="77777777" w:rsidR="00A32672" w:rsidRPr="00DA1AA9" w:rsidRDefault="00A32672" w:rsidP="00DA1AA9">
      <w:pPr>
        <w:spacing w:line="360" w:lineRule="auto"/>
        <w:rPr>
          <w:rFonts w:ascii="Arial" w:hAnsi="Arial" w:cs="Arial"/>
          <w:sz w:val="20"/>
          <w:szCs w:val="20"/>
        </w:rPr>
      </w:pPr>
    </w:p>
    <w:p w14:paraId="7177BE98" w14:textId="77777777" w:rsidR="00DA1AA9" w:rsidRPr="00DA1AA9" w:rsidRDefault="00DA1AA9" w:rsidP="00DA1AA9">
      <w:pPr>
        <w:spacing w:line="360" w:lineRule="auto"/>
        <w:rPr>
          <w:rFonts w:ascii="Arial" w:hAnsi="Arial" w:cs="Arial"/>
          <w:sz w:val="20"/>
          <w:szCs w:val="20"/>
        </w:rPr>
      </w:pPr>
    </w:p>
    <w:p w14:paraId="589B6C71" w14:textId="77777777" w:rsidR="00DA1AA9" w:rsidRPr="00DA1AA9" w:rsidRDefault="00DA1AA9" w:rsidP="00DA1AA9">
      <w:pPr>
        <w:spacing w:line="360" w:lineRule="auto"/>
        <w:rPr>
          <w:rFonts w:ascii="Arial" w:hAnsi="Arial" w:cs="Arial"/>
          <w:sz w:val="20"/>
          <w:szCs w:val="20"/>
        </w:rPr>
      </w:pPr>
    </w:p>
    <w:p w14:paraId="4A52BA24" w14:textId="77777777" w:rsidR="00DA1AA9" w:rsidRPr="00DA1AA9" w:rsidRDefault="00DA1AA9" w:rsidP="00DA1AA9">
      <w:pPr>
        <w:spacing w:line="360" w:lineRule="auto"/>
        <w:rPr>
          <w:rFonts w:ascii="Arial" w:hAnsi="Arial" w:cs="Arial"/>
          <w:sz w:val="20"/>
          <w:szCs w:val="20"/>
        </w:rPr>
      </w:pPr>
    </w:p>
    <w:p w14:paraId="3E34D9B5" w14:textId="77777777" w:rsidR="00DA1AA9" w:rsidRPr="00DA1AA9" w:rsidRDefault="00DA1AA9" w:rsidP="00DA1AA9">
      <w:pPr>
        <w:pStyle w:val="Default"/>
        <w:spacing w:line="360" w:lineRule="auto"/>
        <w:rPr>
          <w:color w:val="auto"/>
          <w:sz w:val="20"/>
          <w:szCs w:val="20"/>
        </w:rPr>
      </w:pPr>
    </w:p>
    <w:p w14:paraId="71B4791A" w14:textId="77777777" w:rsidR="00DA1AA9" w:rsidRPr="00DA1AA9" w:rsidRDefault="00DA1AA9" w:rsidP="00DA1AA9">
      <w:pPr>
        <w:pStyle w:val="Default"/>
        <w:spacing w:line="360" w:lineRule="auto"/>
        <w:rPr>
          <w:color w:val="auto"/>
          <w:sz w:val="20"/>
          <w:szCs w:val="20"/>
        </w:rPr>
      </w:pPr>
    </w:p>
    <w:p w14:paraId="42CFD40E" w14:textId="77777777" w:rsidR="00A32672" w:rsidRDefault="00A32672" w:rsidP="00DA1AA9">
      <w:pPr>
        <w:pStyle w:val="Default"/>
        <w:spacing w:line="360" w:lineRule="auto"/>
        <w:rPr>
          <w:color w:val="auto"/>
          <w:sz w:val="16"/>
          <w:szCs w:val="16"/>
        </w:rPr>
      </w:pPr>
    </w:p>
    <w:p w14:paraId="5D6203FB" w14:textId="77777777" w:rsidR="00DA1AA9" w:rsidRPr="00DA1AA9" w:rsidRDefault="00DA1AA9" w:rsidP="00DA1AA9">
      <w:pPr>
        <w:pStyle w:val="Default"/>
        <w:spacing w:line="360" w:lineRule="auto"/>
        <w:rPr>
          <w:color w:val="auto"/>
          <w:sz w:val="20"/>
          <w:szCs w:val="20"/>
        </w:rPr>
      </w:pPr>
    </w:p>
    <w:p w14:paraId="6585EA5C" w14:textId="77777777" w:rsidR="00DA1AA9" w:rsidRPr="00DA1AA9" w:rsidRDefault="00DA1AA9" w:rsidP="00DA1AA9">
      <w:pPr>
        <w:pStyle w:val="Default"/>
        <w:spacing w:line="360" w:lineRule="auto"/>
        <w:rPr>
          <w:color w:val="auto"/>
          <w:sz w:val="20"/>
          <w:szCs w:val="20"/>
        </w:rPr>
      </w:pPr>
    </w:p>
    <w:p w14:paraId="4121D95B" w14:textId="77777777" w:rsidR="00DA1AA9" w:rsidRPr="00DA1AA9" w:rsidRDefault="00DA1AA9" w:rsidP="00DA1AA9">
      <w:pPr>
        <w:pStyle w:val="Default"/>
        <w:spacing w:line="360" w:lineRule="auto"/>
        <w:rPr>
          <w:color w:val="auto"/>
          <w:sz w:val="20"/>
          <w:szCs w:val="20"/>
        </w:rPr>
      </w:pPr>
    </w:p>
    <w:p w14:paraId="682D0B2D" w14:textId="77777777" w:rsidR="00DA1AA9" w:rsidRPr="00DA1AA9" w:rsidRDefault="00DA1AA9" w:rsidP="00DA1AA9">
      <w:pPr>
        <w:pStyle w:val="Default"/>
        <w:spacing w:line="360" w:lineRule="auto"/>
        <w:rPr>
          <w:color w:val="auto"/>
          <w:sz w:val="20"/>
          <w:szCs w:val="20"/>
        </w:rPr>
      </w:pPr>
    </w:p>
    <w:p w14:paraId="3DF5A281" w14:textId="77777777" w:rsidR="00DA1AA9" w:rsidRPr="00DA1AA9" w:rsidRDefault="00DA1AA9" w:rsidP="00DA1AA9">
      <w:pPr>
        <w:pStyle w:val="Default"/>
        <w:spacing w:line="360" w:lineRule="auto"/>
        <w:rPr>
          <w:color w:val="auto"/>
          <w:sz w:val="20"/>
          <w:szCs w:val="20"/>
        </w:rPr>
      </w:pPr>
    </w:p>
    <w:p w14:paraId="2FEB673F" w14:textId="77777777" w:rsidR="00DA1AA9" w:rsidRPr="00DA1AA9" w:rsidRDefault="00DA1AA9" w:rsidP="00DA1AA9">
      <w:pPr>
        <w:pStyle w:val="Default"/>
        <w:spacing w:line="360" w:lineRule="auto"/>
        <w:rPr>
          <w:color w:val="auto"/>
          <w:sz w:val="20"/>
          <w:szCs w:val="20"/>
        </w:rPr>
      </w:pPr>
    </w:p>
    <w:p w14:paraId="658CB698" w14:textId="77777777" w:rsidR="00DA1AA9" w:rsidRPr="00DA1AA9" w:rsidRDefault="00DA1AA9" w:rsidP="00DA1AA9">
      <w:pPr>
        <w:pStyle w:val="Default"/>
        <w:spacing w:line="360" w:lineRule="auto"/>
        <w:rPr>
          <w:color w:val="auto"/>
          <w:sz w:val="20"/>
          <w:szCs w:val="20"/>
        </w:rPr>
      </w:pPr>
    </w:p>
    <w:p w14:paraId="04C71240" w14:textId="77777777" w:rsidR="00DA1AA9" w:rsidRPr="00DA1AA9" w:rsidRDefault="00DA1AA9" w:rsidP="00DA1AA9">
      <w:pPr>
        <w:pStyle w:val="Default"/>
        <w:spacing w:line="360" w:lineRule="auto"/>
        <w:rPr>
          <w:color w:val="auto"/>
          <w:sz w:val="20"/>
          <w:szCs w:val="20"/>
        </w:rPr>
      </w:pPr>
    </w:p>
    <w:tbl>
      <w:tblPr>
        <w:tblW w:w="9322"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322"/>
      </w:tblGrid>
      <w:tr w:rsidR="00DA1AA9" w:rsidRPr="00DA1AA9" w14:paraId="0E1EF56E" w14:textId="77777777" w:rsidTr="00DA1AA9">
        <w:trPr>
          <w:trHeight w:val="99"/>
        </w:trPr>
        <w:tc>
          <w:tcPr>
            <w:tcW w:w="9322" w:type="dxa"/>
            <w:tcBorders>
              <w:top w:val="none" w:sz="6" w:space="0" w:color="auto"/>
              <w:bottom w:val="none" w:sz="6" w:space="0" w:color="auto"/>
            </w:tcBorders>
          </w:tcPr>
          <w:p w14:paraId="45F61F63" w14:textId="77777777" w:rsidR="00DA1AA9" w:rsidRPr="00DA1AA9" w:rsidRDefault="00DA1AA9" w:rsidP="00DA1AA9">
            <w:pPr>
              <w:pStyle w:val="Default"/>
              <w:spacing w:line="360" w:lineRule="auto"/>
              <w:rPr>
                <w:color w:val="auto"/>
                <w:sz w:val="20"/>
                <w:szCs w:val="20"/>
              </w:rPr>
            </w:pPr>
            <w:r w:rsidRPr="00DA1AA9">
              <w:rPr>
                <w:color w:val="auto"/>
                <w:sz w:val="20"/>
                <w:szCs w:val="20"/>
              </w:rPr>
              <w:t xml:space="preserve">We further acknowledge and accept that in the event that our firm cannot or does not provide all of the above evidence and information in the required format, within the time period required, to demonstrate to the satisfaction of the Contracting Entity compliance with the declaration the firm’s Tender will be deemed to be invalid and will be excluded from further consideration. </w:t>
            </w:r>
            <w:r w:rsidRPr="00DA1AA9">
              <w:rPr>
                <w:b/>
                <w:bCs/>
                <w:color w:val="auto"/>
                <w:sz w:val="20"/>
                <w:szCs w:val="20"/>
              </w:rPr>
              <w:t xml:space="preserve">Signed: </w:t>
            </w:r>
          </w:p>
        </w:tc>
      </w:tr>
      <w:tr w:rsidR="00DA1AA9" w:rsidRPr="00DA1AA9" w14:paraId="06B5C0CB" w14:textId="77777777" w:rsidTr="00DA1AA9">
        <w:trPr>
          <w:trHeight w:val="99"/>
        </w:trPr>
        <w:tc>
          <w:tcPr>
            <w:tcW w:w="9322" w:type="dxa"/>
            <w:tcBorders>
              <w:top w:val="none" w:sz="6" w:space="0" w:color="auto"/>
              <w:bottom w:val="none" w:sz="6" w:space="0" w:color="auto"/>
            </w:tcBorders>
          </w:tcPr>
          <w:p w14:paraId="54BA35FB" w14:textId="77777777" w:rsidR="00DA1AA9" w:rsidRPr="00DA1AA9" w:rsidRDefault="00DA1AA9" w:rsidP="00DA1AA9">
            <w:pPr>
              <w:pStyle w:val="Default"/>
              <w:spacing w:line="360" w:lineRule="auto"/>
              <w:rPr>
                <w:color w:val="auto"/>
                <w:sz w:val="20"/>
                <w:szCs w:val="20"/>
              </w:rPr>
            </w:pPr>
            <w:r w:rsidRPr="00DA1AA9">
              <w:rPr>
                <w:b/>
                <w:bCs/>
                <w:color w:val="auto"/>
                <w:sz w:val="20"/>
                <w:szCs w:val="20"/>
              </w:rPr>
              <w:t xml:space="preserve">Date: </w:t>
            </w:r>
          </w:p>
        </w:tc>
      </w:tr>
      <w:tr w:rsidR="00DA1AA9" w:rsidRPr="00DA1AA9" w14:paraId="1406DCCC" w14:textId="77777777" w:rsidTr="00DA1AA9">
        <w:trPr>
          <w:trHeight w:val="98"/>
        </w:trPr>
        <w:tc>
          <w:tcPr>
            <w:tcW w:w="9322" w:type="dxa"/>
            <w:tcBorders>
              <w:top w:val="none" w:sz="6" w:space="0" w:color="auto"/>
              <w:bottom w:val="none" w:sz="6" w:space="0" w:color="auto"/>
            </w:tcBorders>
          </w:tcPr>
          <w:p w14:paraId="05B1E0B9" w14:textId="77777777" w:rsidR="00DA1AA9" w:rsidRPr="00DA1AA9" w:rsidRDefault="00DA1AA9" w:rsidP="00DA1AA9">
            <w:pPr>
              <w:pStyle w:val="Default"/>
              <w:spacing w:line="360" w:lineRule="auto"/>
              <w:rPr>
                <w:color w:val="auto"/>
                <w:sz w:val="20"/>
                <w:szCs w:val="20"/>
              </w:rPr>
            </w:pPr>
            <w:r w:rsidRPr="00DA1AA9">
              <w:rPr>
                <w:i/>
                <w:iCs/>
                <w:color w:val="auto"/>
                <w:sz w:val="20"/>
                <w:szCs w:val="20"/>
              </w:rPr>
              <w:t xml:space="preserve">For and on behalf of Tenderer (signature must be that of a Director / Principal) </w:t>
            </w:r>
          </w:p>
        </w:tc>
      </w:tr>
      <w:tr w:rsidR="00DA1AA9" w:rsidRPr="00DA1AA9" w14:paraId="378C4E9D" w14:textId="77777777" w:rsidTr="00DA1AA9">
        <w:trPr>
          <w:trHeight w:val="223"/>
        </w:trPr>
        <w:tc>
          <w:tcPr>
            <w:tcW w:w="9322" w:type="dxa"/>
            <w:tcBorders>
              <w:top w:val="none" w:sz="6" w:space="0" w:color="auto"/>
              <w:bottom w:val="none" w:sz="6" w:space="0" w:color="auto"/>
            </w:tcBorders>
          </w:tcPr>
          <w:p w14:paraId="66512B70" w14:textId="77777777" w:rsidR="00DA1AA9" w:rsidRPr="00DA1AA9" w:rsidRDefault="00DA1AA9" w:rsidP="00DA1AA9">
            <w:pPr>
              <w:pStyle w:val="Default"/>
              <w:spacing w:line="360" w:lineRule="auto"/>
              <w:rPr>
                <w:color w:val="auto"/>
                <w:sz w:val="20"/>
                <w:szCs w:val="20"/>
              </w:rPr>
            </w:pPr>
            <w:r w:rsidRPr="00DA1AA9">
              <w:rPr>
                <w:b/>
                <w:bCs/>
                <w:color w:val="auto"/>
                <w:sz w:val="20"/>
                <w:szCs w:val="20"/>
              </w:rPr>
              <w:t xml:space="preserve">Name: </w:t>
            </w:r>
          </w:p>
          <w:p w14:paraId="52FC63C5" w14:textId="77777777" w:rsidR="00DA1AA9" w:rsidRPr="00DA1AA9" w:rsidRDefault="00DA1AA9" w:rsidP="00DA1AA9">
            <w:pPr>
              <w:pStyle w:val="Default"/>
              <w:spacing w:line="360" w:lineRule="auto"/>
              <w:rPr>
                <w:color w:val="auto"/>
                <w:sz w:val="20"/>
                <w:szCs w:val="20"/>
              </w:rPr>
            </w:pPr>
            <w:r w:rsidRPr="00DA1AA9">
              <w:rPr>
                <w:color w:val="auto"/>
                <w:sz w:val="20"/>
                <w:szCs w:val="20"/>
              </w:rPr>
              <w:t xml:space="preserve">(BLOCK LETTERS) </w:t>
            </w:r>
          </w:p>
        </w:tc>
      </w:tr>
      <w:tr w:rsidR="00DA1AA9" w:rsidRPr="00DA1AA9" w14:paraId="5023968B" w14:textId="77777777" w:rsidTr="00DA1AA9">
        <w:trPr>
          <w:trHeight w:val="238"/>
        </w:trPr>
        <w:tc>
          <w:tcPr>
            <w:tcW w:w="9322" w:type="dxa"/>
            <w:tcBorders>
              <w:top w:val="none" w:sz="6" w:space="0" w:color="auto"/>
              <w:bottom w:val="none" w:sz="6" w:space="0" w:color="auto"/>
            </w:tcBorders>
          </w:tcPr>
          <w:p w14:paraId="1CB0B2E8" w14:textId="77777777" w:rsidR="00DA1AA9" w:rsidRPr="00DA1AA9" w:rsidRDefault="00DA1AA9" w:rsidP="00DA1AA9">
            <w:pPr>
              <w:pStyle w:val="Default"/>
              <w:spacing w:line="360" w:lineRule="auto"/>
              <w:rPr>
                <w:color w:val="auto"/>
                <w:sz w:val="20"/>
                <w:szCs w:val="20"/>
              </w:rPr>
            </w:pPr>
            <w:r w:rsidRPr="00DA1AA9">
              <w:rPr>
                <w:b/>
                <w:bCs/>
                <w:color w:val="auto"/>
                <w:sz w:val="20"/>
                <w:szCs w:val="20"/>
              </w:rPr>
              <w:t xml:space="preserve">Title: </w:t>
            </w:r>
          </w:p>
          <w:p w14:paraId="41CC27E7" w14:textId="34B711C1" w:rsidR="00DA1AA9" w:rsidRPr="00DA1AA9" w:rsidRDefault="00DA1AA9" w:rsidP="00DA1AA9">
            <w:pPr>
              <w:pStyle w:val="Default"/>
              <w:spacing w:line="360" w:lineRule="auto"/>
              <w:rPr>
                <w:color w:val="auto"/>
                <w:sz w:val="20"/>
                <w:szCs w:val="20"/>
              </w:rPr>
            </w:pPr>
            <w:r w:rsidRPr="00DA1AA9">
              <w:rPr>
                <w:color w:val="auto"/>
                <w:sz w:val="20"/>
                <w:szCs w:val="20"/>
              </w:rPr>
              <w:t>(BLOCK LETTERS)</w:t>
            </w:r>
          </w:p>
        </w:tc>
      </w:tr>
    </w:tbl>
    <w:p w14:paraId="7CB1A74D" w14:textId="77777777" w:rsidR="00DA1AA9" w:rsidRPr="00DA1AA9" w:rsidRDefault="00DA1AA9" w:rsidP="00DA1AA9">
      <w:pPr>
        <w:spacing w:line="360" w:lineRule="auto"/>
        <w:rPr>
          <w:rFonts w:ascii="Arial" w:hAnsi="Arial" w:cs="Arial"/>
          <w:sz w:val="20"/>
          <w:szCs w:val="20"/>
        </w:rPr>
      </w:pPr>
    </w:p>
    <w:sectPr w:rsidR="00DA1AA9" w:rsidRPr="00DA1AA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39576706">
    <w:abstractNumId w:val="8"/>
  </w:num>
  <w:num w:numId="2" w16cid:durableId="845904866">
    <w:abstractNumId w:val="6"/>
  </w:num>
  <w:num w:numId="3" w16cid:durableId="261037238">
    <w:abstractNumId w:val="5"/>
  </w:num>
  <w:num w:numId="4" w16cid:durableId="1905288422">
    <w:abstractNumId w:val="4"/>
  </w:num>
  <w:num w:numId="5" w16cid:durableId="154498753">
    <w:abstractNumId w:val="7"/>
  </w:num>
  <w:num w:numId="6" w16cid:durableId="1288663954">
    <w:abstractNumId w:val="3"/>
  </w:num>
  <w:num w:numId="7" w16cid:durableId="951596646">
    <w:abstractNumId w:val="2"/>
  </w:num>
  <w:num w:numId="8" w16cid:durableId="1914774038">
    <w:abstractNumId w:val="1"/>
  </w:num>
  <w:num w:numId="9" w16cid:durableId="808479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6E7C"/>
    <w:rsid w:val="000E04CF"/>
    <w:rsid w:val="0015074B"/>
    <w:rsid w:val="00223E22"/>
    <w:rsid w:val="002563CD"/>
    <w:rsid w:val="0029639D"/>
    <w:rsid w:val="00326F90"/>
    <w:rsid w:val="003F1970"/>
    <w:rsid w:val="00463431"/>
    <w:rsid w:val="00490DBB"/>
    <w:rsid w:val="00527260"/>
    <w:rsid w:val="005952B6"/>
    <w:rsid w:val="006072C1"/>
    <w:rsid w:val="00644B18"/>
    <w:rsid w:val="007410A8"/>
    <w:rsid w:val="007823DB"/>
    <w:rsid w:val="007D4D48"/>
    <w:rsid w:val="00976DCA"/>
    <w:rsid w:val="00A32672"/>
    <w:rsid w:val="00AA1D8D"/>
    <w:rsid w:val="00AE702F"/>
    <w:rsid w:val="00B47730"/>
    <w:rsid w:val="00BB23A3"/>
    <w:rsid w:val="00CB0664"/>
    <w:rsid w:val="00D01778"/>
    <w:rsid w:val="00D309CD"/>
    <w:rsid w:val="00DA1AA9"/>
    <w:rsid w:val="00EE2C95"/>
    <w:rsid w:val="00EE39A2"/>
    <w:rsid w:val="00FB47E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CA2452"/>
  <w14:defaultImageDpi w14:val="300"/>
  <w15:docId w15:val="{3901FE36-C3B5-2F42-93E4-A2F558E2F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DA1AA9"/>
    <w:pPr>
      <w:autoSpaceDE w:val="0"/>
      <w:autoSpaceDN w:val="0"/>
      <w:adjustRightInd w:val="0"/>
      <w:spacing w:after="0" w:line="240" w:lineRule="auto"/>
    </w:pPr>
    <w:rPr>
      <w:rFonts w:ascii="Arial" w:hAnsi="Arial" w:cs="Arial"/>
      <w:color w:val="000000"/>
      <w:sz w:val="24"/>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c8a1209-8dbe-43c9-9cd9-92009a0f1e1c" xsi:nil="true"/>
    <lcf76f155ced4ddcb4097134ff3c332f xmlns="6005b5d2-8460-4437-b3d8-121fe134ad8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7ABDC0FE1E4C749BAAB4517BDD186F0" ma:contentTypeVersion="21" ma:contentTypeDescription="Create a new document." ma:contentTypeScope="" ma:versionID="ecbdb116933de5e5c4b86cc499664ea6">
  <xsd:schema xmlns:xsd="http://www.w3.org/2001/XMLSchema" xmlns:xs="http://www.w3.org/2001/XMLSchema" xmlns:p="http://schemas.microsoft.com/office/2006/metadata/properties" xmlns:ns2="6005b5d2-8460-4437-b3d8-121fe134ad87" xmlns:ns3="3f72cb39-b773-42d6-bdbe-29897a18439f" xmlns:ns4="1c8a1209-8dbe-43c9-9cd9-92009a0f1e1c" targetNamespace="http://schemas.microsoft.com/office/2006/metadata/properties" ma:root="true" ma:fieldsID="660f222775d41936817688f5c7a7d71f" ns2:_="" ns3:_="" ns4:_="">
    <xsd:import namespace="6005b5d2-8460-4437-b3d8-121fe134ad87"/>
    <xsd:import namespace="3f72cb39-b773-42d6-bdbe-29897a18439f"/>
    <xsd:import namespace="1c8a1209-8dbe-43c9-9cd9-92009a0f1e1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4: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5b5d2-8460-4437-b3d8-121fe134ad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7e4a945-a70c-4549-8157-f8493d157c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72cb39-b773-42d6-bdbe-29897a18439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8a1209-8dbe-43c9-9cd9-92009a0f1e1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4c0f654-ad01-433b-9a5b-d2702918c62e}" ma:internalName="TaxCatchAll" ma:showField="CatchAllData" ma:web="1c8a1209-8dbe-43c9-9cd9-92009a0f1e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931387-55B9-4995-9C00-6E58FA904BE4}">
  <ds:schemaRefs>
    <ds:schemaRef ds:uri="http://schemas.microsoft.com/sharepoint/v3/contenttype/forms"/>
  </ds:schemaRefs>
</ds:datastoreItem>
</file>

<file path=customXml/itemProps2.xml><?xml version="1.0" encoding="utf-8"?>
<ds:datastoreItem xmlns:ds="http://schemas.openxmlformats.org/officeDocument/2006/customXml" ds:itemID="{7BC96B83-D201-4030-A839-A5764D83BABC}">
  <ds:schemaRefs>
    <ds:schemaRef ds:uri="http://schemas.microsoft.com/office/2006/metadata/properties"/>
    <ds:schemaRef ds:uri="http://schemas.microsoft.com/office/infopath/2007/PartnerControls"/>
    <ds:schemaRef ds:uri="1c8a1209-8dbe-43c9-9cd9-92009a0f1e1c"/>
    <ds:schemaRef ds:uri="6005b5d2-8460-4437-b3d8-121fe134ad87"/>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FDCB0D2D-5099-4400-AD60-94D0EB2FC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5b5d2-8460-4437-b3d8-121fe134ad87"/>
    <ds:schemaRef ds:uri="3f72cb39-b773-42d6-bdbe-29897a18439f"/>
    <ds:schemaRef ds:uri="1c8a1209-8dbe-43c9-9cd9-92009a0f1e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1847</Words>
  <Characters>10534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12357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Sinead Gleeson</cp:lastModifiedBy>
  <cp:revision>5</cp:revision>
  <dcterms:created xsi:type="dcterms:W3CDTF">2026-08-07T12:16:00Z</dcterms:created>
  <dcterms:modified xsi:type="dcterms:W3CDTF">2026-08-17T10:07:00Z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0x010100B7ABDC0FE1E4C749BAAB4517BDD186F0</vt:lpwstr>
  </property>
</Properties>
</file>